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99C4A" w14:textId="5FD232AB" w:rsidR="0095530B" w:rsidRDefault="00AD2232" w:rsidP="002B67B7">
      <w:pPr>
        <w:spacing w:line="240" w:lineRule="auto"/>
        <w:jc w:val="center"/>
        <w:rPr>
          <w:rFonts w:ascii="Arial" w:hAnsi="Arial"/>
          <w:b/>
          <w:sz w:val="32"/>
        </w:rPr>
      </w:pPr>
      <w:r w:rsidRPr="00AA4B50">
        <w:rPr>
          <w:rFonts w:ascii="Arial" w:hAnsi="Arial"/>
          <w:b/>
          <w:noProof/>
          <w:sz w:val="32"/>
        </w:rPr>
        <mc:AlternateContent>
          <mc:Choice Requires="wps">
            <w:drawing>
              <wp:anchor distT="45720" distB="45720" distL="114300" distR="114300" simplePos="0" relativeHeight="251672576" behindDoc="0" locked="0" layoutInCell="1" allowOverlap="1" wp14:anchorId="6D7AF620" wp14:editId="2FD33A19">
                <wp:simplePos x="0" y="0"/>
                <wp:positionH relativeFrom="page">
                  <wp:posOffset>1951355</wp:posOffset>
                </wp:positionH>
                <wp:positionV relativeFrom="paragraph">
                  <wp:posOffset>126365</wp:posOffset>
                </wp:positionV>
                <wp:extent cx="375285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404620"/>
                        </a:xfrm>
                        <a:prstGeom prst="rect">
                          <a:avLst/>
                        </a:prstGeom>
                        <a:noFill/>
                        <a:ln w="9525">
                          <a:noFill/>
                          <a:miter lim="800000"/>
                          <a:headEnd/>
                          <a:tailEnd/>
                        </a:ln>
                      </wps:spPr>
                      <wps:txbx>
                        <w:txbxContent>
                          <w:p w14:paraId="31598EDF" w14:textId="77777777" w:rsidR="00AA4B50" w:rsidRPr="001050DD" w:rsidRDefault="00AA4B50" w:rsidP="00AA4B50">
                            <w:pPr>
                              <w:spacing w:after="0" w:line="240" w:lineRule="auto"/>
                              <w:jc w:val="center"/>
                              <w:rPr>
                                <w:b/>
                                <w:sz w:val="24"/>
                                <w:szCs w:val="24"/>
                              </w:rPr>
                            </w:pPr>
                            <w:r w:rsidRPr="001050DD">
                              <w:rPr>
                                <w:b/>
                                <w:sz w:val="24"/>
                                <w:szCs w:val="24"/>
                              </w:rPr>
                              <w:t>TẠP CHÍ KHOA HỌC VÀ GIÁO DỤC</w:t>
                            </w:r>
                          </w:p>
                          <w:p w14:paraId="53CAE1AB" w14:textId="77777777" w:rsidR="00AA4B50" w:rsidRPr="001050DD" w:rsidRDefault="00AA4B50" w:rsidP="00AA4B50">
                            <w:pPr>
                              <w:spacing w:after="0" w:line="240" w:lineRule="auto"/>
                              <w:jc w:val="center"/>
                              <w:rPr>
                                <w:b/>
                                <w:sz w:val="24"/>
                                <w:szCs w:val="24"/>
                              </w:rPr>
                            </w:pPr>
                            <w:r w:rsidRPr="001050DD">
                              <w:rPr>
                                <w:b/>
                                <w:sz w:val="24"/>
                                <w:szCs w:val="24"/>
                              </w:rPr>
                              <w:t>JOURNAL OF SCIENCE AND EDUCATION</w:t>
                            </w:r>
                          </w:p>
                          <w:p w14:paraId="2940431A" w14:textId="77777777" w:rsidR="00AA4B50" w:rsidRDefault="00AA4B50" w:rsidP="00AA4B50">
                            <w:pPr>
                              <w:spacing w:after="0" w:line="240" w:lineRule="auto"/>
                            </w:pPr>
                          </w:p>
                          <w:p w14:paraId="215AF817" w14:textId="77777777" w:rsidR="00AA4B50" w:rsidRPr="00AA4B50" w:rsidRDefault="00AA4B50" w:rsidP="00AA4B50">
                            <w:pPr>
                              <w:spacing w:after="0" w:line="240" w:lineRule="auto"/>
                              <w:jc w:val="center"/>
                              <w:rPr>
                                <w:sz w:val="18"/>
                                <w:szCs w:val="18"/>
                              </w:rPr>
                            </w:pPr>
                            <w:r w:rsidRPr="00AA4B50">
                              <w:rPr>
                                <w:sz w:val="18"/>
                                <w:szCs w:val="18"/>
                              </w:rPr>
                              <w:t>Journal homepa</w:t>
                            </w:r>
                            <w:r w:rsidR="001555E3">
                              <w:rPr>
                                <w:sz w:val="18"/>
                                <w:szCs w:val="18"/>
                              </w:rPr>
                              <w:t>g</w:t>
                            </w:r>
                            <w:r w:rsidRPr="00AA4B50">
                              <w:rPr>
                                <w:sz w:val="18"/>
                                <w:szCs w:val="18"/>
                              </w:rPr>
                              <w:t>e: https://tckhgd.dhsphue.edu.vn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7AF620" id="_x0000_t202" coordsize="21600,21600" o:spt="202" path="m,l,21600r21600,l21600,xe">
                <v:stroke joinstyle="miter"/>
                <v:path gradientshapeok="t" o:connecttype="rect"/>
              </v:shapetype>
              <v:shape id="Text Box 2" o:spid="_x0000_s1026" type="#_x0000_t202" style="position:absolute;left:0;text-align:left;margin-left:153.65pt;margin-top:9.95pt;width:295.5pt;height:110.6pt;z-index:25167257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" filled="f" stroked="f">
                <v:textbox style="mso-fit-shape-to-text:t">
                  <w:txbxContent>
                    <w:p w14:paraId="31598EDF" w14:textId="77777777" w:rsidR="00AA4B50" w:rsidRPr="001050DD" w:rsidRDefault="00AA4B50" w:rsidP="00AA4B50">
                      <w:pPr>
                        <w:spacing w:after="0" w:line="240" w:lineRule="auto"/>
                        <w:jc w:val="center"/>
                        <w:rPr>
                          <w:b/>
                          <w:sz w:val="24"/>
                          <w:szCs w:val="24"/>
                        </w:rPr>
                      </w:pPr>
                      <w:r w:rsidRPr="001050DD">
                        <w:rPr>
                          <w:b/>
                          <w:sz w:val="24"/>
                          <w:szCs w:val="24"/>
                        </w:rPr>
                        <w:t>TẠP CHÍ KHOA HỌC VÀ GIÁO DỤC</w:t>
                      </w:r>
                    </w:p>
                    <w:p w14:paraId="53CAE1AB" w14:textId="77777777" w:rsidR="00AA4B50" w:rsidRPr="001050DD" w:rsidRDefault="00AA4B50" w:rsidP="00AA4B50">
                      <w:pPr>
                        <w:spacing w:after="0" w:line="240" w:lineRule="auto"/>
                        <w:jc w:val="center"/>
                        <w:rPr>
                          <w:b/>
                          <w:sz w:val="24"/>
                          <w:szCs w:val="24"/>
                        </w:rPr>
                      </w:pPr>
                      <w:r w:rsidRPr="001050DD">
                        <w:rPr>
                          <w:b/>
                          <w:sz w:val="24"/>
                          <w:szCs w:val="24"/>
                        </w:rPr>
                        <w:t>JOURNAL OF SCIENCE AND EDUCATION</w:t>
                      </w:r>
                    </w:p>
                    <w:p w14:paraId="2940431A" w14:textId="77777777" w:rsidR="00AA4B50" w:rsidRDefault="00AA4B50" w:rsidP="00AA4B50">
                      <w:pPr>
                        <w:spacing w:after="0" w:line="240" w:lineRule="auto"/>
                      </w:pPr>
                    </w:p>
                    <w:p w14:paraId="215AF817" w14:textId="77777777" w:rsidR="00AA4B50" w:rsidRPr="00AA4B50" w:rsidRDefault="00AA4B50" w:rsidP="00AA4B50">
                      <w:pPr>
                        <w:spacing w:after="0" w:line="240" w:lineRule="auto"/>
                        <w:jc w:val="center"/>
                        <w:rPr>
                          <w:sz w:val="18"/>
                          <w:szCs w:val="18"/>
                        </w:rPr>
                      </w:pPr>
                      <w:r w:rsidRPr="00AA4B50">
                        <w:rPr>
                          <w:sz w:val="18"/>
                          <w:szCs w:val="18"/>
                        </w:rPr>
                        <w:t>Journal homepa</w:t>
                      </w:r>
                      <w:r w:rsidR="001555E3">
                        <w:rPr>
                          <w:sz w:val="18"/>
                          <w:szCs w:val="18"/>
                        </w:rPr>
                        <w:t>g</w:t>
                      </w:r>
                      <w:r w:rsidRPr="00AA4B50">
                        <w:rPr>
                          <w:sz w:val="18"/>
                          <w:szCs w:val="18"/>
                        </w:rPr>
                        <w:t>e: https://tckhgd.dhsphue.edu.vn</w:t>
                      </w:r>
                    </w:p>
                  </w:txbxContent>
                </v:textbox>
                <w10:wrap type="square" anchorx="page"/>
              </v:shape>
            </w:pict>
          </mc:Fallback>
        </mc:AlternateContent>
      </w:r>
      <w:r>
        <w:rPr>
          <w:rFonts w:ascii="Arial" w:hAnsi="Arial"/>
          <w:b/>
          <w:noProof/>
          <w:sz w:val="32"/>
        </w:rPr>
        <mc:AlternateContent>
          <mc:Choice Requires="wps">
            <w:drawing>
              <wp:anchor distT="0" distB="0" distL="114300" distR="114300" simplePos="0" relativeHeight="251662336" behindDoc="0" locked="0" layoutInCell="1" allowOverlap="1" wp14:anchorId="5C16B9F3" wp14:editId="53BDFD67">
                <wp:simplePos x="0" y="0"/>
                <wp:positionH relativeFrom="column">
                  <wp:posOffset>918845</wp:posOffset>
                </wp:positionH>
                <wp:positionV relativeFrom="paragraph">
                  <wp:posOffset>50165</wp:posOffset>
                </wp:positionV>
                <wp:extent cx="4152900" cy="844550"/>
                <wp:effectExtent l="0" t="0" r="0" b="0"/>
                <wp:wrapNone/>
                <wp:docPr id="3" name="Rectangle 3"/>
                <wp:cNvGraphicFramePr/>
                <a:graphic xmlns:a="http://schemas.openxmlformats.org/drawingml/2006/main">
                  <a:graphicData uri="http://schemas.microsoft.com/office/word/2010/wordprocessingShape">
                    <wps:wsp>
                      <wps:cNvSpPr/>
                      <wps:spPr>
                        <a:xfrm>
                          <a:off x="0" y="0"/>
                          <a:ext cx="4152900" cy="844550"/>
                        </a:xfrm>
                        <a:prstGeom prst="rect">
                          <a:avLst/>
                        </a:prstGeom>
                        <a:gradFill>
                          <a:gsLst>
                            <a:gs pos="0">
                              <a:schemeClr val="accent4">
                                <a:lumMod val="20000"/>
                                <a:lumOff val="80000"/>
                              </a:schemeClr>
                            </a:gs>
                            <a:gs pos="100000">
                              <a:schemeClr val="accent1">
                                <a:tint val="50000"/>
                                <a:shade val="100000"/>
                                <a:satMod val="350000"/>
                              </a:schemeClr>
                            </a:gs>
                          </a:gsLs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8849D" id="Rectangle 3" o:spid="_x0000_s1026" style="position:absolute;margin-left:72.35pt;margin-top:3.95pt;width:327pt;height: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" fillcolor="#e5dfec [663]" stroked="f">
                <v:fill color2="#a7bfde [1620]" rotate="t" angle="180" focus="100%" type="gradient">
                  <o:fill v:ext="view" type="gradientUnscaled"/>
                </v:fill>
              </v:rect>
            </w:pict>
          </mc:Fallback>
        </mc:AlternateContent>
      </w:r>
      <w:r w:rsidRPr="0095530B">
        <w:rPr>
          <w:noProof/>
        </w:rPr>
        <w:drawing>
          <wp:anchor distT="0" distB="0" distL="114300" distR="114300" simplePos="0" relativeHeight="251664384" behindDoc="0" locked="0" layoutInCell="1" allowOverlap="1" wp14:anchorId="68020EC6" wp14:editId="1DEEBC77">
            <wp:simplePos x="0" y="0"/>
            <wp:positionH relativeFrom="margin">
              <wp:posOffset>5139690</wp:posOffset>
            </wp:positionH>
            <wp:positionV relativeFrom="paragraph">
              <wp:posOffset>48895</wp:posOffset>
            </wp:positionV>
            <wp:extent cx="641985" cy="843280"/>
            <wp:effectExtent l="0" t="0" r="5715" b="0"/>
            <wp:wrapNone/>
            <wp:docPr id="5" name="Picture 5" descr="E:\QUAN LY TAP CHI\FINAL\FINAL\Bia_Tong 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N LY TAP CHI\FINAL\FINAL\Bia_Tong ho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985" cy="84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944" w:rsidRPr="0095530B">
        <w:rPr>
          <w:noProof/>
        </w:rPr>
        <w:drawing>
          <wp:anchor distT="0" distB="0" distL="114300" distR="114300" simplePos="0" relativeHeight="251663360" behindDoc="0" locked="0" layoutInCell="1" allowOverlap="1" wp14:anchorId="6B4F7978" wp14:editId="62F3D838">
            <wp:simplePos x="0" y="0"/>
            <wp:positionH relativeFrom="margin">
              <wp:posOffset>7620</wp:posOffset>
            </wp:positionH>
            <wp:positionV relativeFrom="paragraph">
              <wp:posOffset>46355</wp:posOffset>
            </wp:positionV>
            <wp:extent cx="863600" cy="863600"/>
            <wp:effectExtent l="0" t="0" r="0" b="0"/>
            <wp:wrapNone/>
            <wp:docPr id="4" name="Picture 4" descr="E:\LOGO\logo 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GO\logo bi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D8E1D" w14:textId="77777777" w:rsidR="001302A4" w:rsidRDefault="00AA4B50" w:rsidP="002B67B7">
      <w:pPr>
        <w:spacing w:line="240" w:lineRule="auto"/>
        <w:jc w:val="center"/>
        <w:rPr>
          <w:rFonts w:ascii="Arial" w:hAnsi="Arial"/>
          <w:b/>
          <w:sz w:val="32"/>
        </w:rPr>
      </w:pPr>
      <w:r>
        <w:rPr>
          <w:rFonts w:ascii="Arial" w:hAnsi="Arial"/>
          <w:b/>
          <w:sz w:val="32"/>
        </w:rPr>
        <w:t>t</w:t>
      </w:r>
    </w:p>
    <w:p w14:paraId="6901B018" w14:textId="77777777" w:rsidR="001302A4" w:rsidRDefault="00AA4B50" w:rsidP="002B67B7">
      <w:pPr>
        <w:spacing w:line="240" w:lineRule="auto"/>
        <w:jc w:val="center"/>
        <w:rPr>
          <w:rFonts w:ascii="Arial" w:hAnsi="Arial"/>
          <w:b/>
          <w:sz w:val="32"/>
        </w:rPr>
      </w:pPr>
      <w:r>
        <w:rPr>
          <w:rFonts w:ascii="Arial" w:hAnsi="Arial"/>
          <w:b/>
          <w:noProof/>
          <w:sz w:val="32"/>
        </w:rPr>
        <mc:AlternateContent>
          <mc:Choice Requires="wps">
            <w:drawing>
              <wp:anchor distT="0" distB="0" distL="114300" distR="114300" simplePos="0" relativeHeight="251666432" behindDoc="0" locked="0" layoutInCell="1" allowOverlap="1" wp14:anchorId="54C7F1B4" wp14:editId="35AD2A0F">
                <wp:simplePos x="0" y="0"/>
                <wp:positionH relativeFrom="margin">
                  <wp:align>left</wp:align>
                </wp:positionH>
                <wp:positionV relativeFrom="paragraph">
                  <wp:posOffset>214630</wp:posOffset>
                </wp:positionV>
                <wp:extent cx="5800725" cy="952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5800725" cy="9525"/>
                        </a:xfrm>
                        <a:prstGeom prst="line">
                          <a:avLst/>
                        </a:prstGeom>
                        <a:ln w="25400"/>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ADE228" id="Straight Connector 6" o:spid="_x0000_s1026" style="position:absolute;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9pt" to="456.7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" strokecolor="#4f81bd [3204]" strokeweight="2pt">
                <w10:wrap anchorx="margin"/>
              </v:line>
            </w:pict>
          </mc:Fallback>
        </mc:AlternateContent>
      </w:r>
    </w:p>
    <w:p w14:paraId="00CD8674" w14:textId="01A45202" w:rsidR="002E6A61" w:rsidRPr="00CB3FF1" w:rsidRDefault="00CB3FF1" w:rsidP="00CB3FF1">
      <w:pPr>
        <w:pStyle w:val="0004"/>
        <w:spacing w:line="240" w:lineRule="auto"/>
        <w:ind w:firstLine="567"/>
        <w:jc w:val="center"/>
        <w:rPr>
          <w:b/>
          <w:bCs/>
          <w:i w:val="0"/>
          <w:iCs/>
          <w:sz w:val="28"/>
          <w:szCs w:val="28"/>
          <w:lang w:val="vi-VN"/>
        </w:rPr>
      </w:pPr>
      <w:r w:rsidRPr="00CB3FF1">
        <w:rPr>
          <w:b/>
          <w:i w:val="0"/>
          <w:iCs/>
          <w:sz w:val="28"/>
          <w:szCs w:val="28"/>
          <w:lang w:val="vi-VN"/>
        </w:rPr>
        <w:t xml:space="preserve">THỰC TRẠNG HOẠT ĐỘNG GIÁO DỤC </w:t>
      </w:r>
      <w:r w:rsidRPr="00CB3FF1">
        <w:rPr>
          <w:b/>
          <w:bCs/>
          <w:i w:val="0"/>
          <w:iCs/>
          <w:sz w:val="28"/>
          <w:szCs w:val="28"/>
          <w:lang w:val="es-ES"/>
        </w:rPr>
        <w:t>PHÒNG NGỪA TAI NẠN THƯƠNG TÍCH</w:t>
      </w:r>
      <w:r w:rsidRPr="00CB3FF1">
        <w:rPr>
          <w:b/>
          <w:bCs/>
          <w:i w:val="0"/>
          <w:iCs/>
          <w:sz w:val="28"/>
          <w:szCs w:val="28"/>
          <w:lang w:val="vi-VN"/>
        </w:rPr>
        <w:t xml:space="preserve"> </w:t>
      </w:r>
      <w:r w:rsidRPr="00CB3FF1">
        <w:rPr>
          <w:b/>
          <w:bCs/>
          <w:i w:val="0"/>
          <w:iCs/>
          <w:sz w:val="28"/>
          <w:szCs w:val="28"/>
          <w:lang w:val="es-ES"/>
        </w:rPr>
        <w:t>CHO TRẺ MẪU</w:t>
      </w:r>
      <w:r w:rsidRPr="00CB3FF1">
        <w:rPr>
          <w:b/>
          <w:bCs/>
          <w:i w:val="0"/>
          <w:iCs/>
          <w:sz w:val="28"/>
          <w:szCs w:val="28"/>
          <w:lang w:val="vi-VN"/>
        </w:rPr>
        <w:t xml:space="preserve"> GIÁO </w:t>
      </w:r>
      <w:r w:rsidRPr="00CB3FF1">
        <w:rPr>
          <w:b/>
          <w:bCs/>
          <w:i w:val="0"/>
          <w:iCs/>
          <w:sz w:val="28"/>
          <w:szCs w:val="28"/>
          <w:lang w:val="es-ES"/>
        </w:rPr>
        <w:t>Ở CÁC TRƯỜNG MẦM NON</w:t>
      </w:r>
      <w:r w:rsidRPr="00CB3FF1">
        <w:rPr>
          <w:b/>
          <w:bCs/>
          <w:i w:val="0"/>
          <w:iCs/>
          <w:sz w:val="28"/>
          <w:szCs w:val="28"/>
          <w:lang w:val="vi-VN"/>
        </w:rPr>
        <w:t xml:space="preserve"> </w:t>
      </w:r>
      <w:r w:rsidRPr="00CB3FF1">
        <w:rPr>
          <w:b/>
          <w:bCs/>
          <w:i w:val="0"/>
          <w:iCs/>
          <w:sz w:val="28"/>
          <w:szCs w:val="28"/>
          <w:lang w:val="es-ES"/>
        </w:rPr>
        <w:t>HUYỆN CỦ CHI,</w:t>
      </w:r>
      <w:r w:rsidRPr="00CB3FF1">
        <w:rPr>
          <w:b/>
          <w:bCs/>
          <w:i w:val="0"/>
          <w:iCs/>
          <w:sz w:val="28"/>
          <w:szCs w:val="28"/>
          <w:lang w:val="vi-VN"/>
        </w:rPr>
        <w:t xml:space="preserve"> </w:t>
      </w:r>
      <w:r w:rsidRPr="00CB3FF1">
        <w:rPr>
          <w:b/>
          <w:bCs/>
          <w:i w:val="0"/>
          <w:iCs/>
          <w:sz w:val="28"/>
          <w:szCs w:val="28"/>
          <w:lang w:val="es-ES"/>
        </w:rPr>
        <w:t>THÀNH PHỐ HỒ CHÍ MINH</w:t>
      </w:r>
    </w:p>
    <w:p w14:paraId="67ABBBAC" w14:textId="53DE8506" w:rsidR="002E6A61" w:rsidRPr="00CB3FF1" w:rsidRDefault="00CB3FF1" w:rsidP="00CB3FF1">
      <w:pPr>
        <w:spacing w:line="240" w:lineRule="auto"/>
        <w:jc w:val="center"/>
        <w:rPr>
          <w:rFonts w:ascii="Times New Roman" w:hAnsi="Times New Roman" w:cs="Times New Roman"/>
          <w:b/>
          <w:iCs/>
          <w:sz w:val="24"/>
          <w:szCs w:val="24"/>
          <w:lang w:val="vi-VN"/>
        </w:rPr>
      </w:pPr>
      <w:r w:rsidRPr="00CB3FF1">
        <w:rPr>
          <w:rFonts w:ascii="Times New Roman" w:hAnsi="Times New Roman" w:cs="Times New Roman"/>
          <w:b/>
          <w:sz w:val="24"/>
          <w:szCs w:val="24"/>
        </w:rPr>
        <w:t xml:space="preserve">Cao </w:t>
      </w:r>
      <w:proofErr w:type="spellStart"/>
      <w:r w:rsidRPr="00CB3FF1">
        <w:rPr>
          <w:rFonts w:ascii="Times New Roman" w:hAnsi="Times New Roman" w:cs="Times New Roman"/>
          <w:b/>
          <w:sz w:val="24"/>
          <w:szCs w:val="24"/>
        </w:rPr>
        <w:t>Thị</w:t>
      </w:r>
      <w:proofErr w:type="spellEnd"/>
      <w:r w:rsidRPr="00CB3FF1">
        <w:rPr>
          <w:rFonts w:ascii="Times New Roman" w:hAnsi="Times New Roman" w:cs="Times New Roman"/>
          <w:b/>
          <w:sz w:val="24"/>
          <w:szCs w:val="24"/>
        </w:rPr>
        <w:t xml:space="preserve"> Hồng</w:t>
      </w:r>
      <w:r w:rsidR="00F244F0" w:rsidRPr="00CB3FF1">
        <w:rPr>
          <w:rFonts w:ascii="Times New Roman" w:hAnsi="Times New Roman" w:cs="Times New Roman"/>
          <w:b/>
          <w:sz w:val="24"/>
          <w:szCs w:val="24"/>
          <w:vertAlign w:val="superscript"/>
        </w:rPr>
        <w:t>1</w:t>
      </w:r>
      <w:r w:rsidR="0068468D" w:rsidRPr="00CB3FF1">
        <w:rPr>
          <w:rFonts w:ascii="Times New Roman" w:hAnsi="Times New Roman" w:cs="Times New Roman"/>
          <w:b/>
          <w:sz w:val="24"/>
          <w:szCs w:val="24"/>
        </w:rPr>
        <w:t xml:space="preserve">, </w:t>
      </w:r>
      <w:proofErr w:type="spellStart"/>
      <w:r w:rsidRPr="00CB3FF1">
        <w:rPr>
          <w:rFonts w:ascii="Times New Roman" w:hAnsi="Times New Roman" w:cs="Times New Roman"/>
          <w:b/>
          <w:sz w:val="24"/>
          <w:szCs w:val="24"/>
        </w:rPr>
        <w:t>Nguyễn</w:t>
      </w:r>
      <w:proofErr w:type="spellEnd"/>
      <w:r w:rsidRPr="00CB3FF1">
        <w:rPr>
          <w:rFonts w:ascii="Times New Roman" w:hAnsi="Times New Roman" w:cs="Times New Roman"/>
          <w:b/>
          <w:sz w:val="24"/>
          <w:szCs w:val="24"/>
        </w:rPr>
        <w:t xml:space="preserve"> </w:t>
      </w:r>
      <w:proofErr w:type="spellStart"/>
      <w:r w:rsidRPr="00CB3FF1">
        <w:rPr>
          <w:rFonts w:ascii="Times New Roman" w:hAnsi="Times New Roman" w:cs="Times New Roman"/>
          <w:b/>
          <w:sz w:val="24"/>
          <w:szCs w:val="24"/>
        </w:rPr>
        <w:t>Văn</w:t>
      </w:r>
      <w:proofErr w:type="spellEnd"/>
      <w:r w:rsidRPr="00CB3FF1">
        <w:rPr>
          <w:rFonts w:ascii="Times New Roman" w:hAnsi="Times New Roman" w:cs="Times New Roman"/>
          <w:b/>
          <w:sz w:val="24"/>
          <w:szCs w:val="24"/>
        </w:rPr>
        <w:t xml:space="preserve"> Bắc</w:t>
      </w:r>
      <w:r w:rsidRPr="00CB3FF1">
        <w:rPr>
          <w:rFonts w:ascii="Times New Roman" w:hAnsi="Times New Roman" w:cs="Times New Roman"/>
          <w:b/>
          <w:sz w:val="24"/>
          <w:szCs w:val="24"/>
          <w:vertAlign w:val="superscript"/>
        </w:rPr>
        <w:t>2</w:t>
      </w:r>
      <w:r w:rsidR="00C100E0" w:rsidRPr="00CB3FF1">
        <w:rPr>
          <w:rFonts w:ascii="Times New Roman" w:hAnsi="Times New Roman" w:cs="Times New Roman"/>
          <w:b/>
          <w:sz w:val="24"/>
          <w:szCs w:val="24"/>
        </w:rPr>
        <w:br/>
      </w:r>
      <w:r w:rsidR="0068468D" w:rsidRPr="00CB3FF1">
        <w:rPr>
          <w:rFonts w:ascii="Times New Roman" w:hAnsi="Times New Roman" w:cs="Times New Roman"/>
          <w:b/>
          <w:sz w:val="24"/>
          <w:szCs w:val="24"/>
          <w:vertAlign w:val="superscript"/>
        </w:rPr>
        <w:t>1</w:t>
      </w:r>
      <w:r w:rsidRPr="00CB3FF1">
        <w:rPr>
          <w:rFonts w:ascii="Times New Roman" w:hAnsi="Times New Roman" w:cs="Times New Roman"/>
          <w:b/>
          <w:iCs/>
          <w:sz w:val="24"/>
          <w:szCs w:val="24"/>
          <w:lang w:val="vi-VN"/>
        </w:rPr>
        <w:t xml:space="preserve"> Trường mầm non Hoà Phú, huyện Củ Chi, Thành phố Hồ Chí Minh</w:t>
      </w:r>
    </w:p>
    <w:p w14:paraId="1AA2276D" w14:textId="6C78C22F" w:rsidR="00CB3FF1" w:rsidRPr="00CB3FF1" w:rsidRDefault="00CB3FF1" w:rsidP="00CB3FF1">
      <w:pPr>
        <w:spacing w:line="240" w:lineRule="auto"/>
        <w:jc w:val="center"/>
        <w:rPr>
          <w:rFonts w:ascii="Times New Roman" w:hAnsi="Times New Roman" w:cs="Times New Roman"/>
          <w:b/>
          <w:sz w:val="24"/>
          <w:szCs w:val="24"/>
        </w:rPr>
      </w:pPr>
      <w:r w:rsidRPr="00CB3FF1">
        <w:rPr>
          <w:rFonts w:ascii="Times New Roman" w:hAnsi="Times New Roman" w:cs="Times New Roman"/>
          <w:b/>
          <w:iCs/>
          <w:sz w:val="24"/>
          <w:szCs w:val="24"/>
        </w:rPr>
        <w:t>2</w:t>
      </w:r>
      <w:r w:rsidRPr="00CB3FF1">
        <w:rPr>
          <w:rFonts w:ascii="Times New Roman" w:hAnsi="Times New Roman" w:cs="Times New Roman"/>
          <w:b/>
          <w:iCs/>
          <w:sz w:val="24"/>
          <w:szCs w:val="24"/>
          <w:lang w:val="vi-VN"/>
        </w:rPr>
        <w:t>Trường Đại học Sư phạm, Đại học Huế</w:t>
      </w:r>
    </w:p>
    <w:p w14:paraId="424BA3C8" w14:textId="70C52C98" w:rsidR="00EB3707" w:rsidRPr="00AD2232" w:rsidRDefault="00521E68" w:rsidP="00AD2232">
      <w:pPr>
        <w:spacing w:line="240" w:lineRule="auto"/>
        <w:jc w:val="center"/>
        <w:rPr>
          <w:rFonts w:ascii="Times New Roman" w:hAnsi="Times New Roman" w:cs="Times New Roman"/>
          <w:bCs/>
          <w:iCs/>
          <w:sz w:val="24"/>
          <w:szCs w:val="24"/>
        </w:rPr>
      </w:pPr>
      <w:proofErr w:type="spellStart"/>
      <w:r w:rsidRPr="00323E6C">
        <w:rPr>
          <w:rFonts w:ascii="Times New Roman" w:hAnsi="Times New Roman" w:cs="Times New Roman"/>
          <w:sz w:val="24"/>
          <w:szCs w:val="24"/>
        </w:rPr>
        <w:t>Tác</w:t>
      </w:r>
      <w:proofErr w:type="spellEnd"/>
      <w:r w:rsidRPr="00323E6C">
        <w:rPr>
          <w:rFonts w:ascii="Times New Roman" w:hAnsi="Times New Roman" w:cs="Times New Roman"/>
          <w:sz w:val="24"/>
          <w:szCs w:val="24"/>
        </w:rPr>
        <w:t xml:space="preserve"> </w:t>
      </w:r>
      <w:proofErr w:type="spellStart"/>
      <w:r w:rsidRPr="00323E6C">
        <w:rPr>
          <w:rFonts w:ascii="Times New Roman" w:hAnsi="Times New Roman" w:cs="Times New Roman"/>
          <w:sz w:val="24"/>
          <w:szCs w:val="24"/>
        </w:rPr>
        <w:t>giả</w:t>
      </w:r>
      <w:proofErr w:type="spellEnd"/>
      <w:r w:rsidRPr="00323E6C">
        <w:rPr>
          <w:rFonts w:ascii="Times New Roman" w:hAnsi="Times New Roman" w:cs="Times New Roman"/>
          <w:sz w:val="24"/>
          <w:szCs w:val="24"/>
        </w:rPr>
        <w:t xml:space="preserve"> </w:t>
      </w:r>
      <w:proofErr w:type="spellStart"/>
      <w:r w:rsidRPr="00323E6C">
        <w:rPr>
          <w:rFonts w:ascii="Times New Roman" w:hAnsi="Times New Roman" w:cs="Times New Roman"/>
          <w:sz w:val="24"/>
          <w:szCs w:val="24"/>
        </w:rPr>
        <w:t>liên</w:t>
      </w:r>
      <w:proofErr w:type="spellEnd"/>
      <w:r w:rsidRPr="00323E6C">
        <w:rPr>
          <w:rFonts w:ascii="Times New Roman" w:hAnsi="Times New Roman" w:cs="Times New Roman"/>
          <w:sz w:val="24"/>
          <w:szCs w:val="24"/>
        </w:rPr>
        <w:t xml:space="preserve"> </w:t>
      </w:r>
      <w:proofErr w:type="spellStart"/>
      <w:r w:rsidRPr="00323E6C">
        <w:rPr>
          <w:rFonts w:ascii="Times New Roman" w:hAnsi="Times New Roman" w:cs="Times New Roman"/>
          <w:sz w:val="24"/>
          <w:szCs w:val="24"/>
        </w:rPr>
        <w:t>hệ</w:t>
      </w:r>
      <w:proofErr w:type="spellEnd"/>
      <w:r w:rsidRPr="00323E6C">
        <w:rPr>
          <w:rFonts w:ascii="Times New Roman" w:hAnsi="Times New Roman" w:cs="Times New Roman"/>
          <w:sz w:val="24"/>
          <w:szCs w:val="24"/>
        </w:rPr>
        <w:t>: *Email:</w:t>
      </w:r>
      <w:r w:rsidR="00CB3FF1" w:rsidRPr="00323E6C">
        <w:rPr>
          <w:rFonts w:ascii="Times New Roman" w:hAnsi="Times New Roman" w:cs="Times New Roman"/>
          <w:sz w:val="24"/>
          <w:szCs w:val="24"/>
        </w:rPr>
        <w:t xml:space="preserve"> </w:t>
      </w:r>
      <w:r w:rsidR="00CB3FF1" w:rsidRPr="00323E6C">
        <w:rPr>
          <w:rFonts w:ascii="Times New Roman" w:hAnsi="Times New Roman" w:cs="Times New Roman"/>
          <w:iCs/>
          <w:sz w:val="24"/>
          <w:szCs w:val="24"/>
        </w:rPr>
        <w:t xml:space="preserve">nguyenvanbac@dhsphue.edu.vn, </w:t>
      </w:r>
      <w:r w:rsidR="00323E6C" w:rsidRPr="002B1B52">
        <w:rPr>
          <w:rFonts w:ascii="Times New Roman" w:hAnsi="Times New Roman" w:cs="Times New Roman"/>
          <w:bCs/>
          <w:iCs/>
          <w:sz w:val="24"/>
          <w:szCs w:val="24"/>
        </w:rPr>
        <w:t>caohong1985@gmail.com</w:t>
      </w:r>
      <w:r w:rsidR="00AD2232" w:rsidRPr="00EB3707">
        <w:rPr>
          <w:rFonts w:ascii="Arial" w:hAnsi="Arial"/>
          <w:b/>
          <w:noProof/>
        </w:rPr>
        <mc:AlternateContent>
          <mc:Choice Requires="wps">
            <w:drawing>
              <wp:inline distT="0" distB="0" distL="0" distR="0" wp14:anchorId="504E0F5E" wp14:editId="5DB070B3">
                <wp:extent cx="5937250" cy="0"/>
                <wp:effectExtent l="0" t="0" r="25400" b="19050"/>
                <wp:docPr id="21" name="Straight Connector 21"/>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28F3B955" id="Straight Connector 21"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" strokecolor="#4f81bd [3204]" strokeweight=".5pt">
                <w10:anchorlock/>
              </v:line>
            </w:pict>
          </mc:Fallback>
        </mc:AlternateContent>
      </w:r>
    </w:p>
    <w:p w14:paraId="6AD6FCFB" w14:textId="55A2A6AB" w:rsidR="002E6A61" w:rsidRPr="0016225C" w:rsidRDefault="00521E68" w:rsidP="00955B77">
      <w:pPr>
        <w:spacing w:line="240" w:lineRule="auto"/>
        <w:rPr>
          <w:rFonts w:ascii="Times New Roman" w:hAnsi="Times New Roman" w:cs="Times New Roman"/>
        </w:rPr>
      </w:pPr>
      <w:r w:rsidRPr="0016225C">
        <w:rPr>
          <w:rFonts w:ascii="Times New Roman" w:hAnsi="Times New Roman" w:cs="Times New Roman"/>
          <w:b/>
        </w:rPr>
        <w:t>TÓM TẮT</w:t>
      </w:r>
      <w:r w:rsidR="00CB3FF1">
        <w:rPr>
          <w:rFonts w:ascii="Times New Roman" w:hAnsi="Times New Roman" w:cs="Times New Roman"/>
          <w:b/>
        </w:rPr>
        <w:t xml:space="preserve"> </w:t>
      </w:r>
    </w:p>
    <w:p w14:paraId="17075BED" w14:textId="77777777" w:rsidR="00CB3FF1" w:rsidRPr="00CB3FF1" w:rsidRDefault="00CB3FF1" w:rsidP="00323E6C">
      <w:pPr>
        <w:pStyle w:val="bibaonhucau"/>
        <w:spacing w:before="0" w:after="120" w:line="240" w:lineRule="auto"/>
        <w:ind w:right="-2"/>
        <w:jc w:val="both"/>
        <w:rPr>
          <w:iCs/>
          <w:spacing w:val="-2"/>
          <w:sz w:val="22"/>
          <w:szCs w:val="22"/>
        </w:rPr>
      </w:pPr>
      <w:proofErr w:type="spellStart"/>
      <w:r w:rsidRPr="00CB3FF1">
        <w:rPr>
          <w:iCs/>
          <w:spacing w:val="-2"/>
          <w:sz w:val="22"/>
          <w:szCs w:val="22"/>
        </w:rPr>
        <w:t>Hoạt</w:t>
      </w:r>
      <w:proofErr w:type="spellEnd"/>
      <w:r w:rsidRPr="00CB3FF1">
        <w:rPr>
          <w:iCs/>
          <w:spacing w:val="-2"/>
          <w:sz w:val="22"/>
          <w:szCs w:val="22"/>
        </w:rPr>
        <w:t xml:space="preserve"> </w:t>
      </w:r>
      <w:proofErr w:type="spellStart"/>
      <w:r w:rsidRPr="00CB3FF1">
        <w:rPr>
          <w:iCs/>
          <w:spacing w:val="-2"/>
          <w:sz w:val="22"/>
          <w:szCs w:val="22"/>
        </w:rPr>
        <w:t>động</w:t>
      </w:r>
      <w:proofErr w:type="spellEnd"/>
      <w:r w:rsidRPr="00CB3FF1">
        <w:rPr>
          <w:iCs/>
          <w:spacing w:val="-2"/>
          <w:sz w:val="22"/>
          <w:szCs w:val="22"/>
          <w:lang w:val="vi-VN"/>
        </w:rPr>
        <w:t xml:space="preserve"> </w:t>
      </w:r>
      <w:proofErr w:type="spellStart"/>
      <w:r w:rsidRPr="00CB3FF1">
        <w:rPr>
          <w:iCs/>
          <w:color w:val="000000"/>
          <w:sz w:val="22"/>
          <w:szCs w:val="22"/>
          <w:shd w:val="clear" w:color="auto" w:fill="FFFFFF"/>
        </w:rPr>
        <w:t>phòng</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ngừa</w:t>
      </w:r>
      <w:proofErr w:type="spellEnd"/>
      <w:r w:rsidRPr="00CB3FF1">
        <w:rPr>
          <w:iCs/>
          <w:color w:val="000000"/>
          <w:sz w:val="22"/>
          <w:szCs w:val="22"/>
          <w:shd w:val="clear" w:color="auto" w:fill="FFFFFF"/>
        </w:rPr>
        <w:t xml:space="preserve"> tai </w:t>
      </w:r>
      <w:proofErr w:type="spellStart"/>
      <w:r w:rsidRPr="00CB3FF1">
        <w:rPr>
          <w:iCs/>
          <w:color w:val="000000"/>
          <w:sz w:val="22"/>
          <w:szCs w:val="22"/>
          <w:shd w:val="clear" w:color="auto" w:fill="FFFFFF"/>
        </w:rPr>
        <w:t>nạn</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thương</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tích</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cho</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trẻ</w:t>
      </w:r>
      <w:proofErr w:type="spellEnd"/>
      <w:r w:rsidRPr="00CB3FF1">
        <w:rPr>
          <w:iCs/>
          <w:color w:val="000000"/>
          <w:sz w:val="22"/>
          <w:szCs w:val="22"/>
          <w:shd w:val="clear" w:color="auto" w:fill="FFFFFF"/>
          <w:lang w:val="vi-VN"/>
        </w:rPr>
        <w:t xml:space="preserve"> mẫu giáo</w:t>
      </w:r>
      <w:r w:rsidRPr="00CB3FF1">
        <w:rPr>
          <w:iCs/>
          <w:color w:val="000000"/>
          <w:sz w:val="22"/>
          <w:szCs w:val="22"/>
          <w:shd w:val="clear" w:color="auto" w:fill="FFFFFF"/>
        </w:rPr>
        <w:t xml:space="preserve"> ở </w:t>
      </w:r>
      <w:proofErr w:type="spellStart"/>
      <w:r w:rsidRPr="00CB3FF1">
        <w:rPr>
          <w:iCs/>
          <w:color w:val="000000"/>
          <w:sz w:val="22"/>
          <w:szCs w:val="22"/>
          <w:shd w:val="clear" w:color="auto" w:fill="FFFFFF"/>
        </w:rPr>
        <w:t>các</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trường</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mầm</w:t>
      </w:r>
      <w:proofErr w:type="spellEnd"/>
      <w:r w:rsidRPr="00CB3FF1">
        <w:rPr>
          <w:iCs/>
          <w:color w:val="000000"/>
          <w:sz w:val="22"/>
          <w:szCs w:val="22"/>
          <w:shd w:val="clear" w:color="auto" w:fill="FFFFFF"/>
        </w:rPr>
        <w:t xml:space="preserve"> non </w:t>
      </w:r>
      <w:proofErr w:type="spellStart"/>
      <w:r w:rsidRPr="00CB3FF1">
        <w:rPr>
          <w:iCs/>
          <w:spacing w:val="-2"/>
          <w:sz w:val="22"/>
          <w:szCs w:val="22"/>
        </w:rPr>
        <w:t>có</w:t>
      </w:r>
      <w:proofErr w:type="spellEnd"/>
      <w:r w:rsidRPr="00CB3FF1">
        <w:rPr>
          <w:iCs/>
          <w:spacing w:val="-2"/>
          <w:sz w:val="22"/>
          <w:szCs w:val="22"/>
          <w:lang w:val="vi-VN"/>
        </w:rPr>
        <w:t xml:space="preserve"> vai trò rất quan trọng nhằm giúp trẻ có được </w:t>
      </w:r>
      <w:proofErr w:type="spellStart"/>
      <w:r w:rsidRPr="00CB3FF1">
        <w:rPr>
          <w:iCs/>
          <w:color w:val="000000"/>
          <w:sz w:val="22"/>
          <w:szCs w:val="22"/>
          <w:shd w:val="clear" w:color="auto" w:fill="FFFFFF"/>
        </w:rPr>
        <w:t>thể</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chất</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khoẻ</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mạnh</w:t>
      </w:r>
      <w:proofErr w:type="spellEnd"/>
      <w:r w:rsidRPr="00CB3FF1">
        <w:rPr>
          <w:iCs/>
          <w:color w:val="000000"/>
          <w:sz w:val="22"/>
          <w:szCs w:val="22"/>
          <w:shd w:val="clear" w:color="auto" w:fill="FFFFFF"/>
        </w:rPr>
        <w:t>,</w:t>
      </w:r>
      <w:r w:rsidRPr="00CB3FF1">
        <w:rPr>
          <w:iCs/>
          <w:color w:val="000000"/>
          <w:sz w:val="22"/>
          <w:szCs w:val="22"/>
          <w:shd w:val="clear" w:color="auto" w:fill="FFFFFF"/>
          <w:lang w:val="vi-VN"/>
        </w:rPr>
        <w:t xml:space="preserve"> </w:t>
      </w:r>
      <w:proofErr w:type="spellStart"/>
      <w:r w:rsidRPr="00CB3FF1">
        <w:rPr>
          <w:iCs/>
          <w:color w:val="000000"/>
          <w:sz w:val="22"/>
          <w:szCs w:val="22"/>
          <w:shd w:val="clear" w:color="auto" w:fill="FFFFFF"/>
        </w:rPr>
        <w:t>tinh</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thần</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thoải</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mái</w:t>
      </w:r>
      <w:proofErr w:type="spellEnd"/>
      <w:r w:rsidRPr="00CB3FF1">
        <w:rPr>
          <w:iCs/>
          <w:color w:val="000000"/>
          <w:sz w:val="22"/>
          <w:szCs w:val="22"/>
          <w:shd w:val="clear" w:color="auto" w:fill="FFFFFF"/>
          <w:lang w:val="vi-VN"/>
        </w:rPr>
        <w:t xml:space="preserve">, </w:t>
      </w:r>
      <w:proofErr w:type="gramStart"/>
      <w:r w:rsidRPr="00CB3FF1">
        <w:rPr>
          <w:iCs/>
          <w:color w:val="000000"/>
          <w:sz w:val="22"/>
          <w:szCs w:val="22"/>
          <w:shd w:val="clear" w:color="auto" w:fill="FFFFFF"/>
          <w:lang w:val="vi-VN"/>
        </w:rPr>
        <w:t>an</w:t>
      </w:r>
      <w:proofErr w:type="gramEnd"/>
      <w:r w:rsidRPr="00CB3FF1">
        <w:rPr>
          <w:iCs/>
          <w:color w:val="000000"/>
          <w:sz w:val="22"/>
          <w:szCs w:val="22"/>
          <w:shd w:val="clear" w:color="auto" w:fill="FFFFFF"/>
          <w:lang w:val="vi-VN"/>
        </w:rPr>
        <w:t xml:space="preserve"> toàn</w:t>
      </w:r>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khi</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tham</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gia</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vào</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các</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hoạt</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động</w:t>
      </w:r>
      <w:proofErr w:type="spellEnd"/>
      <w:r w:rsidRPr="00CB3FF1">
        <w:rPr>
          <w:iCs/>
          <w:color w:val="000000"/>
          <w:sz w:val="22"/>
          <w:szCs w:val="22"/>
          <w:shd w:val="clear" w:color="auto" w:fill="FFFFFF"/>
          <w:lang w:val="vi-VN"/>
        </w:rPr>
        <w:t xml:space="preserve"> </w:t>
      </w:r>
      <w:r w:rsidRPr="00CB3FF1">
        <w:rPr>
          <w:iCs/>
          <w:color w:val="000000"/>
          <w:sz w:val="22"/>
          <w:szCs w:val="22"/>
          <w:shd w:val="clear" w:color="auto" w:fill="FFFFFF"/>
        </w:rPr>
        <w:t xml:space="preserve">ở </w:t>
      </w:r>
      <w:proofErr w:type="spellStart"/>
      <w:r w:rsidRPr="00CB3FF1">
        <w:rPr>
          <w:iCs/>
          <w:color w:val="000000"/>
          <w:sz w:val="22"/>
          <w:szCs w:val="22"/>
          <w:shd w:val="clear" w:color="auto" w:fill="FFFFFF"/>
        </w:rPr>
        <w:t>nhà</w:t>
      </w:r>
      <w:proofErr w:type="spellEnd"/>
      <w:r w:rsidRPr="00CB3FF1">
        <w:rPr>
          <w:iCs/>
          <w:color w:val="000000"/>
          <w:sz w:val="22"/>
          <w:szCs w:val="22"/>
          <w:shd w:val="clear" w:color="auto" w:fill="FFFFFF"/>
          <w:lang w:val="vi-VN"/>
        </w:rPr>
        <w:t xml:space="preserve"> </w:t>
      </w:r>
      <w:proofErr w:type="spellStart"/>
      <w:r w:rsidRPr="00CB3FF1">
        <w:rPr>
          <w:iCs/>
          <w:color w:val="000000"/>
          <w:sz w:val="22"/>
          <w:szCs w:val="22"/>
          <w:shd w:val="clear" w:color="auto" w:fill="FFFFFF"/>
        </w:rPr>
        <w:t>trường</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cũng</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như</w:t>
      </w:r>
      <w:proofErr w:type="spellEnd"/>
      <w:r w:rsidRPr="00CB3FF1">
        <w:rPr>
          <w:iCs/>
          <w:color w:val="000000"/>
          <w:sz w:val="22"/>
          <w:szCs w:val="22"/>
          <w:shd w:val="clear" w:color="auto" w:fill="FFFFFF"/>
        </w:rPr>
        <w:t xml:space="preserve"> ở </w:t>
      </w:r>
      <w:proofErr w:type="spellStart"/>
      <w:r w:rsidRPr="00CB3FF1">
        <w:rPr>
          <w:iCs/>
          <w:color w:val="000000"/>
          <w:sz w:val="22"/>
          <w:szCs w:val="22"/>
          <w:shd w:val="clear" w:color="auto" w:fill="FFFFFF"/>
        </w:rPr>
        <w:t>gia</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đình</w:t>
      </w:r>
      <w:proofErr w:type="spellEnd"/>
      <w:r w:rsidRPr="00CB3FF1">
        <w:rPr>
          <w:iCs/>
          <w:sz w:val="22"/>
          <w:szCs w:val="22"/>
          <w:lang w:val="vi-VN"/>
        </w:rPr>
        <w:t>.</w:t>
      </w:r>
      <w:r w:rsidRPr="00CB3FF1">
        <w:rPr>
          <w:iCs/>
          <w:sz w:val="22"/>
          <w:szCs w:val="22"/>
        </w:rPr>
        <w:t xml:space="preserve"> </w:t>
      </w:r>
      <w:proofErr w:type="spellStart"/>
      <w:r w:rsidRPr="00CB3FF1">
        <w:rPr>
          <w:iCs/>
          <w:sz w:val="22"/>
          <w:szCs w:val="22"/>
        </w:rPr>
        <w:t>Nghiên</w:t>
      </w:r>
      <w:proofErr w:type="spellEnd"/>
      <w:r w:rsidRPr="00CB3FF1">
        <w:rPr>
          <w:iCs/>
          <w:sz w:val="22"/>
          <w:szCs w:val="22"/>
          <w:lang w:val="vi-VN"/>
        </w:rPr>
        <w:t xml:space="preserve"> cứu đã tiến hành khảo sát 145 cán bộ quản lý, giáo viên ở ở 10 trường mầm non huyện Củ Chi, Thành phố Hồ Chí Minh về công tác phòng ngừa tai nạn thương tích cho trẻ mẫu giáo</w:t>
      </w:r>
      <w:r w:rsidRPr="00CB3FF1">
        <w:rPr>
          <w:iCs/>
          <w:spacing w:val="-2"/>
          <w:sz w:val="22"/>
          <w:szCs w:val="22"/>
        </w:rPr>
        <w:t xml:space="preserve">. </w:t>
      </w:r>
      <w:proofErr w:type="spellStart"/>
      <w:r w:rsidRPr="00CB3FF1">
        <w:rPr>
          <w:iCs/>
          <w:spacing w:val="-2"/>
          <w:sz w:val="22"/>
          <w:szCs w:val="22"/>
        </w:rPr>
        <w:t>Kết</w:t>
      </w:r>
      <w:proofErr w:type="spellEnd"/>
      <w:r w:rsidRPr="00CB3FF1">
        <w:rPr>
          <w:iCs/>
          <w:spacing w:val="-2"/>
          <w:sz w:val="22"/>
          <w:szCs w:val="22"/>
        </w:rPr>
        <w:t xml:space="preserve"> </w:t>
      </w:r>
      <w:proofErr w:type="spellStart"/>
      <w:r w:rsidRPr="00CB3FF1">
        <w:rPr>
          <w:iCs/>
          <w:spacing w:val="-2"/>
          <w:sz w:val="22"/>
          <w:szCs w:val="22"/>
        </w:rPr>
        <w:t>quả</w:t>
      </w:r>
      <w:proofErr w:type="spellEnd"/>
      <w:r w:rsidRPr="00CB3FF1">
        <w:rPr>
          <w:iCs/>
          <w:spacing w:val="-2"/>
          <w:sz w:val="22"/>
          <w:szCs w:val="22"/>
        </w:rPr>
        <w:t xml:space="preserve"> </w:t>
      </w:r>
      <w:proofErr w:type="spellStart"/>
      <w:r w:rsidRPr="00CB3FF1">
        <w:rPr>
          <w:iCs/>
          <w:spacing w:val="-2"/>
          <w:sz w:val="22"/>
          <w:szCs w:val="22"/>
        </w:rPr>
        <w:t>khảo</w:t>
      </w:r>
      <w:proofErr w:type="spellEnd"/>
      <w:r w:rsidRPr="00CB3FF1">
        <w:rPr>
          <w:iCs/>
          <w:spacing w:val="-2"/>
          <w:sz w:val="22"/>
          <w:szCs w:val="22"/>
        </w:rPr>
        <w:t xml:space="preserve"> </w:t>
      </w:r>
      <w:proofErr w:type="spellStart"/>
      <w:r w:rsidRPr="00CB3FF1">
        <w:rPr>
          <w:iCs/>
          <w:spacing w:val="-2"/>
          <w:sz w:val="22"/>
          <w:szCs w:val="22"/>
        </w:rPr>
        <w:t>sát</w:t>
      </w:r>
      <w:proofErr w:type="spellEnd"/>
      <w:r w:rsidRPr="00CB3FF1">
        <w:rPr>
          <w:iCs/>
          <w:spacing w:val="-2"/>
          <w:sz w:val="22"/>
          <w:szCs w:val="22"/>
        </w:rPr>
        <w:t xml:space="preserve"> </w:t>
      </w:r>
      <w:proofErr w:type="spellStart"/>
      <w:r w:rsidRPr="00CB3FF1">
        <w:rPr>
          <w:iCs/>
          <w:spacing w:val="-2"/>
          <w:sz w:val="22"/>
          <w:szCs w:val="22"/>
        </w:rPr>
        <w:t>cho</w:t>
      </w:r>
      <w:proofErr w:type="spellEnd"/>
      <w:r w:rsidRPr="00CB3FF1">
        <w:rPr>
          <w:iCs/>
          <w:spacing w:val="-2"/>
          <w:sz w:val="22"/>
          <w:szCs w:val="22"/>
        </w:rPr>
        <w:t xml:space="preserve"> </w:t>
      </w:r>
      <w:proofErr w:type="spellStart"/>
      <w:r w:rsidRPr="00CB3FF1">
        <w:rPr>
          <w:iCs/>
          <w:spacing w:val="-2"/>
          <w:sz w:val="22"/>
          <w:szCs w:val="22"/>
        </w:rPr>
        <w:t>thấy</w:t>
      </w:r>
      <w:proofErr w:type="spellEnd"/>
      <w:r w:rsidRPr="00CB3FF1">
        <w:rPr>
          <w:iCs/>
          <w:spacing w:val="-2"/>
          <w:sz w:val="22"/>
          <w:szCs w:val="22"/>
        </w:rPr>
        <w:t xml:space="preserve">, </w:t>
      </w:r>
      <w:proofErr w:type="spellStart"/>
      <w:r w:rsidRPr="00CB3FF1">
        <w:rPr>
          <w:iCs/>
          <w:spacing w:val="-2"/>
          <w:sz w:val="22"/>
          <w:szCs w:val="22"/>
        </w:rPr>
        <w:t>công</w:t>
      </w:r>
      <w:proofErr w:type="spellEnd"/>
      <w:r w:rsidRPr="00CB3FF1">
        <w:rPr>
          <w:iCs/>
          <w:spacing w:val="-2"/>
          <w:sz w:val="22"/>
          <w:szCs w:val="22"/>
          <w:lang w:val="vi-VN"/>
        </w:rPr>
        <w:t xml:space="preserve"> tác</w:t>
      </w:r>
      <w:r w:rsidRPr="00CB3FF1">
        <w:rPr>
          <w:iCs/>
          <w:spacing w:val="-2"/>
          <w:sz w:val="22"/>
          <w:szCs w:val="22"/>
        </w:rPr>
        <w:t xml:space="preserve"> </w:t>
      </w:r>
      <w:proofErr w:type="spellStart"/>
      <w:r w:rsidRPr="00CB3FF1">
        <w:rPr>
          <w:iCs/>
          <w:color w:val="000000"/>
          <w:sz w:val="22"/>
          <w:szCs w:val="22"/>
          <w:shd w:val="clear" w:color="auto" w:fill="FFFFFF"/>
        </w:rPr>
        <w:t>phòng</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ngừa</w:t>
      </w:r>
      <w:proofErr w:type="spellEnd"/>
      <w:r w:rsidRPr="00CB3FF1">
        <w:rPr>
          <w:iCs/>
          <w:color w:val="000000"/>
          <w:sz w:val="22"/>
          <w:szCs w:val="22"/>
          <w:shd w:val="clear" w:color="auto" w:fill="FFFFFF"/>
        </w:rPr>
        <w:t xml:space="preserve"> tai </w:t>
      </w:r>
      <w:proofErr w:type="spellStart"/>
      <w:r w:rsidRPr="00CB3FF1">
        <w:rPr>
          <w:iCs/>
          <w:color w:val="000000"/>
          <w:sz w:val="22"/>
          <w:szCs w:val="22"/>
          <w:shd w:val="clear" w:color="auto" w:fill="FFFFFF"/>
        </w:rPr>
        <w:t>nạn</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thương</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tích</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cho</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trẻ</w:t>
      </w:r>
      <w:proofErr w:type="spellEnd"/>
      <w:r w:rsidRPr="00CB3FF1">
        <w:rPr>
          <w:iCs/>
          <w:color w:val="000000"/>
          <w:sz w:val="22"/>
          <w:szCs w:val="22"/>
          <w:shd w:val="clear" w:color="auto" w:fill="FFFFFF"/>
          <w:lang w:val="vi-VN"/>
        </w:rPr>
        <w:t xml:space="preserve"> mẫu giáo</w:t>
      </w:r>
      <w:r w:rsidRPr="00CB3FF1">
        <w:rPr>
          <w:iCs/>
          <w:spacing w:val="-2"/>
          <w:sz w:val="22"/>
          <w:szCs w:val="22"/>
        </w:rPr>
        <w:t xml:space="preserve"> </w:t>
      </w:r>
      <w:r w:rsidRPr="00CB3FF1">
        <w:rPr>
          <w:iCs/>
          <w:spacing w:val="-2"/>
          <w:sz w:val="22"/>
          <w:szCs w:val="22"/>
          <w:lang w:val="vi-VN"/>
        </w:rPr>
        <w:t>ở các trường</w:t>
      </w:r>
      <w:r w:rsidRPr="00CB3FF1">
        <w:rPr>
          <w:iCs/>
          <w:spacing w:val="-2"/>
          <w:sz w:val="22"/>
          <w:szCs w:val="22"/>
        </w:rPr>
        <w:t xml:space="preserve"> </w:t>
      </w:r>
      <w:proofErr w:type="spellStart"/>
      <w:r w:rsidRPr="00CB3FF1">
        <w:rPr>
          <w:iCs/>
          <w:spacing w:val="-2"/>
          <w:sz w:val="22"/>
          <w:szCs w:val="22"/>
        </w:rPr>
        <w:t>đã</w:t>
      </w:r>
      <w:proofErr w:type="spellEnd"/>
      <w:r w:rsidRPr="00CB3FF1">
        <w:rPr>
          <w:iCs/>
          <w:spacing w:val="-2"/>
          <w:sz w:val="22"/>
          <w:szCs w:val="22"/>
        </w:rPr>
        <w:t xml:space="preserve"> </w:t>
      </w:r>
      <w:proofErr w:type="spellStart"/>
      <w:r w:rsidRPr="00CB3FF1">
        <w:rPr>
          <w:iCs/>
          <w:spacing w:val="-2"/>
          <w:sz w:val="22"/>
          <w:szCs w:val="22"/>
        </w:rPr>
        <w:t>được</w:t>
      </w:r>
      <w:proofErr w:type="spellEnd"/>
      <w:r w:rsidRPr="00CB3FF1">
        <w:rPr>
          <w:iCs/>
          <w:spacing w:val="-2"/>
          <w:sz w:val="22"/>
          <w:szCs w:val="22"/>
        </w:rPr>
        <w:t xml:space="preserve"> </w:t>
      </w:r>
      <w:proofErr w:type="spellStart"/>
      <w:r w:rsidRPr="00CB3FF1">
        <w:rPr>
          <w:iCs/>
          <w:spacing w:val="-2"/>
          <w:sz w:val="22"/>
          <w:szCs w:val="22"/>
        </w:rPr>
        <w:t>chú</w:t>
      </w:r>
      <w:proofErr w:type="spellEnd"/>
      <w:r w:rsidRPr="00CB3FF1">
        <w:rPr>
          <w:iCs/>
          <w:spacing w:val="-2"/>
          <w:sz w:val="22"/>
          <w:szCs w:val="22"/>
        </w:rPr>
        <w:t xml:space="preserve"> </w:t>
      </w:r>
      <w:proofErr w:type="spellStart"/>
      <w:r w:rsidRPr="00CB3FF1">
        <w:rPr>
          <w:iCs/>
          <w:spacing w:val="-2"/>
          <w:sz w:val="22"/>
          <w:szCs w:val="22"/>
        </w:rPr>
        <w:t>trọng</w:t>
      </w:r>
      <w:proofErr w:type="spellEnd"/>
      <w:r w:rsidRPr="00CB3FF1">
        <w:rPr>
          <w:iCs/>
          <w:spacing w:val="-2"/>
          <w:sz w:val="22"/>
          <w:szCs w:val="22"/>
        </w:rPr>
        <w:t>,</w:t>
      </w:r>
      <w:r w:rsidRPr="00CB3FF1">
        <w:rPr>
          <w:iCs/>
          <w:spacing w:val="-2"/>
          <w:sz w:val="22"/>
          <w:szCs w:val="22"/>
          <w:lang w:val="vi-VN"/>
        </w:rPr>
        <w:t xml:space="preserve"> nhận thức của cán bộ quản lý, giáo viên, nhân viên ở mức khá tốt, việc thực hiện</w:t>
      </w:r>
      <w:r w:rsidRPr="00CB3FF1">
        <w:rPr>
          <w:iCs/>
          <w:spacing w:val="-2"/>
          <w:sz w:val="22"/>
          <w:szCs w:val="22"/>
        </w:rPr>
        <w:t xml:space="preserve"> </w:t>
      </w:r>
      <w:proofErr w:type="spellStart"/>
      <w:r w:rsidRPr="00CB3FF1">
        <w:rPr>
          <w:iCs/>
          <w:spacing w:val="-2"/>
          <w:sz w:val="22"/>
          <w:szCs w:val="22"/>
        </w:rPr>
        <w:t>các</w:t>
      </w:r>
      <w:proofErr w:type="spellEnd"/>
      <w:r w:rsidRPr="00CB3FF1">
        <w:rPr>
          <w:iCs/>
          <w:spacing w:val="-2"/>
          <w:sz w:val="22"/>
          <w:szCs w:val="22"/>
        </w:rPr>
        <w:t xml:space="preserve"> </w:t>
      </w:r>
      <w:proofErr w:type="spellStart"/>
      <w:r w:rsidRPr="00CB3FF1">
        <w:rPr>
          <w:iCs/>
          <w:spacing w:val="-2"/>
          <w:sz w:val="22"/>
          <w:szCs w:val="22"/>
        </w:rPr>
        <w:t>nội</w:t>
      </w:r>
      <w:proofErr w:type="spellEnd"/>
      <w:r w:rsidRPr="00CB3FF1">
        <w:rPr>
          <w:iCs/>
          <w:spacing w:val="-2"/>
          <w:sz w:val="22"/>
          <w:szCs w:val="22"/>
        </w:rPr>
        <w:t xml:space="preserve"> dung </w:t>
      </w:r>
      <w:proofErr w:type="spellStart"/>
      <w:r w:rsidRPr="00CB3FF1">
        <w:rPr>
          <w:iCs/>
          <w:spacing w:val="-2"/>
          <w:sz w:val="22"/>
          <w:szCs w:val="22"/>
        </w:rPr>
        <w:t>giáo</w:t>
      </w:r>
      <w:proofErr w:type="spellEnd"/>
      <w:r w:rsidRPr="00CB3FF1">
        <w:rPr>
          <w:iCs/>
          <w:spacing w:val="-2"/>
          <w:sz w:val="22"/>
          <w:szCs w:val="22"/>
        </w:rPr>
        <w:t xml:space="preserve"> </w:t>
      </w:r>
      <w:proofErr w:type="spellStart"/>
      <w:r w:rsidRPr="00CB3FF1">
        <w:rPr>
          <w:iCs/>
          <w:spacing w:val="-2"/>
          <w:sz w:val="22"/>
          <w:szCs w:val="22"/>
        </w:rPr>
        <w:t>dục</w:t>
      </w:r>
      <w:proofErr w:type="spellEnd"/>
      <w:r w:rsidRPr="00CB3FF1">
        <w:rPr>
          <w:iCs/>
          <w:spacing w:val="-2"/>
          <w:sz w:val="22"/>
          <w:szCs w:val="22"/>
        </w:rPr>
        <w:t xml:space="preserve"> </w:t>
      </w:r>
      <w:proofErr w:type="spellStart"/>
      <w:r w:rsidRPr="00CB3FF1">
        <w:rPr>
          <w:iCs/>
          <w:spacing w:val="-2"/>
          <w:sz w:val="22"/>
          <w:szCs w:val="22"/>
        </w:rPr>
        <w:t>phòng</w:t>
      </w:r>
      <w:proofErr w:type="spellEnd"/>
      <w:r w:rsidRPr="00CB3FF1">
        <w:rPr>
          <w:iCs/>
          <w:spacing w:val="-2"/>
          <w:sz w:val="22"/>
          <w:szCs w:val="22"/>
          <w:lang w:val="vi-VN"/>
        </w:rPr>
        <w:t xml:space="preserve"> ngừa tai nạn thương tích </w:t>
      </w:r>
      <w:proofErr w:type="spellStart"/>
      <w:r w:rsidRPr="00CB3FF1">
        <w:rPr>
          <w:iCs/>
          <w:spacing w:val="-2"/>
          <w:sz w:val="22"/>
          <w:szCs w:val="22"/>
        </w:rPr>
        <w:t>đã</w:t>
      </w:r>
      <w:proofErr w:type="spellEnd"/>
      <w:r w:rsidRPr="00CB3FF1">
        <w:rPr>
          <w:iCs/>
          <w:spacing w:val="-2"/>
          <w:sz w:val="22"/>
          <w:szCs w:val="22"/>
        </w:rPr>
        <w:t xml:space="preserve"> </w:t>
      </w:r>
      <w:proofErr w:type="spellStart"/>
      <w:r w:rsidRPr="00CB3FF1">
        <w:rPr>
          <w:iCs/>
          <w:spacing w:val="-2"/>
          <w:sz w:val="22"/>
          <w:szCs w:val="22"/>
        </w:rPr>
        <w:t>được</w:t>
      </w:r>
      <w:proofErr w:type="spellEnd"/>
      <w:r w:rsidRPr="00CB3FF1">
        <w:rPr>
          <w:iCs/>
          <w:spacing w:val="-2"/>
          <w:sz w:val="22"/>
          <w:szCs w:val="22"/>
        </w:rPr>
        <w:t xml:space="preserve"> </w:t>
      </w:r>
      <w:proofErr w:type="spellStart"/>
      <w:r w:rsidRPr="00CB3FF1">
        <w:rPr>
          <w:iCs/>
          <w:spacing w:val="-2"/>
          <w:sz w:val="22"/>
          <w:szCs w:val="22"/>
        </w:rPr>
        <w:t>thực</w:t>
      </w:r>
      <w:proofErr w:type="spellEnd"/>
      <w:r w:rsidRPr="00CB3FF1">
        <w:rPr>
          <w:iCs/>
          <w:spacing w:val="-2"/>
          <w:sz w:val="22"/>
          <w:szCs w:val="22"/>
        </w:rPr>
        <w:t xml:space="preserve"> </w:t>
      </w:r>
      <w:proofErr w:type="spellStart"/>
      <w:r w:rsidRPr="00CB3FF1">
        <w:rPr>
          <w:iCs/>
          <w:spacing w:val="-2"/>
          <w:sz w:val="22"/>
          <w:szCs w:val="22"/>
        </w:rPr>
        <w:t>hiện</w:t>
      </w:r>
      <w:proofErr w:type="spellEnd"/>
      <w:r w:rsidRPr="00CB3FF1">
        <w:rPr>
          <w:iCs/>
          <w:spacing w:val="-2"/>
          <w:sz w:val="22"/>
          <w:szCs w:val="22"/>
        </w:rPr>
        <w:t xml:space="preserve"> </w:t>
      </w:r>
      <w:proofErr w:type="spellStart"/>
      <w:r w:rsidRPr="00CB3FF1">
        <w:rPr>
          <w:iCs/>
          <w:spacing w:val="-2"/>
          <w:sz w:val="22"/>
          <w:szCs w:val="22"/>
        </w:rPr>
        <w:t>toàn</w:t>
      </w:r>
      <w:proofErr w:type="spellEnd"/>
      <w:r w:rsidRPr="00CB3FF1">
        <w:rPr>
          <w:iCs/>
          <w:spacing w:val="-2"/>
          <w:sz w:val="22"/>
          <w:szCs w:val="22"/>
          <w:lang w:val="vi-VN"/>
        </w:rPr>
        <w:t xml:space="preserve"> diện, </w:t>
      </w:r>
      <w:proofErr w:type="spellStart"/>
      <w:r w:rsidRPr="00CB3FF1">
        <w:rPr>
          <w:iCs/>
          <w:spacing w:val="-2"/>
          <w:sz w:val="22"/>
          <w:szCs w:val="22"/>
        </w:rPr>
        <w:t>các</w:t>
      </w:r>
      <w:proofErr w:type="spellEnd"/>
      <w:r w:rsidRPr="00CB3FF1">
        <w:rPr>
          <w:iCs/>
          <w:spacing w:val="-2"/>
          <w:sz w:val="22"/>
          <w:szCs w:val="22"/>
        </w:rPr>
        <w:t xml:space="preserve"> </w:t>
      </w:r>
      <w:proofErr w:type="spellStart"/>
      <w:r w:rsidRPr="00CB3FF1">
        <w:rPr>
          <w:iCs/>
          <w:spacing w:val="-2"/>
          <w:sz w:val="22"/>
          <w:szCs w:val="22"/>
        </w:rPr>
        <w:t>phương</w:t>
      </w:r>
      <w:proofErr w:type="spellEnd"/>
      <w:r w:rsidRPr="00CB3FF1">
        <w:rPr>
          <w:iCs/>
          <w:spacing w:val="-2"/>
          <w:sz w:val="22"/>
          <w:szCs w:val="22"/>
        </w:rPr>
        <w:t xml:space="preserve"> </w:t>
      </w:r>
      <w:proofErr w:type="spellStart"/>
      <w:r w:rsidRPr="00CB3FF1">
        <w:rPr>
          <w:iCs/>
          <w:spacing w:val="-2"/>
          <w:sz w:val="22"/>
          <w:szCs w:val="22"/>
        </w:rPr>
        <w:t>thức</w:t>
      </w:r>
      <w:proofErr w:type="spellEnd"/>
      <w:r w:rsidRPr="00CB3FF1">
        <w:rPr>
          <w:iCs/>
          <w:spacing w:val="-2"/>
          <w:sz w:val="22"/>
          <w:szCs w:val="22"/>
          <w:lang w:val="vi-VN"/>
        </w:rPr>
        <w:t xml:space="preserve"> của</w:t>
      </w:r>
      <w:r w:rsidRPr="00CB3FF1">
        <w:rPr>
          <w:iCs/>
          <w:spacing w:val="-2"/>
          <w:sz w:val="22"/>
          <w:szCs w:val="22"/>
        </w:rPr>
        <w:t xml:space="preserve"> </w:t>
      </w:r>
      <w:proofErr w:type="spellStart"/>
      <w:r w:rsidRPr="00CB3FF1">
        <w:rPr>
          <w:iCs/>
          <w:spacing w:val="-2"/>
          <w:sz w:val="22"/>
          <w:szCs w:val="22"/>
        </w:rPr>
        <w:t>hoạt</w:t>
      </w:r>
      <w:proofErr w:type="spellEnd"/>
      <w:r w:rsidRPr="00CB3FF1">
        <w:rPr>
          <w:iCs/>
          <w:spacing w:val="-2"/>
          <w:sz w:val="22"/>
          <w:szCs w:val="22"/>
        </w:rPr>
        <w:t xml:space="preserve"> </w:t>
      </w:r>
      <w:proofErr w:type="spellStart"/>
      <w:r w:rsidRPr="00CB3FF1">
        <w:rPr>
          <w:iCs/>
          <w:spacing w:val="-2"/>
          <w:sz w:val="22"/>
          <w:szCs w:val="22"/>
        </w:rPr>
        <w:t>động</w:t>
      </w:r>
      <w:proofErr w:type="spellEnd"/>
      <w:r w:rsidRPr="00CB3FF1">
        <w:rPr>
          <w:iCs/>
          <w:spacing w:val="-2"/>
          <w:sz w:val="22"/>
          <w:szCs w:val="22"/>
        </w:rPr>
        <w:t xml:space="preserve"> </w:t>
      </w:r>
      <w:proofErr w:type="spellStart"/>
      <w:r w:rsidRPr="00CB3FF1">
        <w:rPr>
          <w:iCs/>
          <w:color w:val="000000"/>
          <w:sz w:val="22"/>
          <w:szCs w:val="22"/>
          <w:shd w:val="clear" w:color="auto" w:fill="FFFFFF"/>
        </w:rPr>
        <w:t>phòng</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ngừa</w:t>
      </w:r>
      <w:proofErr w:type="spellEnd"/>
      <w:r w:rsidRPr="00CB3FF1">
        <w:rPr>
          <w:iCs/>
          <w:color w:val="000000"/>
          <w:sz w:val="22"/>
          <w:szCs w:val="22"/>
          <w:shd w:val="clear" w:color="auto" w:fill="FFFFFF"/>
        </w:rPr>
        <w:t xml:space="preserve"> tai </w:t>
      </w:r>
      <w:proofErr w:type="spellStart"/>
      <w:r w:rsidRPr="00CB3FF1">
        <w:rPr>
          <w:iCs/>
          <w:color w:val="000000"/>
          <w:sz w:val="22"/>
          <w:szCs w:val="22"/>
          <w:shd w:val="clear" w:color="auto" w:fill="FFFFFF"/>
        </w:rPr>
        <w:t>nạn</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thương</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tích</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cho</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trẻ</w:t>
      </w:r>
      <w:proofErr w:type="spellEnd"/>
      <w:r w:rsidRPr="00CB3FF1">
        <w:rPr>
          <w:iCs/>
          <w:color w:val="000000"/>
          <w:sz w:val="22"/>
          <w:szCs w:val="22"/>
          <w:shd w:val="clear" w:color="auto" w:fill="FFFFFF"/>
          <w:lang w:val="vi-VN"/>
        </w:rPr>
        <w:t xml:space="preserve"> mẫu giáo</w:t>
      </w:r>
      <w:r w:rsidRPr="00CB3FF1">
        <w:rPr>
          <w:iCs/>
          <w:color w:val="000000"/>
          <w:sz w:val="22"/>
          <w:szCs w:val="22"/>
          <w:shd w:val="clear" w:color="auto" w:fill="FFFFFF"/>
        </w:rPr>
        <w:t xml:space="preserve"> </w:t>
      </w:r>
      <w:proofErr w:type="spellStart"/>
      <w:r w:rsidRPr="00CB3FF1">
        <w:rPr>
          <w:iCs/>
          <w:spacing w:val="-2"/>
          <w:sz w:val="22"/>
          <w:szCs w:val="22"/>
        </w:rPr>
        <w:t>chưa</w:t>
      </w:r>
      <w:proofErr w:type="spellEnd"/>
      <w:r w:rsidRPr="00CB3FF1">
        <w:rPr>
          <w:iCs/>
          <w:spacing w:val="-2"/>
          <w:sz w:val="22"/>
          <w:szCs w:val="22"/>
        </w:rPr>
        <w:t xml:space="preserve"> </w:t>
      </w:r>
      <w:proofErr w:type="spellStart"/>
      <w:r w:rsidRPr="00CB3FF1">
        <w:rPr>
          <w:iCs/>
          <w:spacing w:val="-2"/>
          <w:sz w:val="22"/>
          <w:szCs w:val="22"/>
        </w:rPr>
        <w:t>đa</w:t>
      </w:r>
      <w:proofErr w:type="spellEnd"/>
      <w:r w:rsidRPr="00CB3FF1">
        <w:rPr>
          <w:iCs/>
          <w:spacing w:val="-2"/>
          <w:sz w:val="22"/>
          <w:szCs w:val="22"/>
          <w:lang w:val="vi-VN"/>
        </w:rPr>
        <w:t xml:space="preserve"> đạng</w:t>
      </w:r>
      <w:r w:rsidRPr="00CB3FF1">
        <w:rPr>
          <w:iCs/>
          <w:spacing w:val="-2"/>
          <w:sz w:val="22"/>
          <w:szCs w:val="22"/>
        </w:rPr>
        <w:t xml:space="preserve"> </w:t>
      </w:r>
      <w:proofErr w:type="spellStart"/>
      <w:r w:rsidRPr="00CB3FF1">
        <w:rPr>
          <w:iCs/>
          <w:spacing w:val="-2"/>
          <w:sz w:val="22"/>
          <w:szCs w:val="22"/>
        </w:rPr>
        <w:t>và</w:t>
      </w:r>
      <w:proofErr w:type="spellEnd"/>
      <w:r w:rsidRPr="00CB3FF1">
        <w:rPr>
          <w:iCs/>
          <w:spacing w:val="-2"/>
          <w:sz w:val="22"/>
          <w:szCs w:val="22"/>
        </w:rPr>
        <w:t xml:space="preserve"> </w:t>
      </w:r>
      <w:proofErr w:type="spellStart"/>
      <w:r w:rsidRPr="00CB3FF1">
        <w:rPr>
          <w:iCs/>
          <w:spacing w:val="-2"/>
          <w:sz w:val="22"/>
          <w:szCs w:val="22"/>
        </w:rPr>
        <w:t>kết</w:t>
      </w:r>
      <w:proofErr w:type="spellEnd"/>
      <w:r w:rsidRPr="00CB3FF1">
        <w:rPr>
          <w:iCs/>
          <w:spacing w:val="-2"/>
          <w:sz w:val="22"/>
          <w:szCs w:val="22"/>
        </w:rPr>
        <w:t xml:space="preserve"> </w:t>
      </w:r>
      <w:proofErr w:type="spellStart"/>
      <w:r w:rsidRPr="00CB3FF1">
        <w:rPr>
          <w:iCs/>
          <w:spacing w:val="-2"/>
          <w:sz w:val="22"/>
          <w:szCs w:val="22"/>
        </w:rPr>
        <w:t>quả</w:t>
      </w:r>
      <w:proofErr w:type="spellEnd"/>
      <w:r w:rsidRPr="00CB3FF1">
        <w:rPr>
          <w:iCs/>
          <w:spacing w:val="-2"/>
          <w:sz w:val="22"/>
          <w:szCs w:val="22"/>
        </w:rPr>
        <w:t xml:space="preserve"> </w:t>
      </w:r>
      <w:proofErr w:type="spellStart"/>
      <w:r w:rsidRPr="00CB3FF1">
        <w:rPr>
          <w:iCs/>
          <w:spacing w:val="-2"/>
          <w:sz w:val="22"/>
          <w:szCs w:val="22"/>
        </w:rPr>
        <w:t>chưa</w:t>
      </w:r>
      <w:proofErr w:type="spellEnd"/>
      <w:r w:rsidRPr="00CB3FF1">
        <w:rPr>
          <w:iCs/>
          <w:spacing w:val="-2"/>
          <w:sz w:val="22"/>
          <w:szCs w:val="22"/>
          <w:lang w:val="vi-VN"/>
        </w:rPr>
        <w:t xml:space="preserve"> đạt kết quả cao</w:t>
      </w:r>
      <w:r w:rsidRPr="00CB3FF1">
        <w:rPr>
          <w:iCs/>
          <w:spacing w:val="-2"/>
          <w:sz w:val="22"/>
          <w:szCs w:val="22"/>
        </w:rPr>
        <w:t xml:space="preserve">. </w:t>
      </w:r>
      <w:proofErr w:type="spellStart"/>
      <w:r w:rsidRPr="00CB3FF1">
        <w:rPr>
          <w:iCs/>
          <w:sz w:val="22"/>
          <w:szCs w:val="22"/>
          <w:shd w:val="clear" w:color="auto" w:fill="FFFFFF"/>
        </w:rPr>
        <w:t>Dựa</w:t>
      </w:r>
      <w:proofErr w:type="spellEnd"/>
      <w:r w:rsidRPr="00CB3FF1">
        <w:rPr>
          <w:iCs/>
          <w:sz w:val="22"/>
          <w:szCs w:val="22"/>
          <w:shd w:val="clear" w:color="auto" w:fill="FFFFFF"/>
        </w:rPr>
        <w:t xml:space="preserve"> </w:t>
      </w:r>
      <w:proofErr w:type="spellStart"/>
      <w:r w:rsidRPr="00CB3FF1">
        <w:rPr>
          <w:iCs/>
          <w:sz w:val="22"/>
          <w:szCs w:val="22"/>
          <w:shd w:val="clear" w:color="auto" w:fill="FFFFFF"/>
        </w:rPr>
        <w:t>trên</w:t>
      </w:r>
      <w:proofErr w:type="spellEnd"/>
      <w:r w:rsidRPr="00CB3FF1">
        <w:rPr>
          <w:iCs/>
          <w:sz w:val="22"/>
          <w:szCs w:val="22"/>
          <w:shd w:val="clear" w:color="auto" w:fill="FFFFFF"/>
        </w:rPr>
        <w:t xml:space="preserve"> </w:t>
      </w:r>
      <w:proofErr w:type="spellStart"/>
      <w:r w:rsidRPr="00CB3FF1">
        <w:rPr>
          <w:iCs/>
          <w:sz w:val="22"/>
          <w:szCs w:val="22"/>
          <w:shd w:val="clear" w:color="auto" w:fill="FFFFFF"/>
        </w:rPr>
        <w:t>kết</w:t>
      </w:r>
      <w:proofErr w:type="spellEnd"/>
      <w:r w:rsidRPr="00CB3FF1">
        <w:rPr>
          <w:iCs/>
          <w:sz w:val="22"/>
          <w:szCs w:val="22"/>
          <w:shd w:val="clear" w:color="auto" w:fill="FFFFFF"/>
        </w:rPr>
        <w:t xml:space="preserve"> </w:t>
      </w:r>
      <w:proofErr w:type="spellStart"/>
      <w:r w:rsidRPr="00CB3FF1">
        <w:rPr>
          <w:iCs/>
          <w:sz w:val="22"/>
          <w:szCs w:val="22"/>
          <w:shd w:val="clear" w:color="auto" w:fill="FFFFFF"/>
        </w:rPr>
        <w:t>quả</w:t>
      </w:r>
      <w:proofErr w:type="spellEnd"/>
      <w:r w:rsidRPr="00CB3FF1">
        <w:rPr>
          <w:iCs/>
          <w:sz w:val="22"/>
          <w:szCs w:val="22"/>
          <w:shd w:val="clear" w:color="auto" w:fill="FFFFFF"/>
        </w:rPr>
        <w:t xml:space="preserve"> </w:t>
      </w:r>
      <w:proofErr w:type="spellStart"/>
      <w:r w:rsidRPr="00CB3FF1">
        <w:rPr>
          <w:iCs/>
          <w:sz w:val="22"/>
          <w:szCs w:val="22"/>
          <w:shd w:val="clear" w:color="auto" w:fill="FFFFFF"/>
        </w:rPr>
        <w:t>nghiên</w:t>
      </w:r>
      <w:proofErr w:type="spellEnd"/>
      <w:r w:rsidRPr="00CB3FF1">
        <w:rPr>
          <w:iCs/>
          <w:sz w:val="22"/>
          <w:szCs w:val="22"/>
          <w:shd w:val="clear" w:color="auto" w:fill="FFFFFF"/>
        </w:rPr>
        <w:t xml:space="preserve"> </w:t>
      </w:r>
      <w:proofErr w:type="spellStart"/>
      <w:r w:rsidRPr="00CB3FF1">
        <w:rPr>
          <w:iCs/>
          <w:sz w:val="22"/>
          <w:szCs w:val="22"/>
          <w:shd w:val="clear" w:color="auto" w:fill="FFFFFF"/>
        </w:rPr>
        <w:t>cứu</w:t>
      </w:r>
      <w:proofErr w:type="spellEnd"/>
      <w:r w:rsidRPr="00CB3FF1">
        <w:rPr>
          <w:iCs/>
          <w:sz w:val="22"/>
          <w:szCs w:val="22"/>
          <w:shd w:val="clear" w:color="auto" w:fill="FFFFFF"/>
        </w:rPr>
        <w:t xml:space="preserve">, </w:t>
      </w:r>
      <w:proofErr w:type="spellStart"/>
      <w:r w:rsidRPr="00CB3FF1">
        <w:rPr>
          <w:iCs/>
          <w:sz w:val="22"/>
          <w:szCs w:val="22"/>
          <w:shd w:val="clear" w:color="auto" w:fill="FFFFFF"/>
        </w:rPr>
        <w:t>bài</w:t>
      </w:r>
      <w:proofErr w:type="spellEnd"/>
      <w:r w:rsidRPr="00CB3FF1">
        <w:rPr>
          <w:iCs/>
          <w:sz w:val="22"/>
          <w:szCs w:val="22"/>
          <w:shd w:val="clear" w:color="auto" w:fill="FFFFFF"/>
        </w:rPr>
        <w:t xml:space="preserve"> </w:t>
      </w:r>
      <w:proofErr w:type="spellStart"/>
      <w:r w:rsidRPr="00CB3FF1">
        <w:rPr>
          <w:iCs/>
          <w:sz w:val="22"/>
          <w:szCs w:val="22"/>
          <w:shd w:val="clear" w:color="auto" w:fill="FFFFFF"/>
        </w:rPr>
        <w:t>viết</w:t>
      </w:r>
      <w:proofErr w:type="spellEnd"/>
      <w:r w:rsidRPr="00CB3FF1">
        <w:rPr>
          <w:iCs/>
          <w:sz w:val="22"/>
          <w:szCs w:val="22"/>
          <w:shd w:val="clear" w:color="auto" w:fill="FFFFFF"/>
        </w:rPr>
        <w:t xml:space="preserve"> </w:t>
      </w:r>
      <w:proofErr w:type="spellStart"/>
      <w:r w:rsidRPr="00CB3FF1">
        <w:rPr>
          <w:iCs/>
          <w:sz w:val="22"/>
          <w:szCs w:val="22"/>
          <w:shd w:val="clear" w:color="auto" w:fill="FFFFFF"/>
        </w:rPr>
        <w:t>đề</w:t>
      </w:r>
      <w:proofErr w:type="spellEnd"/>
      <w:r w:rsidRPr="00CB3FF1">
        <w:rPr>
          <w:iCs/>
          <w:sz w:val="22"/>
          <w:szCs w:val="22"/>
          <w:shd w:val="clear" w:color="auto" w:fill="FFFFFF"/>
        </w:rPr>
        <w:t xml:space="preserve"> </w:t>
      </w:r>
      <w:proofErr w:type="spellStart"/>
      <w:r w:rsidRPr="00CB3FF1">
        <w:rPr>
          <w:iCs/>
          <w:sz w:val="22"/>
          <w:szCs w:val="22"/>
          <w:shd w:val="clear" w:color="auto" w:fill="FFFFFF"/>
        </w:rPr>
        <w:t>xuất</w:t>
      </w:r>
      <w:proofErr w:type="spellEnd"/>
      <w:r w:rsidRPr="00CB3FF1">
        <w:rPr>
          <w:iCs/>
          <w:sz w:val="22"/>
          <w:szCs w:val="22"/>
          <w:shd w:val="clear" w:color="auto" w:fill="FFFFFF"/>
        </w:rPr>
        <w:t xml:space="preserve"> </w:t>
      </w:r>
      <w:proofErr w:type="spellStart"/>
      <w:r w:rsidRPr="00CB3FF1">
        <w:rPr>
          <w:iCs/>
          <w:sz w:val="22"/>
          <w:szCs w:val="22"/>
          <w:shd w:val="clear" w:color="auto" w:fill="FFFFFF"/>
        </w:rPr>
        <w:t>một</w:t>
      </w:r>
      <w:proofErr w:type="spellEnd"/>
      <w:r w:rsidRPr="00CB3FF1">
        <w:rPr>
          <w:iCs/>
          <w:sz w:val="22"/>
          <w:szCs w:val="22"/>
          <w:shd w:val="clear" w:color="auto" w:fill="FFFFFF"/>
        </w:rPr>
        <w:t xml:space="preserve"> </w:t>
      </w:r>
      <w:proofErr w:type="spellStart"/>
      <w:r w:rsidRPr="00CB3FF1">
        <w:rPr>
          <w:iCs/>
          <w:sz w:val="22"/>
          <w:szCs w:val="22"/>
          <w:shd w:val="clear" w:color="auto" w:fill="FFFFFF"/>
        </w:rPr>
        <w:t>số</w:t>
      </w:r>
      <w:proofErr w:type="spellEnd"/>
      <w:r w:rsidRPr="00CB3FF1">
        <w:rPr>
          <w:iCs/>
          <w:sz w:val="22"/>
          <w:szCs w:val="22"/>
          <w:shd w:val="clear" w:color="auto" w:fill="FFFFFF"/>
        </w:rPr>
        <w:t xml:space="preserve"> </w:t>
      </w:r>
      <w:proofErr w:type="spellStart"/>
      <w:r w:rsidRPr="00CB3FF1">
        <w:rPr>
          <w:iCs/>
          <w:sz w:val="22"/>
          <w:szCs w:val="22"/>
          <w:shd w:val="clear" w:color="auto" w:fill="FFFFFF"/>
        </w:rPr>
        <w:t>khuyến</w:t>
      </w:r>
      <w:proofErr w:type="spellEnd"/>
      <w:r w:rsidRPr="00CB3FF1">
        <w:rPr>
          <w:iCs/>
          <w:sz w:val="22"/>
          <w:szCs w:val="22"/>
          <w:shd w:val="clear" w:color="auto" w:fill="FFFFFF"/>
        </w:rPr>
        <w:t xml:space="preserve"> </w:t>
      </w:r>
      <w:proofErr w:type="spellStart"/>
      <w:r w:rsidRPr="00CB3FF1">
        <w:rPr>
          <w:iCs/>
          <w:sz w:val="22"/>
          <w:szCs w:val="22"/>
          <w:shd w:val="clear" w:color="auto" w:fill="FFFFFF"/>
        </w:rPr>
        <w:t>nghị</w:t>
      </w:r>
      <w:proofErr w:type="spellEnd"/>
      <w:r w:rsidRPr="00CB3FF1">
        <w:rPr>
          <w:iCs/>
          <w:sz w:val="22"/>
          <w:szCs w:val="22"/>
          <w:shd w:val="clear" w:color="auto" w:fill="FFFFFF"/>
        </w:rPr>
        <w:t xml:space="preserve"> </w:t>
      </w:r>
      <w:proofErr w:type="spellStart"/>
      <w:r w:rsidRPr="00CB3FF1">
        <w:rPr>
          <w:iCs/>
          <w:sz w:val="22"/>
          <w:szCs w:val="22"/>
          <w:shd w:val="clear" w:color="auto" w:fill="FFFFFF"/>
        </w:rPr>
        <w:t>đối</w:t>
      </w:r>
      <w:proofErr w:type="spellEnd"/>
      <w:r w:rsidRPr="00CB3FF1">
        <w:rPr>
          <w:iCs/>
          <w:sz w:val="22"/>
          <w:szCs w:val="22"/>
          <w:shd w:val="clear" w:color="auto" w:fill="FFFFFF"/>
        </w:rPr>
        <w:t xml:space="preserve"> </w:t>
      </w:r>
      <w:proofErr w:type="spellStart"/>
      <w:r w:rsidRPr="00CB3FF1">
        <w:rPr>
          <w:iCs/>
          <w:sz w:val="22"/>
          <w:szCs w:val="22"/>
          <w:shd w:val="clear" w:color="auto" w:fill="FFFFFF"/>
        </w:rPr>
        <w:t>với</w:t>
      </w:r>
      <w:proofErr w:type="spellEnd"/>
      <w:r w:rsidRPr="00CB3FF1">
        <w:rPr>
          <w:iCs/>
          <w:sz w:val="22"/>
          <w:szCs w:val="22"/>
          <w:shd w:val="clear" w:color="auto" w:fill="FFFFFF"/>
        </w:rPr>
        <w:t xml:space="preserve"> </w:t>
      </w:r>
      <w:proofErr w:type="spellStart"/>
      <w:r w:rsidRPr="00CB3FF1">
        <w:rPr>
          <w:iCs/>
          <w:sz w:val="22"/>
          <w:szCs w:val="22"/>
          <w:shd w:val="clear" w:color="auto" w:fill="FFFFFF"/>
        </w:rPr>
        <w:t>các</w:t>
      </w:r>
      <w:proofErr w:type="spellEnd"/>
      <w:r w:rsidRPr="00CB3FF1">
        <w:rPr>
          <w:iCs/>
          <w:sz w:val="22"/>
          <w:szCs w:val="22"/>
          <w:shd w:val="clear" w:color="auto" w:fill="FFFFFF"/>
        </w:rPr>
        <w:t xml:space="preserve"> </w:t>
      </w:r>
      <w:proofErr w:type="spellStart"/>
      <w:r w:rsidRPr="00CB3FF1">
        <w:rPr>
          <w:iCs/>
          <w:sz w:val="22"/>
          <w:szCs w:val="22"/>
          <w:shd w:val="clear" w:color="auto" w:fill="FFFFFF"/>
        </w:rPr>
        <w:t>chủ</w:t>
      </w:r>
      <w:proofErr w:type="spellEnd"/>
      <w:r w:rsidRPr="00CB3FF1">
        <w:rPr>
          <w:iCs/>
          <w:sz w:val="22"/>
          <w:szCs w:val="22"/>
          <w:shd w:val="clear" w:color="auto" w:fill="FFFFFF"/>
        </w:rPr>
        <w:t xml:space="preserve"> </w:t>
      </w:r>
      <w:proofErr w:type="spellStart"/>
      <w:r w:rsidRPr="00CB3FF1">
        <w:rPr>
          <w:iCs/>
          <w:sz w:val="22"/>
          <w:szCs w:val="22"/>
          <w:shd w:val="clear" w:color="auto" w:fill="FFFFFF"/>
        </w:rPr>
        <w:t>thể</w:t>
      </w:r>
      <w:proofErr w:type="spellEnd"/>
      <w:r w:rsidRPr="00CB3FF1">
        <w:rPr>
          <w:iCs/>
          <w:sz w:val="22"/>
          <w:szCs w:val="22"/>
          <w:shd w:val="clear" w:color="auto" w:fill="FFFFFF"/>
        </w:rPr>
        <w:t xml:space="preserve"> </w:t>
      </w:r>
      <w:proofErr w:type="spellStart"/>
      <w:r w:rsidRPr="00CB3FF1">
        <w:rPr>
          <w:iCs/>
          <w:sz w:val="22"/>
          <w:szCs w:val="22"/>
          <w:shd w:val="clear" w:color="auto" w:fill="FFFFFF"/>
        </w:rPr>
        <w:t>liên</w:t>
      </w:r>
      <w:proofErr w:type="spellEnd"/>
      <w:r w:rsidRPr="00CB3FF1">
        <w:rPr>
          <w:iCs/>
          <w:sz w:val="22"/>
          <w:szCs w:val="22"/>
          <w:shd w:val="clear" w:color="auto" w:fill="FFFFFF"/>
        </w:rPr>
        <w:t xml:space="preserve"> </w:t>
      </w:r>
      <w:proofErr w:type="spellStart"/>
      <w:r w:rsidRPr="00CB3FF1">
        <w:rPr>
          <w:iCs/>
          <w:sz w:val="22"/>
          <w:szCs w:val="22"/>
          <w:shd w:val="clear" w:color="auto" w:fill="FFFFFF"/>
        </w:rPr>
        <w:t>quan</w:t>
      </w:r>
      <w:proofErr w:type="spellEnd"/>
      <w:r w:rsidRPr="00CB3FF1">
        <w:rPr>
          <w:iCs/>
          <w:sz w:val="22"/>
          <w:szCs w:val="22"/>
          <w:shd w:val="clear" w:color="auto" w:fill="FFFFFF"/>
        </w:rPr>
        <w:t xml:space="preserve"> </w:t>
      </w:r>
      <w:proofErr w:type="spellStart"/>
      <w:r w:rsidRPr="00CB3FF1">
        <w:rPr>
          <w:iCs/>
          <w:sz w:val="22"/>
          <w:szCs w:val="22"/>
          <w:shd w:val="clear" w:color="auto" w:fill="FFFFFF"/>
        </w:rPr>
        <w:t>nhằm</w:t>
      </w:r>
      <w:proofErr w:type="spellEnd"/>
      <w:r w:rsidRPr="00CB3FF1">
        <w:rPr>
          <w:iCs/>
          <w:sz w:val="22"/>
          <w:szCs w:val="22"/>
          <w:shd w:val="clear" w:color="auto" w:fill="FFFFFF"/>
        </w:rPr>
        <w:t xml:space="preserve"> </w:t>
      </w:r>
      <w:proofErr w:type="spellStart"/>
      <w:r w:rsidRPr="00CB3FF1">
        <w:rPr>
          <w:iCs/>
          <w:sz w:val="22"/>
          <w:szCs w:val="22"/>
          <w:shd w:val="clear" w:color="auto" w:fill="FFFFFF"/>
        </w:rPr>
        <w:t>thực</w:t>
      </w:r>
      <w:proofErr w:type="spellEnd"/>
      <w:r w:rsidRPr="00CB3FF1">
        <w:rPr>
          <w:iCs/>
          <w:sz w:val="22"/>
          <w:szCs w:val="22"/>
          <w:shd w:val="clear" w:color="auto" w:fill="FFFFFF"/>
        </w:rPr>
        <w:t xml:space="preserve"> </w:t>
      </w:r>
      <w:proofErr w:type="spellStart"/>
      <w:r w:rsidRPr="00CB3FF1">
        <w:rPr>
          <w:iCs/>
          <w:sz w:val="22"/>
          <w:szCs w:val="22"/>
          <w:shd w:val="clear" w:color="auto" w:fill="FFFFFF"/>
        </w:rPr>
        <w:t>hiện</w:t>
      </w:r>
      <w:proofErr w:type="spellEnd"/>
      <w:r w:rsidRPr="00CB3FF1">
        <w:rPr>
          <w:iCs/>
          <w:sz w:val="22"/>
          <w:szCs w:val="22"/>
          <w:shd w:val="clear" w:color="auto" w:fill="FFFFFF"/>
        </w:rPr>
        <w:t xml:space="preserve"> </w:t>
      </w:r>
      <w:proofErr w:type="spellStart"/>
      <w:r w:rsidRPr="00CB3FF1">
        <w:rPr>
          <w:iCs/>
          <w:sz w:val="22"/>
          <w:szCs w:val="22"/>
          <w:shd w:val="clear" w:color="auto" w:fill="FFFFFF"/>
        </w:rPr>
        <w:t>hiệu</w:t>
      </w:r>
      <w:proofErr w:type="spellEnd"/>
      <w:r w:rsidRPr="00CB3FF1">
        <w:rPr>
          <w:iCs/>
          <w:sz w:val="22"/>
          <w:szCs w:val="22"/>
          <w:shd w:val="clear" w:color="auto" w:fill="FFFFFF"/>
        </w:rPr>
        <w:t xml:space="preserve"> </w:t>
      </w:r>
      <w:proofErr w:type="spellStart"/>
      <w:r w:rsidRPr="00CB3FF1">
        <w:rPr>
          <w:iCs/>
          <w:sz w:val="22"/>
          <w:szCs w:val="22"/>
          <w:shd w:val="clear" w:color="auto" w:fill="FFFFFF"/>
        </w:rPr>
        <w:t>quả</w:t>
      </w:r>
      <w:proofErr w:type="spellEnd"/>
      <w:r w:rsidRPr="00CB3FF1">
        <w:rPr>
          <w:iCs/>
          <w:sz w:val="22"/>
          <w:szCs w:val="22"/>
          <w:shd w:val="clear" w:color="auto" w:fill="FFFFFF"/>
        </w:rPr>
        <w:t xml:space="preserve"> </w:t>
      </w:r>
      <w:proofErr w:type="spellStart"/>
      <w:r w:rsidRPr="00CB3FF1">
        <w:rPr>
          <w:iCs/>
          <w:sz w:val="22"/>
          <w:szCs w:val="22"/>
          <w:shd w:val="clear" w:color="auto" w:fill="FFFFFF"/>
        </w:rPr>
        <w:t>công</w:t>
      </w:r>
      <w:proofErr w:type="spellEnd"/>
      <w:r w:rsidRPr="00CB3FF1">
        <w:rPr>
          <w:iCs/>
          <w:sz w:val="22"/>
          <w:szCs w:val="22"/>
          <w:shd w:val="clear" w:color="auto" w:fill="FFFFFF"/>
          <w:lang w:val="vi-VN"/>
        </w:rPr>
        <w:t xml:space="preserve"> tác</w:t>
      </w:r>
      <w:r w:rsidRPr="00CB3FF1">
        <w:rPr>
          <w:iCs/>
          <w:sz w:val="22"/>
          <w:szCs w:val="22"/>
          <w:shd w:val="clear" w:color="auto" w:fill="FFFFFF"/>
        </w:rPr>
        <w:t xml:space="preserve"> </w:t>
      </w:r>
      <w:proofErr w:type="spellStart"/>
      <w:r w:rsidRPr="00CB3FF1">
        <w:rPr>
          <w:iCs/>
          <w:color w:val="000000"/>
          <w:sz w:val="22"/>
          <w:szCs w:val="22"/>
          <w:shd w:val="clear" w:color="auto" w:fill="FFFFFF"/>
        </w:rPr>
        <w:t>phòng</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ngừa</w:t>
      </w:r>
      <w:proofErr w:type="spellEnd"/>
      <w:r w:rsidRPr="00CB3FF1">
        <w:rPr>
          <w:iCs/>
          <w:color w:val="000000"/>
          <w:sz w:val="22"/>
          <w:szCs w:val="22"/>
          <w:shd w:val="clear" w:color="auto" w:fill="FFFFFF"/>
        </w:rPr>
        <w:t xml:space="preserve"> tai </w:t>
      </w:r>
      <w:proofErr w:type="spellStart"/>
      <w:r w:rsidRPr="00CB3FF1">
        <w:rPr>
          <w:iCs/>
          <w:color w:val="000000"/>
          <w:sz w:val="22"/>
          <w:szCs w:val="22"/>
          <w:shd w:val="clear" w:color="auto" w:fill="FFFFFF"/>
        </w:rPr>
        <w:t>nạn</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thương</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tích</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cho</w:t>
      </w:r>
      <w:proofErr w:type="spellEnd"/>
      <w:r w:rsidRPr="00CB3FF1">
        <w:rPr>
          <w:iCs/>
          <w:color w:val="000000"/>
          <w:sz w:val="22"/>
          <w:szCs w:val="22"/>
          <w:shd w:val="clear" w:color="auto" w:fill="FFFFFF"/>
        </w:rPr>
        <w:t xml:space="preserve"> </w:t>
      </w:r>
      <w:proofErr w:type="spellStart"/>
      <w:r w:rsidRPr="00CB3FF1">
        <w:rPr>
          <w:iCs/>
          <w:color w:val="000000"/>
          <w:sz w:val="22"/>
          <w:szCs w:val="22"/>
          <w:shd w:val="clear" w:color="auto" w:fill="FFFFFF"/>
        </w:rPr>
        <w:t>trẻ</w:t>
      </w:r>
      <w:proofErr w:type="spellEnd"/>
      <w:r w:rsidRPr="00CB3FF1">
        <w:rPr>
          <w:iCs/>
          <w:color w:val="000000"/>
          <w:sz w:val="22"/>
          <w:szCs w:val="22"/>
          <w:shd w:val="clear" w:color="auto" w:fill="FFFFFF"/>
          <w:lang w:val="vi-VN"/>
        </w:rPr>
        <w:t xml:space="preserve"> mẫu giáo</w:t>
      </w:r>
      <w:r w:rsidRPr="00CB3FF1">
        <w:rPr>
          <w:iCs/>
          <w:sz w:val="22"/>
          <w:szCs w:val="22"/>
          <w:shd w:val="clear" w:color="auto" w:fill="FFFFFF"/>
        </w:rPr>
        <w:t xml:space="preserve"> ở</w:t>
      </w:r>
      <w:r w:rsidRPr="00CB3FF1">
        <w:rPr>
          <w:iCs/>
          <w:sz w:val="22"/>
          <w:szCs w:val="22"/>
          <w:shd w:val="clear" w:color="auto" w:fill="FFFFFF"/>
          <w:lang w:val="vi-VN"/>
        </w:rPr>
        <w:t xml:space="preserve"> các</w:t>
      </w:r>
      <w:r w:rsidRPr="00CB3FF1">
        <w:rPr>
          <w:iCs/>
          <w:sz w:val="22"/>
          <w:szCs w:val="22"/>
          <w:shd w:val="clear" w:color="auto" w:fill="FFFFFF"/>
        </w:rPr>
        <w:t xml:space="preserve"> </w:t>
      </w:r>
      <w:proofErr w:type="spellStart"/>
      <w:r w:rsidRPr="00CB3FF1">
        <w:rPr>
          <w:iCs/>
          <w:sz w:val="22"/>
          <w:szCs w:val="22"/>
          <w:shd w:val="clear" w:color="auto" w:fill="FFFFFF"/>
        </w:rPr>
        <w:t>trường</w:t>
      </w:r>
      <w:proofErr w:type="spellEnd"/>
      <w:r w:rsidRPr="00CB3FF1">
        <w:rPr>
          <w:iCs/>
          <w:sz w:val="22"/>
          <w:szCs w:val="22"/>
          <w:shd w:val="clear" w:color="auto" w:fill="FFFFFF"/>
        </w:rPr>
        <w:t xml:space="preserve"> </w:t>
      </w:r>
      <w:proofErr w:type="spellStart"/>
      <w:r w:rsidRPr="00CB3FF1">
        <w:rPr>
          <w:iCs/>
          <w:sz w:val="22"/>
          <w:szCs w:val="22"/>
          <w:shd w:val="clear" w:color="auto" w:fill="FFFFFF"/>
        </w:rPr>
        <w:t>mầm</w:t>
      </w:r>
      <w:proofErr w:type="spellEnd"/>
      <w:r w:rsidRPr="00CB3FF1">
        <w:rPr>
          <w:iCs/>
          <w:sz w:val="22"/>
          <w:szCs w:val="22"/>
          <w:shd w:val="clear" w:color="auto" w:fill="FFFFFF"/>
        </w:rPr>
        <w:t xml:space="preserve"> non</w:t>
      </w:r>
      <w:r w:rsidRPr="00CB3FF1">
        <w:rPr>
          <w:iCs/>
          <w:sz w:val="22"/>
          <w:szCs w:val="22"/>
          <w:shd w:val="clear" w:color="auto" w:fill="FFFFFF"/>
          <w:lang w:val="vi-VN"/>
        </w:rPr>
        <w:t xml:space="preserve"> huyện Củ Chi, Thành phố Hồ Chí Minh.</w:t>
      </w:r>
    </w:p>
    <w:p w14:paraId="745E886A" w14:textId="0C4E01C4" w:rsidR="0016225C" w:rsidRPr="0016225C" w:rsidRDefault="00521E68" w:rsidP="002B67B7">
      <w:pPr>
        <w:spacing w:line="240" w:lineRule="auto"/>
        <w:rPr>
          <w:rFonts w:ascii="Arial" w:hAnsi="Arial"/>
          <w:b/>
          <w:noProof/>
        </w:rPr>
      </w:pPr>
      <w:proofErr w:type="spellStart"/>
      <w:r w:rsidRPr="00CB3FF1">
        <w:rPr>
          <w:rFonts w:ascii="Times New Roman" w:hAnsi="Times New Roman" w:cs="Times New Roman"/>
          <w:i/>
        </w:rPr>
        <w:t>Từ</w:t>
      </w:r>
      <w:proofErr w:type="spellEnd"/>
      <w:r w:rsidRPr="00CB3FF1">
        <w:rPr>
          <w:rFonts w:ascii="Times New Roman" w:hAnsi="Times New Roman" w:cs="Times New Roman"/>
          <w:i/>
        </w:rPr>
        <w:t xml:space="preserve"> </w:t>
      </w:r>
      <w:proofErr w:type="spellStart"/>
      <w:r w:rsidRPr="00CB3FF1">
        <w:rPr>
          <w:rFonts w:ascii="Times New Roman" w:hAnsi="Times New Roman" w:cs="Times New Roman"/>
          <w:i/>
        </w:rPr>
        <w:t>khóa</w:t>
      </w:r>
      <w:proofErr w:type="spellEnd"/>
      <w:r w:rsidRPr="00CB3FF1">
        <w:rPr>
          <w:rFonts w:ascii="Times New Roman" w:hAnsi="Times New Roman" w:cs="Times New Roman"/>
          <w:i/>
        </w:rPr>
        <w:t>:</w:t>
      </w:r>
      <w:r w:rsidR="00CB3FF1" w:rsidRPr="00CB3FF1">
        <w:rPr>
          <w:rFonts w:ascii="Times New Roman" w:hAnsi="Times New Roman" w:cs="Times New Roman"/>
          <w:i/>
        </w:rPr>
        <w:t xml:space="preserve"> </w:t>
      </w:r>
      <w:r w:rsidR="00CB3FF1" w:rsidRPr="00CB3FF1">
        <w:rPr>
          <w:rFonts w:ascii="Times New Roman" w:hAnsi="Times New Roman" w:cs="Times New Roman"/>
          <w:i/>
          <w:iCs/>
          <w:lang w:val="vi-VN"/>
        </w:rPr>
        <w:t>Hoạt động giáo dục,</w:t>
      </w:r>
      <w:r w:rsidR="00CB3FF1" w:rsidRPr="00CB3FF1">
        <w:rPr>
          <w:rFonts w:ascii="Times New Roman" w:hAnsi="Times New Roman" w:cs="Times New Roman"/>
          <w:b/>
          <w:i/>
          <w:iCs/>
          <w:lang w:val="vi-VN"/>
        </w:rPr>
        <w:t xml:space="preserve"> </w:t>
      </w:r>
      <w:r w:rsidR="00CB3FF1" w:rsidRPr="00CB3FF1">
        <w:rPr>
          <w:rFonts w:ascii="Times New Roman" w:hAnsi="Times New Roman" w:cs="Times New Roman"/>
          <w:bCs/>
          <w:i/>
          <w:iCs/>
          <w:lang w:val="vi-VN"/>
        </w:rPr>
        <w:t>P</w:t>
      </w:r>
      <w:proofErr w:type="spellStart"/>
      <w:r w:rsidR="00CB3FF1" w:rsidRPr="00CB3FF1">
        <w:rPr>
          <w:rFonts w:ascii="Times New Roman" w:hAnsi="Times New Roman" w:cs="Times New Roman"/>
          <w:bCs/>
          <w:i/>
          <w:iCs/>
        </w:rPr>
        <w:t>hòng</w:t>
      </w:r>
      <w:proofErr w:type="spellEnd"/>
      <w:r w:rsidR="00CB3FF1" w:rsidRPr="00CB3FF1">
        <w:rPr>
          <w:rFonts w:ascii="Times New Roman" w:hAnsi="Times New Roman" w:cs="Times New Roman"/>
          <w:bCs/>
          <w:i/>
          <w:iCs/>
        </w:rPr>
        <w:t xml:space="preserve"> </w:t>
      </w:r>
      <w:proofErr w:type="spellStart"/>
      <w:r w:rsidR="00CB3FF1" w:rsidRPr="00CB3FF1">
        <w:rPr>
          <w:rFonts w:ascii="Times New Roman" w:hAnsi="Times New Roman" w:cs="Times New Roman"/>
          <w:bCs/>
          <w:i/>
          <w:iCs/>
        </w:rPr>
        <w:t>ngừa</w:t>
      </w:r>
      <w:proofErr w:type="spellEnd"/>
      <w:r w:rsidR="00CB3FF1" w:rsidRPr="00CB3FF1">
        <w:rPr>
          <w:rFonts w:ascii="Times New Roman" w:hAnsi="Times New Roman" w:cs="Times New Roman"/>
          <w:bCs/>
          <w:i/>
          <w:iCs/>
          <w:lang w:val="vi-VN"/>
        </w:rPr>
        <w:t xml:space="preserve"> t</w:t>
      </w:r>
      <w:r w:rsidR="00CB3FF1" w:rsidRPr="00CB3FF1">
        <w:rPr>
          <w:rFonts w:ascii="Times New Roman" w:hAnsi="Times New Roman" w:cs="Times New Roman"/>
          <w:bCs/>
          <w:i/>
          <w:iCs/>
        </w:rPr>
        <w:t>ai</w:t>
      </w:r>
      <w:r w:rsidR="00CB3FF1" w:rsidRPr="00CB3FF1">
        <w:rPr>
          <w:rFonts w:ascii="Times New Roman" w:hAnsi="Times New Roman" w:cs="Times New Roman"/>
          <w:bCs/>
          <w:i/>
          <w:iCs/>
          <w:lang w:val="vi-VN"/>
        </w:rPr>
        <w:t xml:space="preserve"> nạn thương tích</w:t>
      </w:r>
      <w:r w:rsidR="00CB3FF1" w:rsidRPr="00CB3FF1">
        <w:rPr>
          <w:rFonts w:ascii="Times New Roman" w:hAnsi="Times New Roman" w:cs="Times New Roman"/>
          <w:bCs/>
          <w:i/>
          <w:iCs/>
        </w:rPr>
        <w:t>;</w:t>
      </w:r>
      <w:r w:rsidR="00CB3FF1" w:rsidRPr="00CB3FF1">
        <w:rPr>
          <w:rFonts w:ascii="Times New Roman" w:hAnsi="Times New Roman" w:cs="Times New Roman"/>
          <w:bCs/>
          <w:i/>
          <w:iCs/>
          <w:lang w:val="vi-VN"/>
        </w:rPr>
        <w:t xml:space="preserve"> Trẻ mẫu giáo;</w:t>
      </w:r>
      <w:r w:rsidR="00CB3FF1" w:rsidRPr="00CB3FF1">
        <w:rPr>
          <w:rFonts w:ascii="Times New Roman" w:hAnsi="Times New Roman" w:cs="Times New Roman"/>
          <w:bCs/>
          <w:i/>
          <w:iCs/>
        </w:rPr>
        <w:t xml:space="preserve"> </w:t>
      </w:r>
      <w:proofErr w:type="spellStart"/>
      <w:r w:rsidR="00CB3FF1" w:rsidRPr="00CB3FF1">
        <w:rPr>
          <w:rFonts w:ascii="Times New Roman" w:hAnsi="Times New Roman" w:cs="Times New Roman"/>
          <w:bCs/>
          <w:i/>
          <w:iCs/>
        </w:rPr>
        <w:t>Trường</w:t>
      </w:r>
      <w:proofErr w:type="spellEnd"/>
      <w:r w:rsidR="00CB3FF1" w:rsidRPr="00CB3FF1">
        <w:rPr>
          <w:rFonts w:ascii="Times New Roman" w:hAnsi="Times New Roman" w:cs="Times New Roman"/>
          <w:bCs/>
          <w:i/>
          <w:iCs/>
        </w:rPr>
        <w:t xml:space="preserve"> </w:t>
      </w:r>
      <w:proofErr w:type="spellStart"/>
      <w:r w:rsidR="00CB3FF1" w:rsidRPr="00CB3FF1">
        <w:rPr>
          <w:rFonts w:ascii="Times New Roman" w:hAnsi="Times New Roman" w:cs="Times New Roman"/>
          <w:bCs/>
          <w:i/>
          <w:iCs/>
        </w:rPr>
        <w:t>mầm</w:t>
      </w:r>
      <w:proofErr w:type="spellEnd"/>
      <w:r w:rsidR="00CB3FF1" w:rsidRPr="00CB3FF1">
        <w:rPr>
          <w:rFonts w:ascii="Times New Roman" w:hAnsi="Times New Roman" w:cs="Times New Roman"/>
          <w:bCs/>
          <w:i/>
          <w:iCs/>
        </w:rPr>
        <w:t xml:space="preserve"> non</w:t>
      </w:r>
      <w:r w:rsidR="00CB3FF1" w:rsidRPr="00CB3FF1">
        <w:rPr>
          <w:rFonts w:ascii="Times New Roman" w:hAnsi="Times New Roman" w:cs="Times New Roman"/>
          <w:bCs/>
          <w:i/>
          <w:iCs/>
          <w:lang w:val="vi-VN"/>
        </w:rPr>
        <w:t>.</w:t>
      </w:r>
      <w:r w:rsidR="00AA4B50" w:rsidRPr="00EB3707">
        <w:rPr>
          <w:rFonts w:ascii="Arial" w:hAnsi="Arial"/>
          <w:b/>
          <w:noProof/>
        </w:rPr>
        <mc:AlternateContent>
          <mc:Choice Requires="wps">
            <w:drawing>
              <wp:inline distT="0" distB="0" distL="0" distR="0" wp14:anchorId="2C3A6427" wp14:editId="6E28B582">
                <wp:extent cx="5937250" cy="0"/>
                <wp:effectExtent l="0" t="0" r="25400" b="19050"/>
                <wp:docPr id="8" name="Straight Connector 8"/>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4185ADF8" id="Straight Connector 8"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APFBZXHAQAA4QMAAA4AAAAAAAAAAAAAAAAA&#10;LgIAAGRycy9lMm9Eb2MueG1sUEsBAi0AFAAGAAgAAAAhADHRMSXYAAAAAgEAAA8AAAAAAAAAAAAA&#10;AAAAIQQAAGRycy9kb3ducmV2LnhtbFBLBQYAAAAABAAEAPMAAAAmBQAAAAA=&#10;" strokecolor="#4f81bd [3204]" strokeweight=".5pt">
                <w10:anchorlock/>
              </v:line>
            </w:pict>
          </mc:Fallback>
        </mc:AlternateContent>
      </w:r>
    </w:p>
    <w:p w14:paraId="0CB33118" w14:textId="19CAF6FC" w:rsidR="002E6A61" w:rsidRDefault="0016225C" w:rsidP="0016225C">
      <w:pPr>
        <w:pStyle w:val="ListParagraph"/>
        <w:spacing w:line="240" w:lineRule="auto"/>
        <w:ind w:left="0"/>
      </w:pPr>
      <w:r>
        <w:rPr>
          <w:rFonts w:ascii="Times New Roman" w:hAnsi="Times New Roman"/>
          <w:b/>
        </w:rPr>
        <w:t xml:space="preserve">1. </w:t>
      </w:r>
      <w:r w:rsidR="00CB3FF1">
        <w:rPr>
          <w:rFonts w:ascii="Times New Roman" w:hAnsi="Times New Roman"/>
          <w:b/>
        </w:rPr>
        <w:t xml:space="preserve">ĐẶT VẤN ĐỀ </w:t>
      </w:r>
    </w:p>
    <w:p w14:paraId="1928A2F7" w14:textId="77777777" w:rsidR="00CB3FF1" w:rsidRPr="00CB3FF1" w:rsidRDefault="00CB3FF1" w:rsidP="00CB3FF1">
      <w:pPr>
        <w:pStyle w:val="0004"/>
        <w:spacing w:after="120" w:line="240" w:lineRule="auto"/>
        <w:rPr>
          <w:i w:val="0"/>
          <w:iCs/>
          <w:color w:val="000000"/>
          <w:sz w:val="22"/>
          <w:szCs w:val="22"/>
          <w:shd w:val="clear" w:color="auto" w:fill="FFFFFF"/>
          <w:lang w:val="vi-VN"/>
        </w:rPr>
      </w:pPr>
      <w:proofErr w:type="spellStart"/>
      <w:r w:rsidRPr="00CB3FF1">
        <w:rPr>
          <w:i w:val="0"/>
          <w:iCs/>
          <w:sz w:val="22"/>
          <w:szCs w:val="22"/>
        </w:rPr>
        <w:t>Mục</w:t>
      </w:r>
      <w:proofErr w:type="spellEnd"/>
      <w:r w:rsidRPr="00CB3FF1">
        <w:rPr>
          <w:i w:val="0"/>
          <w:iCs/>
          <w:sz w:val="22"/>
          <w:szCs w:val="22"/>
        </w:rPr>
        <w:t xml:space="preserve"> </w:t>
      </w:r>
      <w:proofErr w:type="spellStart"/>
      <w:r w:rsidRPr="00CB3FF1">
        <w:rPr>
          <w:i w:val="0"/>
          <w:iCs/>
          <w:sz w:val="22"/>
          <w:szCs w:val="22"/>
        </w:rPr>
        <w:t>tiêu</w:t>
      </w:r>
      <w:proofErr w:type="spellEnd"/>
      <w:r w:rsidRPr="00CB3FF1">
        <w:rPr>
          <w:i w:val="0"/>
          <w:iCs/>
          <w:sz w:val="22"/>
          <w:szCs w:val="22"/>
        </w:rPr>
        <w:t xml:space="preserve"> </w:t>
      </w:r>
      <w:proofErr w:type="spellStart"/>
      <w:r w:rsidRPr="00CB3FF1">
        <w:rPr>
          <w:i w:val="0"/>
          <w:iCs/>
          <w:sz w:val="22"/>
          <w:szCs w:val="22"/>
        </w:rPr>
        <w:t>của</w:t>
      </w:r>
      <w:proofErr w:type="spellEnd"/>
      <w:r w:rsidRPr="00CB3FF1">
        <w:rPr>
          <w:i w:val="0"/>
          <w:iCs/>
          <w:sz w:val="22"/>
          <w:szCs w:val="22"/>
        </w:rPr>
        <w:t xml:space="preserve"> </w:t>
      </w:r>
      <w:proofErr w:type="spellStart"/>
      <w:r w:rsidRPr="00CB3FF1">
        <w:rPr>
          <w:i w:val="0"/>
          <w:iCs/>
          <w:sz w:val="22"/>
          <w:szCs w:val="22"/>
        </w:rPr>
        <w:t>giáo</w:t>
      </w:r>
      <w:proofErr w:type="spellEnd"/>
      <w:r w:rsidRPr="00CB3FF1">
        <w:rPr>
          <w:i w:val="0"/>
          <w:iCs/>
          <w:sz w:val="22"/>
          <w:szCs w:val="22"/>
        </w:rPr>
        <w:t xml:space="preserve"> </w:t>
      </w:r>
      <w:proofErr w:type="spellStart"/>
      <w:r w:rsidRPr="00CB3FF1">
        <w:rPr>
          <w:i w:val="0"/>
          <w:iCs/>
          <w:sz w:val="22"/>
          <w:szCs w:val="22"/>
        </w:rPr>
        <w:t>dục</w:t>
      </w:r>
      <w:proofErr w:type="spellEnd"/>
      <w:r w:rsidRPr="00CB3FF1">
        <w:rPr>
          <w:i w:val="0"/>
          <w:iCs/>
          <w:sz w:val="22"/>
          <w:szCs w:val="22"/>
        </w:rPr>
        <w:t xml:space="preserve"> </w:t>
      </w:r>
      <w:proofErr w:type="spellStart"/>
      <w:r w:rsidRPr="00CB3FF1">
        <w:rPr>
          <w:i w:val="0"/>
          <w:iCs/>
          <w:sz w:val="22"/>
          <w:szCs w:val="22"/>
        </w:rPr>
        <w:t>mầm</w:t>
      </w:r>
      <w:proofErr w:type="spellEnd"/>
      <w:r w:rsidRPr="00CB3FF1">
        <w:rPr>
          <w:i w:val="0"/>
          <w:iCs/>
          <w:sz w:val="22"/>
          <w:szCs w:val="22"/>
        </w:rPr>
        <w:t xml:space="preserve"> non </w:t>
      </w:r>
      <w:proofErr w:type="spellStart"/>
      <w:r w:rsidRPr="00CB3FF1">
        <w:rPr>
          <w:i w:val="0"/>
          <w:iCs/>
          <w:sz w:val="22"/>
          <w:szCs w:val="22"/>
        </w:rPr>
        <w:t>là</w:t>
      </w:r>
      <w:proofErr w:type="spellEnd"/>
      <w:r w:rsidRPr="00CB3FF1">
        <w:rPr>
          <w:i w:val="0"/>
          <w:iCs/>
          <w:sz w:val="22"/>
          <w:szCs w:val="22"/>
        </w:rPr>
        <w:t xml:space="preserve"> </w:t>
      </w:r>
      <w:proofErr w:type="spellStart"/>
      <w:r w:rsidRPr="00CB3FF1">
        <w:rPr>
          <w:i w:val="0"/>
          <w:iCs/>
          <w:sz w:val="22"/>
          <w:szCs w:val="22"/>
        </w:rPr>
        <w:t>giúp</w:t>
      </w:r>
      <w:proofErr w:type="spellEnd"/>
      <w:r w:rsidRPr="00CB3FF1">
        <w:rPr>
          <w:i w:val="0"/>
          <w:iCs/>
          <w:sz w:val="22"/>
          <w:szCs w:val="22"/>
        </w:rPr>
        <w:t xml:space="preserve"> </w:t>
      </w:r>
      <w:proofErr w:type="spellStart"/>
      <w:r w:rsidRPr="00CB3FF1">
        <w:rPr>
          <w:i w:val="0"/>
          <w:iCs/>
          <w:sz w:val="22"/>
          <w:szCs w:val="22"/>
        </w:rPr>
        <w:t>trẻ</w:t>
      </w:r>
      <w:proofErr w:type="spellEnd"/>
      <w:r w:rsidRPr="00CB3FF1">
        <w:rPr>
          <w:i w:val="0"/>
          <w:iCs/>
          <w:sz w:val="22"/>
          <w:szCs w:val="22"/>
        </w:rPr>
        <w:t xml:space="preserve"> </w:t>
      </w:r>
      <w:proofErr w:type="spellStart"/>
      <w:r w:rsidRPr="00CB3FF1">
        <w:rPr>
          <w:i w:val="0"/>
          <w:iCs/>
          <w:sz w:val="22"/>
          <w:szCs w:val="22"/>
        </w:rPr>
        <w:t>em</w:t>
      </w:r>
      <w:proofErr w:type="spellEnd"/>
      <w:r w:rsidRPr="00CB3FF1">
        <w:rPr>
          <w:i w:val="0"/>
          <w:iCs/>
          <w:sz w:val="22"/>
          <w:szCs w:val="22"/>
        </w:rPr>
        <w:t xml:space="preserve"> </w:t>
      </w:r>
      <w:proofErr w:type="spellStart"/>
      <w:r w:rsidRPr="00CB3FF1">
        <w:rPr>
          <w:i w:val="0"/>
          <w:iCs/>
          <w:sz w:val="22"/>
          <w:szCs w:val="22"/>
        </w:rPr>
        <w:t>phát</w:t>
      </w:r>
      <w:proofErr w:type="spellEnd"/>
      <w:r w:rsidRPr="00CB3FF1">
        <w:rPr>
          <w:i w:val="0"/>
          <w:iCs/>
          <w:sz w:val="22"/>
          <w:szCs w:val="22"/>
        </w:rPr>
        <w:t xml:space="preserve"> </w:t>
      </w:r>
      <w:proofErr w:type="spellStart"/>
      <w:r w:rsidRPr="00CB3FF1">
        <w:rPr>
          <w:i w:val="0"/>
          <w:iCs/>
          <w:sz w:val="22"/>
          <w:szCs w:val="22"/>
        </w:rPr>
        <w:t>triển</w:t>
      </w:r>
      <w:proofErr w:type="spellEnd"/>
      <w:r w:rsidRPr="00CB3FF1">
        <w:rPr>
          <w:i w:val="0"/>
          <w:iCs/>
          <w:sz w:val="22"/>
          <w:szCs w:val="22"/>
        </w:rPr>
        <w:t xml:space="preserve"> </w:t>
      </w:r>
      <w:proofErr w:type="spellStart"/>
      <w:r w:rsidRPr="00CB3FF1">
        <w:rPr>
          <w:i w:val="0"/>
          <w:iCs/>
          <w:sz w:val="22"/>
          <w:szCs w:val="22"/>
        </w:rPr>
        <w:t>về</w:t>
      </w:r>
      <w:proofErr w:type="spellEnd"/>
      <w:r w:rsidRPr="00CB3FF1">
        <w:rPr>
          <w:i w:val="0"/>
          <w:iCs/>
          <w:sz w:val="22"/>
          <w:szCs w:val="22"/>
        </w:rPr>
        <w:t xml:space="preserve"> </w:t>
      </w:r>
      <w:proofErr w:type="spellStart"/>
      <w:r w:rsidRPr="00CB3FF1">
        <w:rPr>
          <w:i w:val="0"/>
          <w:iCs/>
          <w:sz w:val="22"/>
          <w:szCs w:val="22"/>
        </w:rPr>
        <w:t>thể</w:t>
      </w:r>
      <w:proofErr w:type="spellEnd"/>
      <w:r w:rsidRPr="00CB3FF1">
        <w:rPr>
          <w:i w:val="0"/>
          <w:iCs/>
          <w:sz w:val="22"/>
          <w:szCs w:val="22"/>
        </w:rPr>
        <w:t xml:space="preserve"> </w:t>
      </w:r>
      <w:proofErr w:type="spellStart"/>
      <w:r w:rsidRPr="00CB3FF1">
        <w:rPr>
          <w:i w:val="0"/>
          <w:iCs/>
          <w:sz w:val="22"/>
          <w:szCs w:val="22"/>
        </w:rPr>
        <w:t>chất</w:t>
      </w:r>
      <w:proofErr w:type="spellEnd"/>
      <w:r w:rsidRPr="00CB3FF1">
        <w:rPr>
          <w:i w:val="0"/>
          <w:iCs/>
          <w:sz w:val="22"/>
          <w:szCs w:val="22"/>
        </w:rPr>
        <w:t xml:space="preserve">, </w:t>
      </w:r>
      <w:proofErr w:type="spellStart"/>
      <w:r w:rsidRPr="00CB3FF1">
        <w:rPr>
          <w:i w:val="0"/>
          <w:iCs/>
          <w:sz w:val="22"/>
          <w:szCs w:val="22"/>
        </w:rPr>
        <w:t>tình</w:t>
      </w:r>
      <w:proofErr w:type="spellEnd"/>
      <w:r w:rsidRPr="00CB3FF1">
        <w:rPr>
          <w:i w:val="0"/>
          <w:iCs/>
          <w:sz w:val="22"/>
          <w:szCs w:val="22"/>
        </w:rPr>
        <w:t xml:space="preserve"> </w:t>
      </w:r>
      <w:proofErr w:type="spellStart"/>
      <w:r w:rsidRPr="00CB3FF1">
        <w:rPr>
          <w:i w:val="0"/>
          <w:iCs/>
          <w:sz w:val="22"/>
          <w:szCs w:val="22"/>
        </w:rPr>
        <w:t>cảm</w:t>
      </w:r>
      <w:proofErr w:type="spellEnd"/>
      <w:r w:rsidRPr="00CB3FF1">
        <w:rPr>
          <w:i w:val="0"/>
          <w:iCs/>
          <w:sz w:val="22"/>
          <w:szCs w:val="22"/>
        </w:rPr>
        <w:t xml:space="preserve">, </w:t>
      </w:r>
      <w:proofErr w:type="spellStart"/>
      <w:r w:rsidRPr="00CB3FF1">
        <w:rPr>
          <w:i w:val="0"/>
          <w:iCs/>
          <w:sz w:val="22"/>
          <w:szCs w:val="22"/>
        </w:rPr>
        <w:t>trí</w:t>
      </w:r>
      <w:proofErr w:type="spellEnd"/>
      <w:r w:rsidRPr="00CB3FF1">
        <w:rPr>
          <w:i w:val="0"/>
          <w:iCs/>
          <w:sz w:val="22"/>
          <w:szCs w:val="22"/>
        </w:rPr>
        <w:t xml:space="preserve"> </w:t>
      </w:r>
      <w:proofErr w:type="spellStart"/>
      <w:r w:rsidRPr="00CB3FF1">
        <w:rPr>
          <w:i w:val="0"/>
          <w:iCs/>
          <w:sz w:val="22"/>
          <w:szCs w:val="22"/>
        </w:rPr>
        <w:t>tuệ</w:t>
      </w:r>
      <w:proofErr w:type="spellEnd"/>
      <w:r w:rsidRPr="00CB3FF1">
        <w:rPr>
          <w:i w:val="0"/>
          <w:iCs/>
          <w:sz w:val="22"/>
          <w:szCs w:val="22"/>
        </w:rPr>
        <w:t xml:space="preserve">, </w:t>
      </w:r>
      <w:proofErr w:type="spellStart"/>
      <w:r w:rsidRPr="00CB3FF1">
        <w:rPr>
          <w:i w:val="0"/>
          <w:iCs/>
          <w:sz w:val="22"/>
          <w:szCs w:val="22"/>
        </w:rPr>
        <w:t>thẩm</w:t>
      </w:r>
      <w:proofErr w:type="spellEnd"/>
      <w:r w:rsidRPr="00CB3FF1">
        <w:rPr>
          <w:i w:val="0"/>
          <w:iCs/>
          <w:sz w:val="22"/>
          <w:szCs w:val="22"/>
        </w:rPr>
        <w:t xml:space="preserve"> </w:t>
      </w:r>
      <w:proofErr w:type="spellStart"/>
      <w:r w:rsidRPr="00CB3FF1">
        <w:rPr>
          <w:i w:val="0"/>
          <w:iCs/>
          <w:sz w:val="22"/>
          <w:szCs w:val="22"/>
        </w:rPr>
        <w:t>mỹ</w:t>
      </w:r>
      <w:proofErr w:type="spellEnd"/>
      <w:r w:rsidRPr="00CB3FF1">
        <w:rPr>
          <w:i w:val="0"/>
          <w:iCs/>
          <w:sz w:val="22"/>
          <w:szCs w:val="22"/>
        </w:rPr>
        <w:t xml:space="preserve">; </w:t>
      </w:r>
      <w:proofErr w:type="spellStart"/>
      <w:r w:rsidRPr="00CB3FF1">
        <w:rPr>
          <w:i w:val="0"/>
          <w:iCs/>
          <w:sz w:val="22"/>
          <w:szCs w:val="22"/>
        </w:rPr>
        <w:t>hình</w:t>
      </w:r>
      <w:proofErr w:type="spellEnd"/>
      <w:r w:rsidRPr="00CB3FF1">
        <w:rPr>
          <w:i w:val="0"/>
          <w:iCs/>
          <w:sz w:val="22"/>
          <w:szCs w:val="22"/>
        </w:rPr>
        <w:t xml:space="preserve"> </w:t>
      </w:r>
      <w:proofErr w:type="spellStart"/>
      <w:r w:rsidRPr="00CB3FF1">
        <w:rPr>
          <w:i w:val="0"/>
          <w:iCs/>
          <w:sz w:val="22"/>
          <w:szCs w:val="22"/>
        </w:rPr>
        <w:t>thành</w:t>
      </w:r>
      <w:proofErr w:type="spellEnd"/>
      <w:r w:rsidRPr="00CB3FF1">
        <w:rPr>
          <w:i w:val="0"/>
          <w:iCs/>
          <w:sz w:val="22"/>
          <w:szCs w:val="22"/>
        </w:rPr>
        <w:t xml:space="preserve"> </w:t>
      </w:r>
      <w:proofErr w:type="spellStart"/>
      <w:r w:rsidRPr="00CB3FF1">
        <w:rPr>
          <w:i w:val="0"/>
          <w:iCs/>
          <w:sz w:val="22"/>
          <w:szCs w:val="22"/>
        </w:rPr>
        <w:t>những</w:t>
      </w:r>
      <w:proofErr w:type="spellEnd"/>
      <w:r w:rsidRPr="00CB3FF1">
        <w:rPr>
          <w:i w:val="0"/>
          <w:iCs/>
          <w:sz w:val="22"/>
          <w:szCs w:val="22"/>
        </w:rPr>
        <w:t xml:space="preserve"> </w:t>
      </w:r>
      <w:proofErr w:type="spellStart"/>
      <w:r w:rsidRPr="00CB3FF1">
        <w:rPr>
          <w:i w:val="0"/>
          <w:iCs/>
          <w:sz w:val="22"/>
          <w:szCs w:val="22"/>
        </w:rPr>
        <w:t>yếu</w:t>
      </w:r>
      <w:proofErr w:type="spellEnd"/>
      <w:r w:rsidRPr="00CB3FF1">
        <w:rPr>
          <w:i w:val="0"/>
          <w:iCs/>
          <w:sz w:val="22"/>
          <w:szCs w:val="22"/>
        </w:rPr>
        <w:t xml:space="preserve"> </w:t>
      </w:r>
      <w:proofErr w:type="spellStart"/>
      <w:r w:rsidRPr="00CB3FF1">
        <w:rPr>
          <w:i w:val="0"/>
          <w:iCs/>
          <w:sz w:val="22"/>
          <w:szCs w:val="22"/>
        </w:rPr>
        <w:t>tố</w:t>
      </w:r>
      <w:proofErr w:type="spellEnd"/>
      <w:r w:rsidRPr="00CB3FF1">
        <w:rPr>
          <w:i w:val="0"/>
          <w:iCs/>
          <w:sz w:val="22"/>
          <w:szCs w:val="22"/>
        </w:rPr>
        <w:t xml:space="preserve"> </w:t>
      </w:r>
      <w:proofErr w:type="spellStart"/>
      <w:r w:rsidRPr="00CB3FF1">
        <w:rPr>
          <w:i w:val="0"/>
          <w:iCs/>
          <w:sz w:val="22"/>
          <w:szCs w:val="22"/>
        </w:rPr>
        <w:t>đầu</w:t>
      </w:r>
      <w:proofErr w:type="spellEnd"/>
      <w:r w:rsidRPr="00CB3FF1">
        <w:rPr>
          <w:i w:val="0"/>
          <w:iCs/>
          <w:sz w:val="22"/>
          <w:szCs w:val="22"/>
        </w:rPr>
        <w:t xml:space="preserve"> </w:t>
      </w:r>
      <w:proofErr w:type="spellStart"/>
      <w:r w:rsidRPr="00CB3FF1">
        <w:rPr>
          <w:i w:val="0"/>
          <w:iCs/>
          <w:sz w:val="22"/>
          <w:szCs w:val="22"/>
        </w:rPr>
        <w:t>tiên</w:t>
      </w:r>
      <w:proofErr w:type="spellEnd"/>
      <w:r w:rsidRPr="00CB3FF1">
        <w:rPr>
          <w:i w:val="0"/>
          <w:iCs/>
          <w:sz w:val="22"/>
          <w:szCs w:val="22"/>
        </w:rPr>
        <w:t xml:space="preserve"> </w:t>
      </w:r>
      <w:proofErr w:type="spellStart"/>
      <w:r w:rsidRPr="00CB3FF1">
        <w:rPr>
          <w:i w:val="0"/>
          <w:iCs/>
          <w:sz w:val="22"/>
          <w:szCs w:val="22"/>
        </w:rPr>
        <w:t>của</w:t>
      </w:r>
      <w:proofErr w:type="spellEnd"/>
      <w:r w:rsidRPr="00CB3FF1">
        <w:rPr>
          <w:i w:val="0"/>
          <w:iCs/>
          <w:sz w:val="22"/>
          <w:szCs w:val="22"/>
        </w:rPr>
        <w:t xml:space="preserve"> </w:t>
      </w:r>
      <w:proofErr w:type="spellStart"/>
      <w:r w:rsidRPr="00CB3FF1">
        <w:rPr>
          <w:i w:val="0"/>
          <w:iCs/>
          <w:sz w:val="22"/>
          <w:szCs w:val="22"/>
        </w:rPr>
        <w:t>nhân</w:t>
      </w:r>
      <w:proofErr w:type="spellEnd"/>
      <w:r w:rsidRPr="00CB3FF1">
        <w:rPr>
          <w:i w:val="0"/>
          <w:iCs/>
          <w:sz w:val="22"/>
          <w:szCs w:val="22"/>
        </w:rPr>
        <w:t xml:space="preserve"> </w:t>
      </w:r>
      <w:proofErr w:type="spellStart"/>
      <w:r w:rsidRPr="00CB3FF1">
        <w:rPr>
          <w:i w:val="0"/>
          <w:iCs/>
          <w:sz w:val="22"/>
          <w:szCs w:val="22"/>
        </w:rPr>
        <w:t>cách</w:t>
      </w:r>
      <w:proofErr w:type="spellEnd"/>
      <w:r w:rsidRPr="00CB3FF1">
        <w:rPr>
          <w:i w:val="0"/>
          <w:iCs/>
          <w:sz w:val="22"/>
          <w:szCs w:val="22"/>
        </w:rPr>
        <w:t xml:space="preserve">, </w:t>
      </w:r>
      <w:proofErr w:type="spellStart"/>
      <w:r w:rsidRPr="00CB3FF1">
        <w:rPr>
          <w:i w:val="0"/>
          <w:iCs/>
          <w:sz w:val="22"/>
          <w:szCs w:val="22"/>
        </w:rPr>
        <w:t>chuẩn</w:t>
      </w:r>
      <w:proofErr w:type="spellEnd"/>
      <w:r w:rsidRPr="00CB3FF1">
        <w:rPr>
          <w:i w:val="0"/>
          <w:iCs/>
          <w:sz w:val="22"/>
          <w:szCs w:val="22"/>
        </w:rPr>
        <w:t xml:space="preserve"> </w:t>
      </w:r>
      <w:proofErr w:type="spellStart"/>
      <w:r w:rsidRPr="00CB3FF1">
        <w:rPr>
          <w:i w:val="0"/>
          <w:iCs/>
          <w:sz w:val="22"/>
          <w:szCs w:val="22"/>
        </w:rPr>
        <w:t>bị</w:t>
      </w:r>
      <w:proofErr w:type="spellEnd"/>
      <w:r w:rsidRPr="00CB3FF1">
        <w:rPr>
          <w:i w:val="0"/>
          <w:iCs/>
          <w:sz w:val="22"/>
          <w:szCs w:val="22"/>
        </w:rPr>
        <w:t xml:space="preserve"> </w:t>
      </w:r>
      <w:proofErr w:type="spellStart"/>
      <w:r w:rsidRPr="00CB3FF1">
        <w:rPr>
          <w:i w:val="0"/>
          <w:iCs/>
          <w:sz w:val="22"/>
          <w:szCs w:val="22"/>
        </w:rPr>
        <w:t>cho</w:t>
      </w:r>
      <w:proofErr w:type="spellEnd"/>
      <w:r w:rsidRPr="00CB3FF1">
        <w:rPr>
          <w:i w:val="0"/>
          <w:iCs/>
          <w:sz w:val="22"/>
          <w:szCs w:val="22"/>
        </w:rPr>
        <w:t xml:space="preserve"> </w:t>
      </w:r>
      <w:proofErr w:type="spellStart"/>
      <w:r w:rsidRPr="00CB3FF1">
        <w:rPr>
          <w:i w:val="0"/>
          <w:iCs/>
          <w:sz w:val="22"/>
          <w:szCs w:val="22"/>
        </w:rPr>
        <w:t>trẻ</w:t>
      </w:r>
      <w:proofErr w:type="spellEnd"/>
      <w:r w:rsidRPr="00CB3FF1">
        <w:rPr>
          <w:i w:val="0"/>
          <w:iCs/>
          <w:sz w:val="22"/>
          <w:szCs w:val="22"/>
        </w:rPr>
        <w:t xml:space="preserve"> </w:t>
      </w:r>
      <w:proofErr w:type="spellStart"/>
      <w:r w:rsidRPr="00CB3FF1">
        <w:rPr>
          <w:i w:val="0"/>
          <w:iCs/>
          <w:sz w:val="22"/>
          <w:szCs w:val="22"/>
        </w:rPr>
        <w:t>em</w:t>
      </w:r>
      <w:proofErr w:type="spellEnd"/>
      <w:r w:rsidRPr="00CB3FF1">
        <w:rPr>
          <w:i w:val="0"/>
          <w:iCs/>
          <w:sz w:val="22"/>
          <w:szCs w:val="22"/>
        </w:rPr>
        <w:t xml:space="preserve"> </w:t>
      </w:r>
      <w:proofErr w:type="spellStart"/>
      <w:r w:rsidRPr="00CB3FF1">
        <w:rPr>
          <w:i w:val="0"/>
          <w:iCs/>
          <w:sz w:val="22"/>
          <w:szCs w:val="22"/>
        </w:rPr>
        <w:t>vào</w:t>
      </w:r>
      <w:proofErr w:type="spellEnd"/>
      <w:r w:rsidRPr="00CB3FF1">
        <w:rPr>
          <w:i w:val="0"/>
          <w:iCs/>
          <w:sz w:val="22"/>
          <w:szCs w:val="22"/>
        </w:rPr>
        <w:t xml:space="preserve"> </w:t>
      </w:r>
      <w:proofErr w:type="spellStart"/>
      <w:r w:rsidRPr="00CB3FF1">
        <w:rPr>
          <w:i w:val="0"/>
          <w:iCs/>
          <w:sz w:val="22"/>
          <w:szCs w:val="22"/>
        </w:rPr>
        <w:t>lớp</w:t>
      </w:r>
      <w:proofErr w:type="spellEnd"/>
      <w:r w:rsidRPr="00CB3FF1">
        <w:rPr>
          <w:i w:val="0"/>
          <w:iCs/>
          <w:sz w:val="22"/>
          <w:szCs w:val="22"/>
        </w:rPr>
        <w:t xml:space="preserve"> </w:t>
      </w:r>
      <w:proofErr w:type="spellStart"/>
      <w:r w:rsidRPr="00CB3FF1">
        <w:rPr>
          <w:i w:val="0"/>
          <w:iCs/>
          <w:sz w:val="22"/>
          <w:szCs w:val="22"/>
        </w:rPr>
        <w:t>một</w:t>
      </w:r>
      <w:proofErr w:type="spellEnd"/>
      <w:r w:rsidRPr="00CB3FF1">
        <w:rPr>
          <w:i w:val="0"/>
          <w:iCs/>
          <w:sz w:val="22"/>
          <w:szCs w:val="22"/>
          <w:lang w:val="vi-VN"/>
        </w:rPr>
        <w:t xml:space="preserve"> [7],[8]. Do vậy, </w:t>
      </w:r>
      <w:proofErr w:type="spellStart"/>
      <w:r w:rsidRPr="00CB3FF1">
        <w:rPr>
          <w:i w:val="0"/>
          <w:iCs/>
          <w:color w:val="000000"/>
          <w:sz w:val="22"/>
          <w:szCs w:val="22"/>
          <w:shd w:val="clear" w:color="auto" w:fill="FFFFFF"/>
        </w:rPr>
        <w:t>nhiệm</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vụ</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nuôi</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dưỡng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chăm</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sóc</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nói</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chung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trong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đó</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hoạt</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động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giáo</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dục</w:t>
      </w:r>
      <w:proofErr w:type="spellEnd"/>
      <w:r w:rsidRPr="00CB3FF1">
        <w:rPr>
          <w:i w:val="0"/>
          <w:iCs/>
          <w:color w:val="000000"/>
          <w:sz w:val="22"/>
          <w:szCs w:val="22"/>
          <w:shd w:val="clear" w:color="auto" w:fill="FFFFFF"/>
          <w:lang w:val="vi-VN"/>
        </w:rPr>
        <w:t xml:space="preserve"> (</w:t>
      </w:r>
      <w:r w:rsidRPr="00CB3FF1">
        <w:rPr>
          <w:i w:val="0"/>
          <w:iCs/>
          <w:color w:val="000000"/>
          <w:sz w:val="22"/>
          <w:szCs w:val="22"/>
          <w:shd w:val="clear" w:color="auto" w:fill="FFFFFF"/>
        </w:rPr>
        <w:t>HĐ</w:t>
      </w:r>
      <w:r w:rsidRPr="00CB3FF1">
        <w:rPr>
          <w:i w:val="0"/>
          <w:iCs/>
          <w:color w:val="000000"/>
          <w:sz w:val="22"/>
          <w:szCs w:val="22"/>
          <w:shd w:val="clear" w:color="auto" w:fill="FFFFFF"/>
          <w:lang w:val="vi-VN"/>
        </w:rPr>
        <w:t xml:space="preserve">GD) </w:t>
      </w:r>
      <w:proofErr w:type="spellStart"/>
      <w:r w:rsidRPr="00CB3FF1">
        <w:rPr>
          <w:i w:val="0"/>
          <w:iCs/>
          <w:color w:val="000000"/>
          <w:sz w:val="22"/>
          <w:szCs w:val="22"/>
          <w:shd w:val="clear" w:color="auto" w:fill="FFFFFF"/>
        </w:rPr>
        <w:t>phòng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ngừa</w:t>
      </w:r>
      <w:proofErr w:type="spellEnd"/>
      <w:r w:rsidRPr="00CB3FF1">
        <w:rPr>
          <w:i w:val="0"/>
          <w:iCs/>
          <w:color w:val="000000"/>
          <w:sz w:val="22"/>
          <w:szCs w:val="22"/>
          <w:shd w:val="clear" w:color="auto" w:fill="FFFFFF"/>
        </w:rPr>
        <w:t xml:space="preserve"> tai </w:t>
      </w:r>
      <w:proofErr w:type="spellStart"/>
      <w:r w:rsidRPr="00CB3FF1">
        <w:rPr>
          <w:i w:val="0"/>
          <w:iCs/>
          <w:color w:val="000000"/>
          <w:sz w:val="22"/>
          <w:szCs w:val="22"/>
          <w:shd w:val="clear" w:color="auto" w:fill="FFFFFF"/>
        </w:rPr>
        <w:t>nạn</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thương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tích</w:t>
      </w:r>
      <w:proofErr w:type="spellEnd"/>
      <w:r w:rsidRPr="00CB3FF1">
        <w:rPr>
          <w:i w:val="0"/>
          <w:iCs/>
          <w:color w:val="000000"/>
          <w:sz w:val="22"/>
          <w:szCs w:val="22"/>
          <w:shd w:val="clear" w:color="auto" w:fill="FFFFFF"/>
        </w:rPr>
        <w:t xml:space="preserve"> </w:t>
      </w:r>
      <w:r w:rsidRPr="00CB3FF1">
        <w:rPr>
          <w:i w:val="0"/>
          <w:iCs/>
          <w:color w:val="000000"/>
          <w:sz w:val="22"/>
          <w:szCs w:val="22"/>
          <w:shd w:val="clear" w:color="auto" w:fill="FFFFFF"/>
          <w:lang w:val="vi-VN"/>
        </w:rPr>
        <w:t>(</w:t>
      </w:r>
      <w:r w:rsidRPr="00CB3FF1">
        <w:rPr>
          <w:i w:val="0"/>
          <w:iCs/>
          <w:color w:val="000000"/>
          <w:sz w:val="22"/>
          <w:szCs w:val="22"/>
          <w:shd w:val="clear" w:color="auto" w:fill="FFFFFF"/>
        </w:rPr>
        <w:t>PN</w:t>
      </w:r>
      <w:r w:rsidRPr="00CB3FF1">
        <w:rPr>
          <w:i w:val="0"/>
          <w:iCs/>
          <w:color w:val="000000"/>
          <w:sz w:val="22"/>
          <w:szCs w:val="22"/>
          <w:shd w:val="clear" w:color="auto" w:fill="FFFFFF"/>
          <w:lang w:val="vi-VN"/>
        </w:rPr>
        <w:t xml:space="preserve">TNTT) </w:t>
      </w:r>
      <w:proofErr w:type="spellStart"/>
      <w:r w:rsidRPr="00CB3FF1">
        <w:rPr>
          <w:i w:val="0"/>
          <w:iCs/>
          <w:color w:val="000000"/>
          <w:sz w:val="22"/>
          <w:szCs w:val="22"/>
          <w:shd w:val="clear" w:color="auto" w:fill="FFFFFF"/>
        </w:rPr>
        <w:t>cho</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trẻ</w:t>
      </w:r>
      <w:proofErr w:type="spellEnd"/>
      <w:r w:rsidRPr="00CB3FF1">
        <w:rPr>
          <w:i w:val="0"/>
          <w:iCs/>
          <w:color w:val="000000"/>
          <w:sz w:val="22"/>
          <w:szCs w:val="22"/>
          <w:shd w:val="clear" w:color="auto" w:fill="FFFFFF"/>
        </w:rPr>
        <w:t xml:space="preserve"> ở </w:t>
      </w:r>
      <w:proofErr w:type="spellStart"/>
      <w:r w:rsidRPr="00CB3FF1">
        <w:rPr>
          <w:i w:val="0"/>
          <w:iCs/>
          <w:color w:val="000000"/>
          <w:sz w:val="22"/>
          <w:szCs w:val="22"/>
          <w:shd w:val="clear" w:color="auto" w:fill="FFFFFF"/>
        </w:rPr>
        <w:t>lứa</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tuổi</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mẫu</w:t>
      </w:r>
      <w:proofErr w:type="spellEnd"/>
      <w:r w:rsidRPr="00CB3FF1">
        <w:rPr>
          <w:i w:val="0"/>
          <w:iCs/>
          <w:color w:val="000000"/>
          <w:sz w:val="22"/>
          <w:szCs w:val="22"/>
          <w:shd w:val="clear" w:color="auto" w:fill="FFFFFF"/>
          <w:lang w:val="vi-VN"/>
        </w:rPr>
        <w:t xml:space="preserve"> giáo </w:t>
      </w:r>
      <w:proofErr w:type="spellStart"/>
      <w:r w:rsidRPr="00CB3FF1">
        <w:rPr>
          <w:i w:val="0"/>
          <w:iCs/>
          <w:color w:val="000000"/>
          <w:sz w:val="22"/>
          <w:szCs w:val="22"/>
          <w:shd w:val="clear" w:color="auto" w:fill="FFFFFF"/>
        </w:rPr>
        <w:t>có</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va</w:t>
      </w:r>
      <w:proofErr w:type="spellEnd"/>
      <w:r w:rsidRPr="00CB3FF1">
        <w:rPr>
          <w:i w:val="0"/>
          <w:iCs/>
          <w:color w:val="000000"/>
          <w:sz w:val="22"/>
          <w:szCs w:val="22"/>
          <w:shd w:val="clear" w:color="auto" w:fill="FFFFFF"/>
          <w:lang w:val="vi-VN"/>
        </w:rPr>
        <w:t>i trò rất</w:t>
      </w:r>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quan</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trọng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và</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được</w:t>
      </w:r>
      <w:proofErr w:type="spellEnd"/>
      <w:r w:rsidRPr="00CB3FF1">
        <w:rPr>
          <w:i w:val="0"/>
          <w:iCs/>
          <w:color w:val="000000"/>
          <w:sz w:val="22"/>
          <w:szCs w:val="22"/>
          <w:shd w:val="clear" w:color="auto" w:fill="FFFFFF"/>
          <w:lang w:val="vi-VN"/>
        </w:rPr>
        <w:t xml:space="preserve"> xem</w:t>
      </w:r>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là</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nhiệm</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vụ</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hàng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của</w:t>
      </w:r>
      <w:proofErr w:type="spellEnd"/>
      <w:r w:rsidRPr="00CB3FF1">
        <w:rPr>
          <w:i w:val="0"/>
          <w:iCs/>
          <w:color w:val="000000"/>
          <w:sz w:val="22"/>
          <w:szCs w:val="22"/>
          <w:shd w:val="clear" w:color="auto" w:fill="FFFFFF"/>
          <w:lang w:val="vi-VN"/>
        </w:rPr>
        <w:t xml:space="preserve"> nhà trường [6]. Nhiều nhà nghiên cứu đã chỉ ra rằng khi trẻ bị TNTT thì không chỉ ảnh hưởng tới sức khoẻ, tinh thần mà còn ảnh hưởng tới cuộc sống và học tập sau này của trẻ [4], [5]. </w:t>
      </w:r>
      <w:r w:rsidRPr="00CB3FF1">
        <w:rPr>
          <w:i w:val="0"/>
          <w:iCs/>
          <w:color w:val="1F1F1F"/>
          <w:sz w:val="22"/>
          <w:szCs w:val="22"/>
          <w:shd w:val="clear" w:color="auto" w:fill="FFFFFF"/>
        </w:rPr>
        <w:t>Theo</w:t>
      </w:r>
      <w:r w:rsidRPr="00CB3FF1">
        <w:rPr>
          <w:i w:val="0"/>
          <w:iCs/>
          <w:color w:val="1F1F1F"/>
          <w:sz w:val="22"/>
          <w:szCs w:val="22"/>
          <w:shd w:val="clear" w:color="auto" w:fill="FFFFFF"/>
          <w:lang w:val="vi-VN"/>
        </w:rPr>
        <w:t xml:space="preserve"> </w:t>
      </w:r>
      <w:proofErr w:type="spellStart"/>
      <w:r w:rsidRPr="00CB3FF1">
        <w:rPr>
          <w:i w:val="0"/>
          <w:iCs/>
          <w:color w:val="1F1F1F"/>
          <w:sz w:val="22"/>
          <w:szCs w:val="22"/>
          <w:shd w:val="clear" w:color="auto" w:fill="FFFFFF"/>
        </w:rPr>
        <w:t>thống</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kê</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của</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Cục</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Quản</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lý</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môi</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trường</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Bộ</w:t>
      </w:r>
      <w:proofErr w:type="spellEnd"/>
      <w:r w:rsidRPr="00CB3FF1">
        <w:rPr>
          <w:i w:val="0"/>
          <w:iCs/>
          <w:color w:val="1F1F1F"/>
          <w:sz w:val="22"/>
          <w:szCs w:val="22"/>
          <w:shd w:val="clear" w:color="auto" w:fill="FFFFFF"/>
          <w:lang w:val="vi-VN"/>
        </w:rPr>
        <w:t xml:space="preserve"> Y tế </w:t>
      </w:r>
      <w:proofErr w:type="spellStart"/>
      <w:r w:rsidRPr="00CB3FF1">
        <w:rPr>
          <w:i w:val="0"/>
          <w:iCs/>
          <w:color w:val="1F1F1F"/>
          <w:sz w:val="22"/>
          <w:szCs w:val="22"/>
          <w:shd w:val="clear" w:color="auto" w:fill="FFFFFF"/>
        </w:rPr>
        <w:t>cho</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thấy</w:t>
      </w:r>
      <w:proofErr w:type="spellEnd"/>
      <w:r w:rsidRPr="00CB3FF1">
        <w:rPr>
          <w:i w:val="0"/>
          <w:iCs/>
          <w:color w:val="1F1F1F"/>
          <w:sz w:val="22"/>
          <w:szCs w:val="22"/>
          <w:shd w:val="clear" w:color="auto" w:fill="FFFFFF"/>
        </w:rPr>
        <w:t>,</w:t>
      </w:r>
      <w:r w:rsidRPr="00CB3FF1">
        <w:rPr>
          <w:rStyle w:val="apple-converted-space"/>
          <w:rFonts w:eastAsia="MS Mincho"/>
          <w:i w:val="0"/>
          <w:iCs/>
          <w:color w:val="1F1F1F"/>
          <w:sz w:val="22"/>
          <w:szCs w:val="22"/>
          <w:shd w:val="clear" w:color="auto" w:fill="FFFFFF"/>
        </w:rPr>
        <w:t> </w:t>
      </w:r>
      <w:proofErr w:type="spellStart"/>
      <w:r w:rsidRPr="00CB3FF1">
        <w:rPr>
          <w:i w:val="0"/>
          <w:iCs/>
          <w:color w:val="040C28"/>
          <w:sz w:val="22"/>
          <w:szCs w:val="22"/>
        </w:rPr>
        <w:t>mỗi</w:t>
      </w:r>
      <w:proofErr w:type="spellEnd"/>
      <w:r w:rsidRPr="00CB3FF1">
        <w:rPr>
          <w:i w:val="0"/>
          <w:iCs/>
          <w:color w:val="040C28"/>
          <w:sz w:val="22"/>
          <w:szCs w:val="22"/>
        </w:rPr>
        <w:t xml:space="preserve"> </w:t>
      </w:r>
      <w:proofErr w:type="spellStart"/>
      <w:r w:rsidRPr="00CB3FF1">
        <w:rPr>
          <w:i w:val="0"/>
          <w:iCs/>
          <w:color w:val="040C28"/>
          <w:sz w:val="22"/>
          <w:szCs w:val="22"/>
        </w:rPr>
        <w:t>năm</w:t>
      </w:r>
      <w:proofErr w:type="spellEnd"/>
      <w:r w:rsidRPr="00CB3FF1">
        <w:rPr>
          <w:i w:val="0"/>
          <w:iCs/>
          <w:color w:val="040C28"/>
          <w:sz w:val="22"/>
          <w:szCs w:val="22"/>
        </w:rPr>
        <w:t xml:space="preserve"> ở</w:t>
      </w:r>
      <w:r w:rsidRPr="00CB3FF1">
        <w:rPr>
          <w:i w:val="0"/>
          <w:iCs/>
          <w:color w:val="040C28"/>
          <w:sz w:val="22"/>
          <w:szCs w:val="22"/>
          <w:lang w:val="vi-VN"/>
        </w:rPr>
        <w:t xml:space="preserve"> Việt Nam </w:t>
      </w:r>
      <w:proofErr w:type="spellStart"/>
      <w:r w:rsidRPr="00CB3FF1">
        <w:rPr>
          <w:i w:val="0"/>
          <w:iCs/>
          <w:color w:val="040C28"/>
          <w:sz w:val="22"/>
          <w:szCs w:val="22"/>
        </w:rPr>
        <w:t>trung</w:t>
      </w:r>
      <w:proofErr w:type="spellEnd"/>
      <w:r w:rsidRPr="00CB3FF1">
        <w:rPr>
          <w:i w:val="0"/>
          <w:iCs/>
          <w:color w:val="040C28"/>
          <w:sz w:val="22"/>
          <w:szCs w:val="22"/>
        </w:rPr>
        <w:t xml:space="preserve"> </w:t>
      </w:r>
      <w:proofErr w:type="spellStart"/>
      <w:r w:rsidRPr="00CB3FF1">
        <w:rPr>
          <w:i w:val="0"/>
          <w:iCs/>
          <w:color w:val="040C28"/>
          <w:sz w:val="22"/>
          <w:szCs w:val="22"/>
        </w:rPr>
        <w:t>bình</w:t>
      </w:r>
      <w:proofErr w:type="spellEnd"/>
      <w:r w:rsidRPr="00CB3FF1">
        <w:rPr>
          <w:i w:val="0"/>
          <w:iCs/>
          <w:color w:val="040C28"/>
          <w:sz w:val="22"/>
          <w:szCs w:val="22"/>
        </w:rPr>
        <w:t xml:space="preserve"> </w:t>
      </w:r>
      <w:proofErr w:type="spellStart"/>
      <w:r w:rsidRPr="00CB3FF1">
        <w:rPr>
          <w:i w:val="0"/>
          <w:iCs/>
          <w:color w:val="040C28"/>
          <w:sz w:val="22"/>
          <w:szCs w:val="22"/>
        </w:rPr>
        <w:t>có</w:t>
      </w:r>
      <w:proofErr w:type="spellEnd"/>
      <w:r w:rsidRPr="00CB3FF1">
        <w:rPr>
          <w:i w:val="0"/>
          <w:iCs/>
          <w:color w:val="040C28"/>
          <w:sz w:val="22"/>
          <w:szCs w:val="22"/>
        </w:rPr>
        <w:t xml:space="preserve"> </w:t>
      </w:r>
      <w:proofErr w:type="spellStart"/>
      <w:r w:rsidRPr="00CB3FF1">
        <w:rPr>
          <w:i w:val="0"/>
          <w:iCs/>
          <w:color w:val="040C28"/>
          <w:sz w:val="22"/>
          <w:szCs w:val="22"/>
        </w:rPr>
        <w:t>hơn</w:t>
      </w:r>
      <w:proofErr w:type="spellEnd"/>
      <w:r w:rsidRPr="00CB3FF1">
        <w:rPr>
          <w:i w:val="0"/>
          <w:iCs/>
          <w:color w:val="040C28"/>
          <w:sz w:val="22"/>
          <w:szCs w:val="22"/>
        </w:rPr>
        <w:t xml:space="preserve"> 370.000 </w:t>
      </w:r>
      <w:proofErr w:type="spellStart"/>
      <w:r w:rsidRPr="00CB3FF1">
        <w:rPr>
          <w:i w:val="0"/>
          <w:iCs/>
          <w:color w:val="040C28"/>
          <w:sz w:val="22"/>
          <w:szCs w:val="22"/>
        </w:rPr>
        <w:t>trẻ</w:t>
      </w:r>
      <w:proofErr w:type="spellEnd"/>
      <w:r w:rsidRPr="00CB3FF1">
        <w:rPr>
          <w:i w:val="0"/>
          <w:iCs/>
          <w:color w:val="040C28"/>
          <w:sz w:val="22"/>
          <w:szCs w:val="22"/>
        </w:rPr>
        <w:t xml:space="preserve"> </w:t>
      </w:r>
      <w:proofErr w:type="spellStart"/>
      <w:r w:rsidRPr="00CB3FF1">
        <w:rPr>
          <w:i w:val="0"/>
          <w:iCs/>
          <w:color w:val="040C28"/>
          <w:sz w:val="22"/>
          <w:szCs w:val="22"/>
        </w:rPr>
        <w:t>bị</w:t>
      </w:r>
      <w:proofErr w:type="spellEnd"/>
      <w:r w:rsidRPr="00CB3FF1">
        <w:rPr>
          <w:i w:val="0"/>
          <w:iCs/>
          <w:color w:val="040C28"/>
          <w:sz w:val="22"/>
          <w:szCs w:val="22"/>
        </w:rPr>
        <w:t xml:space="preserve"> TNTT, </w:t>
      </w:r>
      <w:proofErr w:type="spellStart"/>
      <w:r w:rsidRPr="00CB3FF1">
        <w:rPr>
          <w:i w:val="0"/>
          <w:iCs/>
          <w:color w:val="040C28"/>
          <w:sz w:val="22"/>
          <w:szCs w:val="22"/>
        </w:rPr>
        <w:t>trong</w:t>
      </w:r>
      <w:proofErr w:type="spellEnd"/>
      <w:r w:rsidRPr="00CB3FF1">
        <w:rPr>
          <w:i w:val="0"/>
          <w:iCs/>
          <w:color w:val="040C28"/>
          <w:sz w:val="22"/>
          <w:szCs w:val="22"/>
        </w:rPr>
        <w:t xml:space="preserve"> </w:t>
      </w:r>
      <w:proofErr w:type="spellStart"/>
      <w:r w:rsidRPr="00CB3FF1">
        <w:rPr>
          <w:i w:val="0"/>
          <w:iCs/>
          <w:color w:val="040C28"/>
          <w:sz w:val="22"/>
          <w:szCs w:val="22"/>
        </w:rPr>
        <w:t>đó</w:t>
      </w:r>
      <w:proofErr w:type="spellEnd"/>
      <w:r w:rsidRPr="00CB3FF1">
        <w:rPr>
          <w:i w:val="0"/>
          <w:iCs/>
          <w:color w:val="040C28"/>
          <w:sz w:val="22"/>
          <w:szCs w:val="22"/>
        </w:rPr>
        <w:t xml:space="preserve"> </w:t>
      </w:r>
      <w:proofErr w:type="spellStart"/>
      <w:r w:rsidRPr="00CB3FF1">
        <w:rPr>
          <w:i w:val="0"/>
          <w:iCs/>
          <w:color w:val="040C28"/>
          <w:sz w:val="22"/>
          <w:szCs w:val="22"/>
        </w:rPr>
        <w:t>nhóm</w:t>
      </w:r>
      <w:proofErr w:type="spellEnd"/>
      <w:r w:rsidRPr="00CB3FF1">
        <w:rPr>
          <w:i w:val="0"/>
          <w:iCs/>
          <w:color w:val="040C28"/>
          <w:sz w:val="22"/>
          <w:szCs w:val="22"/>
        </w:rPr>
        <w:t xml:space="preserve"> 15-19 </w:t>
      </w:r>
      <w:proofErr w:type="spellStart"/>
      <w:r w:rsidRPr="00CB3FF1">
        <w:rPr>
          <w:i w:val="0"/>
          <w:iCs/>
          <w:color w:val="040C28"/>
          <w:sz w:val="22"/>
          <w:szCs w:val="22"/>
        </w:rPr>
        <w:t>chiếm</w:t>
      </w:r>
      <w:proofErr w:type="spellEnd"/>
      <w:r w:rsidRPr="00CB3FF1">
        <w:rPr>
          <w:i w:val="0"/>
          <w:iCs/>
          <w:color w:val="040C28"/>
          <w:sz w:val="22"/>
          <w:szCs w:val="22"/>
        </w:rPr>
        <w:t xml:space="preserve"> </w:t>
      </w:r>
      <w:proofErr w:type="spellStart"/>
      <w:r w:rsidRPr="00CB3FF1">
        <w:rPr>
          <w:i w:val="0"/>
          <w:iCs/>
          <w:color w:val="040C28"/>
          <w:sz w:val="22"/>
          <w:szCs w:val="22"/>
        </w:rPr>
        <w:t>tỷ</w:t>
      </w:r>
      <w:proofErr w:type="spellEnd"/>
      <w:r w:rsidRPr="00CB3FF1">
        <w:rPr>
          <w:i w:val="0"/>
          <w:iCs/>
          <w:color w:val="040C28"/>
          <w:sz w:val="22"/>
          <w:szCs w:val="22"/>
        </w:rPr>
        <w:t xml:space="preserve"> </w:t>
      </w:r>
      <w:proofErr w:type="spellStart"/>
      <w:r w:rsidRPr="00CB3FF1">
        <w:rPr>
          <w:i w:val="0"/>
          <w:iCs/>
          <w:color w:val="040C28"/>
          <w:sz w:val="22"/>
          <w:szCs w:val="22"/>
        </w:rPr>
        <w:t>lệ</w:t>
      </w:r>
      <w:proofErr w:type="spellEnd"/>
      <w:r w:rsidRPr="00CB3FF1">
        <w:rPr>
          <w:i w:val="0"/>
          <w:iCs/>
          <w:color w:val="040C28"/>
          <w:sz w:val="22"/>
          <w:szCs w:val="22"/>
        </w:rPr>
        <w:t xml:space="preserve"> </w:t>
      </w:r>
      <w:proofErr w:type="spellStart"/>
      <w:r w:rsidRPr="00CB3FF1">
        <w:rPr>
          <w:i w:val="0"/>
          <w:iCs/>
          <w:color w:val="040C28"/>
          <w:sz w:val="22"/>
          <w:szCs w:val="22"/>
        </w:rPr>
        <w:t>cao</w:t>
      </w:r>
      <w:proofErr w:type="spellEnd"/>
      <w:r w:rsidRPr="00CB3FF1">
        <w:rPr>
          <w:i w:val="0"/>
          <w:iCs/>
          <w:color w:val="040C28"/>
          <w:sz w:val="22"/>
          <w:szCs w:val="22"/>
        </w:rPr>
        <w:t xml:space="preserve"> </w:t>
      </w:r>
      <w:proofErr w:type="spellStart"/>
      <w:r w:rsidRPr="00CB3FF1">
        <w:rPr>
          <w:i w:val="0"/>
          <w:iCs/>
          <w:color w:val="040C28"/>
          <w:sz w:val="22"/>
          <w:szCs w:val="22"/>
        </w:rPr>
        <w:t>nhất</w:t>
      </w:r>
      <w:proofErr w:type="spellEnd"/>
      <w:r w:rsidRPr="00CB3FF1">
        <w:rPr>
          <w:i w:val="0"/>
          <w:iCs/>
          <w:color w:val="040C28"/>
          <w:sz w:val="22"/>
          <w:szCs w:val="22"/>
        </w:rPr>
        <w:t xml:space="preserve"> </w:t>
      </w:r>
      <w:proofErr w:type="spellStart"/>
      <w:r w:rsidRPr="00CB3FF1">
        <w:rPr>
          <w:i w:val="0"/>
          <w:iCs/>
          <w:color w:val="040C28"/>
          <w:sz w:val="22"/>
          <w:szCs w:val="22"/>
        </w:rPr>
        <w:t>chiếm</w:t>
      </w:r>
      <w:proofErr w:type="spellEnd"/>
      <w:r w:rsidRPr="00CB3FF1">
        <w:rPr>
          <w:i w:val="0"/>
          <w:iCs/>
          <w:color w:val="040C28"/>
          <w:sz w:val="22"/>
          <w:szCs w:val="22"/>
        </w:rPr>
        <w:t xml:space="preserve"> 43%, </w:t>
      </w:r>
      <w:proofErr w:type="spellStart"/>
      <w:r w:rsidRPr="00CB3FF1">
        <w:rPr>
          <w:i w:val="0"/>
          <w:iCs/>
          <w:color w:val="040C28"/>
          <w:sz w:val="22"/>
          <w:szCs w:val="22"/>
        </w:rPr>
        <w:t>tiếp</w:t>
      </w:r>
      <w:proofErr w:type="spellEnd"/>
      <w:r w:rsidRPr="00CB3FF1">
        <w:rPr>
          <w:i w:val="0"/>
          <w:iCs/>
          <w:color w:val="040C28"/>
          <w:sz w:val="22"/>
          <w:szCs w:val="22"/>
        </w:rPr>
        <w:t xml:space="preserve"> </w:t>
      </w:r>
      <w:proofErr w:type="spellStart"/>
      <w:r w:rsidRPr="00CB3FF1">
        <w:rPr>
          <w:i w:val="0"/>
          <w:iCs/>
          <w:color w:val="040C28"/>
          <w:sz w:val="22"/>
          <w:szCs w:val="22"/>
        </w:rPr>
        <w:t>đến</w:t>
      </w:r>
      <w:proofErr w:type="spellEnd"/>
      <w:r w:rsidRPr="00CB3FF1">
        <w:rPr>
          <w:i w:val="0"/>
          <w:iCs/>
          <w:color w:val="040C28"/>
          <w:sz w:val="22"/>
          <w:szCs w:val="22"/>
        </w:rPr>
        <w:t xml:space="preserve"> </w:t>
      </w:r>
      <w:proofErr w:type="spellStart"/>
      <w:r w:rsidRPr="00CB3FF1">
        <w:rPr>
          <w:i w:val="0"/>
          <w:iCs/>
          <w:color w:val="040C28"/>
          <w:sz w:val="22"/>
          <w:szCs w:val="22"/>
        </w:rPr>
        <w:t>nhóm</w:t>
      </w:r>
      <w:proofErr w:type="spellEnd"/>
      <w:r w:rsidRPr="00CB3FF1">
        <w:rPr>
          <w:i w:val="0"/>
          <w:iCs/>
          <w:color w:val="040C28"/>
          <w:sz w:val="22"/>
          <w:szCs w:val="22"/>
        </w:rPr>
        <w:t xml:space="preserve"> </w:t>
      </w:r>
      <w:proofErr w:type="spellStart"/>
      <w:r w:rsidRPr="00CB3FF1">
        <w:rPr>
          <w:i w:val="0"/>
          <w:iCs/>
          <w:color w:val="040C28"/>
          <w:sz w:val="22"/>
          <w:szCs w:val="22"/>
        </w:rPr>
        <w:t>tuổi</w:t>
      </w:r>
      <w:proofErr w:type="spellEnd"/>
      <w:r w:rsidRPr="00CB3FF1">
        <w:rPr>
          <w:i w:val="0"/>
          <w:iCs/>
          <w:color w:val="040C28"/>
          <w:sz w:val="22"/>
          <w:szCs w:val="22"/>
        </w:rPr>
        <w:t xml:space="preserve"> 5-14 </w:t>
      </w:r>
      <w:proofErr w:type="spellStart"/>
      <w:r w:rsidRPr="00CB3FF1">
        <w:rPr>
          <w:i w:val="0"/>
          <w:iCs/>
          <w:color w:val="040C28"/>
          <w:sz w:val="22"/>
          <w:szCs w:val="22"/>
        </w:rPr>
        <w:t>chiếm</w:t>
      </w:r>
      <w:proofErr w:type="spellEnd"/>
      <w:r w:rsidRPr="00CB3FF1">
        <w:rPr>
          <w:i w:val="0"/>
          <w:iCs/>
          <w:color w:val="040C28"/>
          <w:sz w:val="22"/>
          <w:szCs w:val="22"/>
        </w:rPr>
        <w:t xml:space="preserve"> 36,9%, </w:t>
      </w:r>
      <w:proofErr w:type="spellStart"/>
      <w:r w:rsidRPr="00CB3FF1">
        <w:rPr>
          <w:i w:val="0"/>
          <w:iCs/>
          <w:color w:val="040C28"/>
          <w:sz w:val="22"/>
          <w:szCs w:val="22"/>
        </w:rPr>
        <w:t>thấp</w:t>
      </w:r>
      <w:proofErr w:type="spellEnd"/>
      <w:r w:rsidRPr="00CB3FF1">
        <w:rPr>
          <w:i w:val="0"/>
          <w:iCs/>
          <w:color w:val="040C28"/>
          <w:sz w:val="22"/>
          <w:szCs w:val="22"/>
        </w:rPr>
        <w:t xml:space="preserve"> </w:t>
      </w:r>
      <w:proofErr w:type="spellStart"/>
      <w:r w:rsidRPr="00CB3FF1">
        <w:rPr>
          <w:i w:val="0"/>
          <w:iCs/>
          <w:color w:val="040C28"/>
          <w:sz w:val="22"/>
          <w:szCs w:val="22"/>
        </w:rPr>
        <w:t>nhất</w:t>
      </w:r>
      <w:proofErr w:type="spellEnd"/>
      <w:r w:rsidRPr="00CB3FF1">
        <w:rPr>
          <w:i w:val="0"/>
          <w:iCs/>
          <w:color w:val="040C28"/>
          <w:sz w:val="22"/>
          <w:szCs w:val="22"/>
        </w:rPr>
        <w:t xml:space="preserve"> </w:t>
      </w:r>
      <w:proofErr w:type="spellStart"/>
      <w:r w:rsidRPr="00CB3FF1">
        <w:rPr>
          <w:i w:val="0"/>
          <w:iCs/>
          <w:color w:val="040C28"/>
          <w:sz w:val="22"/>
          <w:szCs w:val="22"/>
        </w:rPr>
        <w:t>là</w:t>
      </w:r>
      <w:proofErr w:type="spellEnd"/>
      <w:r w:rsidRPr="00CB3FF1">
        <w:rPr>
          <w:i w:val="0"/>
          <w:iCs/>
          <w:color w:val="040C28"/>
          <w:sz w:val="22"/>
          <w:szCs w:val="22"/>
        </w:rPr>
        <w:t xml:space="preserve"> </w:t>
      </w:r>
      <w:proofErr w:type="spellStart"/>
      <w:r w:rsidRPr="00CB3FF1">
        <w:rPr>
          <w:i w:val="0"/>
          <w:iCs/>
          <w:color w:val="040C28"/>
          <w:sz w:val="22"/>
          <w:szCs w:val="22"/>
        </w:rPr>
        <w:t>nhóm</w:t>
      </w:r>
      <w:proofErr w:type="spellEnd"/>
      <w:r w:rsidRPr="00CB3FF1">
        <w:rPr>
          <w:i w:val="0"/>
          <w:iCs/>
          <w:color w:val="040C28"/>
          <w:sz w:val="22"/>
          <w:szCs w:val="22"/>
        </w:rPr>
        <w:t xml:space="preserve"> </w:t>
      </w:r>
      <w:proofErr w:type="spellStart"/>
      <w:r w:rsidRPr="00CB3FF1">
        <w:rPr>
          <w:i w:val="0"/>
          <w:iCs/>
          <w:color w:val="040C28"/>
          <w:sz w:val="22"/>
          <w:szCs w:val="22"/>
        </w:rPr>
        <w:t>tuổi</w:t>
      </w:r>
      <w:proofErr w:type="spellEnd"/>
      <w:r w:rsidRPr="00CB3FF1">
        <w:rPr>
          <w:i w:val="0"/>
          <w:iCs/>
          <w:color w:val="040C28"/>
          <w:sz w:val="22"/>
          <w:szCs w:val="22"/>
        </w:rPr>
        <w:t xml:space="preserve"> 0-4 </w:t>
      </w:r>
      <w:proofErr w:type="spellStart"/>
      <w:r w:rsidRPr="00CB3FF1">
        <w:rPr>
          <w:i w:val="0"/>
          <w:iCs/>
          <w:color w:val="040C28"/>
          <w:sz w:val="22"/>
          <w:szCs w:val="22"/>
        </w:rPr>
        <w:t>chiếm</w:t>
      </w:r>
      <w:proofErr w:type="spellEnd"/>
      <w:r w:rsidRPr="00CB3FF1">
        <w:rPr>
          <w:i w:val="0"/>
          <w:iCs/>
          <w:color w:val="040C28"/>
          <w:sz w:val="22"/>
          <w:szCs w:val="22"/>
        </w:rPr>
        <w:t xml:space="preserve"> 19,5%</w:t>
      </w:r>
      <w:r w:rsidRPr="00CB3FF1">
        <w:rPr>
          <w:i w:val="0"/>
          <w:iCs/>
          <w:color w:val="040C28"/>
          <w:sz w:val="22"/>
          <w:szCs w:val="22"/>
          <w:lang w:val="vi-VN"/>
        </w:rPr>
        <w:t>. Như vậy, ở trẻ mầm non chiếm gần 20% số trẻ bị tai nạn thương tích [3].</w:t>
      </w:r>
      <w:r w:rsidRPr="00CB3FF1">
        <w:rPr>
          <w:iCs/>
          <w:color w:val="000000"/>
          <w:sz w:val="22"/>
          <w:szCs w:val="22"/>
          <w:shd w:val="clear" w:color="auto" w:fill="FFFFFF"/>
        </w:rPr>
        <w:t xml:space="preserve"> </w:t>
      </w:r>
      <w:proofErr w:type="spellStart"/>
      <w:r w:rsidRPr="00CB3FF1">
        <w:rPr>
          <w:i w:val="0"/>
          <w:color w:val="000000"/>
          <w:sz w:val="22"/>
          <w:szCs w:val="22"/>
          <w:shd w:val="clear" w:color="auto" w:fill="FFFFFF"/>
        </w:rPr>
        <w:t>Với</w:t>
      </w:r>
      <w:proofErr w:type="spellEnd"/>
      <w:r w:rsidRPr="00CB3FF1">
        <w:rPr>
          <w:i w:val="0"/>
          <w:color w:val="000000"/>
          <w:sz w:val="22"/>
          <w:szCs w:val="22"/>
          <w:shd w:val="clear" w:color="auto" w:fill="FFFFFF"/>
          <w:lang w:val="vi-VN"/>
        </w:rPr>
        <w:t xml:space="preserve"> thực trạng này,</w:t>
      </w:r>
      <w:r w:rsidRPr="00CB3FF1">
        <w:rPr>
          <w:iCs/>
          <w:color w:val="000000"/>
          <w:sz w:val="22"/>
          <w:szCs w:val="22"/>
          <w:shd w:val="clear" w:color="auto" w:fill="FFFFFF"/>
          <w:lang w:val="vi-VN"/>
        </w:rPr>
        <w:t xml:space="preserve"> </w:t>
      </w:r>
      <w:proofErr w:type="spellStart"/>
      <w:r w:rsidRPr="00CB3FF1">
        <w:rPr>
          <w:i w:val="0"/>
          <w:iCs/>
          <w:color w:val="000000"/>
          <w:sz w:val="22"/>
          <w:szCs w:val="22"/>
          <w:shd w:val="clear" w:color="auto" w:fill="FFFFFF"/>
        </w:rPr>
        <w:t>ngày</w:t>
      </w:r>
      <w:proofErr w:type="spellEnd"/>
      <w:r w:rsidRPr="00CB3FF1">
        <w:rPr>
          <w:i w:val="0"/>
          <w:iCs/>
          <w:color w:val="000000"/>
          <w:sz w:val="22"/>
          <w:szCs w:val="22"/>
          <w:shd w:val="clear" w:color="auto" w:fill="FFFFFF"/>
        </w:rPr>
        <w:t xml:space="preserve"> 31/12/2021 </w:t>
      </w:r>
      <w:proofErr w:type="spellStart"/>
      <w:r w:rsidRPr="00CB3FF1">
        <w:rPr>
          <w:i w:val="0"/>
          <w:iCs/>
          <w:color w:val="000000"/>
          <w:sz w:val="22"/>
          <w:szCs w:val="22"/>
          <w:shd w:val="clear" w:color="auto" w:fill="FFFFFF"/>
        </w:rPr>
        <w:t>Bộ</w:t>
      </w:r>
      <w:proofErr w:type="spellEnd"/>
      <w:r w:rsidRPr="00CB3FF1">
        <w:rPr>
          <w:i w:val="0"/>
          <w:iCs/>
          <w:color w:val="000000"/>
          <w:sz w:val="22"/>
          <w:szCs w:val="22"/>
          <w:shd w:val="clear" w:color="auto" w:fill="FFFFFF"/>
        </w:rPr>
        <w:t xml:space="preserve"> GD</w:t>
      </w:r>
      <w:r w:rsidRPr="00CB3FF1">
        <w:rPr>
          <w:i w:val="0"/>
          <w:iCs/>
          <w:color w:val="000000"/>
          <w:sz w:val="22"/>
          <w:szCs w:val="22"/>
          <w:shd w:val="clear" w:color="auto" w:fill="FFFFFF"/>
          <w:lang w:val="vi-VN"/>
        </w:rPr>
        <w:t>&amp;ĐT</w:t>
      </w:r>
      <w:r w:rsidRPr="00CB3FF1">
        <w:rPr>
          <w:i w:val="0"/>
          <w:iCs/>
          <w:color w:val="000000"/>
          <w:sz w:val="22"/>
          <w:szCs w:val="22"/>
          <w:shd w:val="clear" w:color="auto" w:fill="FFFFFF"/>
        </w:rPr>
        <w:t xml:space="preserve"> ban </w:t>
      </w:r>
      <w:proofErr w:type="spellStart"/>
      <w:r w:rsidRPr="00CB3FF1">
        <w:rPr>
          <w:i w:val="0"/>
          <w:iCs/>
          <w:color w:val="000000"/>
          <w:sz w:val="22"/>
          <w:szCs w:val="22"/>
          <w:shd w:val="clear" w:color="auto" w:fill="FFFFFF"/>
        </w:rPr>
        <w:t>hành</w:t>
      </w:r>
      <w:proofErr w:type="spellEnd"/>
      <w:r w:rsidRPr="00CB3FF1">
        <w:rPr>
          <w:i w:val="0"/>
          <w:iCs/>
          <w:color w:val="000000"/>
          <w:sz w:val="22"/>
          <w:szCs w:val="22"/>
          <w:shd w:val="clear" w:color="auto" w:fill="FFFFFF"/>
          <w:lang w:val="vi-VN"/>
        </w:rPr>
        <w:t xml:space="preserve"> </w:t>
      </w:r>
      <w:proofErr w:type="spellStart"/>
      <w:r w:rsidRPr="00CB3FF1">
        <w:rPr>
          <w:i w:val="0"/>
          <w:iCs/>
          <w:color w:val="000000"/>
          <w:sz w:val="22"/>
          <w:szCs w:val="22"/>
          <w:shd w:val="clear" w:color="auto" w:fill="FFFFFF"/>
        </w:rPr>
        <w:t>Thông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tư</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số</w:t>
      </w:r>
      <w:proofErr w:type="spellEnd"/>
      <w:r w:rsidRPr="00CB3FF1">
        <w:rPr>
          <w:i w:val="0"/>
          <w:iCs/>
          <w:color w:val="000000"/>
          <w:sz w:val="22"/>
          <w:szCs w:val="22"/>
          <w:shd w:val="clear" w:color="auto" w:fill="FFFFFF"/>
        </w:rPr>
        <w:t xml:space="preserve">: 45/2021/TT-BGDĐT Qui </w:t>
      </w:r>
      <w:proofErr w:type="spellStart"/>
      <w:r w:rsidRPr="00CB3FF1">
        <w:rPr>
          <w:i w:val="0"/>
          <w:iCs/>
          <w:color w:val="000000"/>
          <w:sz w:val="22"/>
          <w:szCs w:val="22"/>
          <w:shd w:val="clear" w:color="auto" w:fill="FFFFFF"/>
        </w:rPr>
        <w:t>định</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về</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việc</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Xây</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dựng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trường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học</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an</w:t>
      </w:r>
      <w:proofErr w:type="spellEnd"/>
      <w:r w:rsidRPr="00CB3FF1">
        <w:rPr>
          <w:i w:val="0"/>
          <w:iCs/>
          <w:color w:val="000000"/>
          <w:sz w:val="22"/>
          <w:szCs w:val="22"/>
          <w:shd w:val="clear" w:color="auto" w:fill="FFFFFF"/>
          <w:lang w:val="vi-VN"/>
        </w:rPr>
        <w:t xml:space="preserve"> </w:t>
      </w:r>
      <w:proofErr w:type="spellStart"/>
      <w:r w:rsidRPr="00CB3FF1">
        <w:rPr>
          <w:i w:val="0"/>
          <w:iCs/>
          <w:color w:val="000000"/>
          <w:sz w:val="22"/>
          <w:szCs w:val="22"/>
          <w:shd w:val="clear" w:color="auto" w:fill="FFFFFF"/>
        </w:rPr>
        <w:t>toàn</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phòng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chống</w:t>
      </w:r>
      <w:proofErr w:type="spellEnd"/>
      <w:r w:rsidRPr="00CB3FF1">
        <w:rPr>
          <w:i w:val="0"/>
          <w:iCs/>
          <w:color w:val="000000"/>
          <w:sz w:val="22"/>
          <w:szCs w:val="22"/>
          <w:shd w:val="clear" w:color="auto" w:fill="FFFFFF"/>
        </w:rPr>
        <w:t xml:space="preserve"> TNTT </w:t>
      </w:r>
      <w:proofErr w:type="spellStart"/>
      <w:r w:rsidRPr="00CB3FF1">
        <w:rPr>
          <w:i w:val="0"/>
          <w:iCs/>
          <w:color w:val="000000"/>
          <w:sz w:val="22"/>
          <w:szCs w:val="22"/>
          <w:shd w:val="clear" w:color="auto" w:fill="FFFFFF"/>
        </w:rPr>
        <w:t>trong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trường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mầm</w:t>
      </w:r>
      <w:proofErr w:type="spellEnd"/>
      <w:r w:rsidRPr="00CB3FF1">
        <w:rPr>
          <w:i w:val="0"/>
          <w:iCs/>
          <w:color w:val="000000"/>
          <w:sz w:val="22"/>
          <w:szCs w:val="22"/>
          <w:shd w:val="clear" w:color="auto" w:fill="FFFFFF"/>
        </w:rPr>
        <w:t xml:space="preserve"> non</w:t>
      </w:r>
      <w:proofErr w:type="gramStart"/>
      <w:r w:rsidRPr="00CB3FF1">
        <w:rPr>
          <w:i w:val="0"/>
          <w:iCs/>
          <w:color w:val="000000"/>
          <w:sz w:val="22"/>
          <w:szCs w:val="22"/>
          <w:shd w:val="clear" w:color="auto" w:fill="FFFFFF"/>
        </w:rPr>
        <w:t>”,</w:t>
      </w:r>
      <w:proofErr w:type="spellStart"/>
      <w:r w:rsidRPr="00CB3FF1">
        <w:rPr>
          <w:i w:val="0"/>
          <w:iCs/>
          <w:color w:val="000000"/>
          <w:sz w:val="22"/>
          <w:szCs w:val="22"/>
          <w:shd w:val="clear" w:color="auto" w:fill="FFFFFF"/>
        </w:rPr>
        <w:t>trong</w:t>
      </w:r>
      <w:proofErr w:type="spellEnd"/>
      <w:proofErr w:type="gram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thông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tư</w:t>
      </w:r>
      <w:proofErr w:type="spellEnd"/>
      <w:r w:rsidRPr="00CB3FF1">
        <w:rPr>
          <w:i w:val="0"/>
          <w:iCs/>
          <w:color w:val="000000"/>
          <w:sz w:val="22"/>
          <w:szCs w:val="22"/>
          <w:shd w:val="clear" w:color="auto" w:fill="FFFFFF"/>
          <w:lang w:val="vi-VN"/>
        </w:rPr>
        <w:t xml:space="preserve"> </w:t>
      </w:r>
      <w:proofErr w:type="spellStart"/>
      <w:r w:rsidRPr="00CB3FF1">
        <w:rPr>
          <w:i w:val="0"/>
          <w:iCs/>
          <w:color w:val="000000"/>
          <w:sz w:val="22"/>
          <w:szCs w:val="22"/>
          <w:shd w:val="clear" w:color="auto" w:fill="FFFFFF"/>
        </w:rPr>
        <w:t>nêu</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rõ</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Trường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học</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an</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toàn</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phòng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chống</w:t>
      </w:r>
      <w:proofErr w:type="spellEnd"/>
      <w:r w:rsidRPr="00CB3FF1">
        <w:rPr>
          <w:i w:val="0"/>
          <w:iCs/>
          <w:color w:val="000000"/>
          <w:sz w:val="22"/>
          <w:szCs w:val="22"/>
          <w:shd w:val="clear" w:color="auto" w:fill="FFFFFF"/>
        </w:rPr>
        <w:t xml:space="preserve"> tai </w:t>
      </w:r>
      <w:proofErr w:type="spellStart"/>
      <w:r w:rsidRPr="00CB3FF1">
        <w:rPr>
          <w:i w:val="0"/>
          <w:iCs/>
          <w:color w:val="000000"/>
          <w:sz w:val="22"/>
          <w:szCs w:val="22"/>
          <w:shd w:val="clear" w:color="auto" w:fill="FFFFFF"/>
        </w:rPr>
        <w:t>nạn</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thương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tích</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trong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cơ</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sở</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giáo</w:t>
      </w:r>
      <w:proofErr w:type="spellEnd"/>
      <w:r w:rsidRPr="00CB3FF1">
        <w:rPr>
          <w:i w:val="0"/>
          <w:iCs/>
          <w:color w:val="000000"/>
          <w:sz w:val="22"/>
          <w:szCs w:val="22"/>
          <w:shd w:val="clear" w:color="auto" w:fill="FFFFFF"/>
          <w:lang w:val="vi-VN"/>
        </w:rPr>
        <w:t xml:space="preserve"> </w:t>
      </w:r>
      <w:proofErr w:type="spellStart"/>
      <w:r w:rsidRPr="00CB3FF1">
        <w:rPr>
          <w:i w:val="0"/>
          <w:iCs/>
          <w:color w:val="000000"/>
          <w:sz w:val="22"/>
          <w:szCs w:val="22"/>
          <w:shd w:val="clear" w:color="auto" w:fill="FFFFFF"/>
        </w:rPr>
        <w:t>dục</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mầm</w:t>
      </w:r>
      <w:proofErr w:type="spellEnd"/>
      <w:r w:rsidRPr="00CB3FF1">
        <w:rPr>
          <w:i w:val="0"/>
          <w:iCs/>
          <w:color w:val="000000"/>
          <w:sz w:val="22"/>
          <w:szCs w:val="22"/>
          <w:shd w:val="clear" w:color="auto" w:fill="FFFFFF"/>
        </w:rPr>
        <w:t xml:space="preserve"> non </w:t>
      </w:r>
      <w:proofErr w:type="spellStart"/>
      <w:r w:rsidRPr="00CB3FF1">
        <w:rPr>
          <w:i w:val="0"/>
          <w:iCs/>
          <w:color w:val="000000"/>
          <w:sz w:val="22"/>
          <w:szCs w:val="22"/>
          <w:shd w:val="clear" w:color="auto" w:fill="FFFFFF"/>
        </w:rPr>
        <w:t>là</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nơi</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trẻ</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em</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được</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bảo</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đảm</w:t>
      </w:r>
      <w:proofErr w:type="spellEnd"/>
      <w:r w:rsidRPr="00CB3FF1">
        <w:rPr>
          <w:i w:val="0"/>
          <w:iCs/>
          <w:color w:val="000000"/>
          <w:sz w:val="22"/>
          <w:szCs w:val="22"/>
          <w:shd w:val="clear" w:color="auto" w:fill="FFFFFF"/>
        </w:rPr>
        <w:t xml:space="preserve"> an </w:t>
      </w:r>
      <w:proofErr w:type="spellStart"/>
      <w:r w:rsidRPr="00CB3FF1">
        <w:rPr>
          <w:i w:val="0"/>
          <w:iCs/>
          <w:color w:val="000000"/>
          <w:sz w:val="22"/>
          <w:szCs w:val="22"/>
          <w:shd w:val="clear" w:color="auto" w:fill="FFFFFF"/>
        </w:rPr>
        <w:t>toàn</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về</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thể</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chất</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và</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tinh</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tần</w:t>
      </w:r>
      <w:proofErr w:type="spellEnd"/>
      <w:r w:rsidRPr="00CB3FF1">
        <w:rPr>
          <w:i w:val="0"/>
          <w:iCs/>
          <w:color w:val="000000"/>
          <w:sz w:val="22"/>
          <w:szCs w:val="22"/>
          <w:shd w:val="clear" w:color="auto" w:fill="FFFFFF"/>
        </w:rPr>
        <w:t>”</w:t>
      </w:r>
      <w:r w:rsidRPr="00CB3FF1">
        <w:rPr>
          <w:i w:val="0"/>
          <w:iCs/>
          <w:color w:val="000000"/>
          <w:sz w:val="22"/>
          <w:szCs w:val="22"/>
          <w:shd w:val="clear" w:color="auto" w:fill="FFFFFF"/>
          <w:lang w:val="vi-VN"/>
        </w:rPr>
        <w:t xml:space="preserve">[1]. Ngày </w:t>
      </w:r>
      <w:r w:rsidRPr="00CB3FF1">
        <w:rPr>
          <w:i w:val="0"/>
          <w:color w:val="000000"/>
          <w:w w:val="101"/>
          <w:sz w:val="22"/>
          <w:szCs w:val="22"/>
          <w:lang w:val="vi-VN"/>
        </w:rPr>
        <w:t>29/11/2021,</w:t>
      </w:r>
      <w:r w:rsidRPr="00CB3FF1">
        <w:rPr>
          <w:iCs/>
          <w:color w:val="000000"/>
          <w:w w:val="101"/>
          <w:sz w:val="22"/>
          <w:szCs w:val="22"/>
          <w:lang w:val="vi-VN"/>
        </w:rPr>
        <w:t xml:space="preserve"> </w:t>
      </w:r>
      <w:r w:rsidRPr="00CB3FF1">
        <w:rPr>
          <w:i w:val="0"/>
          <w:color w:val="000000"/>
          <w:w w:val="101"/>
          <w:sz w:val="22"/>
          <w:szCs w:val="22"/>
          <w:lang w:val="vi-VN"/>
        </w:rPr>
        <w:t>Bộ GD&amp;ĐT ra Quyết định số 4501/QĐ- BG&amp;ĐTvề</w:t>
      </w:r>
      <w:r w:rsidRPr="00CB3FF1">
        <w:rPr>
          <w:i w:val="0"/>
          <w:color w:val="000000"/>
          <w:spacing w:val="3"/>
          <w:sz w:val="22"/>
          <w:szCs w:val="22"/>
        </w:rPr>
        <w:t xml:space="preserve"> </w:t>
      </w:r>
      <w:proofErr w:type="spellStart"/>
      <w:r w:rsidRPr="00CB3FF1">
        <w:rPr>
          <w:i w:val="0"/>
          <w:color w:val="000000"/>
          <w:spacing w:val="-1"/>
          <w:w w:val="101"/>
          <w:sz w:val="22"/>
          <w:szCs w:val="22"/>
        </w:rPr>
        <w:t>c</w:t>
      </w:r>
      <w:r w:rsidRPr="00CB3FF1">
        <w:rPr>
          <w:i w:val="0"/>
          <w:color w:val="000000"/>
          <w:spacing w:val="1"/>
          <w:w w:val="101"/>
          <w:sz w:val="22"/>
          <w:szCs w:val="22"/>
        </w:rPr>
        <w:t>h</w:t>
      </w:r>
      <w:r w:rsidRPr="00CB3FF1">
        <w:rPr>
          <w:i w:val="0"/>
          <w:color w:val="000000"/>
          <w:w w:val="101"/>
          <w:sz w:val="22"/>
          <w:szCs w:val="22"/>
        </w:rPr>
        <w:t>ương</w:t>
      </w:r>
      <w:proofErr w:type="spellEnd"/>
      <w:r w:rsidRPr="00CB3FF1">
        <w:rPr>
          <w:i w:val="0"/>
          <w:color w:val="000000"/>
          <w:spacing w:val="6"/>
          <w:sz w:val="22"/>
          <w:szCs w:val="22"/>
        </w:rPr>
        <w:t xml:space="preserve"> </w:t>
      </w:r>
      <w:proofErr w:type="spellStart"/>
      <w:r w:rsidRPr="00CB3FF1">
        <w:rPr>
          <w:i w:val="0"/>
          <w:color w:val="000000"/>
          <w:w w:val="101"/>
          <w:sz w:val="22"/>
          <w:szCs w:val="22"/>
        </w:rPr>
        <w:t>tr</w:t>
      </w:r>
      <w:r w:rsidRPr="00CB3FF1">
        <w:rPr>
          <w:i w:val="0"/>
          <w:color w:val="000000"/>
          <w:spacing w:val="-1"/>
          <w:w w:val="101"/>
          <w:sz w:val="22"/>
          <w:szCs w:val="22"/>
        </w:rPr>
        <w:t>ì</w:t>
      </w:r>
      <w:r w:rsidRPr="00CB3FF1">
        <w:rPr>
          <w:i w:val="0"/>
          <w:color w:val="000000"/>
          <w:spacing w:val="1"/>
          <w:w w:val="101"/>
          <w:sz w:val="22"/>
          <w:szCs w:val="22"/>
        </w:rPr>
        <w:t>n</w:t>
      </w:r>
      <w:r w:rsidRPr="00CB3FF1">
        <w:rPr>
          <w:i w:val="0"/>
          <w:color w:val="000000"/>
          <w:w w:val="101"/>
          <w:sz w:val="22"/>
          <w:szCs w:val="22"/>
        </w:rPr>
        <w:t>h</w:t>
      </w:r>
      <w:proofErr w:type="spellEnd"/>
      <w:r w:rsidRPr="00CB3FF1">
        <w:rPr>
          <w:i w:val="0"/>
          <w:color w:val="000000"/>
          <w:spacing w:val="1"/>
          <w:sz w:val="22"/>
          <w:szCs w:val="22"/>
        </w:rPr>
        <w:t xml:space="preserve"> </w:t>
      </w:r>
      <w:proofErr w:type="spellStart"/>
      <w:r w:rsidRPr="00CB3FF1">
        <w:rPr>
          <w:i w:val="0"/>
          <w:color w:val="000000"/>
          <w:spacing w:val="1"/>
          <w:sz w:val="22"/>
          <w:szCs w:val="22"/>
        </w:rPr>
        <w:t>phòng</w:t>
      </w:r>
      <w:proofErr w:type="spellEnd"/>
      <w:r w:rsidRPr="00CB3FF1">
        <w:rPr>
          <w:i w:val="0"/>
          <w:color w:val="000000"/>
          <w:spacing w:val="1"/>
          <w:sz w:val="22"/>
          <w:szCs w:val="22"/>
          <w:lang w:val="vi-VN"/>
        </w:rPr>
        <w:t xml:space="preserve"> ngừa TNTT cho </w:t>
      </w:r>
      <w:proofErr w:type="spellStart"/>
      <w:r w:rsidRPr="00CB3FF1">
        <w:rPr>
          <w:i w:val="0"/>
          <w:color w:val="000000"/>
          <w:w w:val="101"/>
          <w:sz w:val="22"/>
          <w:szCs w:val="22"/>
        </w:rPr>
        <w:t>trẻ</w:t>
      </w:r>
      <w:proofErr w:type="spellEnd"/>
      <w:r w:rsidRPr="00CB3FF1">
        <w:rPr>
          <w:i w:val="0"/>
          <w:color w:val="000000"/>
          <w:spacing w:val="4"/>
          <w:sz w:val="22"/>
          <w:szCs w:val="22"/>
        </w:rPr>
        <w:t xml:space="preserve"> </w:t>
      </w:r>
      <w:proofErr w:type="spellStart"/>
      <w:r w:rsidRPr="00CB3FF1">
        <w:rPr>
          <w:i w:val="0"/>
          <w:color w:val="000000"/>
          <w:w w:val="101"/>
          <w:sz w:val="22"/>
          <w:szCs w:val="22"/>
        </w:rPr>
        <w:t>e</w:t>
      </w:r>
      <w:r w:rsidRPr="00CB3FF1">
        <w:rPr>
          <w:i w:val="0"/>
          <w:color w:val="000000"/>
          <w:spacing w:val="-3"/>
          <w:w w:val="101"/>
          <w:sz w:val="22"/>
          <w:szCs w:val="22"/>
        </w:rPr>
        <w:t>m</w:t>
      </w:r>
      <w:proofErr w:type="spellEnd"/>
      <w:r w:rsidRPr="00CB3FF1">
        <w:rPr>
          <w:i w:val="0"/>
          <w:color w:val="000000"/>
          <w:w w:val="101"/>
          <w:sz w:val="22"/>
          <w:szCs w:val="22"/>
          <w:lang w:val="vi-VN"/>
        </w:rPr>
        <w:t xml:space="preserve"> giai đoạn 2021-2025</w:t>
      </w:r>
      <w:r w:rsidRPr="00CB3FF1">
        <w:rPr>
          <w:i w:val="0"/>
          <w:iCs/>
          <w:color w:val="000000"/>
          <w:sz w:val="22"/>
          <w:szCs w:val="22"/>
          <w:shd w:val="clear" w:color="auto" w:fill="FFFFFF"/>
        </w:rPr>
        <w:t>”</w:t>
      </w:r>
      <w:r w:rsidRPr="00CB3FF1">
        <w:rPr>
          <w:i w:val="0"/>
          <w:iCs/>
          <w:color w:val="000000"/>
          <w:sz w:val="22"/>
          <w:szCs w:val="22"/>
          <w:shd w:val="clear" w:color="auto" w:fill="FFFFFF"/>
          <w:lang w:val="vi-VN"/>
        </w:rPr>
        <w:t xml:space="preserve"> trong đó xác định mục tiêu và hướng dẫn triển khai hoạt động phòng nừa TNTT cho trẻ [2].</w:t>
      </w:r>
      <w:r w:rsidRPr="00CB3FF1">
        <w:rPr>
          <w:i w:val="0"/>
          <w:iCs/>
          <w:color w:val="000000"/>
          <w:sz w:val="22"/>
          <w:szCs w:val="22"/>
          <w:lang w:val="vi-VN"/>
        </w:rPr>
        <w:t xml:space="preserve"> </w:t>
      </w:r>
      <w:proofErr w:type="spellStart"/>
      <w:r w:rsidRPr="00CB3FF1">
        <w:rPr>
          <w:i w:val="0"/>
          <w:iCs/>
          <w:color w:val="000000"/>
          <w:sz w:val="22"/>
          <w:szCs w:val="22"/>
          <w:shd w:val="clear" w:color="auto" w:fill="FFFFFF"/>
        </w:rPr>
        <w:t>Trong</w:t>
      </w:r>
      <w:proofErr w:type="spellEnd"/>
      <w:r w:rsidRPr="00CB3FF1">
        <w:rPr>
          <w:i w:val="0"/>
          <w:iCs/>
          <w:color w:val="000000"/>
          <w:sz w:val="22"/>
          <w:szCs w:val="22"/>
          <w:shd w:val="clear" w:color="auto" w:fill="FFFFFF"/>
          <w:lang w:val="vi-VN"/>
        </w:rPr>
        <w:t xml:space="preserve"> những</w:t>
      </w:r>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năm</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học</w:t>
      </w:r>
      <w:proofErr w:type="spellEnd"/>
      <w:r w:rsidRPr="00CB3FF1">
        <w:rPr>
          <w:i w:val="0"/>
          <w:iCs/>
          <w:color w:val="000000"/>
          <w:sz w:val="22"/>
          <w:szCs w:val="22"/>
          <w:shd w:val="clear" w:color="auto" w:fill="FFFFFF"/>
        </w:rPr>
        <w:t xml:space="preserve"> qua</w:t>
      </w:r>
      <w:r w:rsidRPr="00CB3FF1">
        <w:rPr>
          <w:i w:val="0"/>
          <w:iCs/>
          <w:color w:val="000000"/>
          <w:sz w:val="22"/>
          <w:szCs w:val="22"/>
          <w:shd w:val="clear" w:color="auto" w:fill="FFFFFF"/>
          <w:lang w:val="vi-VN"/>
        </w:rPr>
        <w:t xml:space="preserve">, </w:t>
      </w:r>
      <w:proofErr w:type="spellStart"/>
      <w:r w:rsidRPr="00CB3FF1">
        <w:rPr>
          <w:i w:val="0"/>
          <w:iCs/>
          <w:color w:val="000000"/>
          <w:sz w:val="22"/>
          <w:szCs w:val="22"/>
          <w:shd w:val="clear" w:color="auto" w:fill="FFFFFF"/>
        </w:rPr>
        <w:t>các</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trường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mầm</w:t>
      </w:r>
      <w:proofErr w:type="spellEnd"/>
      <w:r w:rsidRPr="00CB3FF1">
        <w:rPr>
          <w:i w:val="0"/>
          <w:iCs/>
          <w:color w:val="000000"/>
          <w:sz w:val="22"/>
          <w:szCs w:val="22"/>
          <w:shd w:val="clear" w:color="auto" w:fill="FFFFFF"/>
        </w:rPr>
        <w:t xml:space="preserve"> non </w:t>
      </w:r>
      <w:proofErr w:type="spellStart"/>
      <w:r w:rsidRPr="00CB3FF1">
        <w:rPr>
          <w:i w:val="0"/>
          <w:iCs/>
          <w:color w:val="000000"/>
          <w:sz w:val="22"/>
          <w:szCs w:val="22"/>
          <w:shd w:val="clear" w:color="auto" w:fill="FFFFFF"/>
        </w:rPr>
        <w:t>trên</w:t>
      </w:r>
      <w:proofErr w:type="spellEnd"/>
      <w:r w:rsidRPr="00CB3FF1">
        <w:rPr>
          <w:i w:val="0"/>
          <w:iCs/>
          <w:color w:val="000000"/>
          <w:sz w:val="22"/>
          <w:szCs w:val="22"/>
          <w:shd w:val="clear" w:color="auto" w:fill="FFFFFF"/>
          <w:lang w:val="vi-VN"/>
        </w:rPr>
        <w:t xml:space="preserve"> địa bàn</w:t>
      </w:r>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huyện</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Củ</w:t>
      </w:r>
      <w:proofErr w:type="spellEnd"/>
      <w:r w:rsidRPr="00CB3FF1">
        <w:rPr>
          <w:i w:val="0"/>
          <w:iCs/>
          <w:color w:val="000000"/>
          <w:sz w:val="22"/>
          <w:szCs w:val="22"/>
          <w:shd w:val="clear" w:color="auto" w:fill="FFFFFF"/>
          <w:lang w:val="vi-VN"/>
        </w:rPr>
        <w:t xml:space="preserve"> Chi, TP HCM </w:t>
      </w:r>
      <w:proofErr w:type="spellStart"/>
      <w:r w:rsidRPr="00CB3FF1">
        <w:rPr>
          <w:i w:val="0"/>
          <w:iCs/>
          <w:color w:val="000000"/>
          <w:sz w:val="22"/>
          <w:szCs w:val="22"/>
          <w:shd w:val="clear" w:color="auto" w:fill="FFFFFF"/>
        </w:rPr>
        <w:t>đã</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thực</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hiện</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nghiêm</w:t>
      </w:r>
      <w:proofErr w:type="spellEnd"/>
      <w:r w:rsidRPr="00CB3FF1">
        <w:rPr>
          <w:i w:val="0"/>
          <w:iCs/>
          <w:color w:val="000000"/>
          <w:sz w:val="22"/>
          <w:szCs w:val="22"/>
          <w:shd w:val="clear" w:color="auto" w:fill="FFFFFF"/>
          <w:lang w:val="vi-VN"/>
        </w:rPr>
        <w:t xml:space="preserve"> túc </w:t>
      </w:r>
      <w:proofErr w:type="spellStart"/>
      <w:r w:rsidRPr="00CB3FF1">
        <w:rPr>
          <w:i w:val="0"/>
          <w:iCs/>
          <w:color w:val="000000"/>
          <w:sz w:val="22"/>
          <w:szCs w:val="22"/>
          <w:shd w:val="clear" w:color="auto" w:fill="FFFFFF"/>
        </w:rPr>
        <w:t>sự</w:t>
      </w:r>
      <w:proofErr w:type="spellEnd"/>
      <w:r w:rsidRPr="00CB3FF1">
        <w:rPr>
          <w:i w:val="0"/>
          <w:iCs/>
          <w:color w:val="000000"/>
          <w:sz w:val="22"/>
          <w:szCs w:val="22"/>
          <w:shd w:val="clear" w:color="auto" w:fill="FFFFFF"/>
          <w:lang w:val="vi-VN"/>
        </w:rPr>
        <w:t xml:space="preserve"> chỉ đạo của phòng GD&amp;ĐT về </w:t>
      </w:r>
      <w:proofErr w:type="spellStart"/>
      <w:r w:rsidRPr="00CB3FF1">
        <w:rPr>
          <w:i w:val="0"/>
          <w:iCs/>
          <w:color w:val="000000"/>
          <w:sz w:val="22"/>
          <w:szCs w:val="22"/>
          <w:shd w:val="clear" w:color="auto" w:fill="FFFFFF"/>
        </w:rPr>
        <w:t>công</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tác</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đảm</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bảo</w:t>
      </w:r>
      <w:proofErr w:type="spellEnd"/>
      <w:r w:rsidRPr="00CB3FF1">
        <w:rPr>
          <w:i w:val="0"/>
          <w:iCs/>
          <w:color w:val="000000"/>
          <w:sz w:val="22"/>
          <w:szCs w:val="22"/>
          <w:shd w:val="clear" w:color="auto" w:fill="FFFFFF"/>
        </w:rPr>
        <w:t xml:space="preserve"> an </w:t>
      </w:r>
      <w:proofErr w:type="spellStart"/>
      <w:r w:rsidRPr="00CB3FF1">
        <w:rPr>
          <w:i w:val="0"/>
          <w:iCs/>
          <w:color w:val="000000"/>
          <w:sz w:val="22"/>
          <w:szCs w:val="22"/>
          <w:shd w:val="clear" w:color="auto" w:fill="FFFFFF"/>
        </w:rPr>
        <w:t>toàn</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về</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thân</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thể</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và</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tinh</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thần</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cho</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trẻ</w:t>
      </w:r>
      <w:proofErr w:type="spellEnd"/>
      <w:r w:rsidRPr="00CB3FF1">
        <w:rPr>
          <w:i w:val="0"/>
          <w:iCs/>
          <w:color w:val="000000"/>
          <w:sz w:val="22"/>
          <w:szCs w:val="22"/>
          <w:shd w:val="clear" w:color="auto" w:fill="FFFFFF"/>
          <w:lang w:val="vi-VN"/>
        </w:rPr>
        <w:t xml:space="preserve"> và đã mang lại nhiều kết quả tích cực</w:t>
      </w:r>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Tuy</w:t>
      </w:r>
      <w:proofErr w:type="spellEnd"/>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nhiên</w:t>
      </w:r>
      <w:proofErr w:type="spellEnd"/>
      <w:r w:rsidRPr="00CB3FF1">
        <w:rPr>
          <w:i w:val="0"/>
          <w:iCs/>
          <w:color w:val="000000"/>
          <w:sz w:val="22"/>
          <w:szCs w:val="22"/>
          <w:shd w:val="clear" w:color="auto" w:fill="FFFFFF"/>
        </w:rPr>
        <w:t>, ở</w:t>
      </w:r>
      <w:r w:rsidRPr="00CB3FF1">
        <w:rPr>
          <w:i w:val="0"/>
          <w:iCs/>
          <w:color w:val="000000"/>
          <w:sz w:val="22"/>
          <w:szCs w:val="22"/>
          <w:shd w:val="clear" w:color="auto" w:fill="FFFFFF"/>
          <w:lang w:val="vi-VN"/>
        </w:rPr>
        <w:t xml:space="preserve"> các trường mầm non trên địa bàn huyện Củ Chi, TP HCM </w:t>
      </w:r>
      <w:proofErr w:type="spellStart"/>
      <w:r w:rsidRPr="00CB3FF1">
        <w:rPr>
          <w:i w:val="0"/>
          <w:iCs/>
          <w:color w:val="000000"/>
          <w:sz w:val="22"/>
          <w:szCs w:val="22"/>
          <w:shd w:val="clear" w:color="auto" w:fill="FFFFFF"/>
        </w:rPr>
        <w:t>vẫn</w:t>
      </w:r>
      <w:proofErr w:type="spellEnd"/>
      <w:r w:rsidRPr="00CB3FF1">
        <w:rPr>
          <w:i w:val="0"/>
          <w:iCs/>
          <w:color w:val="000000"/>
          <w:sz w:val="22"/>
          <w:szCs w:val="22"/>
          <w:shd w:val="clear" w:color="auto" w:fill="FFFFFF"/>
          <w:lang w:val="vi-VN"/>
        </w:rPr>
        <w:t xml:space="preserve"> còn một số trẻ bị ngã, bị va đập ở mức độ nhẹ nhưng cũng có ảnh hưởng tới sự phát triển về thể chất và tinh thần ở trẻ. Những hạn chế này do</w:t>
      </w:r>
      <w:r w:rsidRPr="00CB3FF1">
        <w:rPr>
          <w:i w:val="0"/>
          <w:iCs/>
          <w:color w:val="000000"/>
          <w:sz w:val="22"/>
          <w:szCs w:val="22"/>
          <w:shd w:val="clear" w:color="auto" w:fill="FFFFFF"/>
        </w:rPr>
        <w:t xml:space="preserve"> </w:t>
      </w:r>
      <w:proofErr w:type="spellStart"/>
      <w:r w:rsidRPr="00CB3FF1">
        <w:rPr>
          <w:i w:val="0"/>
          <w:iCs/>
          <w:color w:val="000000"/>
          <w:sz w:val="22"/>
          <w:szCs w:val="22"/>
          <w:shd w:val="clear" w:color="auto" w:fill="FFFFFF"/>
        </w:rPr>
        <w:t>nhiều</w:t>
      </w:r>
      <w:proofErr w:type="spellEnd"/>
      <w:r w:rsidRPr="00CB3FF1">
        <w:rPr>
          <w:i w:val="0"/>
          <w:iCs/>
          <w:color w:val="000000"/>
          <w:sz w:val="22"/>
          <w:szCs w:val="22"/>
          <w:shd w:val="clear" w:color="auto" w:fill="FFFFFF"/>
          <w:lang w:val="vi-VN"/>
        </w:rPr>
        <w:t xml:space="preserve"> nguyên nhân như hoạt động tổ chức </w:t>
      </w:r>
      <w:r w:rsidRPr="00CB3FF1">
        <w:rPr>
          <w:i w:val="0"/>
          <w:iCs/>
          <w:color w:val="000000"/>
          <w:sz w:val="22"/>
          <w:szCs w:val="22"/>
          <w:shd w:val="clear" w:color="auto" w:fill="FFFFFF"/>
        </w:rPr>
        <w:t>HĐ</w:t>
      </w:r>
      <w:r w:rsidRPr="00CB3FF1">
        <w:rPr>
          <w:i w:val="0"/>
          <w:iCs/>
          <w:color w:val="000000"/>
          <w:sz w:val="22"/>
          <w:szCs w:val="22"/>
          <w:shd w:val="clear" w:color="auto" w:fill="FFFFFF"/>
          <w:lang w:val="vi-VN"/>
        </w:rPr>
        <w:t xml:space="preserve">GD </w:t>
      </w:r>
      <w:r w:rsidRPr="00CB3FF1">
        <w:rPr>
          <w:i w:val="0"/>
          <w:iCs/>
          <w:color w:val="000000"/>
          <w:sz w:val="22"/>
          <w:szCs w:val="22"/>
          <w:shd w:val="clear" w:color="auto" w:fill="FFFFFF"/>
        </w:rPr>
        <w:t xml:space="preserve">PNTNTT </w:t>
      </w:r>
      <w:proofErr w:type="spellStart"/>
      <w:r w:rsidRPr="00CB3FF1">
        <w:rPr>
          <w:i w:val="0"/>
          <w:iCs/>
          <w:color w:val="000000"/>
          <w:sz w:val="22"/>
          <w:szCs w:val="22"/>
          <w:shd w:val="clear" w:color="auto" w:fill="FFFFFF"/>
        </w:rPr>
        <w:t>còn</w:t>
      </w:r>
      <w:proofErr w:type="spellEnd"/>
      <w:r w:rsidRPr="00CB3FF1">
        <w:rPr>
          <w:i w:val="0"/>
          <w:iCs/>
          <w:color w:val="000000"/>
          <w:sz w:val="22"/>
          <w:szCs w:val="22"/>
          <w:shd w:val="clear" w:color="auto" w:fill="FFFFFF"/>
          <w:lang w:val="vi-VN"/>
        </w:rPr>
        <w:t xml:space="preserve"> chưa cao, việc phối hợp với gia đình trong công tác này còn chưa </w:t>
      </w:r>
      <w:r w:rsidRPr="00CB3FF1">
        <w:rPr>
          <w:i w:val="0"/>
          <w:iCs/>
          <w:color w:val="000000"/>
          <w:sz w:val="22"/>
          <w:szCs w:val="22"/>
          <w:shd w:val="clear" w:color="auto" w:fill="FFFFFF"/>
          <w:lang w:val="vi-VN"/>
        </w:rPr>
        <w:lastRenderedPageBreak/>
        <w:t>thường xuyên, cơ sở vật chất chưa được nâng cấp đã ảnh hưởng tới sự an toàn thể chất của trẻ…</w:t>
      </w:r>
      <w:proofErr w:type="spellStart"/>
      <w:r w:rsidRPr="00CB3FF1">
        <w:rPr>
          <w:i w:val="0"/>
          <w:iCs/>
          <w:sz w:val="22"/>
          <w:szCs w:val="22"/>
          <w:shd w:val="clear" w:color="auto" w:fill="FFFFFF"/>
        </w:rPr>
        <w:t>Với</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tầm</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quan</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trọng</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trên</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nghiên</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cứu</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tiến</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hành</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đánh</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giá</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thực</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trạng</w:t>
      </w:r>
      <w:proofErr w:type="spellEnd"/>
      <w:r w:rsidRPr="00CB3FF1">
        <w:rPr>
          <w:i w:val="0"/>
          <w:iCs/>
          <w:sz w:val="22"/>
          <w:szCs w:val="22"/>
          <w:shd w:val="clear" w:color="auto" w:fill="FFFFFF"/>
        </w:rPr>
        <w:t xml:space="preserve"> HĐGD PNTNTT</w:t>
      </w:r>
      <w:r w:rsidRPr="00CB3FF1">
        <w:rPr>
          <w:i w:val="0"/>
          <w:iCs/>
          <w:sz w:val="22"/>
          <w:szCs w:val="22"/>
          <w:shd w:val="clear" w:color="auto" w:fill="FFFFFF"/>
          <w:lang w:val="vi-VN"/>
        </w:rPr>
        <w:t xml:space="preserve"> cho trẻ mẫu giáo </w:t>
      </w:r>
      <w:proofErr w:type="spellStart"/>
      <w:r w:rsidRPr="00CB3FF1">
        <w:rPr>
          <w:i w:val="0"/>
          <w:iCs/>
          <w:sz w:val="22"/>
          <w:szCs w:val="22"/>
          <w:shd w:val="clear" w:color="auto" w:fill="FFFFFF"/>
        </w:rPr>
        <w:t>các</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trường</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mầm</w:t>
      </w:r>
      <w:proofErr w:type="spellEnd"/>
      <w:r w:rsidRPr="00CB3FF1">
        <w:rPr>
          <w:i w:val="0"/>
          <w:iCs/>
          <w:sz w:val="22"/>
          <w:szCs w:val="22"/>
          <w:shd w:val="clear" w:color="auto" w:fill="FFFFFF"/>
        </w:rPr>
        <w:t xml:space="preserve"> non</w:t>
      </w:r>
      <w:r w:rsidRPr="00CB3FF1">
        <w:rPr>
          <w:i w:val="0"/>
          <w:iCs/>
          <w:sz w:val="22"/>
          <w:szCs w:val="22"/>
          <w:shd w:val="clear" w:color="auto" w:fill="FFFFFF"/>
          <w:lang w:val="vi-VN"/>
        </w:rPr>
        <w:t xml:space="preserve"> ở địa bàn</w:t>
      </w:r>
      <w:r w:rsidRPr="00CB3FF1">
        <w:rPr>
          <w:i w:val="0"/>
          <w:iCs/>
          <w:sz w:val="22"/>
          <w:szCs w:val="22"/>
          <w:shd w:val="clear" w:color="auto" w:fill="FFFFFF"/>
        </w:rPr>
        <w:t xml:space="preserve"> </w:t>
      </w:r>
      <w:proofErr w:type="spellStart"/>
      <w:r w:rsidRPr="00CB3FF1">
        <w:rPr>
          <w:i w:val="0"/>
          <w:iCs/>
          <w:sz w:val="22"/>
          <w:szCs w:val="22"/>
          <w:shd w:val="clear" w:color="auto" w:fill="FFFFFF"/>
        </w:rPr>
        <w:t>huyện</w:t>
      </w:r>
      <w:proofErr w:type="spellEnd"/>
      <w:r w:rsidRPr="00CB3FF1">
        <w:rPr>
          <w:i w:val="0"/>
          <w:iCs/>
          <w:sz w:val="22"/>
          <w:szCs w:val="22"/>
          <w:shd w:val="clear" w:color="auto" w:fill="FFFFFF"/>
          <w:lang w:val="vi-VN"/>
        </w:rPr>
        <w:t xml:space="preserve"> Củ Chi</w:t>
      </w:r>
      <w:r w:rsidRPr="00CB3FF1">
        <w:rPr>
          <w:i w:val="0"/>
          <w:iCs/>
          <w:sz w:val="22"/>
          <w:szCs w:val="22"/>
          <w:shd w:val="clear" w:color="auto" w:fill="FFFFFF"/>
        </w:rPr>
        <w:t>, TP</w:t>
      </w:r>
      <w:r w:rsidRPr="00CB3FF1">
        <w:rPr>
          <w:i w:val="0"/>
          <w:iCs/>
          <w:sz w:val="22"/>
          <w:szCs w:val="22"/>
          <w:shd w:val="clear" w:color="auto" w:fill="FFFFFF"/>
          <w:lang w:val="vi-VN"/>
        </w:rPr>
        <w:t xml:space="preserve"> </w:t>
      </w:r>
      <w:r w:rsidRPr="00CB3FF1">
        <w:rPr>
          <w:i w:val="0"/>
          <w:iCs/>
          <w:sz w:val="22"/>
          <w:szCs w:val="22"/>
          <w:shd w:val="clear" w:color="auto" w:fill="FFFFFF"/>
        </w:rPr>
        <w:t xml:space="preserve">HCM </w:t>
      </w:r>
      <w:proofErr w:type="spellStart"/>
      <w:r w:rsidRPr="00CB3FF1">
        <w:rPr>
          <w:i w:val="0"/>
          <w:iCs/>
          <w:sz w:val="22"/>
          <w:szCs w:val="22"/>
          <w:shd w:val="clear" w:color="auto" w:fill="FFFFFF"/>
        </w:rPr>
        <w:t>và</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đưa</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ra</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một</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số</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biện</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pháp</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nâng</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cao</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hiệu</w:t>
      </w:r>
      <w:proofErr w:type="spellEnd"/>
      <w:r w:rsidRPr="00CB3FF1">
        <w:rPr>
          <w:i w:val="0"/>
          <w:iCs/>
          <w:sz w:val="22"/>
          <w:szCs w:val="22"/>
          <w:shd w:val="clear" w:color="auto" w:fill="FFFFFF"/>
        </w:rPr>
        <w:t xml:space="preserve"> </w:t>
      </w:r>
      <w:proofErr w:type="spellStart"/>
      <w:r w:rsidRPr="00CB3FF1">
        <w:rPr>
          <w:i w:val="0"/>
          <w:iCs/>
          <w:sz w:val="22"/>
          <w:szCs w:val="22"/>
          <w:shd w:val="clear" w:color="auto" w:fill="FFFFFF"/>
        </w:rPr>
        <w:t>quả</w:t>
      </w:r>
      <w:proofErr w:type="spellEnd"/>
      <w:r w:rsidRPr="00CB3FF1">
        <w:rPr>
          <w:i w:val="0"/>
          <w:iCs/>
          <w:sz w:val="22"/>
          <w:szCs w:val="22"/>
          <w:shd w:val="clear" w:color="auto" w:fill="FFFFFF"/>
        </w:rPr>
        <w:t xml:space="preserve"> HĐGD PNTNTT</w:t>
      </w:r>
      <w:r w:rsidRPr="00CB3FF1">
        <w:rPr>
          <w:i w:val="0"/>
          <w:iCs/>
          <w:sz w:val="22"/>
          <w:szCs w:val="22"/>
          <w:shd w:val="clear" w:color="auto" w:fill="FFFFFF"/>
          <w:lang w:val="vi-VN"/>
        </w:rPr>
        <w:t xml:space="preserve"> cho trẻ ở địa bàn nghiên cứu.</w:t>
      </w:r>
    </w:p>
    <w:p w14:paraId="612E9A92" w14:textId="25516C5D" w:rsidR="002E6A61" w:rsidRDefault="0016225C" w:rsidP="0016225C">
      <w:pPr>
        <w:pStyle w:val="ListParagraph"/>
        <w:spacing w:line="240" w:lineRule="auto"/>
        <w:ind w:left="0"/>
      </w:pPr>
      <w:r>
        <w:rPr>
          <w:rFonts w:ascii="Times New Roman" w:hAnsi="Times New Roman"/>
          <w:b/>
        </w:rPr>
        <w:t xml:space="preserve">2. </w:t>
      </w:r>
      <w:r w:rsidR="00CB3FF1">
        <w:rPr>
          <w:rFonts w:ascii="Times New Roman" w:hAnsi="Times New Roman"/>
          <w:b/>
        </w:rPr>
        <w:t xml:space="preserve">KHÁCH THỂ VÀ </w:t>
      </w:r>
      <w:r w:rsidR="00521E68" w:rsidRPr="00FB54A7">
        <w:rPr>
          <w:rFonts w:ascii="Times New Roman" w:hAnsi="Times New Roman"/>
          <w:b/>
        </w:rPr>
        <w:t>PHƯƠNG PHÁP</w:t>
      </w:r>
      <w:r w:rsidR="00CF7BE2" w:rsidRPr="00FB54A7">
        <w:rPr>
          <w:rFonts w:ascii="Times New Roman" w:hAnsi="Times New Roman"/>
          <w:b/>
        </w:rPr>
        <w:t xml:space="preserve"> </w:t>
      </w:r>
      <w:r w:rsidR="00CB3FF1">
        <w:rPr>
          <w:rFonts w:ascii="Times New Roman" w:hAnsi="Times New Roman"/>
          <w:b/>
        </w:rPr>
        <w:t>NGHIÊN CỨU</w:t>
      </w:r>
    </w:p>
    <w:p w14:paraId="2352E235" w14:textId="77777777" w:rsidR="00CB3FF1" w:rsidRPr="00CB3FF1" w:rsidRDefault="00CB3FF1" w:rsidP="00CB3FF1">
      <w:pPr>
        <w:spacing w:after="120" w:line="240" w:lineRule="auto"/>
        <w:jc w:val="both"/>
        <w:rPr>
          <w:rFonts w:ascii="Times New Roman" w:hAnsi="Times New Roman" w:cs="Times New Roman"/>
          <w:lang w:val="nl-NL"/>
        </w:rPr>
      </w:pPr>
      <w:proofErr w:type="spellStart"/>
      <w:r w:rsidRPr="00CB3FF1">
        <w:rPr>
          <w:rFonts w:ascii="Times New Roman" w:hAnsi="Times New Roman" w:cs="Times New Roman"/>
          <w:i/>
          <w:spacing w:val="-2"/>
        </w:rPr>
        <w:t>Khách</w:t>
      </w:r>
      <w:proofErr w:type="spellEnd"/>
      <w:r w:rsidRPr="00CB3FF1">
        <w:rPr>
          <w:rFonts w:ascii="Times New Roman" w:hAnsi="Times New Roman" w:cs="Times New Roman"/>
          <w:i/>
          <w:spacing w:val="-2"/>
        </w:rPr>
        <w:t xml:space="preserve"> </w:t>
      </w:r>
      <w:proofErr w:type="spellStart"/>
      <w:r w:rsidRPr="00CB3FF1">
        <w:rPr>
          <w:rFonts w:ascii="Times New Roman" w:hAnsi="Times New Roman" w:cs="Times New Roman"/>
          <w:i/>
          <w:spacing w:val="-2"/>
        </w:rPr>
        <w:t>thể</w:t>
      </w:r>
      <w:proofErr w:type="spellEnd"/>
      <w:r w:rsidRPr="00CB3FF1">
        <w:rPr>
          <w:rFonts w:ascii="Times New Roman" w:hAnsi="Times New Roman" w:cs="Times New Roman"/>
          <w:i/>
          <w:spacing w:val="-2"/>
        </w:rPr>
        <w:t xml:space="preserve"> </w:t>
      </w:r>
      <w:proofErr w:type="spellStart"/>
      <w:r w:rsidRPr="00CB3FF1">
        <w:rPr>
          <w:rFonts w:ascii="Times New Roman" w:hAnsi="Times New Roman" w:cs="Times New Roman"/>
          <w:i/>
          <w:spacing w:val="-2"/>
        </w:rPr>
        <w:t>nghiên</w:t>
      </w:r>
      <w:proofErr w:type="spellEnd"/>
      <w:r w:rsidRPr="00CB3FF1">
        <w:rPr>
          <w:rFonts w:ascii="Times New Roman" w:hAnsi="Times New Roman" w:cs="Times New Roman"/>
          <w:i/>
          <w:spacing w:val="-2"/>
        </w:rPr>
        <w:t xml:space="preserve"> </w:t>
      </w:r>
      <w:proofErr w:type="spellStart"/>
      <w:r w:rsidRPr="00CB3FF1">
        <w:rPr>
          <w:rFonts w:ascii="Times New Roman" w:hAnsi="Times New Roman" w:cs="Times New Roman"/>
          <w:i/>
          <w:spacing w:val="-2"/>
        </w:rPr>
        <w:t>cứu</w:t>
      </w:r>
      <w:proofErr w:type="spellEnd"/>
      <w:r w:rsidRPr="00CB3FF1">
        <w:rPr>
          <w:rFonts w:ascii="Times New Roman" w:hAnsi="Times New Roman" w:cs="Times New Roman"/>
          <w:i/>
          <w:iCs/>
          <w:lang w:val="nl-NL"/>
        </w:rPr>
        <w:t>:</w:t>
      </w:r>
      <w:r w:rsidRPr="00CB3FF1">
        <w:rPr>
          <w:rFonts w:ascii="Times New Roman" w:hAnsi="Times New Roman" w:cs="Times New Roman"/>
          <w:lang w:val="nl-NL"/>
        </w:rPr>
        <w:t xml:space="preserve"> </w:t>
      </w:r>
      <w:proofErr w:type="spellStart"/>
      <w:r w:rsidRPr="00CB3FF1">
        <w:rPr>
          <w:rFonts w:ascii="Times New Roman" w:hAnsi="Times New Roman" w:cs="Times New Roman"/>
          <w:lang w:val="nl-NL"/>
        </w:rPr>
        <w:t>Nghiên</w:t>
      </w:r>
      <w:proofErr w:type="spellEnd"/>
      <w:r w:rsidRPr="00CB3FF1">
        <w:rPr>
          <w:rFonts w:ascii="Times New Roman" w:hAnsi="Times New Roman" w:cs="Times New Roman"/>
          <w:lang w:val="nl-NL"/>
        </w:rPr>
        <w:t xml:space="preserve"> </w:t>
      </w:r>
      <w:proofErr w:type="spellStart"/>
      <w:r w:rsidRPr="00CB3FF1">
        <w:rPr>
          <w:rFonts w:ascii="Times New Roman" w:hAnsi="Times New Roman" w:cs="Times New Roman"/>
          <w:lang w:val="nl-NL"/>
        </w:rPr>
        <w:t>cứu</w:t>
      </w:r>
      <w:proofErr w:type="spellEnd"/>
      <w:r w:rsidRPr="00CB3FF1">
        <w:rPr>
          <w:rFonts w:ascii="Times New Roman" w:hAnsi="Times New Roman" w:cs="Times New Roman"/>
          <w:lang w:val="nl-NL"/>
        </w:rPr>
        <w:t xml:space="preserve"> </w:t>
      </w:r>
      <w:proofErr w:type="spellStart"/>
      <w:r w:rsidRPr="00CB3FF1">
        <w:rPr>
          <w:rFonts w:ascii="Times New Roman" w:hAnsi="Times New Roman" w:cs="Times New Roman"/>
          <w:lang w:val="nl-NL"/>
        </w:rPr>
        <w:t>tiến</w:t>
      </w:r>
      <w:proofErr w:type="spellEnd"/>
      <w:r w:rsidRPr="00CB3FF1">
        <w:rPr>
          <w:rFonts w:ascii="Times New Roman" w:hAnsi="Times New Roman" w:cs="Times New Roman"/>
          <w:lang w:val="nl-NL"/>
        </w:rPr>
        <w:t xml:space="preserve"> </w:t>
      </w:r>
      <w:proofErr w:type="spellStart"/>
      <w:r w:rsidRPr="00CB3FF1">
        <w:rPr>
          <w:rFonts w:ascii="Times New Roman" w:hAnsi="Times New Roman" w:cs="Times New Roman"/>
          <w:lang w:val="nl-NL"/>
        </w:rPr>
        <w:t>hành</w:t>
      </w:r>
      <w:proofErr w:type="spellEnd"/>
      <w:r w:rsidRPr="00CB3FF1">
        <w:rPr>
          <w:rFonts w:ascii="Times New Roman" w:hAnsi="Times New Roman" w:cs="Times New Roman"/>
          <w:lang w:val="nl-NL"/>
        </w:rPr>
        <w:t xml:space="preserve"> </w:t>
      </w:r>
      <w:proofErr w:type="spellStart"/>
      <w:r w:rsidRPr="00CB3FF1">
        <w:rPr>
          <w:rFonts w:ascii="Times New Roman" w:hAnsi="Times New Roman" w:cs="Times New Roman"/>
        </w:rPr>
        <w:t>khảo</w:t>
      </w:r>
      <w:proofErr w:type="spellEnd"/>
      <w:r w:rsidRPr="00CB3FF1">
        <w:rPr>
          <w:rFonts w:ascii="Times New Roman" w:hAnsi="Times New Roman" w:cs="Times New Roman"/>
        </w:rPr>
        <w:t xml:space="preserve"> </w:t>
      </w:r>
      <w:r w:rsidRPr="00CB3FF1">
        <w:rPr>
          <w:rFonts w:ascii="Times New Roman" w:hAnsi="Times New Roman" w:cs="Times New Roman"/>
          <w:lang w:val="vi-VN"/>
        </w:rPr>
        <w:t xml:space="preserve">145 Cán bộ quản lý, </w:t>
      </w:r>
      <w:proofErr w:type="spellStart"/>
      <w:r w:rsidRPr="00CB3FF1">
        <w:rPr>
          <w:rFonts w:ascii="Times New Roman" w:hAnsi="Times New Roman" w:cs="Times New Roman"/>
        </w:rPr>
        <w:t>giáo</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viên</w:t>
      </w:r>
      <w:proofErr w:type="spellEnd"/>
      <w:r w:rsidRPr="00CB3FF1">
        <w:rPr>
          <w:rFonts w:ascii="Times New Roman" w:hAnsi="Times New Roman" w:cs="Times New Roman"/>
          <w:lang w:val="vi-VN"/>
        </w:rPr>
        <w:t xml:space="preserve">, nhân viên ở 10 </w:t>
      </w:r>
      <w:proofErr w:type="spellStart"/>
      <w:r w:rsidRPr="00CB3FF1">
        <w:rPr>
          <w:rFonts w:ascii="Times New Roman" w:hAnsi="Times New Roman" w:cs="Times New Roman"/>
        </w:rPr>
        <w:t>trường</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mầm</w:t>
      </w:r>
      <w:proofErr w:type="spellEnd"/>
      <w:r w:rsidRPr="00CB3FF1">
        <w:rPr>
          <w:rFonts w:ascii="Times New Roman" w:hAnsi="Times New Roman" w:cs="Times New Roman"/>
        </w:rPr>
        <w:t xml:space="preserve"> non</w:t>
      </w:r>
      <w:r w:rsidRPr="00CB3FF1">
        <w:rPr>
          <w:rFonts w:ascii="Times New Roman" w:hAnsi="Times New Roman" w:cs="Times New Roman"/>
          <w:lang w:val="vi-VN"/>
        </w:rPr>
        <w:t xml:space="preserve"> trên địa bàn huyện Củ Chi, TP HCM: (Trường MN Tây Bắc, trường MN Bình Mỹ, trường MN Tân Thạnh Đông, trường MN Phú Hòa Đông, trường MN Tân Thạnh Tây, trường MN Củ Chi 2, Trường MN Củ Chi 1, trường MN Thái Mỹ, Trường MN Hoàng Minh Đạo, trường MN Tân An hội 1, Trường MN Tân An hội 2)</w:t>
      </w:r>
    </w:p>
    <w:p w14:paraId="3DBCC985" w14:textId="77777777" w:rsidR="00CB3FF1" w:rsidRPr="00CB3FF1" w:rsidRDefault="00CB3FF1" w:rsidP="00CB3FF1">
      <w:pPr>
        <w:spacing w:after="120" w:line="240" w:lineRule="auto"/>
        <w:jc w:val="both"/>
        <w:rPr>
          <w:rFonts w:ascii="Times New Roman" w:hAnsi="Times New Roman" w:cs="Times New Roman"/>
          <w:spacing w:val="-4"/>
          <w:lang w:val="nl-NL"/>
        </w:rPr>
      </w:pPr>
      <w:proofErr w:type="spellStart"/>
      <w:r w:rsidRPr="00CB3FF1">
        <w:rPr>
          <w:rFonts w:ascii="Times New Roman" w:hAnsi="Times New Roman" w:cs="Times New Roman"/>
          <w:i/>
          <w:iCs/>
          <w:spacing w:val="-4"/>
          <w:lang w:val="nl-NL"/>
        </w:rPr>
        <w:t>Phương</w:t>
      </w:r>
      <w:proofErr w:type="spellEnd"/>
      <w:r w:rsidRPr="00CB3FF1">
        <w:rPr>
          <w:rFonts w:ascii="Times New Roman" w:hAnsi="Times New Roman" w:cs="Times New Roman"/>
          <w:i/>
          <w:iCs/>
          <w:spacing w:val="-4"/>
          <w:lang w:val="nl-NL"/>
        </w:rPr>
        <w:t xml:space="preserve"> </w:t>
      </w:r>
      <w:proofErr w:type="spellStart"/>
      <w:r w:rsidRPr="00CB3FF1">
        <w:rPr>
          <w:rFonts w:ascii="Times New Roman" w:hAnsi="Times New Roman" w:cs="Times New Roman"/>
          <w:i/>
          <w:iCs/>
          <w:spacing w:val="-4"/>
          <w:lang w:val="nl-NL"/>
        </w:rPr>
        <w:t>pháp</w:t>
      </w:r>
      <w:proofErr w:type="spellEnd"/>
      <w:r w:rsidRPr="00CB3FF1">
        <w:rPr>
          <w:rFonts w:ascii="Times New Roman" w:hAnsi="Times New Roman" w:cs="Times New Roman"/>
          <w:i/>
          <w:iCs/>
          <w:spacing w:val="-4"/>
          <w:lang w:val="nl-NL"/>
        </w:rPr>
        <w:t xml:space="preserve"> </w:t>
      </w:r>
      <w:proofErr w:type="spellStart"/>
      <w:r w:rsidRPr="00CB3FF1">
        <w:rPr>
          <w:rFonts w:ascii="Times New Roman" w:hAnsi="Times New Roman" w:cs="Times New Roman"/>
          <w:i/>
          <w:iCs/>
          <w:spacing w:val="-4"/>
          <w:lang w:val="nl-NL"/>
        </w:rPr>
        <w:t>nghiên</w:t>
      </w:r>
      <w:proofErr w:type="spellEnd"/>
      <w:r w:rsidRPr="00CB3FF1">
        <w:rPr>
          <w:rFonts w:ascii="Times New Roman" w:hAnsi="Times New Roman" w:cs="Times New Roman"/>
          <w:i/>
          <w:iCs/>
          <w:spacing w:val="-4"/>
          <w:lang w:val="nl-NL"/>
        </w:rPr>
        <w:t xml:space="preserve"> </w:t>
      </w:r>
      <w:proofErr w:type="spellStart"/>
      <w:r w:rsidRPr="00CB3FF1">
        <w:rPr>
          <w:rFonts w:ascii="Times New Roman" w:hAnsi="Times New Roman" w:cs="Times New Roman"/>
          <w:i/>
          <w:iCs/>
          <w:spacing w:val="-4"/>
          <w:lang w:val="nl-NL"/>
        </w:rPr>
        <w:t>cứu</w:t>
      </w:r>
      <w:proofErr w:type="spellEnd"/>
      <w:r w:rsidRPr="00CB3FF1">
        <w:rPr>
          <w:rFonts w:ascii="Times New Roman" w:hAnsi="Times New Roman" w:cs="Times New Roman"/>
          <w:i/>
          <w:iCs/>
          <w:spacing w:val="-4"/>
          <w:lang w:val="nl-NL"/>
        </w:rPr>
        <w:t>:</w:t>
      </w:r>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Các</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phương</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pháp</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được</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sử</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dụng</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để</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đánh</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giá</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thực</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trạng</w:t>
      </w:r>
      <w:proofErr w:type="spellEnd"/>
      <w:r w:rsidRPr="00CB3FF1">
        <w:rPr>
          <w:rFonts w:ascii="Times New Roman" w:hAnsi="Times New Roman" w:cs="Times New Roman"/>
          <w:spacing w:val="-4"/>
          <w:lang w:val="nl-NL"/>
        </w:rPr>
        <w:t xml:space="preserve"> </w:t>
      </w:r>
      <w:r w:rsidRPr="00CB3FF1">
        <w:rPr>
          <w:rFonts w:ascii="Times New Roman" w:hAnsi="Times New Roman" w:cs="Times New Roman"/>
          <w:spacing w:val="-4"/>
        </w:rPr>
        <w:t>HĐGD PNTNTT</w:t>
      </w:r>
      <w:r w:rsidRPr="00CB3FF1">
        <w:rPr>
          <w:rFonts w:ascii="Times New Roman" w:hAnsi="Times New Roman" w:cs="Times New Roman"/>
          <w:spacing w:val="-4"/>
          <w:lang w:val="vi-VN"/>
        </w:rPr>
        <w:t xml:space="preserve"> </w:t>
      </w:r>
      <w:proofErr w:type="spellStart"/>
      <w:r w:rsidRPr="00CB3FF1">
        <w:rPr>
          <w:rFonts w:ascii="Times New Roman" w:hAnsi="Times New Roman" w:cs="Times New Roman"/>
          <w:spacing w:val="-4"/>
          <w:lang w:val="nl-NL"/>
        </w:rPr>
        <w:t>cho</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trẻ</w:t>
      </w:r>
      <w:proofErr w:type="spellEnd"/>
      <w:r w:rsidRPr="00CB3FF1">
        <w:rPr>
          <w:rFonts w:ascii="Times New Roman" w:hAnsi="Times New Roman" w:cs="Times New Roman"/>
          <w:spacing w:val="-4"/>
          <w:lang w:val="vi-VN"/>
        </w:rPr>
        <w:t xml:space="preserve"> mẫu giáo ở các trường mầm non</w:t>
      </w:r>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thì</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phương</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pháp</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điều</w:t>
      </w:r>
      <w:proofErr w:type="spellEnd"/>
      <w:r w:rsidRPr="00CB3FF1">
        <w:rPr>
          <w:rFonts w:ascii="Times New Roman" w:hAnsi="Times New Roman" w:cs="Times New Roman"/>
          <w:spacing w:val="-4"/>
          <w:lang w:val="nl-NL"/>
        </w:rPr>
        <w:t xml:space="preserve"> tra</w:t>
      </w:r>
      <w:r w:rsidRPr="00CB3FF1">
        <w:rPr>
          <w:rFonts w:ascii="Times New Roman" w:hAnsi="Times New Roman" w:cs="Times New Roman"/>
          <w:spacing w:val="-4"/>
          <w:lang w:val="vi-VN"/>
        </w:rPr>
        <w:t xml:space="preserve"> là chủ đạo và các</w:t>
      </w:r>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phương</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pháp</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phỏng</w:t>
      </w:r>
      <w:proofErr w:type="spellEnd"/>
      <w:r w:rsidRPr="00CB3FF1">
        <w:rPr>
          <w:rFonts w:ascii="Times New Roman" w:hAnsi="Times New Roman" w:cs="Times New Roman"/>
          <w:spacing w:val="-4"/>
          <w:lang w:val="vi-VN"/>
        </w:rPr>
        <w:t xml:space="preserve"> vấn</w:t>
      </w:r>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phương</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pháp</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chuyên</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gia</w:t>
      </w:r>
      <w:proofErr w:type="spellEnd"/>
      <w:r w:rsidRPr="00CB3FF1">
        <w:rPr>
          <w:rFonts w:ascii="Times New Roman" w:hAnsi="Times New Roman" w:cs="Times New Roman"/>
          <w:spacing w:val="-4"/>
          <w:lang w:val="vi-VN"/>
        </w:rPr>
        <w:t xml:space="preserve"> là hỗ trợ.</w:t>
      </w:r>
      <w:r w:rsidRPr="00CB3FF1">
        <w:rPr>
          <w:rFonts w:ascii="Times New Roman" w:hAnsi="Times New Roman" w:cs="Times New Roman"/>
          <w:spacing w:val="-4"/>
          <w:lang w:val="nl-NL"/>
        </w:rPr>
        <w:t xml:space="preserve"> </w:t>
      </w:r>
    </w:p>
    <w:p w14:paraId="0E8BCAFC" w14:textId="77777777" w:rsidR="00CB3FF1" w:rsidRPr="00CB3FF1" w:rsidRDefault="00CB3FF1" w:rsidP="00CB3FF1">
      <w:pPr>
        <w:spacing w:after="120" w:line="240" w:lineRule="auto"/>
        <w:jc w:val="both"/>
        <w:rPr>
          <w:rFonts w:ascii="Times New Roman" w:hAnsi="Times New Roman" w:cs="Times New Roman"/>
          <w:lang w:val="vi-VN"/>
        </w:rPr>
      </w:pPr>
      <w:proofErr w:type="spellStart"/>
      <w:r w:rsidRPr="00CB3FF1">
        <w:rPr>
          <w:rFonts w:ascii="Times New Roman" w:eastAsia="Calibri" w:hAnsi="Times New Roman" w:cs="Times New Roman"/>
          <w:color w:val="0D0D0D"/>
        </w:rPr>
        <w:t>Bảng</w:t>
      </w:r>
      <w:proofErr w:type="spellEnd"/>
      <w:r w:rsidRPr="00CB3FF1">
        <w:rPr>
          <w:rFonts w:ascii="Times New Roman" w:eastAsia="Calibri" w:hAnsi="Times New Roman" w:cs="Times New Roman"/>
          <w:color w:val="0D0D0D"/>
        </w:rPr>
        <w:t xml:space="preserve"> </w:t>
      </w:r>
      <w:proofErr w:type="spellStart"/>
      <w:r w:rsidRPr="00CB3FF1">
        <w:rPr>
          <w:rFonts w:ascii="Times New Roman" w:eastAsia="Calibri" w:hAnsi="Times New Roman" w:cs="Times New Roman"/>
          <w:color w:val="0D0D0D"/>
        </w:rPr>
        <w:t>hỏi</w:t>
      </w:r>
      <w:proofErr w:type="spellEnd"/>
      <w:r w:rsidRPr="00CB3FF1">
        <w:rPr>
          <w:rFonts w:ascii="Times New Roman" w:eastAsia="Calibri" w:hAnsi="Times New Roman" w:cs="Times New Roman"/>
          <w:color w:val="0D0D0D"/>
        </w:rPr>
        <w:t xml:space="preserve"> </w:t>
      </w:r>
      <w:proofErr w:type="spellStart"/>
      <w:r w:rsidRPr="00CB3FF1">
        <w:rPr>
          <w:rFonts w:ascii="Times New Roman" w:eastAsia="Calibri" w:hAnsi="Times New Roman" w:cs="Times New Roman"/>
          <w:color w:val="0D0D0D"/>
        </w:rPr>
        <w:t>được</w:t>
      </w:r>
      <w:proofErr w:type="spellEnd"/>
      <w:r w:rsidRPr="00CB3FF1">
        <w:rPr>
          <w:rFonts w:ascii="Times New Roman" w:eastAsia="Calibri" w:hAnsi="Times New Roman" w:cs="Times New Roman"/>
          <w:color w:val="0D0D0D"/>
        </w:rPr>
        <w:t xml:space="preserve"> </w:t>
      </w:r>
      <w:proofErr w:type="spellStart"/>
      <w:r w:rsidRPr="00CB3FF1">
        <w:rPr>
          <w:rFonts w:ascii="Times New Roman" w:eastAsia="Calibri" w:hAnsi="Times New Roman" w:cs="Times New Roman"/>
          <w:color w:val="0D0D0D"/>
        </w:rPr>
        <w:t>thiết</w:t>
      </w:r>
      <w:proofErr w:type="spellEnd"/>
      <w:r w:rsidRPr="00CB3FF1">
        <w:rPr>
          <w:rFonts w:ascii="Times New Roman" w:eastAsia="Calibri" w:hAnsi="Times New Roman" w:cs="Times New Roman"/>
          <w:color w:val="0D0D0D"/>
        </w:rPr>
        <w:t xml:space="preserve"> </w:t>
      </w:r>
      <w:proofErr w:type="spellStart"/>
      <w:r w:rsidRPr="00CB3FF1">
        <w:rPr>
          <w:rFonts w:ascii="Times New Roman" w:eastAsia="Calibri" w:hAnsi="Times New Roman" w:cs="Times New Roman"/>
          <w:color w:val="0D0D0D"/>
        </w:rPr>
        <w:t>kế</w:t>
      </w:r>
      <w:proofErr w:type="spellEnd"/>
      <w:r w:rsidRPr="00CB3FF1">
        <w:rPr>
          <w:rFonts w:ascii="Times New Roman" w:eastAsia="Calibri" w:hAnsi="Times New Roman" w:cs="Times New Roman"/>
          <w:color w:val="0D0D0D"/>
        </w:rPr>
        <w:t xml:space="preserve"> </w:t>
      </w:r>
      <w:proofErr w:type="spellStart"/>
      <w:r w:rsidRPr="00CB3FF1">
        <w:rPr>
          <w:rFonts w:ascii="Times New Roman" w:eastAsia="Calibri" w:hAnsi="Times New Roman" w:cs="Times New Roman"/>
          <w:color w:val="0D0D0D"/>
        </w:rPr>
        <w:t>hướng</w:t>
      </w:r>
      <w:proofErr w:type="spellEnd"/>
      <w:r w:rsidRPr="00CB3FF1">
        <w:rPr>
          <w:rFonts w:ascii="Times New Roman" w:eastAsia="Calibri" w:hAnsi="Times New Roman" w:cs="Times New Roman"/>
          <w:color w:val="0D0D0D"/>
          <w:lang w:val="vi-VN"/>
        </w:rPr>
        <w:t xml:space="preserve"> vào </w:t>
      </w:r>
      <w:r w:rsidRPr="00CB3FF1">
        <w:rPr>
          <w:rFonts w:ascii="Times New Roman" w:eastAsia="Calibri" w:hAnsi="Times New Roman" w:cs="Times New Roman"/>
          <w:color w:val="0D0D0D"/>
        </w:rPr>
        <w:t>HĐGD PNTNTT</w:t>
      </w:r>
      <w:r w:rsidRPr="00CB3FF1">
        <w:rPr>
          <w:rFonts w:ascii="Times New Roman" w:eastAsia="Calibri" w:hAnsi="Times New Roman" w:cs="Times New Roman"/>
          <w:color w:val="0D0D0D"/>
          <w:lang w:val="vi-VN"/>
        </w:rPr>
        <w:t xml:space="preserve"> cho trẻ mẫu giáo. Câu hỏi được thiết kế theo </w:t>
      </w:r>
      <w:r w:rsidRPr="00CB3FF1">
        <w:rPr>
          <w:rFonts w:ascii="Times New Roman" w:eastAsia="Calibri" w:hAnsi="Times New Roman" w:cs="Times New Roman"/>
          <w:color w:val="0D0D0D"/>
        </w:rPr>
        <w:t xml:space="preserve">thang </w:t>
      </w:r>
      <w:r w:rsidRPr="00CB3FF1">
        <w:rPr>
          <w:rStyle w:val="BodyText30"/>
          <w:rFonts w:eastAsiaTheme="minorEastAsia"/>
          <w:color w:val="0D0D0D"/>
          <w:sz w:val="22"/>
          <w:szCs w:val="22"/>
        </w:rPr>
        <w:t xml:space="preserve">Likert 4 bậc, tương ứng với 4 mức độ, từ 1 đến 4 và điểm ở từng mức độ đánh giá được quy ước (xem bảng sau). </w:t>
      </w:r>
      <w:proofErr w:type="spellStart"/>
      <w:r w:rsidRPr="00CB3FF1">
        <w:rPr>
          <w:rFonts w:ascii="Times New Roman" w:hAnsi="Times New Roman" w:cs="Times New Roman"/>
          <w:spacing w:val="-4"/>
          <w:lang w:val="nl-NL"/>
        </w:rPr>
        <w:t>Kết</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quả</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khảo</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sát</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sử</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dụng</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phần</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mềm</w:t>
      </w:r>
      <w:proofErr w:type="spellEnd"/>
      <w:r w:rsidRPr="00CB3FF1">
        <w:rPr>
          <w:rFonts w:ascii="Times New Roman" w:hAnsi="Times New Roman" w:cs="Times New Roman"/>
          <w:spacing w:val="-4"/>
          <w:lang w:val="nl-NL"/>
        </w:rPr>
        <w:t xml:space="preserve"> SPSS 20.0 </w:t>
      </w:r>
      <w:proofErr w:type="spellStart"/>
      <w:r w:rsidRPr="00CB3FF1">
        <w:rPr>
          <w:rFonts w:ascii="Times New Roman" w:hAnsi="Times New Roman" w:cs="Times New Roman"/>
          <w:spacing w:val="-4"/>
          <w:lang w:val="nl-NL"/>
        </w:rPr>
        <w:t>để</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xử</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lý</w:t>
      </w:r>
      <w:proofErr w:type="spellEnd"/>
      <w:r w:rsidRPr="00CB3FF1">
        <w:rPr>
          <w:rFonts w:ascii="Times New Roman" w:hAnsi="Times New Roman" w:cs="Times New Roman"/>
          <w:spacing w:val="-4"/>
          <w:lang w:val="vi-VN"/>
        </w:rPr>
        <w:t xml:space="preserve"> để tính toán phần trăm, điểm trung bình và độ lệch chuẩn. </w:t>
      </w:r>
      <w:r w:rsidRPr="00CB3FF1">
        <w:rPr>
          <w:rFonts w:ascii="Times New Roman" w:hAnsi="Times New Roman" w:cs="Times New Roman"/>
          <w:spacing w:val="-4"/>
          <w:lang w:val="nl-NL"/>
        </w:rPr>
        <w:t xml:space="preserve">Quá </w:t>
      </w:r>
      <w:proofErr w:type="spellStart"/>
      <w:r w:rsidRPr="00CB3FF1">
        <w:rPr>
          <w:rFonts w:ascii="Times New Roman" w:hAnsi="Times New Roman" w:cs="Times New Roman"/>
          <w:spacing w:val="-4"/>
          <w:lang w:val="nl-NL"/>
        </w:rPr>
        <w:t>trình</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phân</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tích</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độ</w:t>
      </w:r>
      <w:proofErr w:type="spellEnd"/>
      <w:r w:rsidRPr="00CB3FF1">
        <w:rPr>
          <w:rFonts w:ascii="Times New Roman" w:hAnsi="Times New Roman" w:cs="Times New Roman"/>
          <w:spacing w:val="-4"/>
          <w:lang w:val="nl-NL"/>
        </w:rPr>
        <w:t xml:space="preserve"> tin </w:t>
      </w:r>
      <w:proofErr w:type="spellStart"/>
      <w:r w:rsidRPr="00CB3FF1">
        <w:rPr>
          <w:rFonts w:ascii="Times New Roman" w:hAnsi="Times New Roman" w:cs="Times New Roman"/>
          <w:spacing w:val="-4"/>
          <w:lang w:val="nl-NL"/>
        </w:rPr>
        <w:t>cậy</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của</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bảng</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hỏi</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cho</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thấy</w:t>
      </w:r>
      <w:proofErr w:type="spellEnd"/>
      <w:r w:rsidRPr="00CB3FF1">
        <w:rPr>
          <w:rFonts w:ascii="Times New Roman" w:hAnsi="Times New Roman" w:cs="Times New Roman"/>
          <w:spacing w:val="-4"/>
          <w:lang w:val="nl-NL"/>
        </w:rPr>
        <w:t xml:space="preserve"> </w:t>
      </w:r>
      <w:proofErr w:type="spellStart"/>
      <w:r w:rsidRPr="00CB3FF1">
        <w:rPr>
          <w:rFonts w:ascii="Times New Roman" w:hAnsi="Times New Roman" w:cs="Times New Roman"/>
          <w:spacing w:val="-4"/>
          <w:lang w:val="nl-NL"/>
        </w:rPr>
        <w:t>với</w:t>
      </w:r>
      <w:proofErr w:type="spellEnd"/>
      <w:r w:rsidRPr="00CB3FF1">
        <w:rPr>
          <w:rFonts w:ascii="Times New Roman" w:hAnsi="Times New Roman" w:cs="Times New Roman"/>
          <w:spacing w:val="-4"/>
          <w:lang w:val="nl-NL"/>
        </w:rPr>
        <w:t xml:space="preserve"> </w:t>
      </w:r>
      <w:r w:rsidRPr="00CB3FF1">
        <w:rPr>
          <w:rFonts w:ascii="Times New Roman" w:hAnsi="Times New Roman" w:cs="Times New Roman"/>
        </w:rPr>
        <w:t xml:space="preserve">Cronbach's Alpha </w:t>
      </w:r>
      <w:proofErr w:type="spellStart"/>
      <w:r w:rsidRPr="00CB3FF1">
        <w:rPr>
          <w:rFonts w:ascii="Times New Roman" w:hAnsi="Times New Roman" w:cs="Times New Roman"/>
        </w:rPr>
        <w:t>là</w:t>
      </w:r>
      <w:proofErr w:type="spellEnd"/>
      <w:r w:rsidRPr="00CB3FF1">
        <w:rPr>
          <w:rFonts w:ascii="Times New Roman" w:hAnsi="Times New Roman" w:cs="Times New Roman"/>
        </w:rPr>
        <w:t xml:space="preserve"> 0.</w:t>
      </w:r>
      <w:r w:rsidRPr="00CB3FF1">
        <w:rPr>
          <w:rFonts w:ascii="Times New Roman" w:hAnsi="Times New Roman" w:cs="Times New Roman"/>
          <w:lang w:val="vi-VN"/>
        </w:rPr>
        <w:t>602.</w:t>
      </w:r>
      <w:r w:rsidRPr="00CB3FF1">
        <w:rPr>
          <w:rFonts w:ascii="Times New Roman" w:hAnsi="Times New Roman" w:cs="Times New Roman"/>
        </w:rPr>
        <w:t xml:space="preserve"> </w:t>
      </w:r>
      <w:r w:rsidRPr="00CB3FF1">
        <w:rPr>
          <w:rFonts w:ascii="Times New Roman" w:hAnsi="Times New Roman" w:cs="Times New Roman"/>
          <w:lang w:val="vi-VN"/>
        </w:rPr>
        <w:t>S</w:t>
      </w:r>
      <w:r w:rsidRPr="00CB3FF1">
        <w:rPr>
          <w:rFonts w:ascii="Times New Roman" w:hAnsi="Times New Roman" w:cs="Times New Roman"/>
        </w:rPr>
        <w:t>ố</w:t>
      </w:r>
      <w:r w:rsidRPr="00CB3FF1">
        <w:rPr>
          <w:rFonts w:ascii="Times New Roman" w:hAnsi="Times New Roman" w:cs="Times New Roman"/>
          <w:lang w:val="vi-VN"/>
        </w:rPr>
        <w:t xml:space="preserve"> liệu</w:t>
      </w:r>
      <w:r w:rsidRPr="00CB3FF1">
        <w:rPr>
          <w:rFonts w:ascii="Times New Roman" w:hAnsi="Times New Roman" w:cs="Times New Roman"/>
        </w:rPr>
        <w:t xml:space="preserve"> </w:t>
      </w:r>
      <w:proofErr w:type="spellStart"/>
      <w:r w:rsidRPr="00CB3FF1">
        <w:rPr>
          <w:rFonts w:ascii="Times New Roman" w:hAnsi="Times New Roman" w:cs="Times New Roman"/>
        </w:rPr>
        <w:t>cho</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thấy</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bảng</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hỏi</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có</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độ</w:t>
      </w:r>
      <w:proofErr w:type="spellEnd"/>
      <w:r w:rsidRPr="00CB3FF1">
        <w:rPr>
          <w:rFonts w:ascii="Times New Roman" w:hAnsi="Times New Roman" w:cs="Times New Roman"/>
        </w:rPr>
        <w:t xml:space="preserve"> tin </w:t>
      </w:r>
      <w:proofErr w:type="spellStart"/>
      <w:r w:rsidRPr="00CB3FF1">
        <w:rPr>
          <w:rFonts w:ascii="Times New Roman" w:hAnsi="Times New Roman" w:cs="Times New Roman"/>
        </w:rPr>
        <w:t>cậy</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để</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tiến</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hành</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khảo</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sát</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đánh</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giá</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thực</w:t>
      </w:r>
      <w:proofErr w:type="spellEnd"/>
      <w:r w:rsidRPr="00CB3FF1">
        <w:rPr>
          <w:rFonts w:ascii="Times New Roman" w:hAnsi="Times New Roman" w:cs="Times New Roman"/>
        </w:rPr>
        <w:t xml:space="preserve"> </w:t>
      </w:r>
      <w:proofErr w:type="spellStart"/>
      <w:r w:rsidRPr="00CB3FF1">
        <w:rPr>
          <w:rFonts w:ascii="Times New Roman" w:hAnsi="Times New Roman" w:cs="Times New Roman"/>
        </w:rPr>
        <w:t>trạng</w:t>
      </w:r>
      <w:proofErr w:type="spellEnd"/>
      <w:r w:rsidRPr="00CB3FF1">
        <w:rPr>
          <w:rFonts w:ascii="Times New Roman" w:hAnsi="Times New Roman" w:cs="Times New Roman"/>
          <w:lang w:val="vi-VN"/>
        </w:rPr>
        <w:t xml:space="preserve"> </w:t>
      </w:r>
      <w:r w:rsidRPr="00CB3FF1">
        <w:rPr>
          <w:rFonts w:ascii="Times New Roman" w:hAnsi="Times New Roman" w:cs="Times New Roman"/>
        </w:rPr>
        <w:t>HĐGD PNTNTT</w:t>
      </w:r>
      <w:r w:rsidRPr="00CB3FF1">
        <w:rPr>
          <w:rFonts w:ascii="Times New Roman" w:hAnsi="Times New Roman" w:cs="Times New Roman"/>
          <w:lang w:val="vi-VN"/>
        </w:rPr>
        <w:t xml:space="preserve"> cho trẻ mẫu giáo ở các trường mầm non trên địa bàn huyện Củ Chi, TP HCM</w:t>
      </w:r>
    </w:p>
    <w:p w14:paraId="23F6ECF5" w14:textId="77777777" w:rsidR="00CB3FF1" w:rsidRPr="00CB3FF1" w:rsidRDefault="00CB3FF1" w:rsidP="00CB3FF1">
      <w:pPr>
        <w:widowControl w:val="0"/>
        <w:spacing w:after="120" w:line="240" w:lineRule="auto"/>
        <w:jc w:val="center"/>
        <w:rPr>
          <w:rFonts w:ascii="Times New Roman" w:hAnsi="Times New Roman" w:cs="Times New Roman"/>
          <w:i/>
          <w:iCs/>
          <w:color w:val="0D0D0D"/>
          <w:lang w:val="vi-VN"/>
        </w:rPr>
      </w:pPr>
      <w:r w:rsidRPr="00CB3FF1">
        <w:rPr>
          <w:rFonts w:ascii="Times New Roman" w:hAnsi="Times New Roman" w:cs="Times New Roman"/>
          <w:i/>
          <w:iCs/>
          <w:color w:val="0D0D0D"/>
          <w:lang w:val="vi-VN"/>
        </w:rPr>
        <w:t>Cách tính khoảng điểm trung bình cho các mức độ</w:t>
      </w:r>
    </w:p>
    <w:tbl>
      <w:tblPr>
        <w:tblW w:w="5000" w:type="pct"/>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01"/>
        <w:gridCol w:w="2169"/>
        <w:gridCol w:w="6484"/>
      </w:tblGrid>
      <w:tr w:rsidR="00CB3FF1" w:rsidRPr="00CB3FF1" w14:paraId="650CAEE6" w14:textId="77777777" w:rsidTr="00CB3FF1">
        <w:trPr>
          <w:cantSplit/>
          <w:jc w:val="center"/>
        </w:trPr>
        <w:tc>
          <w:tcPr>
            <w:tcW w:w="659" w:type="dxa"/>
            <w:shd w:val="clear" w:color="auto" w:fill="FFFFFF"/>
            <w:vAlign w:val="center"/>
          </w:tcPr>
          <w:p w14:paraId="52ED2A73" w14:textId="77777777" w:rsidR="00CB3FF1" w:rsidRPr="00CB3FF1" w:rsidRDefault="00CB3FF1" w:rsidP="00CB3FF1">
            <w:pPr>
              <w:autoSpaceDE w:val="0"/>
              <w:autoSpaceDN w:val="0"/>
              <w:adjustRightInd w:val="0"/>
              <w:spacing w:after="120" w:line="240" w:lineRule="auto"/>
              <w:jc w:val="center"/>
              <w:rPr>
                <w:rFonts w:ascii="Times New Roman" w:hAnsi="Times New Roman" w:cs="Times New Roman"/>
                <w:b/>
                <w:color w:val="0D0D0D"/>
              </w:rPr>
            </w:pPr>
            <w:r w:rsidRPr="00CB3FF1">
              <w:rPr>
                <w:rFonts w:ascii="Times New Roman" w:hAnsi="Times New Roman" w:cs="Times New Roman"/>
                <w:b/>
                <w:color w:val="0D0D0D"/>
              </w:rPr>
              <w:t>TT</w:t>
            </w:r>
          </w:p>
        </w:tc>
        <w:tc>
          <w:tcPr>
            <w:tcW w:w="2040" w:type="dxa"/>
            <w:shd w:val="clear" w:color="auto" w:fill="FFFFFF"/>
            <w:vAlign w:val="center"/>
          </w:tcPr>
          <w:p w14:paraId="6F826780" w14:textId="77777777" w:rsidR="00CB3FF1" w:rsidRPr="00CB3FF1" w:rsidRDefault="00CB3FF1" w:rsidP="00CB3FF1">
            <w:pPr>
              <w:spacing w:after="120" w:line="240" w:lineRule="auto"/>
              <w:jc w:val="center"/>
              <w:rPr>
                <w:rFonts w:ascii="Times New Roman" w:hAnsi="Times New Roman" w:cs="Times New Roman"/>
                <w:b/>
                <w:color w:val="0D0D0D"/>
                <w:lang w:val="vi-VN"/>
              </w:rPr>
            </w:pPr>
            <w:proofErr w:type="spellStart"/>
            <w:r w:rsidRPr="00CB3FF1">
              <w:rPr>
                <w:rFonts w:ascii="Times New Roman" w:hAnsi="Times New Roman" w:cs="Times New Roman"/>
                <w:b/>
                <w:color w:val="0D0D0D"/>
              </w:rPr>
              <w:t>Khoảng</w:t>
            </w:r>
            <w:proofErr w:type="spellEnd"/>
            <w:r w:rsidRPr="00CB3FF1">
              <w:rPr>
                <w:rFonts w:ascii="Times New Roman" w:hAnsi="Times New Roman" w:cs="Times New Roman"/>
                <w:b/>
                <w:color w:val="0D0D0D"/>
                <w:lang w:val="vi-VN"/>
              </w:rPr>
              <w:t xml:space="preserve"> điểm</w:t>
            </w:r>
          </w:p>
        </w:tc>
        <w:tc>
          <w:tcPr>
            <w:tcW w:w="6099" w:type="dxa"/>
            <w:shd w:val="clear" w:color="auto" w:fill="FFFFFF"/>
            <w:vAlign w:val="center"/>
          </w:tcPr>
          <w:p w14:paraId="78C97EA6" w14:textId="77777777" w:rsidR="00CB3FF1" w:rsidRPr="00CB3FF1" w:rsidRDefault="00CB3FF1" w:rsidP="00CB3FF1">
            <w:pPr>
              <w:autoSpaceDE w:val="0"/>
              <w:autoSpaceDN w:val="0"/>
              <w:adjustRightInd w:val="0"/>
              <w:spacing w:after="120" w:line="240" w:lineRule="auto"/>
              <w:jc w:val="center"/>
              <w:rPr>
                <w:rFonts w:ascii="Times New Roman" w:hAnsi="Times New Roman" w:cs="Times New Roman"/>
                <w:b/>
                <w:color w:val="0D0D0D"/>
                <w:lang w:val="vi-VN"/>
              </w:rPr>
            </w:pPr>
            <w:proofErr w:type="spellStart"/>
            <w:r w:rsidRPr="00CB3FF1">
              <w:rPr>
                <w:rFonts w:ascii="Times New Roman" w:hAnsi="Times New Roman" w:cs="Times New Roman"/>
                <w:b/>
                <w:color w:val="0D0D0D"/>
              </w:rPr>
              <w:t>Mức</w:t>
            </w:r>
            <w:proofErr w:type="spellEnd"/>
            <w:r w:rsidRPr="00CB3FF1">
              <w:rPr>
                <w:rFonts w:ascii="Times New Roman" w:hAnsi="Times New Roman" w:cs="Times New Roman"/>
                <w:b/>
                <w:color w:val="0D0D0D"/>
              </w:rPr>
              <w:t xml:space="preserve"> </w:t>
            </w:r>
            <w:proofErr w:type="spellStart"/>
            <w:r w:rsidRPr="00CB3FF1">
              <w:rPr>
                <w:rFonts w:ascii="Times New Roman" w:hAnsi="Times New Roman" w:cs="Times New Roman"/>
                <w:b/>
                <w:color w:val="0D0D0D"/>
              </w:rPr>
              <w:t>độ</w:t>
            </w:r>
            <w:proofErr w:type="spellEnd"/>
            <w:r w:rsidRPr="00CB3FF1">
              <w:rPr>
                <w:rFonts w:ascii="Times New Roman" w:hAnsi="Times New Roman" w:cs="Times New Roman"/>
                <w:b/>
                <w:color w:val="0D0D0D"/>
                <w:lang w:val="vi-VN"/>
              </w:rPr>
              <w:t xml:space="preserve"> đánh gía</w:t>
            </w:r>
          </w:p>
        </w:tc>
      </w:tr>
      <w:tr w:rsidR="00CB3FF1" w:rsidRPr="00CB3FF1" w14:paraId="6191165C" w14:textId="77777777" w:rsidTr="00CB3FF1">
        <w:trPr>
          <w:cantSplit/>
          <w:jc w:val="center"/>
        </w:trPr>
        <w:tc>
          <w:tcPr>
            <w:tcW w:w="659" w:type="dxa"/>
            <w:shd w:val="clear" w:color="auto" w:fill="FFFFFF"/>
            <w:vAlign w:val="center"/>
          </w:tcPr>
          <w:p w14:paraId="329E8C7D" w14:textId="77777777" w:rsidR="00CB3FF1" w:rsidRPr="00CB3FF1" w:rsidRDefault="00CB3FF1" w:rsidP="00CB3FF1">
            <w:pPr>
              <w:autoSpaceDE w:val="0"/>
              <w:autoSpaceDN w:val="0"/>
              <w:adjustRightInd w:val="0"/>
              <w:spacing w:after="120" w:line="240" w:lineRule="auto"/>
              <w:jc w:val="center"/>
              <w:rPr>
                <w:rFonts w:ascii="Times New Roman" w:hAnsi="Times New Roman" w:cs="Times New Roman"/>
                <w:color w:val="0D0D0D"/>
              </w:rPr>
            </w:pPr>
            <w:r w:rsidRPr="00CB3FF1">
              <w:rPr>
                <w:rFonts w:ascii="Times New Roman" w:hAnsi="Times New Roman" w:cs="Times New Roman"/>
                <w:color w:val="0D0D0D"/>
              </w:rPr>
              <w:t>1</w:t>
            </w:r>
          </w:p>
        </w:tc>
        <w:tc>
          <w:tcPr>
            <w:tcW w:w="2040" w:type="dxa"/>
            <w:shd w:val="clear" w:color="auto" w:fill="FFFFFF"/>
            <w:vAlign w:val="center"/>
          </w:tcPr>
          <w:p w14:paraId="07807693" w14:textId="77777777" w:rsidR="00CB3FF1" w:rsidRPr="00CB3FF1" w:rsidRDefault="00CB3FF1" w:rsidP="00CB3FF1">
            <w:pPr>
              <w:widowControl w:val="0"/>
              <w:spacing w:after="120" w:line="240" w:lineRule="auto"/>
              <w:jc w:val="center"/>
              <w:rPr>
                <w:rFonts w:ascii="Times New Roman" w:hAnsi="Times New Roman" w:cs="Times New Roman"/>
                <w:color w:val="0D0D0D"/>
              </w:rPr>
            </w:pPr>
            <w:r w:rsidRPr="00CB3FF1">
              <w:rPr>
                <w:rFonts w:ascii="Times New Roman" w:hAnsi="Times New Roman" w:cs="Times New Roman"/>
                <w:color w:val="0D0D0D"/>
              </w:rPr>
              <w:t>1,0 đến1,75</w:t>
            </w:r>
          </w:p>
        </w:tc>
        <w:tc>
          <w:tcPr>
            <w:tcW w:w="6099" w:type="dxa"/>
            <w:shd w:val="clear" w:color="auto" w:fill="FFFFFF"/>
            <w:vAlign w:val="center"/>
          </w:tcPr>
          <w:p w14:paraId="66518CBD" w14:textId="77777777" w:rsidR="00CB3FF1" w:rsidRPr="00CB3FF1" w:rsidRDefault="00CB3FF1" w:rsidP="00CB3FF1">
            <w:pPr>
              <w:autoSpaceDE w:val="0"/>
              <w:autoSpaceDN w:val="0"/>
              <w:adjustRightInd w:val="0"/>
              <w:spacing w:after="120" w:line="240" w:lineRule="auto"/>
              <w:rPr>
                <w:rFonts w:ascii="Times New Roman" w:hAnsi="Times New Roman" w:cs="Times New Roman"/>
                <w:color w:val="0D0D0D"/>
              </w:rPr>
            </w:pPr>
            <w:proofErr w:type="spellStart"/>
            <w:r w:rsidRPr="00CB3FF1">
              <w:rPr>
                <w:rFonts w:ascii="Times New Roman" w:hAnsi="Times New Roman" w:cs="Times New Roman"/>
                <w:color w:val="0D0D0D"/>
              </w:rPr>
              <w:t>Không</w:t>
            </w:r>
            <w:proofErr w:type="spellEnd"/>
            <w:r w:rsidRPr="00CB3FF1">
              <w:rPr>
                <w:rFonts w:ascii="Times New Roman" w:hAnsi="Times New Roman" w:cs="Times New Roman"/>
                <w:color w:val="0D0D0D"/>
                <w:lang w:val="vi-VN"/>
              </w:rPr>
              <w:t xml:space="preserve"> đồng ý/</w:t>
            </w:r>
            <w:r w:rsidRPr="00CB3FF1">
              <w:rPr>
                <w:rFonts w:ascii="Times New Roman" w:hAnsi="Times New Roman" w:cs="Times New Roman"/>
                <w:color w:val="0D0D0D"/>
              </w:rPr>
              <w:t xml:space="preserve"> </w:t>
            </w:r>
            <w:proofErr w:type="spellStart"/>
            <w:r w:rsidRPr="00CB3FF1">
              <w:rPr>
                <w:rFonts w:ascii="Times New Roman" w:hAnsi="Times New Roman" w:cs="Times New Roman"/>
                <w:color w:val="0D0D0D"/>
              </w:rPr>
              <w:t>Yếu</w:t>
            </w:r>
            <w:proofErr w:type="spellEnd"/>
            <w:r w:rsidRPr="00CB3FF1">
              <w:rPr>
                <w:rFonts w:ascii="Times New Roman" w:hAnsi="Times New Roman" w:cs="Times New Roman"/>
                <w:color w:val="0D0D0D"/>
                <w:lang w:val="vi-VN"/>
              </w:rPr>
              <w:t>/không thường xuyên/</w:t>
            </w:r>
            <w:r w:rsidRPr="00CB3FF1">
              <w:rPr>
                <w:rFonts w:ascii="Times New Roman" w:hAnsi="Times New Roman" w:cs="Times New Roman"/>
                <w:color w:val="0D0D0D"/>
              </w:rPr>
              <w:t xml:space="preserve"> </w:t>
            </w:r>
            <w:r w:rsidRPr="00CB3FF1">
              <w:rPr>
                <w:rFonts w:ascii="Times New Roman" w:hAnsi="Times New Roman" w:cs="Times New Roman"/>
                <w:color w:val="0D0D0D"/>
                <w:lang w:val="vi-VN"/>
              </w:rPr>
              <w:t>K</w:t>
            </w:r>
            <w:proofErr w:type="spellStart"/>
            <w:r w:rsidRPr="00CB3FF1">
              <w:rPr>
                <w:rFonts w:ascii="Times New Roman" w:hAnsi="Times New Roman" w:cs="Times New Roman"/>
                <w:color w:val="0D0D0D"/>
              </w:rPr>
              <w:t>hông</w:t>
            </w:r>
            <w:proofErr w:type="spellEnd"/>
            <w:r w:rsidRPr="00CB3FF1">
              <w:rPr>
                <w:rFonts w:ascii="Times New Roman" w:hAnsi="Times New Roman" w:cs="Times New Roman"/>
                <w:color w:val="0D0D0D"/>
              </w:rPr>
              <w:t xml:space="preserve"> </w:t>
            </w:r>
            <w:proofErr w:type="spellStart"/>
            <w:r w:rsidRPr="00CB3FF1">
              <w:rPr>
                <w:rFonts w:ascii="Times New Roman" w:hAnsi="Times New Roman" w:cs="Times New Roman"/>
                <w:color w:val="0D0D0D"/>
              </w:rPr>
              <w:t>ảnh</w:t>
            </w:r>
            <w:proofErr w:type="spellEnd"/>
            <w:r w:rsidRPr="00CB3FF1">
              <w:rPr>
                <w:rFonts w:ascii="Times New Roman" w:hAnsi="Times New Roman" w:cs="Times New Roman"/>
                <w:color w:val="0D0D0D"/>
              </w:rPr>
              <w:t xml:space="preserve"> </w:t>
            </w:r>
            <w:proofErr w:type="spellStart"/>
            <w:r w:rsidRPr="00CB3FF1">
              <w:rPr>
                <w:rFonts w:ascii="Times New Roman" w:hAnsi="Times New Roman" w:cs="Times New Roman"/>
                <w:color w:val="0D0D0D"/>
              </w:rPr>
              <w:t>hưởng</w:t>
            </w:r>
            <w:proofErr w:type="spellEnd"/>
          </w:p>
        </w:tc>
      </w:tr>
      <w:tr w:rsidR="00CB3FF1" w:rsidRPr="00CB3FF1" w14:paraId="3C636276" w14:textId="77777777" w:rsidTr="00CB3FF1">
        <w:trPr>
          <w:cantSplit/>
          <w:jc w:val="center"/>
        </w:trPr>
        <w:tc>
          <w:tcPr>
            <w:tcW w:w="659" w:type="dxa"/>
            <w:shd w:val="clear" w:color="auto" w:fill="FFFFFF"/>
            <w:vAlign w:val="center"/>
          </w:tcPr>
          <w:p w14:paraId="1613B040" w14:textId="77777777" w:rsidR="00CB3FF1" w:rsidRPr="00CB3FF1" w:rsidRDefault="00CB3FF1" w:rsidP="00CB3FF1">
            <w:pPr>
              <w:autoSpaceDE w:val="0"/>
              <w:autoSpaceDN w:val="0"/>
              <w:adjustRightInd w:val="0"/>
              <w:spacing w:after="120" w:line="240" w:lineRule="auto"/>
              <w:jc w:val="center"/>
              <w:rPr>
                <w:rFonts w:ascii="Times New Roman" w:hAnsi="Times New Roman" w:cs="Times New Roman"/>
                <w:color w:val="0D0D0D"/>
              </w:rPr>
            </w:pPr>
            <w:r w:rsidRPr="00CB3FF1">
              <w:rPr>
                <w:rFonts w:ascii="Times New Roman" w:hAnsi="Times New Roman" w:cs="Times New Roman"/>
                <w:color w:val="0D0D0D"/>
              </w:rPr>
              <w:t>2</w:t>
            </w:r>
          </w:p>
        </w:tc>
        <w:tc>
          <w:tcPr>
            <w:tcW w:w="2040" w:type="dxa"/>
            <w:shd w:val="clear" w:color="auto" w:fill="FFFFFF"/>
            <w:vAlign w:val="center"/>
          </w:tcPr>
          <w:p w14:paraId="0C5D3F26" w14:textId="77777777" w:rsidR="00CB3FF1" w:rsidRPr="00CB3FF1" w:rsidRDefault="00CB3FF1" w:rsidP="00CB3FF1">
            <w:pPr>
              <w:widowControl w:val="0"/>
              <w:spacing w:after="120" w:line="240" w:lineRule="auto"/>
              <w:jc w:val="center"/>
              <w:rPr>
                <w:rFonts w:ascii="Times New Roman" w:hAnsi="Times New Roman" w:cs="Times New Roman"/>
                <w:color w:val="0D0D0D"/>
                <w:lang w:val="vi-VN"/>
              </w:rPr>
            </w:pPr>
            <w:r w:rsidRPr="00CB3FF1">
              <w:rPr>
                <w:rFonts w:ascii="Times New Roman" w:hAnsi="Times New Roman" w:cs="Times New Roman"/>
                <w:color w:val="0D0D0D"/>
              </w:rPr>
              <w:t>1,7</w:t>
            </w:r>
            <w:r w:rsidRPr="00CB3FF1">
              <w:rPr>
                <w:rFonts w:ascii="Times New Roman" w:hAnsi="Times New Roman" w:cs="Times New Roman"/>
                <w:color w:val="0D0D0D"/>
                <w:lang w:val="vi-VN"/>
              </w:rPr>
              <w:t>6</w:t>
            </w:r>
            <w:r w:rsidRPr="00CB3FF1">
              <w:rPr>
                <w:rFonts w:ascii="Times New Roman" w:hAnsi="Times New Roman" w:cs="Times New Roman"/>
                <w:color w:val="0D0D0D"/>
              </w:rPr>
              <w:t xml:space="preserve"> </w:t>
            </w:r>
            <w:proofErr w:type="spellStart"/>
            <w:r w:rsidRPr="00CB3FF1">
              <w:rPr>
                <w:rFonts w:ascii="Times New Roman" w:hAnsi="Times New Roman" w:cs="Times New Roman"/>
                <w:color w:val="0D0D0D"/>
              </w:rPr>
              <w:t>đến</w:t>
            </w:r>
            <w:proofErr w:type="spellEnd"/>
            <w:r w:rsidRPr="00CB3FF1">
              <w:rPr>
                <w:rFonts w:ascii="Times New Roman" w:hAnsi="Times New Roman" w:cs="Times New Roman"/>
                <w:color w:val="0D0D0D"/>
              </w:rPr>
              <w:t xml:space="preserve"> 2,5</w:t>
            </w:r>
          </w:p>
        </w:tc>
        <w:tc>
          <w:tcPr>
            <w:tcW w:w="6099" w:type="dxa"/>
            <w:shd w:val="clear" w:color="auto" w:fill="FFFFFF"/>
            <w:vAlign w:val="center"/>
          </w:tcPr>
          <w:p w14:paraId="704C5B9C" w14:textId="77777777" w:rsidR="00CB3FF1" w:rsidRPr="00CB3FF1" w:rsidRDefault="00CB3FF1" w:rsidP="00CB3FF1">
            <w:pPr>
              <w:spacing w:after="120" w:line="240" w:lineRule="auto"/>
              <w:rPr>
                <w:rFonts w:ascii="Times New Roman" w:hAnsi="Times New Roman" w:cs="Times New Roman"/>
                <w:color w:val="0D0D0D"/>
              </w:rPr>
            </w:pPr>
            <w:r w:rsidRPr="00CB3FF1">
              <w:rPr>
                <w:rFonts w:ascii="Times New Roman" w:hAnsi="Times New Roman" w:cs="Times New Roman"/>
                <w:color w:val="0D0D0D"/>
                <w:lang w:val="vi-VN"/>
              </w:rPr>
              <w:t xml:space="preserve">Ít đồng ý/ </w:t>
            </w:r>
            <w:proofErr w:type="spellStart"/>
            <w:r w:rsidRPr="00CB3FF1">
              <w:rPr>
                <w:rFonts w:ascii="Times New Roman" w:hAnsi="Times New Roman" w:cs="Times New Roman"/>
                <w:color w:val="0D0D0D"/>
                <w:spacing w:val="-8"/>
              </w:rPr>
              <w:t>Trung</w:t>
            </w:r>
            <w:proofErr w:type="spellEnd"/>
            <w:r w:rsidRPr="00CB3FF1">
              <w:rPr>
                <w:rFonts w:ascii="Times New Roman" w:hAnsi="Times New Roman" w:cs="Times New Roman"/>
                <w:color w:val="0D0D0D"/>
                <w:spacing w:val="-8"/>
              </w:rPr>
              <w:t xml:space="preserve"> </w:t>
            </w:r>
            <w:proofErr w:type="spellStart"/>
            <w:r w:rsidRPr="00CB3FF1">
              <w:rPr>
                <w:rFonts w:ascii="Times New Roman" w:hAnsi="Times New Roman" w:cs="Times New Roman"/>
                <w:color w:val="0D0D0D"/>
                <w:spacing w:val="-8"/>
              </w:rPr>
              <w:t>bình</w:t>
            </w:r>
            <w:proofErr w:type="spellEnd"/>
            <w:r w:rsidRPr="00CB3FF1">
              <w:rPr>
                <w:rFonts w:ascii="Times New Roman" w:hAnsi="Times New Roman" w:cs="Times New Roman"/>
                <w:color w:val="0D0D0D"/>
                <w:spacing w:val="-8"/>
                <w:lang w:val="vi-VN"/>
              </w:rPr>
              <w:t>/</w:t>
            </w:r>
            <w:r w:rsidRPr="00CB3FF1">
              <w:rPr>
                <w:rFonts w:ascii="Times New Roman" w:hAnsi="Times New Roman" w:cs="Times New Roman"/>
                <w:color w:val="0D0D0D"/>
                <w:spacing w:val="-8"/>
              </w:rPr>
              <w:t xml:space="preserve"> </w:t>
            </w:r>
            <w:proofErr w:type="spellStart"/>
            <w:r w:rsidRPr="00CB3FF1">
              <w:rPr>
                <w:rFonts w:ascii="Times New Roman" w:hAnsi="Times New Roman" w:cs="Times New Roman"/>
                <w:color w:val="0D0D0D"/>
                <w:spacing w:val="-8"/>
              </w:rPr>
              <w:t>ít</w:t>
            </w:r>
            <w:proofErr w:type="spellEnd"/>
            <w:r w:rsidRPr="00CB3FF1">
              <w:rPr>
                <w:rFonts w:ascii="Times New Roman" w:hAnsi="Times New Roman" w:cs="Times New Roman"/>
                <w:color w:val="0D0D0D"/>
                <w:spacing w:val="-8"/>
                <w:lang w:val="vi-VN"/>
              </w:rPr>
              <w:t xml:space="preserve"> thường xuyên/</w:t>
            </w:r>
            <w:r w:rsidRPr="00CB3FF1">
              <w:rPr>
                <w:rFonts w:ascii="Times New Roman" w:hAnsi="Times New Roman" w:cs="Times New Roman"/>
                <w:color w:val="0D0D0D"/>
                <w:spacing w:val="-8"/>
              </w:rPr>
              <w:t xml:space="preserve"> </w:t>
            </w:r>
            <w:proofErr w:type="spellStart"/>
            <w:r w:rsidRPr="00CB3FF1">
              <w:rPr>
                <w:rFonts w:ascii="Times New Roman" w:hAnsi="Times New Roman" w:cs="Times New Roman"/>
                <w:color w:val="0D0D0D"/>
                <w:spacing w:val="-8"/>
              </w:rPr>
              <w:t>Ít</w:t>
            </w:r>
            <w:proofErr w:type="spellEnd"/>
            <w:r w:rsidRPr="00CB3FF1">
              <w:rPr>
                <w:rFonts w:ascii="Times New Roman" w:hAnsi="Times New Roman" w:cs="Times New Roman"/>
                <w:color w:val="0D0D0D"/>
                <w:spacing w:val="-8"/>
              </w:rPr>
              <w:t xml:space="preserve"> </w:t>
            </w:r>
            <w:proofErr w:type="spellStart"/>
            <w:r w:rsidRPr="00CB3FF1">
              <w:rPr>
                <w:rFonts w:ascii="Times New Roman" w:hAnsi="Times New Roman" w:cs="Times New Roman"/>
                <w:color w:val="0D0D0D"/>
                <w:spacing w:val="-8"/>
              </w:rPr>
              <w:t>ảnh</w:t>
            </w:r>
            <w:proofErr w:type="spellEnd"/>
            <w:r w:rsidRPr="00CB3FF1">
              <w:rPr>
                <w:rFonts w:ascii="Times New Roman" w:hAnsi="Times New Roman" w:cs="Times New Roman"/>
                <w:color w:val="0D0D0D"/>
                <w:spacing w:val="-8"/>
              </w:rPr>
              <w:t xml:space="preserve"> </w:t>
            </w:r>
            <w:proofErr w:type="spellStart"/>
            <w:r w:rsidRPr="00CB3FF1">
              <w:rPr>
                <w:rFonts w:ascii="Times New Roman" w:hAnsi="Times New Roman" w:cs="Times New Roman"/>
                <w:color w:val="0D0D0D"/>
                <w:spacing w:val="-8"/>
              </w:rPr>
              <w:t>hưởng</w:t>
            </w:r>
            <w:proofErr w:type="spellEnd"/>
          </w:p>
        </w:tc>
      </w:tr>
      <w:tr w:rsidR="00CB3FF1" w:rsidRPr="00CB3FF1" w14:paraId="390F2D86" w14:textId="77777777" w:rsidTr="00CB3FF1">
        <w:trPr>
          <w:cantSplit/>
          <w:jc w:val="center"/>
        </w:trPr>
        <w:tc>
          <w:tcPr>
            <w:tcW w:w="659" w:type="dxa"/>
            <w:shd w:val="clear" w:color="auto" w:fill="FFFFFF"/>
            <w:vAlign w:val="center"/>
          </w:tcPr>
          <w:p w14:paraId="4BC52D32" w14:textId="77777777" w:rsidR="00CB3FF1" w:rsidRPr="00CB3FF1" w:rsidRDefault="00CB3FF1" w:rsidP="00CB3FF1">
            <w:pPr>
              <w:autoSpaceDE w:val="0"/>
              <w:autoSpaceDN w:val="0"/>
              <w:adjustRightInd w:val="0"/>
              <w:spacing w:after="120" w:line="240" w:lineRule="auto"/>
              <w:jc w:val="center"/>
              <w:rPr>
                <w:rFonts w:ascii="Times New Roman" w:hAnsi="Times New Roman" w:cs="Times New Roman"/>
                <w:color w:val="0D0D0D"/>
              </w:rPr>
            </w:pPr>
            <w:r w:rsidRPr="00CB3FF1">
              <w:rPr>
                <w:rFonts w:ascii="Times New Roman" w:hAnsi="Times New Roman" w:cs="Times New Roman"/>
                <w:color w:val="0D0D0D"/>
              </w:rPr>
              <w:t>3</w:t>
            </w:r>
          </w:p>
        </w:tc>
        <w:tc>
          <w:tcPr>
            <w:tcW w:w="2040" w:type="dxa"/>
            <w:shd w:val="clear" w:color="auto" w:fill="FFFFFF"/>
            <w:vAlign w:val="center"/>
          </w:tcPr>
          <w:p w14:paraId="6663B951" w14:textId="77777777" w:rsidR="00CB3FF1" w:rsidRPr="00CB3FF1" w:rsidRDefault="00CB3FF1" w:rsidP="00CB3FF1">
            <w:pPr>
              <w:widowControl w:val="0"/>
              <w:spacing w:after="120" w:line="240" w:lineRule="auto"/>
              <w:jc w:val="center"/>
              <w:rPr>
                <w:rFonts w:ascii="Times New Roman" w:hAnsi="Times New Roman" w:cs="Times New Roman"/>
                <w:color w:val="0D0D0D"/>
              </w:rPr>
            </w:pPr>
            <w:r w:rsidRPr="00CB3FF1">
              <w:rPr>
                <w:rFonts w:ascii="Times New Roman" w:hAnsi="Times New Roman" w:cs="Times New Roman"/>
                <w:color w:val="0D0D0D"/>
              </w:rPr>
              <w:t>2,</w:t>
            </w:r>
            <w:r w:rsidRPr="00CB3FF1">
              <w:rPr>
                <w:rFonts w:ascii="Times New Roman" w:hAnsi="Times New Roman" w:cs="Times New Roman"/>
                <w:color w:val="0D0D0D"/>
                <w:lang w:val="vi-VN"/>
              </w:rPr>
              <w:t>6</w:t>
            </w:r>
            <w:r w:rsidRPr="00CB3FF1">
              <w:rPr>
                <w:rFonts w:ascii="Times New Roman" w:hAnsi="Times New Roman" w:cs="Times New Roman"/>
                <w:color w:val="0D0D0D"/>
              </w:rPr>
              <w:t xml:space="preserve"> </w:t>
            </w:r>
            <w:proofErr w:type="spellStart"/>
            <w:r w:rsidRPr="00CB3FF1">
              <w:rPr>
                <w:rFonts w:ascii="Times New Roman" w:hAnsi="Times New Roman" w:cs="Times New Roman"/>
                <w:color w:val="0D0D0D"/>
              </w:rPr>
              <w:t>đến</w:t>
            </w:r>
            <w:proofErr w:type="spellEnd"/>
            <w:r w:rsidRPr="00CB3FF1">
              <w:rPr>
                <w:rFonts w:ascii="Times New Roman" w:hAnsi="Times New Roman" w:cs="Times New Roman"/>
                <w:color w:val="0D0D0D"/>
              </w:rPr>
              <w:t xml:space="preserve"> 3,25</w:t>
            </w:r>
          </w:p>
        </w:tc>
        <w:tc>
          <w:tcPr>
            <w:tcW w:w="6099" w:type="dxa"/>
            <w:shd w:val="clear" w:color="auto" w:fill="FFFFFF"/>
            <w:vAlign w:val="center"/>
          </w:tcPr>
          <w:p w14:paraId="1AC956AF" w14:textId="77777777" w:rsidR="00CB3FF1" w:rsidRPr="00CB3FF1" w:rsidRDefault="00CB3FF1" w:rsidP="00CB3FF1">
            <w:pPr>
              <w:spacing w:after="120" w:line="240" w:lineRule="auto"/>
              <w:rPr>
                <w:rFonts w:ascii="Times New Roman" w:hAnsi="Times New Roman" w:cs="Times New Roman"/>
                <w:color w:val="0D0D0D"/>
              </w:rPr>
            </w:pPr>
            <w:proofErr w:type="spellStart"/>
            <w:r w:rsidRPr="00CB3FF1">
              <w:rPr>
                <w:rFonts w:ascii="Times New Roman" w:hAnsi="Times New Roman" w:cs="Times New Roman"/>
                <w:color w:val="0D0D0D"/>
              </w:rPr>
              <w:t>Khá</w:t>
            </w:r>
            <w:proofErr w:type="spellEnd"/>
            <w:r w:rsidRPr="00CB3FF1">
              <w:rPr>
                <w:rFonts w:ascii="Times New Roman" w:hAnsi="Times New Roman" w:cs="Times New Roman"/>
                <w:color w:val="0D0D0D"/>
                <w:lang w:val="vi-VN"/>
              </w:rPr>
              <w:t xml:space="preserve"> đ</w:t>
            </w:r>
            <w:proofErr w:type="spellStart"/>
            <w:r w:rsidRPr="00CB3FF1">
              <w:rPr>
                <w:rFonts w:ascii="Times New Roman" w:hAnsi="Times New Roman" w:cs="Times New Roman"/>
                <w:color w:val="0D0D0D"/>
              </w:rPr>
              <w:t>ồng</w:t>
            </w:r>
            <w:proofErr w:type="spellEnd"/>
            <w:r w:rsidRPr="00CB3FF1">
              <w:rPr>
                <w:rFonts w:ascii="Times New Roman" w:hAnsi="Times New Roman" w:cs="Times New Roman"/>
                <w:color w:val="0D0D0D"/>
                <w:lang w:val="vi-VN"/>
              </w:rPr>
              <w:t xml:space="preserve"> ý/ </w:t>
            </w:r>
            <w:proofErr w:type="spellStart"/>
            <w:r w:rsidRPr="00CB3FF1">
              <w:rPr>
                <w:rFonts w:ascii="Times New Roman" w:hAnsi="Times New Roman" w:cs="Times New Roman"/>
                <w:color w:val="0D0D0D"/>
              </w:rPr>
              <w:t>Khá</w:t>
            </w:r>
            <w:proofErr w:type="spellEnd"/>
            <w:r w:rsidRPr="00CB3FF1">
              <w:rPr>
                <w:rFonts w:ascii="Times New Roman" w:hAnsi="Times New Roman" w:cs="Times New Roman"/>
                <w:color w:val="0D0D0D"/>
                <w:lang w:val="vi-VN"/>
              </w:rPr>
              <w:t>/</w:t>
            </w:r>
            <w:r w:rsidRPr="00CB3FF1">
              <w:rPr>
                <w:rFonts w:ascii="Times New Roman" w:hAnsi="Times New Roman" w:cs="Times New Roman"/>
                <w:color w:val="0D0D0D"/>
              </w:rPr>
              <w:t xml:space="preserve"> </w:t>
            </w:r>
            <w:proofErr w:type="spellStart"/>
            <w:r w:rsidRPr="00CB3FF1">
              <w:rPr>
                <w:rFonts w:ascii="Times New Roman" w:hAnsi="Times New Roman" w:cs="Times New Roman"/>
                <w:color w:val="0D0D0D"/>
              </w:rPr>
              <w:t>Khá</w:t>
            </w:r>
            <w:proofErr w:type="spellEnd"/>
            <w:r w:rsidRPr="00CB3FF1">
              <w:rPr>
                <w:rFonts w:ascii="Times New Roman" w:hAnsi="Times New Roman" w:cs="Times New Roman"/>
                <w:color w:val="0D0D0D"/>
                <w:lang w:val="vi-VN"/>
              </w:rPr>
              <w:t xml:space="preserve"> t</w:t>
            </w:r>
            <w:proofErr w:type="spellStart"/>
            <w:r w:rsidRPr="00CB3FF1">
              <w:rPr>
                <w:rFonts w:ascii="Times New Roman" w:hAnsi="Times New Roman" w:cs="Times New Roman"/>
                <w:color w:val="0D0D0D"/>
              </w:rPr>
              <w:t>hường</w:t>
            </w:r>
            <w:proofErr w:type="spellEnd"/>
            <w:r w:rsidRPr="00CB3FF1">
              <w:rPr>
                <w:rFonts w:ascii="Times New Roman" w:hAnsi="Times New Roman" w:cs="Times New Roman"/>
                <w:color w:val="0D0D0D"/>
                <w:lang w:val="vi-VN"/>
              </w:rPr>
              <w:t xml:space="preserve"> xuyên/</w:t>
            </w:r>
            <w:r w:rsidRPr="00CB3FF1">
              <w:rPr>
                <w:rFonts w:ascii="Times New Roman" w:hAnsi="Times New Roman" w:cs="Times New Roman"/>
                <w:color w:val="0D0D0D"/>
              </w:rPr>
              <w:t xml:space="preserve"> </w:t>
            </w:r>
            <w:proofErr w:type="spellStart"/>
            <w:r w:rsidRPr="00CB3FF1">
              <w:rPr>
                <w:rFonts w:ascii="Times New Roman" w:hAnsi="Times New Roman" w:cs="Times New Roman"/>
                <w:color w:val="0D0D0D"/>
              </w:rPr>
              <w:t>Khá</w:t>
            </w:r>
            <w:proofErr w:type="spellEnd"/>
            <w:r w:rsidRPr="00CB3FF1">
              <w:rPr>
                <w:rFonts w:ascii="Times New Roman" w:hAnsi="Times New Roman" w:cs="Times New Roman"/>
                <w:color w:val="0D0D0D"/>
                <w:lang w:val="vi-VN"/>
              </w:rPr>
              <w:t xml:space="preserve"> ả</w:t>
            </w:r>
            <w:proofErr w:type="spellStart"/>
            <w:r w:rsidRPr="00CB3FF1">
              <w:rPr>
                <w:rFonts w:ascii="Times New Roman" w:hAnsi="Times New Roman" w:cs="Times New Roman"/>
                <w:color w:val="0D0D0D"/>
              </w:rPr>
              <w:t>nh</w:t>
            </w:r>
            <w:proofErr w:type="spellEnd"/>
            <w:r w:rsidRPr="00CB3FF1">
              <w:rPr>
                <w:rFonts w:ascii="Times New Roman" w:hAnsi="Times New Roman" w:cs="Times New Roman"/>
                <w:color w:val="0D0D0D"/>
              </w:rPr>
              <w:t xml:space="preserve"> </w:t>
            </w:r>
            <w:proofErr w:type="spellStart"/>
            <w:r w:rsidRPr="00CB3FF1">
              <w:rPr>
                <w:rFonts w:ascii="Times New Roman" w:hAnsi="Times New Roman" w:cs="Times New Roman"/>
                <w:color w:val="0D0D0D"/>
              </w:rPr>
              <w:t>hưởng</w:t>
            </w:r>
            <w:proofErr w:type="spellEnd"/>
          </w:p>
        </w:tc>
      </w:tr>
      <w:tr w:rsidR="00CB3FF1" w:rsidRPr="00CB3FF1" w14:paraId="4AE47290" w14:textId="77777777" w:rsidTr="00CB3FF1">
        <w:trPr>
          <w:cantSplit/>
          <w:jc w:val="center"/>
        </w:trPr>
        <w:tc>
          <w:tcPr>
            <w:tcW w:w="659" w:type="dxa"/>
            <w:shd w:val="clear" w:color="auto" w:fill="FFFFFF"/>
            <w:vAlign w:val="center"/>
          </w:tcPr>
          <w:p w14:paraId="16523F21" w14:textId="77777777" w:rsidR="00CB3FF1" w:rsidRPr="00CB3FF1" w:rsidRDefault="00CB3FF1" w:rsidP="00CB3FF1">
            <w:pPr>
              <w:autoSpaceDE w:val="0"/>
              <w:autoSpaceDN w:val="0"/>
              <w:adjustRightInd w:val="0"/>
              <w:spacing w:after="120" w:line="240" w:lineRule="auto"/>
              <w:jc w:val="center"/>
              <w:rPr>
                <w:rFonts w:ascii="Times New Roman" w:hAnsi="Times New Roman" w:cs="Times New Roman"/>
                <w:color w:val="0D0D0D"/>
              </w:rPr>
            </w:pPr>
            <w:r w:rsidRPr="00CB3FF1">
              <w:rPr>
                <w:rFonts w:ascii="Times New Roman" w:hAnsi="Times New Roman" w:cs="Times New Roman"/>
                <w:color w:val="0D0D0D"/>
              </w:rPr>
              <w:t>4</w:t>
            </w:r>
          </w:p>
        </w:tc>
        <w:tc>
          <w:tcPr>
            <w:tcW w:w="2040" w:type="dxa"/>
            <w:shd w:val="clear" w:color="auto" w:fill="FFFFFF"/>
            <w:vAlign w:val="center"/>
          </w:tcPr>
          <w:p w14:paraId="6C4C9978" w14:textId="77777777" w:rsidR="00CB3FF1" w:rsidRPr="00CB3FF1" w:rsidRDefault="00CB3FF1" w:rsidP="00CB3FF1">
            <w:pPr>
              <w:widowControl w:val="0"/>
              <w:spacing w:after="120" w:line="240" w:lineRule="auto"/>
              <w:rPr>
                <w:rFonts w:ascii="Times New Roman" w:hAnsi="Times New Roman" w:cs="Times New Roman"/>
                <w:color w:val="0D0D0D"/>
              </w:rPr>
            </w:pPr>
            <w:r w:rsidRPr="00CB3FF1">
              <w:rPr>
                <w:rFonts w:ascii="Times New Roman" w:hAnsi="Times New Roman" w:cs="Times New Roman"/>
                <w:color w:val="0D0D0D"/>
                <w:lang w:val="vi-VN"/>
              </w:rPr>
              <w:t xml:space="preserve">    </w:t>
            </w:r>
            <w:r w:rsidRPr="00CB3FF1">
              <w:rPr>
                <w:rFonts w:ascii="Times New Roman" w:hAnsi="Times New Roman" w:cs="Times New Roman"/>
                <w:color w:val="0D0D0D"/>
              </w:rPr>
              <w:t>3,2</w:t>
            </w:r>
            <w:r w:rsidRPr="00CB3FF1">
              <w:rPr>
                <w:rFonts w:ascii="Times New Roman" w:hAnsi="Times New Roman" w:cs="Times New Roman"/>
                <w:color w:val="0D0D0D"/>
                <w:lang w:val="vi-VN"/>
              </w:rPr>
              <w:t>6</w:t>
            </w:r>
            <w:r w:rsidRPr="00CB3FF1">
              <w:rPr>
                <w:rFonts w:ascii="Times New Roman" w:hAnsi="Times New Roman" w:cs="Times New Roman"/>
                <w:color w:val="0D0D0D"/>
              </w:rPr>
              <w:t xml:space="preserve"> </w:t>
            </w:r>
            <w:proofErr w:type="spellStart"/>
            <w:r w:rsidRPr="00CB3FF1">
              <w:rPr>
                <w:rFonts w:ascii="Times New Roman" w:hAnsi="Times New Roman" w:cs="Times New Roman"/>
                <w:color w:val="0D0D0D"/>
              </w:rPr>
              <w:t>đến</w:t>
            </w:r>
            <w:proofErr w:type="spellEnd"/>
            <w:r w:rsidRPr="00CB3FF1">
              <w:rPr>
                <w:rFonts w:ascii="Times New Roman" w:hAnsi="Times New Roman" w:cs="Times New Roman"/>
                <w:color w:val="0D0D0D"/>
              </w:rPr>
              <w:t xml:space="preserve"> 4,0</w:t>
            </w:r>
          </w:p>
        </w:tc>
        <w:tc>
          <w:tcPr>
            <w:tcW w:w="6099" w:type="dxa"/>
            <w:shd w:val="clear" w:color="auto" w:fill="FFFFFF"/>
            <w:vAlign w:val="center"/>
          </w:tcPr>
          <w:p w14:paraId="51A8918B" w14:textId="77777777" w:rsidR="00CB3FF1" w:rsidRPr="00CB3FF1" w:rsidRDefault="00CB3FF1" w:rsidP="00CB3FF1">
            <w:pPr>
              <w:spacing w:after="120" w:line="240" w:lineRule="auto"/>
              <w:rPr>
                <w:rFonts w:ascii="Times New Roman" w:hAnsi="Times New Roman" w:cs="Times New Roman"/>
                <w:color w:val="0D0D0D"/>
              </w:rPr>
            </w:pPr>
            <w:proofErr w:type="spellStart"/>
            <w:r w:rsidRPr="00CB3FF1">
              <w:rPr>
                <w:rFonts w:ascii="Times New Roman" w:hAnsi="Times New Roman" w:cs="Times New Roman"/>
                <w:color w:val="0D0D0D"/>
              </w:rPr>
              <w:t>R</w:t>
            </w:r>
            <w:r w:rsidRPr="00CB3FF1">
              <w:rPr>
                <w:rFonts w:ascii="Times New Roman" w:hAnsi="Times New Roman" w:cs="Times New Roman"/>
                <w:color w:val="0D0D0D"/>
                <w:spacing w:val="-8"/>
              </w:rPr>
              <w:t>ất</w:t>
            </w:r>
            <w:proofErr w:type="spellEnd"/>
            <w:r w:rsidRPr="00CB3FF1">
              <w:rPr>
                <w:rFonts w:ascii="Times New Roman" w:hAnsi="Times New Roman" w:cs="Times New Roman"/>
                <w:color w:val="0D0D0D"/>
                <w:spacing w:val="-8"/>
              </w:rPr>
              <w:t xml:space="preserve"> </w:t>
            </w:r>
            <w:proofErr w:type="spellStart"/>
            <w:r w:rsidRPr="00CB3FF1">
              <w:rPr>
                <w:rFonts w:ascii="Times New Roman" w:hAnsi="Times New Roman" w:cs="Times New Roman"/>
                <w:color w:val="0D0D0D"/>
                <w:spacing w:val="-8"/>
              </w:rPr>
              <w:t>đồng</w:t>
            </w:r>
            <w:proofErr w:type="spellEnd"/>
            <w:r w:rsidRPr="00CB3FF1">
              <w:rPr>
                <w:rFonts w:ascii="Times New Roman" w:hAnsi="Times New Roman" w:cs="Times New Roman"/>
                <w:color w:val="0D0D0D"/>
                <w:spacing w:val="-8"/>
                <w:lang w:val="vi-VN"/>
              </w:rPr>
              <w:t xml:space="preserve"> ý/ </w:t>
            </w:r>
            <w:proofErr w:type="spellStart"/>
            <w:r w:rsidRPr="00CB3FF1">
              <w:rPr>
                <w:rFonts w:ascii="Times New Roman" w:hAnsi="Times New Roman" w:cs="Times New Roman"/>
                <w:color w:val="0D0D0D"/>
                <w:spacing w:val="-8"/>
              </w:rPr>
              <w:t>Tốt</w:t>
            </w:r>
            <w:proofErr w:type="spellEnd"/>
            <w:r w:rsidRPr="00CB3FF1">
              <w:rPr>
                <w:rFonts w:ascii="Times New Roman" w:hAnsi="Times New Roman" w:cs="Times New Roman"/>
                <w:color w:val="0D0D0D"/>
                <w:spacing w:val="-8"/>
                <w:lang w:val="vi-VN"/>
              </w:rPr>
              <w:t>/ Rất thường xuyên/</w:t>
            </w:r>
            <w:r w:rsidRPr="00CB3FF1">
              <w:rPr>
                <w:rFonts w:ascii="Times New Roman" w:hAnsi="Times New Roman" w:cs="Times New Roman"/>
                <w:color w:val="0D0D0D"/>
                <w:spacing w:val="-8"/>
              </w:rPr>
              <w:t xml:space="preserve"> </w:t>
            </w:r>
            <w:proofErr w:type="spellStart"/>
            <w:r w:rsidRPr="00CB3FF1">
              <w:rPr>
                <w:rFonts w:ascii="Times New Roman" w:hAnsi="Times New Roman" w:cs="Times New Roman"/>
                <w:color w:val="0D0D0D"/>
                <w:spacing w:val="-8"/>
              </w:rPr>
              <w:t>Rất</w:t>
            </w:r>
            <w:proofErr w:type="spellEnd"/>
            <w:r w:rsidRPr="00CB3FF1">
              <w:rPr>
                <w:rFonts w:ascii="Times New Roman" w:hAnsi="Times New Roman" w:cs="Times New Roman"/>
                <w:color w:val="0D0D0D"/>
                <w:spacing w:val="-8"/>
              </w:rPr>
              <w:t xml:space="preserve"> </w:t>
            </w:r>
            <w:proofErr w:type="spellStart"/>
            <w:r w:rsidRPr="00CB3FF1">
              <w:rPr>
                <w:rFonts w:ascii="Times New Roman" w:hAnsi="Times New Roman" w:cs="Times New Roman"/>
                <w:color w:val="0D0D0D"/>
                <w:spacing w:val="-8"/>
              </w:rPr>
              <w:t>ảnh</w:t>
            </w:r>
            <w:proofErr w:type="spellEnd"/>
            <w:r w:rsidRPr="00CB3FF1">
              <w:rPr>
                <w:rFonts w:ascii="Times New Roman" w:hAnsi="Times New Roman" w:cs="Times New Roman"/>
                <w:color w:val="0D0D0D"/>
                <w:spacing w:val="-8"/>
              </w:rPr>
              <w:t xml:space="preserve"> </w:t>
            </w:r>
            <w:proofErr w:type="spellStart"/>
            <w:r w:rsidRPr="00CB3FF1">
              <w:rPr>
                <w:rFonts w:ascii="Times New Roman" w:hAnsi="Times New Roman" w:cs="Times New Roman"/>
                <w:color w:val="0D0D0D"/>
                <w:spacing w:val="-8"/>
              </w:rPr>
              <w:t>hưởng</w:t>
            </w:r>
            <w:proofErr w:type="spellEnd"/>
          </w:p>
        </w:tc>
      </w:tr>
    </w:tbl>
    <w:p w14:paraId="3F1F92B3" w14:textId="7E44753F" w:rsidR="002E6A61" w:rsidRPr="003D55AD" w:rsidRDefault="002E6A61" w:rsidP="00955B77">
      <w:pPr>
        <w:pStyle w:val="BodyText"/>
        <w:spacing w:line="240" w:lineRule="auto"/>
        <w:jc w:val="both"/>
        <w:rPr>
          <w:rFonts w:ascii="Times New Roman" w:hAnsi="Times New Roman" w:cs="Times New Roman"/>
        </w:rPr>
      </w:pPr>
    </w:p>
    <w:p w14:paraId="27B35FD5" w14:textId="00B59A7A" w:rsidR="003D55AD" w:rsidRPr="00CB3FF1" w:rsidRDefault="0016225C" w:rsidP="00955B77">
      <w:pPr>
        <w:pStyle w:val="ListParagraph"/>
        <w:spacing w:line="240" w:lineRule="auto"/>
        <w:ind w:left="0"/>
        <w:rPr>
          <w:rFonts w:ascii="Times New Roman" w:hAnsi="Times New Roman" w:cs="Times New Roman"/>
        </w:rPr>
      </w:pPr>
      <w:r>
        <w:rPr>
          <w:rFonts w:ascii="Times New Roman" w:hAnsi="Times New Roman" w:cs="Times New Roman"/>
          <w:b/>
        </w:rPr>
        <w:t xml:space="preserve">3. </w:t>
      </w:r>
      <w:r w:rsidR="00521E68" w:rsidRPr="00FB54A7">
        <w:rPr>
          <w:rFonts w:ascii="Times New Roman" w:hAnsi="Times New Roman" w:cs="Times New Roman"/>
          <w:b/>
        </w:rPr>
        <w:t>KẾT QUẢ</w:t>
      </w:r>
      <w:r w:rsidR="00CB3FF1">
        <w:rPr>
          <w:rFonts w:ascii="Times New Roman" w:hAnsi="Times New Roman" w:cs="Times New Roman"/>
          <w:b/>
        </w:rPr>
        <w:t xml:space="preserve"> NGHIÊN CỨU </w:t>
      </w:r>
      <w:r w:rsidR="00521E68" w:rsidRPr="00FB54A7">
        <w:rPr>
          <w:rFonts w:ascii="Times New Roman" w:hAnsi="Times New Roman" w:cs="Times New Roman"/>
          <w:b/>
        </w:rPr>
        <w:t xml:space="preserve"> </w:t>
      </w:r>
    </w:p>
    <w:p w14:paraId="42239E44" w14:textId="77777777" w:rsidR="00CB3FF1" w:rsidRPr="00CB3FF1" w:rsidRDefault="00CB3FF1" w:rsidP="00CB3FF1">
      <w:pPr>
        <w:pStyle w:val="0004"/>
        <w:spacing w:after="120" w:line="240" w:lineRule="auto"/>
        <w:rPr>
          <w:sz w:val="22"/>
          <w:szCs w:val="22"/>
          <w:lang w:val="vi-VN"/>
        </w:rPr>
      </w:pPr>
      <w:r w:rsidRPr="00CB3FF1">
        <w:rPr>
          <w:b/>
          <w:bCs/>
          <w:sz w:val="22"/>
          <w:szCs w:val="22"/>
          <w:lang w:val="vi-VN"/>
        </w:rPr>
        <w:t xml:space="preserve">3.1. </w:t>
      </w:r>
      <w:proofErr w:type="spellStart"/>
      <w:r w:rsidRPr="00CB3FF1">
        <w:rPr>
          <w:b/>
          <w:bCs/>
          <w:sz w:val="22"/>
          <w:szCs w:val="22"/>
        </w:rPr>
        <w:t>Thực</w:t>
      </w:r>
      <w:proofErr w:type="spellEnd"/>
      <w:r w:rsidRPr="00CB3FF1">
        <w:rPr>
          <w:b/>
          <w:bCs/>
          <w:sz w:val="22"/>
          <w:szCs w:val="22"/>
        </w:rPr>
        <w:t xml:space="preserve"> </w:t>
      </w:r>
      <w:proofErr w:type="spellStart"/>
      <w:r w:rsidRPr="00CB3FF1">
        <w:rPr>
          <w:b/>
          <w:bCs/>
          <w:sz w:val="22"/>
          <w:szCs w:val="22"/>
        </w:rPr>
        <w:t>trạng</w:t>
      </w:r>
      <w:proofErr w:type="spellEnd"/>
      <w:r w:rsidRPr="00CB3FF1">
        <w:rPr>
          <w:b/>
          <w:bCs/>
          <w:sz w:val="22"/>
          <w:szCs w:val="22"/>
        </w:rPr>
        <w:t xml:space="preserve"> </w:t>
      </w:r>
      <w:proofErr w:type="spellStart"/>
      <w:r w:rsidRPr="00CB3FF1">
        <w:rPr>
          <w:b/>
          <w:bCs/>
          <w:sz w:val="22"/>
          <w:szCs w:val="22"/>
        </w:rPr>
        <w:t>nhận</w:t>
      </w:r>
      <w:proofErr w:type="spellEnd"/>
      <w:r w:rsidRPr="00CB3FF1">
        <w:rPr>
          <w:b/>
          <w:bCs/>
          <w:sz w:val="22"/>
          <w:szCs w:val="22"/>
          <w:lang w:val="vi-VN"/>
        </w:rPr>
        <w:t xml:space="preserve"> thức của cán bộ quản lý, giáo viên về vai trò, mục tiêu hoạt động giáo dục phòng ngừa tai nạn thương tích cho trẻ mẫu giáo</w:t>
      </w:r>
      <w:r w:rsidRPr="00CB3FF1">
        <w:rPr>
          <w:b/>
          <w:sz w:val="22"/>
          <w:szCs w:val="22"/>
          <w:lang w:val="vi-VN"/>
        </w:rPr>
        <w:t xml:space="preserve"> </w:t>
      </w:r>
      <w:r w:rsidRPr="00CB3FF1">
        <w:rPr>
          <w:b/>
          <w:sz w:val="22"/>
          <w:szCs w:val="22"/>
        </w:rPr>
        <w:t xml:space="preserve">ở </w:t>
      </w:r>
      <w:proofErr w:type="spellStart"/>
      <w:r w:rsidRPr="00CB3FF1">
        <w:rPr>
          <w:b/>
          <w:sz w:val="22"/>
          <w:szCs w:val="22"/>
        </w:rPr>
        <w:t>trường</w:t>
      </w:r>
      <w:proofErr w:type="spellEnd"/>
      <w:r w:rsidRPr="00CB3FF1">
        <w:rPr>
          <w:b/>
          <w:sz w:val="22"/>
          <w:szCs w:val="22"/>
        </w:rPr>
        <w:t xml:space="preserve"> </w:t>
      </w:r>
      <w:proofErr w:type="spellStart"/>
      <w:r w:rsidRPr="00CB3FF1">
        <w:rPr>
          <w:b/>
          <w:sz w:val="22"/>
          <w:szCs w:val="22"/>
        </w:rPr>
        <w:t>mầm</w:t>
      </w:r>
      <w:proofErr w:type="spellEnd"/>
      <w:r w:rsidRPr="00CB3FF1">
        <w:rPr>
          <w:b/>
          <w:sz w:val="22"/>
          <w:szCs w:val="22"/>
        </w:rPr>
        <w:t xml:space="preserve"> non</w:t>
      </w:r>
    </w:p>
    <w:p w14:paraId="6B7B7A21" w14:textId="5CD7EDC6" w:rsidR="00CB3FF1" w:rsidRPr="00CB3FF1" w:rsidRDefault="00CB3FF1" w:rsidP="00CB3FF1">
      <w:pPr>
        <w:pStyle w:val="0004"/>
        <w:spacing w:after="120" w:line="240" w:lineRule="auto"/>
        <w:jc w:val="center"/>
        <w:rPr>
          <w:i w:val="0"/>
          <w:sz w:val="22"/>
          <w:szCs w:val="22"/>
        </w:rPr>
      </w:pPr>
      <w:r w:rsidRPr="00CB3FF1">
        <w:rPr>
          <w:b/>
          <w:i w:val="0"/>
          <w:sz w:val="22"/>
          <w:szCs w:val="22"/>
          <w:lang w:val="vi-VN"/>
        </w:rPr>
        <w:t>Bảng 1.</w:t>
      </w:r>
      <w:r w:rsidRPr="00CB3FF1">
        <w:rPr>
          <w:i w:val="0"/>
          <w:sz w:val="22"/>
          <w:szCs w:val="22"/>
          <w:lang w:val="vi-VN"/>
        </w:rPr>
        <w:t xml:space="preserve"> Đánh giá của CBQL</w:t>
      </w:r>
      <w:r w:rsidRPr="00CB3FF1">
        <w:rPr>
          <w:i w:val="0"/>
          <w:sz w:val="22"/>
          <w:szCs w:val="22"/>
        </w:rPr>
        <w:t xml:space="preserve"> </w:t>
      </w:r>
      <w:proofErr w:type="spellStart"/>
      <w:r w:rsidRPr="00CB3FF1">
        <w:rPr>
          <w:i w:val="0"/>
          <w:sz w:val="22"/>
          <w:szCs w:val="22"/>
        </w:rPr>
        <w:t>và</w:t>
      </w:r>
      <w:proofErr w:type="spellEnd"/>
      <w:r w:rsidRPr="00CB3FF1">
        <w:rPr>
          <w:i w:val="0"/>
          <w:sz w:val="22"/>
          <w:szCs w:val="22"/>
          <w:lang w:val="vi-VN"/>
        </w:rPr>
        <w:t xml:space="preserve"> GV về vai trò, mục tiêu của hoạt động phòng ngừa tai nạn thương tích cho trẻ mẫu giáo</w:t>
      </w:r>
      <w:r>
        <w:rPr>
          <w:i w:val="0"/>
          <w:sz w:val="22"/>
          <w:szCs w:val="22"/>
        </w:rPr>
        <w:t>.</w:t>
      </w:r>
    </w:p>
    <w:tbl>
      <w:tblPr>
        <w:tblW w:w="9317" w:type="dxa"/>
        <w:tblInd w:w="108" w:type="dxa"/>
        <w:tblBorders>
          <w:top w:val="single" w:sz="4" w:space="0" w:color="auto"/>
          <w:bottom w:val="single" w:sz="4" w:space="0" w:color="auto"/>
          <w:insideH w:val="single" w:sz="4" w:space="0" w:color="auto"/>
        </w:tblBorders>
        <w:tblLook w:val="0000" w:firstRow="0" w:lastRow="0" w:firstColumn="0" w:lastColumn="0" w:noHBand="0" w:noVBand="0"/>
      </w:tblPr>
      <w:tblGrid>
        <w:gridCol w:w="642"/>
        <w:gridCol w:w="5779"/>
        <w:gridCol w:w="1071"/>
        <w:gridCol w:w="999"/>
        <w:gridCol w:w="826"/>
      </w:tblGrid>
      <w:tr w:rsidR="00CB3FF1" w:rsidRPr="00CB3FF1" w14:paraId="163E8011" w14:textId="77777777" w:rsidTr="00CB3FF1">
        <w:trPr>
          <w:trHeight w:val="373"/>
        </w:trPr>
        <w:tc>
          <w:tcPr>
            <w:tcW w:w="642" w:type="dxa"/>
            <w:vMerge w:val="restart"/>
          </w:tcPr>
          <w:p w14:paraId="7B09459C"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TT</w:t>
            </w:r>
          </w:p>
        </w:tc>
        <w:tc>
          <w:tcPr>
            <w:tcW w:w="5779" w:type="dxa"/>
            <w:vMerge w:val="restart"/>
          </w:tcPr>
          <w:p w14:paraId="2DC07B2B"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Vai trò, mục tiêu của HĐ phòng ngừa TNTT cho trẻ MG</w:t>
            </w:r>
          </w:p>
        </w:tc>
        <w:tc>
          <w:tcPr>
            <w:tcW w:w="2896" w:type="dxa"/>
            <w:gridSpan w:val="3"/>
          </w:tcPr>
          <w:p w14:paraId="4C41E016" w14:textId="77777777" w:rsidR="00CB3FF1" w:rsidRPr="00CB3FF1" w:rsidRDefault="00CB3FF1" w:rsidP="00CB3FF1">
            <w:pPr>
              <w:pStyle w:val="0004"/>
              <w:spacing w:after="120" w:line="240" w:lineRule="auto"/>
              <w:rPr>
                <w:b/>
                <w:bCs/>
                <w:i w:val="0"/>
                <w:iCs/>
                <w:sz w:val="22"/>
                <w:szCs w:val="22"/>
                <w:lang w:val="vi-VN"/>
              </w:rPr>
            </w:pPr>
            <w:r w:rsidRPr="00CB3FF1">
              <w:rPr>
                <w:b/>
                <w:bCs/>
                <w:i w:val="0"/>
                <w:iCs/>
                <w:sz w:val="22"/>
                <w:szCs w:val="22"/>
                <w:lang w:val="vi-VN"/>
              </w:rPr>
              <w:t xml:space="preserve">    Mức độ đánh giá</w:t>
            </w:r>
          </w:p>
        </w:tc>
      </w:tr>
      <w:tr w:rsidR="00CB3FF1" w:rsidRPr="00CB3FF1" w14:paraId="63165E27" w14:textId="77777777" w:rsidTr="00CB3FF1">
        <w:trPr>
          <w:trHeight w:val="882"/>
        </w:trPr>
        <w:tc>
          <w:tcPr>
            <w:tcW w:w="642" w:type="dxa"/>
            <w:vMerge/>
          </w:tcPr>
          <w:p w14:paraId="76C3B801" w14:textId="77777777" w:rsidR="00CB3FF1" w:rsidRPr="00CB3FF1" w:rsidRDefault="00CB3FF1" w:rsidP="00CB3FF1">
            <w:pPr>
              <w:pStyle w:val="0004"/>
              <w:spacing w:after="120" w:line="240" w:lineRule="auto"/>
              <w:jc w:val="center"/>
              <w:rPr>
                <w:b/>
                <w:bCs/>
                <w:i w:val="0"/>
                <w:iCs/>
                <w:sz w:val="22"/>
                <w:szCs w:val="22"/>
                <w:lang w:val="vi-VN"/>
              </w:rPr>
            </w:pPr>
          </w:p>
        </w:tc>
        <w:tc>
          <w:tcPr>
            <w:tcW w:w="5779" w:type="dxa"/>
            <w:vMerge/>
          </w:tcPr>
          <w:p w14:paraId="4D770888" w14:textId="77777777" w:rsidR="00CB3FF1" w:rsidRPr="00CB3FF1" w:rsidRDefault="00CB3FF1" w:rsidP="00CB3FF1">
            <w:pPr>
              <w:pStyle w:val="0004"/>
              <w:spacing w:after="120" w:line="240" w:lineRule="auto"/>
              <w:ind w:firstLine="567"/>
              <w:rPr>
                <w:b/>
                <w:bCs/>
                <w:i w:val="0"/>
                <w:iCs/>
                <w:sz w:val="22"/>
                <w:szCs w:val="22"/>
                <w:lang w:val="vi-VN"/>
              </w:rPr>
            </w:pPr>
          </w:p>
        </w:tc>
        <w:tc>
          <w:tcPr>
            <w:tcW w:w="1071" w:type="dxa"/>
          </w:tcPr>
          <w:p w14:paraId="6A8F2125"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Điểm trung bình</w:t>
            </w:r>
          </w:p>
        </w:tc>
        <w:tc>
          <w:tcPr>
            <w:tcW w:w="999" w:type="dxa"/>
          </w:tcPr>
          <w:p w14:paraId="0FF77D2F"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Độ lệch chuẩn</w:t>
            </w:r>
          </w:p>
        </w:tc>
        <w:tc>
          <w:tcPr>
            <w:tcW w:w="825" w:type="dxa"/>
          </w:tcPr>
          <w:p w14:paraId="248A2767"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Xếp hạng</w:t>
            </w:r>
          </w:p>
        </w:tc>
      </w:tr>
      <w:tr w:rsidR="00CB3FF1" w:rsidRPr="00CB3FF1" w14:paraId="4778F546" w14:textId="77777777" w:rsidTr="00CB3FF1">
        <w:trPr>
          <w:trHeight w:val="612"/>
        </w:trPr>
        <w:tc>
          <w:tcPr>
            <w:tcW w:w="642" w:type="dxa"/>
          </w:tcPr>
          <w:p w14:paraId="6C26DFCC"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1</w:t>
            </w:r>
          </w:p>
        </w:tc>
        <w:tc>
          <w:tcPr>
            <w:tcW w:w="5779" w:type="dxa"/>
          </w:tcPr>
          <w:p w14:paraId="2A6488F3" w14:textId="77777777" w:rsidR="00CB3FF1" w:rsidRPr="00CB3FF1" w:rsidRDefault="00CB3FF1" w:rsidP="00CB3FF1">
            <w:pPr>
              <w:pStyle w:val="0004"/>
              <w:spacing w:after="120" w:line="240" w:lineRule="auto"/>
              <w:rPr>
                <w:i w:val="0"/>
                <w:iCs/>
                <w:color w:val="000000"/>
                <w:sz w:val="22"/>
                <w:szCs w:val="22"/>
                <w:lang w:val="vi-VN"/>
              </w:rPr>
            </w:pPr>
            <w:r w:rsidRPr="00CB3FF1">
              <w:rPr>
                <w:rFonts w:eastAsia="KIBSE+F1"/>
                <w:i w:val="0"/>
                <w:iCs/>
                <w:color w:val="000000"/>
                <w:w w:val="101"/>
                <w:sz w:val="22"/>
                <w:szCs w:val="22"/>
                <w:lang w:val="vi-VN"/>
              </w:rPr>
              <w:t>K</w:t>
            </w:r>
            <w:proofErr w:type="spellStart"/>
            <w:r w:rsidRPr="00CB3FF1">
              <w:rPr>
                <w:rFonts w:eastAsia="KIBSE+F1"/>
                <w:i w:val="0"/>
                <w:iCs/>
                <w:color w:val="000000"/>
                <w:w w:val="101"/>
                <w:sz w:val="22"/>
                <w:szCs w:val="22"/>
              </w:rPr>
              <w:t>i</w:t>
            </w:r>
            <w:r w:rsidRPr="00CB3FF1">
              <w:rPr>
                <w:rFonts w:eastAsia="KIBSE+F1"/>
                <w:i w:val="0"/>
                <w:iCs/>
                <w:color w:val="000000"/>
                <w:spacing w:val="4"/>
                <w:w w:val="101"/>
                <w:sz w:val="22"/>
                <w:szCs w:val="22"/>
              </w:rPr>
              <w:t>ể</w:t>
            </w:r>
            <w:r w:rsidRPr="00CB3FF1">
              <w:rPr>
                <w:rFonts w:eastAsia="KIBSE+F1"/>
                <w:i w:val="0"/>
                <w:iCs/>
                <w:color w:val="000000"/>
                <w:spacing w:val="1"/>
                <w:w w:val="101"/>
                <w:sz w:val="22"/>
                <w:szCs w:val="22"/>
              </w:rPr>
              <w:t>m</w:t>
            </w:r>
            <w:proofErr w:type="spellEnd"/>
            <w:r w:rsidRPr="00CB3FF1">
              <w:rPr>
                <w:rFonts w:eastAsia="KIBSE+F1"/>
                <w:i w:val="0"/>
                <w:iCs/>
                <w:color w:val="000000"/>
                <w:spacing w:val="17"/>
                <w:sz w:val="22"/>
                <w:szCs w:val="22"/>
              </w:rPr>
              <w:t xml:space="preserve"> </w:t>
            </w:r>
            <w:proofErr w:type="spellStart"/>
            <w:r w:rsidRPr="00CB3FF1">
              <w:rPr>
                <w:rFonts w:eastAsia="KIBSE+F1"/>
                <w:i w:val="0"/>
                <w:iCs/>
                <w:color w:val="000000"/>
                <w:w w:val="101"/>
                <w:sz w:val="22"/>
                <w:szCs w:val="22"/>
              </w:rPr>
              <w:t>s</w:t>
            </w:r>
            <w:r w:rsidRPr="00CB3FF1">
              <w:rPr>
                <w:rFonts w:eastAsia="KIBSE+F1"/>
                <w:i w:val="0"/>
                <w:iCs/>
                <w:color w:val="000000"/>
                <w:spacing w:val="3"/>
                <w:w w:val="101"/>
                <w:sz w:val="22"/>
                <w:szCs w:val="22"/>
              </w:rPr>
              <w:t>o</w:t>
            </w:r>
            <w:r w:rsidRPr="00CB3FF1">
              <w:rPr>
                <w:rFonts w:eastAsia="KIBSE+F1"/>
                <w:i w:val="0"/>
                <w:iCs/>
                <w:color w:val="000000"/>
                <w:spacing w:val="-2"/>
                <w:w w:val="101"/>
                <w:sz w:val="22"/>
                <w:szCs w:val="22"/>
              </w:rPr>
              <w:t>á</w:t>
            </w:r>
            <w:r w:rsidRPr="00CB3FF1">
              <w:rPr>
                <w:rFonts w:eastAsia="KIBSE+F1"/>
                <w:i w:val="0"/>
                <w:iCs/>
                <w:color w:val="000000"/>
                <w:spacing w:val="3"/>
                <w:w w:val="101"/>
                <w:sz w:val="22"/>
                <w:szCs w:val="22"/>
              </w:rPr>
              <w:t>t</w:t>
            </w:r>
            <w:proofErr w:type="spellEnd"/>
            <w:r w:rsidRPr="00CB3FF1">
              <w:rPr>
                <w:rFonts w:eastAsia="KIBSE+F1"/>
                <w:i w:val="0"/>
                <w:iCs/>
                <w:color w:val="000000"/>
                <w:spacing w:val="1"/>
                <w:w w:val="101"/>
                <w:sz w:val="22"/>
                <w:szCs w:val="22"/>
              </w:rPr>
              <w:t>,</w:t>
            </w:r>
            <w:r w:rsidRPr="00CB3FF1">
              <w:rPr>
                <w:rFonts w:eastAsia="KIBSE+F1"/>
                <w:i w:val="0"/>
                <w:iCs/>
                <w:color w:val="000000"/>
                <w:spacing w:val="21"/>
                <w:sz w:val="22"/>
                <w:szCs w:val="22"/>
              </w:rPr>
              <w:t xml:space="preserve"> </w:t>
            </w:r>
            <w:proofErr w:type="spellStart"/>
            <w:r w:rsidRPr="00CB3FF1">
              <w:rPr>
                <w:rFonts w:eastAsia="KIBSE+F1"/>
                <w:i w:val="0"/>
                <w:iCs/>
                <w:color w:val="000000"/>
                <w:w w:val="101"/>
                <w:sz w:val="22"/>
                <w:szCs w:val="22"/>
              </w:rPr>
              <w:t>gi</w:t>
            </w:r>
            <w:r w:rsidRPr="00CB3FF1">
              <w:rPr>
                <w:rFonts w:eastAsia="KIBSE+F1"/>
                <w:i w:val="0"/>
                <w:iCs/>
                <w:color w:val="000000"/>
                <w:spacing w:val="6"/>
                <w:w w:val="101"/>
                <w:sz w:val="22"/>
                <w:szCs w:val="22"/>
              </w:rPr>
              <w:t>ả</w:t>
            </w:r>
            <w:r w:rsidRPr="00CB3FF1">
              <w:rPr>
                <w:rFonts w:eastAsia="KIBSE+F1"/>
                <w:i w:val="0"/>
                <w:iCs/>
                <w:color w:val="000000"/>
                <w:w w:val="101"/>
                <w:sz w:val="22"/>
                <w:szCs w:val="22"/>
              </w:rPr>
              <w:t>m</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w w:val="101"/>
                <w:sz w:val="22"/>
                <w:szCs w:val="22"/>
              </w:rPr>
              <w:t>th</w:t>
            </w:r>
            <w:r w:rsidRPr="00CB3FF1">
              <w:rPr>
                <w:rFonts w:eastAsia="KIBSE+F1"/>
                <w:i w:val="0"/>
                <w:iCs/>
                <w:color w:val="000000"/>
                <w:spacing w:val="1"/>
                <w:w w:val="101"/>
                <w:sz w:val="22"/>
                <w:szCs w:val="22"/>
              </w:rPr>
              <w:t>i</w:t>
            </w:r>
            <w:r w:rsidRPr="00CB3FF1">
              <w:rPr>
                <w:rFonts w:eastAsia="KIBSE+F1"/>
                <w:i w:val="0"/>
                <w:iCs/>
                <w:color w:val="000000"/>
                <w:w w:val="101"/>
                <w:sz w:val="22"/>
                <w:szCs w:val="22"/>
              </w:rPr>
              <w:t>ểu</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tì</w:t>
            </w:r>
            <w:r w:rsidRPr="00CB3FF1">
              <w:rPr>
                <w:rFonts w:eastAsia="KIBSE+F1"/>
                <w:i w:val="0"/>
                <w:iCs/>
                <w:color w:val="000000"/>
                <w:spacing w:val="1"/>
                <w:w w:val="101"/>
                <w:sz w:val="22"/>
                <w:szCs w:val="22"/>
              </w:rPr>
              <w:t>n</w:t>
            </w:r>
            <w:r w:rsidRPr="00CB3FF1">
              <w:rPr>
                <w:rFonts w:eastAsia="KIBSE+F1"/>
                <w:i w:val="0"/>
                <w:iCs/>
                <w:color w:val="000000"/>
                <w:w w:val="101"/>
                <w:sz w:val="22"/>
                <w:szCs w:val="22"/>
              </w:rPr>
              <w:t>h</w:t>
            </w:r>
            <w:proofErr w:type="spellEnd"/>
            <w:r w:rsidRPr="00CB3FF1">
              <w:rPr>
                <w:rFonts w:eastAsia="KIBSE+F1"/>
                <w:i w:val="0"/>
                <w:iCs/>
                <w:color w:val="000000"/>
                <w:spacing w:val="-3"/>
                <w:sz w:val="22"/>
                <w:szCs w:val="22"/>
              </w:rPr>
              <w:t xml:space="preserve"> </w:t>
            </w:r>
            <w:proofErr w:type="spellStart"/>
            <w:r w:rsidRPr="00CB3FF1">
              <w:rPr>
                <w:rFonts w:eastAsia="KIBSE+F1"/>
                <w:i w:val="0"/>
                <w:iCs/>
                <w:color w:val="000000"/>
                <w:spacing w:val="1"/>
                <w:w w:val="101"/>
                <w:sz w:val="22"/>
                <w:szCs w:val="22"/>
              </w:rPr>
              <w:t>hình</w:t>
            </w:r>
            <w:proofErr w:type="spellEnd"/>
            <w:r w:rsidRPr="00CB3FF1">
              <w:rPr>
                <w:rFonts w:eastAsia="KIBSE+F1"/>
                <w:i w:val="0"/>
                <w:iCs/>
                <w:color w:val="000000"/>
                <w:spacing w:val="1"/>
                <w:sz w:val="22"/>
                <w:szCs w:val="22"/>
              </w:rPr>
              <w:t xml:space="preserve"> </w:t>
            </w:r>
            <w:r w:rsidRPr="00CB3FF1">
              <w:rPr>
                <w:rFonts w:eastAsia="KIBSE+F1"/>
                <w:i w:val="0"/>
                <w:iCs/>
                <w:color w:val="000000"/>
                <w:w w:val="101"/>
                <w:sz w:val="22"/>
                <w:szCs w:val="22"/>
              </w:rPr>
              <w:t>TN</w:t>
            </w:r>
            <w:r w:rsidRPr="00CB3FF1">
              <w:rPr>
                <w:rFonts w:eastAsia="KIBSE+F1"/>
                <w:i w:val="0"/>
                <w:iCs/>
                <w:color w:val="000000"/>
                <w:spacing w:val="2"/>
                <w:w w:val="101"/>
                <w:sz w:val="22"/>
                <w:szCs w:val="22"/>
              </w:rPr>
              <w:t>T</w:t>
            </w:r>
            <w:r w:rsidRPr="00CB3FF1">
              <w:rPr>
                <w:rFonts w:eastAsia="KIBSE+F1"/>
                <w:i w:val="0"/>
                <w:iCs/>
                <w:color w:val="000000"/>
                <w:w w:val="101"/>
                <w:sz w:val="22"/>
                <w:szCs w:val="22"/>
              </w:rPr>
              <w:t>T</w:t>
            </w:r>
            <w:r w:rsidRPr="00CB3FF1">
              <w:rPr>
                <w:rFonts w:eastAsia="KIBSE+F1"/>
                <w:i w:val="0"/>
                <w:iCs/>
                <w:color w:val="000000"/>
                <w:w w:val="101"/>
                <w:sz w:val="22"/>
                <w:szCs w:val="22"/>
                <w:lang w:val="vi-VN"/>
              </w:rPr>
              <w:t xml:space="preserve"> ở trẻ MG ở trường mầm non</w:t>
            </w:r>
          </w:p>
        </w:tc>
        <w:tc>
          <w:tcPr>
            <w:tcW w:w="1071" w:type="dxa"/>
          </w:tcPr>
          <w:p w14:paraId="6DE6A538"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3,39</w:t>
            </w:r>
          </w:p>
        </w:tc>
        <w:tc>
          <w:tcPr>
            <w:tcW w:w="999" w:type="dxa"/>
            <w:vAlign w:val="center"/>
          </w:tcPr>
          <w:p w14:paraId="445D5878"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,63</w:t>
            </w:r>
          </w:p>
        </w:tc>
        <w:tc>
          <w:tcPr>
            <w:tcW w:w="825" w:type="dxa"/>
          </w:tcPr>
          <w:p w14:paraId="4C17C8A3"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w:t>
            </w:r>
          </w:p>
        </w:tc>
      </w:tr>
      <w:tr w:rsidR="00CB3FF1" w:rsidRPr="00CB3FF1" w14:paraId="2AE3CD2D" w14:textId="77777777" w:rsidTr="00CB3FF1">
        <w:trPr>
          <w:trHeight w:val="627"/>
        </w:trPr>
        <w:tc>
          <w:tcPr>
            <w:tcW w:w="642" w:type="dxa"/>
          </w:tcPr>
          <w:p w14:paraId="06665307"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w:t>
            </w:r>
          </w:p>
        </w:tc>
        <w:tc>
          <w:tcPr>
            <w:tcW w:w="5779" w:type="dxa"/>
          </w:tcPr>
          <w:p w14:paraId="1E8BE9CB" w14:textId="77777777" w:rsidR="00CB3FF1" w:rsidRPr="00CB3FF1" w:rsidRDefault="00CB3FF1" w:rsidP="00CB3FF1">
            <w:pPr>
              <w:pStyle w:val="0004"/>
              <w:spacing w:after="120" w:line="240" w:lineRule="auto"/>
              <w:rPr>
                <w:i w:val="0"/>
                <w:iCs/>
                <w:color w:val="000000"/>
                <w:sz w:val="22"/>
                <w:szCs w:val="22"/>
                <w:lang w:val="vi-VN"/>
              </w:rPr>
            </w:pPr>
            <w:proofErr w:type="spellStart"/>
            <w:r w:rsidRPr="00CB3FF1">
              <w:rPr>
                <w:rFonts w:eastAsia="KIBSE+F1"/>
                <w:i w:val="0"/>
                <w:iCs/>
                <w:color w:val="000000"/>
                <w:w w:val="101"/>
                <w:sz w:val="22"/>
                <w:szCs w:val="22"/>
              </w:rPr>
              <w:t>Nâng</w:t>
            </w:r>
            <w:proofErr w:type="spellEnd"/>
            <w:r w:rsidRPr="00CB3FF1">
              <w:rPr>
                <w:rFonts w:eastAsia="KIBSE+F1"/>
                <w:i w:val="0"/>
                <w:iCs/>
                <w:color w:val="000000"/>
                <w:spacing w:val="11"/>
                <w:sz w:val="22"/>
                <w:szCs w:val="22"/>
              </w:rPr>
              <w:t xml:space="preserve"> </w:t>
            </w:r>
            <w:proofErr w:type="spellStart"/>
            <w:r w:rsidRPr="00CB3FF1">
              <w:rPr>
                <w:rFonts w:eastAsia="KIBSE+F1"/>
                <w:i w:val="0"/>
                <w:iCs/>
                <w:color w:val="000000"/>
                <w:w w:val="101"/>
                <w:sz w:val="22"/>
                <w:szCs w:val="22"/>
              </w:rPr>
              <w:t>c</w:t>
            </w:r>
            <w:r w:rsidRPr="00CB3FF1">
              <w:rPr>
                <w:rFonts w:eastAsia="KIBSE+F1"/>
                <w:i w:val="0"/>
                <w:iCs/>
                <w:color w:val="000000"/>
                <w:spacing w:val="-2"/>
                <w:w w:val="101"/>
                <w:sz w:val="22"/>
                <w:szCs w:val="22"/>
              </w:rPr>
              <w:t>a</w:t>
            </w:r>
            <w:r w:rsidRPr="00CB3FF1">
              <w:rPr>
                <w:rFonts w:eastAsia="KIBSE+F1"/>
                <w:i w:val="0"/>
                <w:iCs/>
                <w:color w:val="000000"/>
                <w:w w:val="101"/>
                <w:sz w:val="22"/>
                <w:szCs w:val="22"/>
              </w:rPr>
              <w:t>o</w:t>
            </w:r>
            <w:proofErr w:type="spellEnd"/>
            <w:r w:rsidRPr="00CB3FF1">
              <w:rPr>
                <w:rFonts w:eastAsia="KIBSE+F1"/>
                <w:i w:val="0"/>
                <w:iCs/>
                <w:color w:val="000000"/>
                <w:spacing w:val="11"/>
                <w:sz w:val="22"/>
                <w:szCs w:val="22"/>
              </w:rPr>
              <w:t xml:space="preserve"> </w:t>
            </w:r>
            <w:proofErr w:type="spellStart"/>
            <w:r w:rsidRPr="00CB3FF1">
              <w:rPr>
                <w:rFonts w:eastAsia="KIBSE+F1"/>
                <w:i w:val="0"/>
                <w:iCs/>
                <w:color w:val="000000"/>
                <w:w w:val="101"/>
                <w:sz w:val="22"/>
                <w:szCs w:val="22"/>
              </w:rPr>
              <w:t>n</w:t>
            </w:r>
            <w:r w:rsidRPr="00CB3FF1">
              <w:rPr>
                <w:rFonts w:eastAsia="KIBSE+F1"/>
                <w:i w:val="0"/>
                <w:iCs/>
                <w:color w:val="000000"/>
                <w:spacing w:val="1"/>
                <w:w w:val="101"/>
                <w:sz w:val="22"/>
                <w:szCs w:val="22"/>
              </w:rPr>
              <w:t>hậ</w:t>
            </w:r>
            <w:r w:rsidRPr="00CB3FF1">
              <w:rPr>
                <w:rFonts w:eastAsia="KIBSE+F1"/>
                <w:i w:val="0"/>
                <w:iCs/>
                <w:color w:val="000000"/>
                <w:w w:val="101"/>
                <w:sz w:val="22"/>
                <w:szCs w:val="22"/>
              </w:rPr>
              <w:t>n</w:t>
            </w:r>
            <w:proofErr w:type="spellEnd"/>
            <w:r w:rsidRPr="00CB3FF1">
              <w:rPr>
                <w:rFonts w:eastAsia="KIBSE+F1"/>
                <w:i w:val="0"/>
                <w:iCs/>
                <w:color w:val="000000"/>
                <w:spacing w:val="6"/>
                <w:sz w:val="22"/>
                <w:szCs w:val="22"/>
              </w:rPr>
              <w:t xml:space="preserve"> </w:t>
            </w:r>
            <w:proofErr w:type="spellStart"/>
            <w:r w:rsidRPr="00CB3FF1">
              <w:rPr>
                <w:rFonts w:eastAsia="KIBSE+F1"/>
                <w:i w:val="0"/>
                <w:iCs/>
                <w:color w:val="000000"/>
                <w:spacing w:val="3"/>
                <w:w w:val="101"/>
                <w:sz w:val="22"/>
                <w:szCs w:val="22"/>
              </w:rPr>
              <w:t>t</w:t>
            </w:r>
            <w:r w:rsidRPr="00CB3FF1">
              <w:rPr>
                <w:rFonts w:eastAsia="KIBSE+F1"/>
                <w:i w:val="0"/>
                <w:iCs/>
                <w:color w:val="000000"/>
                <w:w w:val="101"/>
                <w:sz w:val="22"/>
                <w:szCs w:val="22"/>
              </w:rPr>
              <w:t>hức</w:t>
            </w:r>
            <w:proofErr w:type="spellEnd"/>
            <w:r w:rsidRPr="00CB3FF1">
              <w:rPr>
                <w:rFonts w:eastAsia="KIBSE+F1"/>
                <w:i w:val="0"/>
                <w:iCs/>
                <w:color w:val="000000"/>
                <w:spacing w:val="9"/>
                <w:sz w:val="22"/>
                <w:szCs w:val="22"/>
              </w:rPr>
              <w:t xml:space="preserve"> </w:t>
            </w:r>
            <w:proofErr w:type="spellStart"/>
            <w:r w:rsidRPr="00CB3FF1">
              <w:rPr>
                <w:rFonts w:eastAsia="KIBSE+F1"/>
                <w:i w:val="0"/>
                <w:iCs/>
                <w:color w:val="000000"/>
                <w:w w:val="101"/>
                <w:sz w:val="22"/>
                <w:szCs w:val="22"/>
              </w:rPr>
              <w:t>và</w:t>
            </w:r>
            <w:proofErr w:type="spellEnd"/>
            <w:r w:rsidRPr="00CB3FF1">
              <w:rPr>
                <w:rFonts w:eastAsia="KIBSE+F1"/>
                <w:i w:val="0"/>
                <w:iCs/>
                <w:color w:val="000000"/>
                <w:spacing w:val="9"/>
                <w:sz w:val="22"/>
                <w:szCs w:val="22"/>
              </w:rPr>
              <w:t xml:space="preserve"> </w:t>
            </w:r>
            <w:proofErr w:type="spellStart"/>
            <w:r w:rsidRPr="00CB3FF1">
              <w:rPr>
                <w:rFonts w:eastAsia="KIBSE+F1"/>
                <w:i w:val="0"/>
                <w:iCs/>
                <w:color w:val="000000"/>
                <w:w w:val="101"/>
                <w:sz w:val="22"/>
                <w:szCs w:val="22"/>
              </w:rPr>
              <w:t>k</w:t>
            </w:r>
            <w:r w:rsidRPr="00CB3FF1">
              <w:rPr>
                <w:rFonts w:eastAsia="KIBSE+F1"/>
                <w:i w:val="0"/>
                <w:iCs/>
                <w:color w:val="000000"/>
                <w:spacing w:val="1"/>
                <w:w w:val="101"/>
                <w:sz w:val="22"/>
                <w:szCs w:val="22"/>
              </w:rPr>
              <w:t>i</w:t>
            </w:r>
            <w:r w:rsidRPr="00CB3FF1">
              <w:rPr>
                <w:rFonts w:eastAsia="KIBSE+F1"/>
                <w:i w:val="0"/>
                <w:iCs/>
                <w:color w:val="000000"/>
                <w:spacing w:val="2"/>
                <w:w w:val="101"/>
                <w:sz w:val="22"/>
                <w:szCs w:val="22"/>
              </w:rPr>
              <w:t>ế</w:t>
            </w:r>
            <w:r w:rsidRPr="00CB3FF1">
              <w:rPr>
                <w:rFonts w:eastAsia="KIBSE+F1"/>
                <w:i w:val="0"/>
                <w:iCs/>
                <w:color w:val="000000"/>
                <w:spacing w:val="1"/>
                <w:w w:val="101"/>
                <w:sz w:val="22"/>
                <w:szCs w:val="22"/>
              </w:rPr>
              <w:t>n</w:t>
            </w:r>
            <w:proofErr w:type="spellEnd"/>
            <w:r w:rsidRPr="00CB3FF1">
              <w:rPr>
                <w:rFonts w:eastAsia="KIBSE+F1"/>
                <w:i w:val="0"/>
                <w:iCs/>
                <w:color w:val="000000"/>
                <w:spacing w:val="1"/>
                <w:w w:val="101"/>
                <w:sz w:val="22"/>
                <w:szCs w:val="22"/>
                <w:lang w:val="vi-VN"/>
              </w:rPr>
              <w:t xml:space="preserve"> </w:t>
            </w:r>
            <w:proofErr w:type="spellStart"/>
            <w:r w:rsidRPr="00CB3FF1">
              <w:rPr>
                <w:rFonts w:eastAsia="KIBSE+F1"/>
                <w:i w:val="0"/>
                <w:iCs/>
                <w:color w:val="000000"/>
                <w:w w:val="101"/>
                <w:sz w:val="22"/>
                <w:szCs w:val="22"/>
              </w:rPr>
              <w:t>th</w:t>
            </w:r>
            <w:r w:rsidRPr="00CB3FF1">
              <w:rPr>
                <w:rFonts w:eastAsia="KIBSE+F1"/>
                <w:i w:val="0"/>
                <w:iCs/>
                <w:color w:val="000000"/>
                <w:spacing w:val="3"/>
                <w:w w:val="101"/>
                <w:sz w:val="22"/>
                <w:szCs w:val="22"/>
              </w:rPr>
              <w:t>ứ</w:t>
            </w:r>
            <w:r w:rsidRPr="00CB3FF1">
              <w:rPr>
                <w:rFonts w:eastAsia="KIBSE+F1"/>
                <w:i w:val="0"/>
                <w:iCs/>
                <w:color w:val="000000"/>
                <w:spacing w:val="-2"/>
                <w:w w:val="101"/>
                <w:sz w:val="22"/>
                <w:szCs w:val="22"/>
              </w:rPr>
              <w:t>c</w:t>
            </w:r>
            <w:proofErr w:type="spellEnd"/>
            <w:r w:rsidRPr="00CB3FF1">
              <w:rPr>
                <w:rFonts w:eastAsia="KIBSE+F1"/>
                <w:i w:val="0"/>
                <w:iCs/>
                <w:color w:val="000000"/>
                <w:w w:val="101"/>
                <w:sz w:val="22"/>
                <w:szCs w:val="22"/>
              </w:rPr>
              <w:t>,</w:t>
            </w:r>
            <w:r w:rsidRPr="00CB3FF1">
              <w:rPr>
                <w:rFonts w:eastAsia="KIBSE+F1"/>
                <w:i w:val="0"/>
                <w:iCs/>
                <w:color w:val="000000"/>
                <w:spacing w:val="16"/>
                <w:sz w:val="22"/>
                <w:szCs w:val="22"/>
              </w:rPr>
              <w:t xml:space="preserve"> </w:t>
            </w:r>
            <w:proofErr w:type="spellStart"/>
            <w:r w:rsidRPr="00CB3FF1">
              <w:rPr>
                <w:rFonts w:eastAsia="KIBSE+F1"/>
                <w:i w:val="0"/>
                <w:iCs/>
                <w:color w:val="000000"/>
                <w:spacing w:val="3"/>
                <w:w w:val="101"/>
                <w:sz w:val="22"/>
                <w:szCs w:val="22"/>
              </w:rPr>
              <w:t>k</w:t>
            </w:r>
            <w:r w:rsidRPr="00CB3FF1">
              <w:rPr>
                <w:rFonts w:eastAsia="KIBSE+F1"/>
                <w:i w:val="0"/>
                <w:iCs/>
                <w:color w:val="000000"/>
                <w:w w:val="101"/>
                <w:sz w:val="22"/>
                <w:szCs w:val="22"/>
              </w:rPr>
              <w:t>ỹ</w:t>
            </w:r>
            <w:proofErr w:type="spellEnd"/>
            <w:r w:rsidRPr="00CB3FF1">
              <w:rPr>
                <w:rFonts w:eastAsia="KIBSE+F1"/>
                <w:i w:val="0"/>
                <w:iCs/>
                <w:color w:val="000000"/>
                <w:spacing w:val="8"/>
                <w:sz w:val="22"/>
                <w:szCs w:val="22"/>
              </w:rPr>
              <w:t xml:space="preserve"> </w:t>
            </w:r>
            <w:proofErr w:type="spellStart"/>
            <w:r w:rsidRPr="00CB3FF1">
              <w:rPr>
                <w:rFonts w:eastAsia="KIBSE+F1"/>
                <w:i w:val="0"/>
                <w:iCs/>
                <w:color w:val="000000"/>
                <w:w w:val="101"/>
                <w:sz w:val="22"/>
                <w:szCs w:val="22"/>
              </w:rPr>
              <w:t>năng</w:t>
            </w:r>
            <w:proofErr w:type="spellEnd"/>
            <w:r w:rsidRPr="00CB3FF1">
              <w:rPr>
                <w:rFonts w:eastAsia="KIBSE+F1"/>
                <w:i w:val="0"/>
                <w:iCs/>
                <w:color w:val="000000"/>
                <w:spacing w:val="17"/>
                <w:sz w:val="22"/>
                <w:szCs w:val="22"/>
              </w:rPr>
              <w:t xml:space="preserve"> </w:t>
            </w:r>
            <w:proofErr w:type="spellStart"/>
            <w:r w:rsidRPr="00CB3FF1">
              <w:rPr>
                <w:rFonts w:eastAsia="KIBSE+F1"/>
                <w:i w:val="0"/>
                <w:iCs/>
                <w:color w:val="000000"/>
                <w:spacing w:val="-1"/>
                <w:w w:val="101"/>
                <w:sz w:val="22"/>
                <w:szCs w:val="22"/>
              </w:rPr>
              <w:t>p</w:t>
            </w:r>
            <w:r w:rsidRPr="00CB3FF1">
              <w:rPr>
                <w:rFonts w:eastAsia="KIBSE+F1"/>
                <w:i w:val="0"/>
                <w:iCs/>
                <w:color w:val="000000"/>
                <w:spacing w:val="1"/>
                <w:w w:val="101"/>
                <w:sz w:val="22"/>
                <w:szCs w:val="22"/>
              </w:rPr>
              <w:t>h</w:t>
            </w:r>
            <w:r w:rsidRPr="00CB3FF1">
              <w:rPr>
                <w:rFonts w:eastAsia="KIBSE+F1"/>
                <w:i w:val="0"/>
                <w:iCs/>
                <w:color w:val="000000"/>
                <w:spacing w:val="-1"/>
                <w:w w:val="101"/>
                <w:sz w:val="22"/>
                <w:szCs w:val="22"/>
              </w:rPr>
              <w:t>ò</w:t>
            </w:r>
            <w:r w:rsidRPr="00CB3FF1">
              <w:rPr>
                <w:rFonts w:eastAsia="KIBSE+F1"/>
                <w:i w:val="0"/>
                <w:iCs/>
                <w:color w:val="000000"/>
                <w:spacing w:val="2"/>
                <w:w w:val="101"/>
                <w:sz w:val="22"/>
                <w:szCs w:val="22"/>
              </w:rPr>
              <w:t>n</w:t>
            </w:r>
            <w:r w:rsidRPr="00CB3FF1">
              <w:rPr>
                <w:rFonts w:eastAsia="KIBSE+F1"/>
                <w:i w:val="0"/>
                <w:iCs/>
                <w:color w:val="000000"/>
                <w:spacing w:val="-1"/>
                <w:w w:val="101"/>
                <w:sz w:val="22"/>
                <w:szCs w:val="22"/>
              </w:rPr>
              <w:t>g</w:t>
            </w:r>
            <w:proofErr w:type="spellEnd"/>
            <w:r w:rsidRPr="00CB3FF1">
              <w:rPr>
                <w:rFonts w:eastAsia="KIBSE+F1"/>
                <w:i w:val="0"/>
                <w:iCs/>
                <w:color w:val="000000"/>
                <w:w w:val="101"/>
                <w:sz w:val="22"/>
                <w:szCs w:val="22"/>
              </w:rPr>
              <w:t>,</w:t>
            </w:r>
            <w:r w:rsidRPr="00CB3FF1">
              <w:rPr>
                <w:rFonts w:eastAsia="KIBSE+F1"/>
                <w:i w:val="0"/>
                <w:iCs/>
                <w:color w:val="000000"/>
                <w:spacing w:val="11"/>
                <w:sz w:val="22"/>
                <w:szCs w:val="22"/>
              </w:rPr>
              <w:t xml:space="preserve"> </w:t>
            </w:r>
            <w:proofErr w:type="spellStart"/>
            <w:r w:rsidRPr="00CB3FF1">
              <w:rPr>
                <w:rFonts w:eastAsia="KIBSE+F1"/>
                <w:i w:val="0"/>
                <w:iCs/>
                <w:color w:val="000000"/>
                <w:spacing w:val="11"/>
                <w:sz w:val="22"/>
                <w:szCs w:val="22"/>
              </w:rPr>
              <w:t>ngừa</w:t>
            </w:r>
            <w:proofErr w:type="spellEnd"/>
            <w:r w:rsidRPr="00CB3FF1">
              <w:rPr>
                <w:rFonts w:eastAsia="KIBSE+F1"/>
                <w:i w:val="0"/>
                <w:iCs/>
                <w:color w:val="000000"/>
                <w:w w:val="101"/>
                <w:sz w:val="22"/>
                <w:szCs w:val="22"/>
                <w:lang w:val="vi-VN"/>
              </w:rPr>
              <w:t xml:space="preserve"> </w:t>
            </w:r>
            <w:r w:rsidRPr="00CB3FF1">
              <w:rPr>
                <w:rFonts w:eastAsia="KIBSE+F1"/>
                <w:i w:val="0"/>
                <w:iCs/>
                <w:color w:val="000000"/>
                <w:w w:val="101"/>
                <w:sz w:val="22"/>
                <w:szCs w:val="22"/>
              </w:rPr>
              <w:t>t</w:t>
            </w:r>
            <w:r w:rsidRPr="00CB3FF1">
              <w:rPr>
                <w:rFonts w:eastAsia="KIBSE+F1"/>
                <w:i w:val="0"/>
                <w:iCs/>
                <w:color w:val="000000"/>
                <w:spacing w:val="2"/>
                <w:w w:val="101"/>
                <w:sz w:val="22"/>
                <w:szCs w:val="22"/>
              </w:rPr>
              <w:t>a</w:t>
            </w:r>
            <w:r w:rsidRPr="00CB3FF1">
              <w:rPr>
                <w:rFonts w:eastAsia="KIBSE+F1"/>
                <w:i w:val="0"/>
                <w:iCs/>
                <w:color w:val="000000"/>
                <w:w w:val="101"/>
                <w:sz w:val="22"/>
                <w:szCs w:val="22"/>
              </w:rPr>
              <w:t>i</w:t>
            </w:r>
            <w:r w:rsidRPr="00CB3FF1">
              <w:rPr>
                <w:rFonts w:eastAsia="KIBSE+F1"/>
                <w:i w:val="0"/>
                <w:iCs/>
                <w:color w:val="000000"/>
                <w:sz w:val="22"/>
                <w:szCs w:val="22"/>
              </w:rPr>
              <w:t xml:space="preserve"> </w:t>
            </w:r>
            <w:proofErr w:type="spellStart"/>
            <w:r w:rsidRPr="00CB3FF1">
              <w:rPr>
                <w:rFonts w:eastAsia="KIBSE+F1"/>
                <w:i w:val="0"/>
                <w:iCs/>
                <w:color w:val="000000"/>
                <w:w w:val="101"/>
                <w:sz w:val="22"/>
                <w:szCs w:val="22"/>
              </w:rPr>
              <w:t>nạn</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th</w:t>
            </w:r>
            <w:r w:rsidRPr="00CB3FF1">
              <w:rPr>
                <w:rFonts w:eastAsia="KIBSE+F1"/>
                <w:i w:val="0"/>
                <w:iCs/>
                <w:color w:val="000000"/>
                <w:spacing w:val="1"/>
                <w:w w:val="101"/>
                <w:sz w:val="22"/>
                <w:szCs w:val="22"/>
              </w:rPr>
              <w:t>ư</w:t>
            </w:r>
            <w:r w:rsidRPr="00CB3FF1">
              <w:rPr>
                <w:rFonts w:eastAsia="KIBSE+F1"/>
                <w:i w:val="0"/>
                <w:iCs/>
                <w:color w:val="000000"/>
                <w:w w:val="101"/>
                <w:sz w:val="22"/>
                <w:szCs w:val="22"/>
              </w:rPr>
              <w:t>ơ</w:t>
            </w:r>
            <w:r w:rsidRPr="00CB3FF1">
              <w:rPr>
                <w:rFonts w:eastAsia="KIBSE+F1"/>
                <w:i w:val="0"/>
                <w:iCs/>
                <w:color w:val="000000"/>
                <w:spacing w:val="1"/>
                <w:w w:val="101"/>
                <w:sz w:val="22"/>
                <w:szCs w:val="22"/>
              </w:rPr>
              <w:t>n</w:t>
            </w:r>
            <w:r w:rsidRPr="00CB3FF1">
              <w:rPr>
                <w:rFonts w:eastAsia="KIBSE+F1"/>
                <w:i w:val="0"/>
                <w:iCs/>
                <w:color w:val="000000"/>
                <w:w w:val="101"/>
                <w:sz w:val="22"/>
                <w:szCs w:val="22"/>
              </w:rPr>
              <w:t>g</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3"/>
                <w:w w:val="101"/>
                <w:sz w:val="22"/>
                <w:szCs w:val="22"/>
              </w:rPr>
              <w:t>í</w:t>
            </w:r>
            <w:r w:rsidRPr="00CB3FF1">
              <w:rPr>
                <w:rFonts w:eastAsia="KIBSE+F1"/>
                <w:i w:val="0"/>
                <w:iCs/>
                <w:color w:val="000000"/>
                <w:spacing w:val="-2"/>
                <w:w w:val="101"/>
                <w:sz w:val="22"/>
                <w:szCs w:val="22"/>
              </w:rPr>
              <w:t>c</w:t>
            </w:r>
            <w:r w:rsidRPr="00CB3FF1">
              <w:rPr>
                <w:rFonts w:eastAsia="KIBSE+F1"/>
                <w:i w:val="0"/>
                <w:iCs/>
                <w:color w:val="000000"/>
                <w:w w:val="101"/>
                <w:sz w:val="22"/>
                <w:szCs w:val="22"/>
              </w:rPr>
              <w:t>h</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cho</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trẻ</w:t>
            </w:r>
            <w:proofErr w:type="spellEnd"/>
            <w:r w:rsidRPr="00CB3FF1">
              <w:rPr>
                <w:rFonts w:eastAsia="KIBSE+F1"/>
                <w:i w:val="0"/>
                <w:iCs/>
                <w:color w:val="000000"/>
                <w:w w:val="101"/>
                <w:sz w:val="22"/>
                <w:szCs w:val="22"/>
                <w:lang w:val="vi-VN"/>
              </w:rPr>
              <w:t xml:space="preserve"> MG</w:t>
            </w:r>
          </w:p>
        </w:tc>
        <w:tc>
          <w:tcPr>
            <w:tcW w:w="1071" w:type="dxa"/>
          </w:tcPr>
          <w:p w14:paraId="7894D7B3"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3,41</w:t>
            </w:r>
          </w:p>
        </w:tc>
        <w:tc>
          <w:tcPr>
            <w:tcW w:w="999" w:type="dxa"/>
            <w:vAlign w:val="center"/>
          </w:tcPr>
          <w:p w14:paraId="0123EEC2"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,6</w:t>
            </w:r>
            <w:r w:rsidRPr="00CB3FF1">
              <w:rPr>
                <w:i w:val="0"/>
                <w:iCs/>
                <w:sz w:val="22"/>
                <w:szCs w:val="22"/>
              </w:rPr>
              <w:t>2</w:t>
            </w:r>
          </w:p>
        </w:tc>
        <w:tc>
          <w:tcPr>
            <w:tcW w:w="825" w:type="dxa"/>
          </w:tcPr>
          <w:p w14:paraId="5A8B3E59"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1</w:t>
            </w:r>
          </w:p>
        </w:tc>
      </w:tr>
      <w:tr w:rsidR="00CB3FF1" w:rsidRPr="00CB3FF1" w14:paraId="28BF69A8" w14:textId="77777777" w:rsidTr="00CB3FF1">
        <w:trPr>
          <w:trHeight w:val="612"/>
        </w:trPr>
        <w:tc>
          <w:tcPr>
            <w:tcW w:w="642" w:type="dxa"/>
          </w:tcPr>
          <w:p w14:paraId="00430B6C"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w:t>
            </w:r>
          </w:p>
        </w:tc>
        <w:tc>
          <w:tcPr>
            <w:tcW w:w="5779" w:type="dxa"/>
          </w:tcPr>
          <w:p w14:paraId="2719DA12" w14:textId="0674FDE2" w:rsidR="00CB3FF1" w:rsidRPr="00CB3FF1" w:rsidRDefault="00CB3FF1" w:rsidP="00CB3FF1">
            <w:pPr>
              <w:pStyle w:val="0004"/>
              <w:spacing w:after="120" w:line="240" w:lineRule="auto"/>
              <w:rPr>
                <w:i w:val="0"/>
                <w:iCs/>
                <w:color w:val="000000"/>
                <w:sz w:val="22"/>
                <w:szCs w:val="22"/>
                <w:lang w:val="vi-VN"/>
              </w:rPr>
            </w:pPr>
            <w:proofErr w:type="spellStart"/>
            <w:r w:rsidRPr="00CB3FF1">
              <w:rPr>
                <w:rFonts w:eastAsia="KIBSE+F1"/>
                <w:i w:val="0"/>
                <w:iCs/>
                <w:color w:val="000000"/>
                <w:w w:val="101"/>
                <w:sz w:val="22"/>
                <w:szCs w:val="22"/>
              </w:rPr>
              <w:t>Tăng</w:t>
            </w:r>
            <w:proofErr w:type="spellEnd"/>
            <w:r w:rsidRPr="00CB3FF1">
              <w:rPr>
                <w:rFonts w:eastAsia="KIBSE+F1"/>
                <w:i w:val="0"/>
                <w:iCs/>
                <w:color w:val="000000"/>
                <w:w w:val="101"/>
                <w:sz w:val="22"/>
                <w:szCs w:val="22"/>
                <w:lang w:val="vi-VN"/>
              </w:rPr>
              <w:t xml:space="preserve"> cường việc </w:t>
            </w:r>
            <w:proofErr w:type="spellStart"/>
            <w:r w:rsidRPr="00CB3FF1">
              <w:rPr>
                <w:rFonts w:eastAsia="KIBSE+F1"/>
                <w:i w:val="0"/>
                <w:iCs/>
                <w:color w:val="000000"/>
                <w:w w:val="101"/>
                <w:sz w:val="22"/>
                <w:szCs w:val="22"/>
              </w:rPr>
              <w:t>phổ</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spacing w:val="2"/>
                <w:w w:val="101"/>
                <w:sz w:val="22"/>
                <w:szCs w:val="22"/>
              </w:rPr>
              <w:t>c</w:t>
            </w:r>
            <w:r w:rsidRPr="00CB3FF1">
              <w:rPr>
                <w:rFonts w:eastAsia="KIBSE+F1"/>
                <w:i w:val="0"/>
                <w:iCs/>
                <w:color w:val="000000"/>
                <w:spacing w:val="1"/>
                <w:w w:val="101"/>
                <w:sz w:val="22"/>
                <w:szCs w:val="22"/>
              </w:rPr>
              <w:t>ậ</w:t>
            </w:r>
            <w:r w:rsidRPr="00CB3FF1">
              <w:rPr>
                <w:rFonts w:eastAsia="KIBSE+F1"/>
                <w:i w:val="0"/>
                <w:iCs/>
                <w:color w:val="000000"/>
                <w:w w:val="101"/>
                <w:sz w:val="22"/>
                <w:szCs w:val="22"/>
              </w:rPr>
              <w:t>p</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w w:val="101"/>
                <w:sz w:val="22"/>
                <w:szCs w:val="22"/>
              </w:rPr>
              <w:t>kiế</w:t>
            </w:r>
            <w:proofErr w:type="spellEnd"/>
            <w:r w:rsidRPr="00CB3FF1">
              <w:rPr>
                <w:rFonts w:eastAsia="KIBSE+F1"/>
                <w:i w:val="0"/>
                <w:iCs/>
                <w:color w:val="000000"/>
                <w:w w:val="101"/>
                <w:sz w:val="22"/>
                <w:szCs w:val="22"/>
                <w:lang w:val="vi-VN"/>
              </w:rPr>
              <w:t xml:space="preserve">n </w:t>
            </w:r>
            <w:proofErr w:type="spellStart"/>
            <w:r w:rsidRPr="00CB3FF1">
              <w:rPr>
                <w:rFonts w:eastAsia="KIBSE+F1"/>
                <w:i w:val="0"/>
                <w:iCs/>
                <w:color w:val="000000"/>
                <w:w w:val="101"/>
                <w:sz w:val="22"/>
                <w:szCs w:val="22"/>
              </w:rPr>
              <w:t>th</w:t>
            </w:r>
            <w:r w:rsidRPr="00CB3FF1">
              <w:rPr>
                <w:rFonts w:eastAsia="KIBSE+F1"/>
                <w:i w:val="0"/>
                <w:iCs/>
                <w:color w:val="000000"/>
                <w:spacing w:val="3"/>
                <w:w w:val="101"/>
                <w:sz w:val="22"/>
                <w:szCs w:val="22"/>
              </w:rPr>
              <w:t>ứ</w:t>
            </w:r>
            <w:r w:rsidRPr="00CB3FF1">
              <w:rPr>
                <w:rFonts w:eastAsia="KIBSE+F1"/>
                <w:i w:val="0"/>
                <w:iCs/>
                <w:color w:val="000000"/>
                <w:spacing w:val="-2"/>
                <w:w w:val="101"/>
                <w:sz w:val="22"/>
                <w:szCs w:val="22"/>
              </w:rPr>
              <w:t>c</w:t>
            </w:r>
            <w:proofErr w:type="spellEnd"/>
            <w:r w:rsidRPr="00CB3FF1">
              <w:rPr>
                <w:rFonts w:eastAsia="KIBSE+F1"/>
                <w:i w:val="0"/>
                <w:iCs/>
                <w:color w:val="000000"/>
                <w:w w:val="101"/>
                <w:sz w:val="22"/>
                <w:szCs w:val="22"/>
              </w:rPr>
              <w:t>,</w:t>
            </w:r>
            <w:r w:rsidRPr="00CB3FF1">
              <w:rPr>
                <w:rFonts w:eastAsia="KIBSE+F1"/>
                <w:i w:val="0"/>
                <w:iCs/>
                <w:color w:val="000000"/>
                <w:sz w:val="22"/>
                <w:szCs w:val="22"/>
              </w:rPr>
              <w:t xml:space="preserve"> </w:t>
            </w:r>
            <w:proofErr w:type="spellStart"/>
            <w:r w:rsidRPr="00CB3FF1">
              <w:rPr>
                <w:rFonts w:eastAsia="KIBSE+F1"/>
                <w:i w:val="0"/>
                <w:iCs/>
                <w:color w:val="000000"/>
                <w:spacing w:val="6"/>
                <w:w w:val="101"/>
                <w:sz w:val="22"/>
                <w:szCs w:val="22"/>
              </w:rPr>
              <w:t>k</w:t>
            </w:r>
            <w:r w:rsidRPr="00CB3FF1">
              <w:rPr>
                <w:rFonts w:eastAsia="KIBSE+F1"/>
                <w:i w:val="0"/>
                <w:iCs/>
                <w:color w:val="000000"/>
                <w:w w:val="101"/>
                <w:sz w:val="22"/>
                <w:szCs w:val="22"/>
              </w:rPr>
              <w:t>ỹ</w:t>
            </w:r>
            <w:proofErr w:type="spellEnd"/>
            <w:r w:rsidRPr="00CB3FF1">
              <w:rPr>
                <w:rFonts w:eastAsia="KIBSE+F1"/>
                <w:i w:val="0"/>
                <w:iCs/>
                <w:color w:val="000000"/>
                <w:spacing w:val="-6"/>
                <w:sz w:val="22"/>
                <w:szCs w:val="22"/>
              </w:rPr>
              <w:t xml:space="preserve"> </w:t>
            </w:r>
            <w:proofErr w:type="spellStart"/>
            <w:r w:rsidRPr="00CB3FF1">
              <w:rPr>
                <w:rFonts w:eastAsia="KIBSE+F1"/>
                <w:i w:val="0"/>
                <w:iCs/>
                <w:color w:val="000000"/>
                <w:spacing w:val="2"/>
                <w:w w:val="101"/>
                <w:sz w:val="22"/>
                <w:szCs w:val="22"/>
              </w:rPr>
              <w:t>n</w:t>
            </w:r>
            <w:r w:rsidRPr="00CB3FF1">
              <w:rPr>
                <w:rFonts w:eastAsia="KIBSE+F1"/>
                <w:i w:val="0"/>
                <w:iCs/>
                <w:color w:val="000000"/>
                <w:spacing w:val="1"/>
                <w:w w:val="101"/>
                <w:sz w:val="22"/>
                <w:szCs w:val="22"/>
              </w:rPr>
              <w:t>ă</w:t>
            </w:r>
            <w:r w:rsidRPr="00CB3FF1">
              <w:rPr>
                <w:rFonts w:eastAsia="KIBSE+F1"/>
                <w:i w:val="0"/>
                <w:iCs/>
                <w:color w:val="000000"/>
                <w:w w:val="101"/>
                <w:sz w:val="22"/>
                <w:szCs w:val="22"/>
              </w:rPr>
              <w:t>ng</w:t>
            </w:r>
            <w:proofErr w:type="spellEnd"/>
            <w:r w:rsidRPr="00CB3FF1">
              <w:rPr>
                <w:rFonts w:eastAsia="KIBSE+F1"/>
                <w:i w:val="0"/>
                <w:iCs/>
                <w:color w:val="000000"/>
                <w:w w:val="101"/>
                <w:sz w:val="22"/>
                <w:szCs w:val="22"/>
                <w:lang w:val="vi-VN"/>
              </w:rPr>
              <w:t xml:space="preserve"> </w:t>
            </w:r>
            <w:r w:rsidRPr="00CB3FF1">
              <w:rPr>
                <w:rFonts w:eastAsia="KIBSE+F1"/>
                <w:i w:val="0"/>
                <w:iCs/>
                <w:color w:val="000000"/>
                <w:sz w:val="22"/>
                <w:szCs w:val="22"/>
                <w:lang w:val="vi-VN"/>
              </w:rPr>
              <w:t xml:space="preserve">GD </w:t>
            </w:r>
            <w:r w:rsidRPr="00CB3FF1">
              <w:rPr>
                <w:rFonts w:eastAsia="KIBSE+F1"/>
                <w:i w:val="0"/>
                <w:iCs/>
                <w:color w:val="000000"/>
                <w:spacing w:val="1"/>
                <w:w w:val="101"/>
                <w:sz w:val="22"/>
                <w:szCs w:val="22"/>
                <w:lang w:val="vi-VN"/>
              </w:rPr>
              <w:t>phòng ngừa</w:t>
            </w:r>
            <w:r w:rsidRPr="00CB3FF1">
              <w:rPr>
                <w:rFonts w:eastAsia="KIBSE+F1"/>
                <w:i w:val="0"/>
                <w:iCs/>
                <w:color w:val="000000"/>
                <w:spacing w:val="1"/>
                <w:sz w:val="22"/>
                <w:szCs w:val="22"/>
              </w:rPr>
              <w:t xml:space="preserve"> </w:t>
            </w:r>
            <w:r w:rsidRPr="00CB3FF1">
              <w:rPr>
                <w:rFonts w:eastAsia="KIBSE+F1"/>
                <w:i w:val="0"/>
                <w:iCs/>
                <w:color w:val="000000"/>
                <w:w w:val="101"/>
                <w:sz w:val="22"/>
                <w:szCs w:val="22"/>
              </w:rPr>
              <w:t>TN</w:t>
            </w:r>
            <w:r w:rsidRPr="00CB3FF1">
              <w:rPr>
                <w:rFonts w:eastAsia="KIBSE+F1"/>
                <w:i w:val="0"/>
                <w:iCs/>
                <w:color w:val="000000"/>
                <w:spacing w:val="-3"/>
                <w:w w:val="101"/>
                <w:sz w:val="22"/>
                <w:szCs w:val="22"/>
              </w:rPr>
              <w:t>T</w:t>
            </w:r>
            <w:r w:rsidRPr="00CB3FF1">
              <w:rPr>
                <w:rFonts w:eastAsia="KIBSE+F1"/>
                <w:i w:val="0"/>
                <w:iCs/>
                <w:color w:val="000000"/>
                <w:w w:val="101"/>
                <w:sz w:val="22"/>
                <w:szCs w:val="22"/>
              </w:rPr>
              <w:t>T</w:t>
            </w:r>
            <w:r w:rsidRPr="00CB3FF1">
              <w:rPr>
                <w:rFonts w:eastAsia="KIBSE+F1"/>
                <w:i w:val="0"/>
                <w:iCs/>
                <w:color w:val="000000"/>
                <w:w w:val="101"/>
                <w:sz w:val="22"/>
                <w:szCs w:val="22"/>
                <w:lang w:val="vi-VN"/>
              </w:rPr>
              <w:t xml:space="preserve"> cho trẻ MG </w:t>
            </w:r>
          </w:p>
        </w:tc>
        <w:tc>
          <w:tcPr>
            <w:tcW w:w="1071" w:type="dxa"/>
          </w:tcPr>
          <w:p w14:paraId="25CFA1FC"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3,28</w:t>
            </w:r>
          </w:p>
        </w:tc>
        <w:tc>
          <w:tcPr>
            <w:tcW w:w="999" w:type="dxa"/>
            <w:vAlign w:val="center"/>
          </w:tcPr>
          <w:p w14:paraId="29860050"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,7</w:t>
            </w:r>
            <w:r w:rsidRPr="00CB3FF1">
              <w:rPr>
                <w:i w:val="0"/>
                <w:iCs/>
                <w:sz w:val="22"/>
                <w:szCs w:val="22"/>
              </w:rPr>
              <w:t>0</w:t>
            </w:r>
          </w:p>
        </w:tc>
        <w:tc>
          <w:tcPr>
            <w:tcW w:w="825" w:type="dxa"/>
          </w:tcPr>
          <w:p w14:paraId="14C6C6A5"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4</w:t>
            </w:r>
          </w:p>
        </w:tc>
      </w:tr>
      <w:tr w:rsidR="00CB3FF1" w:rsidRPr="00CB3FF1" w14:paraId="3CCA62FD" w14:textId="77777777" w:rsidTr="00CB3FF1">
        <w:trPr>
          <w:trHeight w:val="612"/>
        </w:trPr>
        <w:tc>
          <w:tcPr>
            <w:tcW w:w="642" w:type="dxa"/>
          </w:tcPr>
          <w:p w14:paraId="524510F8"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4</w:t>
            </w:r>
          </w:p>
        </w:tc>
        <w:tc>
          <w:tcPr>
            <w:tcW w:w="5779" w:type="dxa"/>
          </w:tcPr>
          <w:p w14:paraId="3EA8EA1D" w14:textId="689B5E1A" w:rsidR="00CB3FF1" w:rsidRPr="00CB3FF1" w:rsidRDefault="00CB3FF1" w:rsidP="00CB3FF1">
            <w:pPr>
              <w:pStyle w:val="0004"/>
              <w:spacing w:after="120" w:line="240" w:lineRule="auto"/>
              <w:rPr>
                <w:i w:val="0"/>
                <w:iCs/>
                <w:color w:val="000000"/>
                <w:sz w:val="22"/>
                <w:szCs w:val="22"/>
                <w:lang w:val="vi-VN"/>
              </w:rPr>
            </w:pPr>
            <w:proofErr w:type="spellStart"/>
            <w:r w:rsidRPr="00CB3FF1">
              <w:rPr>
                <w:rFonts w:eastAsia="KIBSE+F1"/>
                <w:i w:val="0"/>
                <w:iCs/>
                <w:color w:val="000000"/>
                <w:w w:val="101"/>
                <w:sz w:val="22"/>
                <w:szCs w:val="22"/>
              </w:rPr>
              <w:t>Loại</w:t>
            </w:r>
            <w:proofErr w:type="spellEnd"/>
            <w:r w:rsidRPr="00CB3FF1">
              <w:rPr>
                <w:rFonts w:eastAsia="KIBSE+F1"/>
                <w:i w:val="0"/>
                <w:iCs/>
                <w:color w:val="000000"/>
                <w:spacing w:val="22"/>
                <w:sz w:val="22"/>
                <w:szCs w:val="22"/>
              </w:rPr>
              <w:t xml:space="preserve"> </w:t>
            </w:r>
            <w:proofErr w:type="spellStart"/>
            <w:r w:rsidRPr="00CB3FF1">
              <w:rPr>
                <w:rFonts w:eastAsia="KIBSE+F1"/>
                <w:i w:val="0"/>
                <w:iCs/>
                <w:color w:val="000000"/>
                <w:spacing w:val="-2"/>
                <w:w w:val="101"/>
                <w:sz w:val="22"/>
                <w:szCs w:val="22"/>
              </w:rPr>
              <w:t>b</w:t>
            </w:r>
            <w:r w:rsidRPr="00CB3FF1">
              <w:rPr>
                <w:rFonts w:eastAsia="KIBSE+F1"/>
                <w:i w:val="0"/>
                <w:iCs/>
                <w:color w:val="000000"/>
                <w:w w:val="101"/>
                <w:sz w:val="22"/>
                <w:szCs w:val="22"/>
              </w:rPr>
              <w:t>ỏ</w:t>
            </w:r>
            <w:proofErr w:type="spellEnd"/>
            <w:r w:rsidRPr="00CB3FF1">
              <w:rPr>
                <w:rFonts w:eastAsia="KIBSE+F1"/>
                <w:i w:val="0"/>
                <w:iCs/>
                <w:color w:val="000000"/>
                <w:spacing w:val="24"/>
                <w:sz w:val="22"/>
                <w:szCs w:val="22"/>
              </w:rPr>
              <w:t xml:space="preserve"> </w:t>
            </w:r>
            <w:proofErr w:type="spellStart"/>
            <w:r w:rsidRPr="00CB3FF1">
              <w:rPr>
                <w:rFonts w:eastAsia="KIBSE+F1"/>
                <w:i w:val="0"/>
                <w:iCs/>
                <w:color w:val="000000"/>
                <w:spacing w:val="2"/>
                <w:w w:val="101"/>
                <w:sz w:val="22"/>
                <w:szCs w:val="22"/>
              </w:rPr>
              <w:t>c</w:t>
            </w:r>
            <w:r w:rsidRPr="00CB3FF1">
              <w:rPr>
                <w:rFonts w:eastAsia="KIBSE+F1"/>
                <w:i w:val="0"/>
                <w:iCs/>
                <w:color w:val="000000"/>
                <w:spacing w:val="1"/>
                <w:w w:val="101"/>
                <w:sz w:val="22"/>
                <w:szCs w:val="22"/>
              </w:rPr>
              <w:t>ác</w:t>
            </w:r>
            <w:proofErr w:type="spellEnd"/>
            <w:r w:rsidRPr="00CB3FF1">
              <w:rPr>
                <w:rFonts w:eastAsia="KIBSE+F1"/>
                <w:i w:val="0"/>
                <w:iCs/>
                <w:color w:val="000000"/>
                <w:spacing w:val="23"/>
                <w:sz w:val="22"/>
                <w:szCs w:val="22"/>
              </w:rPr>
              <w:t xml:space="preserve"> </w:t>
            </w:r>
            <w:proofErr w:type="spellStart"/>
            <w:r w:rsidRPr="00CB3FF1">
              <w:rPr>
                <w:rFonts w:eastAsia="KIBSE+F1"/>
                <w:i w:val="0"/>
                <w:iCs/>
                <w:color w:val="000000"/>
                <w:spacing w:val="-3"/>
                <w:w w:val="101"/>
                <w:sz w:val="22"/>
                <w:szCs w:val="22"/>
              </w:rPr>
              <w:t>y</w:t>
            </w:r>
            <w:r w:rsidRPr="00CB3FF1">
              <w:rPr>
                <w:rFonts w:eastAsia="KIBSE+F1"/>
                <w:i w:val="0"/>
                <w:iCs/>
                <w:color w:val="000000"/>
                <w:w w:val="101"/>
                <w:sz w:val="22"/>
                <w:szCs w:val="22"/>
              </w:rPr>
              <w:t>ếu</w:t>
            </w:r>
            <w:proofErr w:type="spellEnd"/>
            <w:r w:rsidRPr="00CB3FF1">
              <w:rPr>
                <w:rFonts w:eastAsia="KIBSE+F1"/>
                <w:i w:val="0"/>
                <w:iCs/>
                <w:color w:val="000000"/>
                <w:spacing w:val="24"/>
                <w:sz w:val="22"/>
                <w:szCs w:val="22"/>
              </w:rPr>
              <w:t xml:space="preserve"> </w:t>
            </w:r>
            <w:proofErr w:type="spellStart"/>
            <w:r w:rsidRPr="00CB3FF1">
              <w:rPr>
                <w:rFonts w:eastAsia="KIBSE+F1"/>
                <w:i w:val="0"/>
                <w:iCs/>
                <w:color w:val="000000"/>
                <w:w w:val="101"/>
                <w:sz w:val="22"/>
                <w:szCs w:val="22"/>
              </w:rPr>
              <w:t>tố</w:t>
            </w:r>
            <w:proofErr w:type="spellEnd"/>
            <w:r w:rsidRPr="00CB3FF1">
              <w:rPr>
                <w:rFonts w:eastAsia="KIBSE+F1"/>
                <w:i w:val="0"/>
                <w:iCs/>
                <w:color w:val="000000"/>
                <w:spacing w:val="22"/>
                <w:sz w:val="22"/>
                <w:szCs w:val="22"/>
              </w:rPr>
              <w:t xml:space="preserve"> </w:t>
            </w:r>
            <w:proofErr w:type="spellStart"/>
            <w:r w:rsidRPr="00CB3FF1">
              <w:rPr>
                <w:rFonts w:eastAsia="KIBSE+F1"/>
                <w:i w:val="0"/>
                <w:iCs/>
                <w:color w:val="000000"/>
                <w:w w:val="101"/>
                <w:sz w:val="22"/>
                <w:szCs w:val="22"/>
              </w:rPr>
              <w:t>ng</w:t>
            </w:r>
            <w:r w:rsidRPr="00CB3FF1">
              <w:rPr>
                <w:rFonts w:eastAsia="KIBSE+F1"/>
                <w:i w:val="0"/>
                <w:iCs/>
                <w:color w:val="000000"/>
                <w:spacing w:val="6"/>
                <w:w w:val="101"/>
                <w:sz w:val="22"/>
                <w:szCs w:val="22"/>
              </w:rPr>
              <w:t>u</w:t>
            </w:r>
            <w:r w:rsidRPr="00CB3FF1">
              <w:rPr>
                <w:rFonts w:eastAsia="KIBSE+F1"/>
                <w:i w:val="0"/>
                <w:iCs/>
                <w:color w:val="000000"/>
                <w:w w:val="101"/>
                <w:sz w:val="22"/>
                <w:szCs w:val="22"/>
              </w:rPr>
              <w:t>y</w:t>
            </w:r>
            <w:proofErr w:type="spellEnd"/>
            <w:r w:rsidRPr="00CB3FF1">
              <w:rPr>
                <w:rFonts w:eastAsia="KIBSE+F1"/>
                <w:i w:val="0"/>
                <w:iCs/>
                <w:color w:val="000000"/>
                <w:spacing w:val="14"/>
                <w:sz w:val="22"/>
                <w:szCs w:val="22"/>
              </w:rPr>
              <w:t xml:space="preserve"> </w:t>
            </w:r>
            <w:r w:rsidRPr="00CB3FF1">
              <w:rPr>
                <w:rFonts w:eastAsia="KIBSE+F1"/>
                <w:i w:val="0"/>
                <w:iCs/>
                <w:color w:val="000000"/>
                <w:spacing w:val="2"/>
                <w:w w:val="101"/>
                <w:sz w:val="22"/>
                <w:szCs w:val="22"/>
              </w:rPr>
              <w:t>c</w:t>
            </w:r>
            <w:r w:rsidRPr="00CB3FF1">
              <w:rPr>
                <w:rFonts w:eastAsia="KIBSE+F1"/>
                <w:i w:val="0"/>
                <w:iCs/>
                <w:color w:val="000000"/>
                <w:spacing w:val="2"/>
                <w:w w:val="101"/>
                <w:sz w:val="22"/>
                <w:szCs w:val="22"/>
                <w:lang w:val="vi-VN"/>
              </w:rPr>
              <w:t xml:space="preserve">ơ </w:t>
            </w:r>
            <w:proofErr w:type="spellStart"/>
            <w:r w:rsidRPr="00CB3FF1">
              <w:rPr>
                <w:rFonts w:eastAsia="KIBSE+F1"/>
                <w:i w:val="0"/>
                <w:iCs/>
                <w:color w:val="000000"/>
                <w:w w:val="101"/>
                <w:sz w:val="22"/>
                <w:szCs w:val="22"/>
              </w:rPr>
              <w:t>ho</w:t>
            </w:r>
            <w:r w:rsidRPr="00CB3FF1">
              <w:rPr>
                <w:rFonts w:eastAsia="KIBSE+F1"/>
                <w:i w:val="0"/>
                <w:iCs/>
                <w:color w:val="000000"/>
                <w:spacing w:val="2"/>
                <w:w w:val="101"/>
                <w:sz w:val="22"/>
                <w:szCs w:val="22"/>
              </w:rPr>
              <w:t>ặ</w:t>
            </w:r>
            <w:r w:rsidRPr="00CB3FF1">
              <w:rPr>
                <w:rFonts w:eastAsia="KIBSE+F1"/>
                <w:i w:val="0"/>
                <w:iCs/>
                <w:color w:val="000000"/>
                <w:w w:val="101"/>
                <w:sz w:val="22"/>
                <w:szCs w:val="22"/>
              </w:rPr>
              <w:t>c</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spacing w:val="-1"/>
                <w:w w:val="101"/>
                <w:sz w:val="22"/>
                <w:szCs w:val="22"/>
              </w:rPr>
              <w:t>k</w:t>
            </w:r>
            <w:r w:rsidRPr="00CB3FF1">
              <w:rPr>
                <w:rFonts w:eastAsia="KIBSE+F1"/>
                <w:i w:val="0"/>
                <w:iCs/>
                <w:color w:val="000000"/>
                <w:spacing w:val="1"/>
                <w:w w:val="101"/>
                <w:sz w:val="22"/>
                <w:szCs w:val="22"/>
              </w:rPr>
              <w:t>hông</w:t>
            </w:r>
            <w:proofErr w:type="spellEnd"/>
            <w:r w:rsidRPr="00CB3FF1">
              <w:rPr>
                <w:rFonts w:eastAsia="KIBSE+F1"/>
                <w:i w:val="0"/>
                <w:iCs/>
                <w:color w:val="000000"/>
                <w:spacing w:val="1"/>
                <w:w w:val="101"/>
                <w:sz w:val="22"/>
                <w:szCs w:val="22"/>
                <w:lang w:val="vi-VN"/>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4"/>
                <w:w w:val="101"/>
                <w:sz w:val="22"/>
                <w:szCs w:val="22"/>
              </w:rPr>
              <w:t>i</w:t>
            </w:r>
            <w:r w:rsidRPr="00CB3FF1">
              <w:rPr>
                <w:rFonts w:eastAsia="KIBSE+F1"/>
                <w:i w:val="0"/>
                <w:iCs/>
                <w:color w:val="000000"/>
                <w:spacing w:val="-2"/>
                <w:w w:val="101"/>
                <w:sz w:val="22"/>
                <w:szCs w:val="22"/>
              </w:rPr>
              <w:t>ế</w:t>
            </w:r>
            <w:r w:rsidRPr="00CB3FF1">
              <w:rPr>
                <w:rFonts w:eastAsia="KIBSE+F1"/>
                <w:i w:val="0"/>
                <w:iCs/>
                <w:color w:val="000000"/>
                <w:w w:val="101"/>
                <w:sz w:val="22"/>
                <w:szCs w:val="22"/>
              </w:rPr>
              <w:t>p</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w w:val="101"/>
                <w:sz w:val="22"/>
                <w:szCs w:val="22"/>
              </w:rPr>
              <w:t>xúc</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spacing w:val="2"/>
                <w:w w:val="101"/>
                <w:sz w:val="22"/>
                <w:szCs w:val="22"/>
              </w:rPr>
              <w:t>v</w:t>
            </w:r>
            <w:r w:rsidRPr="00CB3FF1">
              <w:rPr>
                <w:rFonts w:eastAsia="KIBSE+F1"/>
                <w:i w:val="0"/>
                <w:iCs/>
                <w:color w:val="000000"/>
                <w:w w:val="101"/>
                <w:sz w:val="22"/>
                <w:szCs w:val="22"/>
              </w:rPr>
              <w:t>ới</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spacing w:val="1"/>
                <w:w w:val="101"/>
                <w:sz w:val="22"/>
                <w:szCs w:val="22"/>
              </w:rPr>
              <w:t>c</w:t>
            </w:r>
            <w:r w:rsidRPr="00CB3FF1">
              <w:rPr>
                <w:rFonts w:eastAsia="KIBSE+F1"/>
                <w:i w:val="0"/>
                <w:iCs/>
                <w:color w:val="000000"/>
                <w:spacing w:val="-1"/>
                <w:w w:val="101"/>
                <w:sz w:val="22"/>
                <w:szCs w:val="22"/>
              </w:rPr>
              <w:t>h</w:t>
            </w:r>
            <w:r w:rsidRPr="00CB3FF1">
              <w:rPr>
                <w:rFonts w:eastAsia="KIBSE+F1"/>
                <w:i w:val="0"/>
                <w:iCs/>
                <w:color w:val="000000"/>
                <w:spacing w:val="2"/>
                <w:w w:val="101"/>
                <w:sz w:val="22"/>
                <w:szCs w:val="22"/>
              </w:rPr>
              <w:t>ú</w:t>
            </w:r>
            <w:r w:rsidRPr="00CB3FF1">
              <w:rPr>
                <w:rFonts w:eastAsia="KIBSE+F1"/>
                <w:i w:val="0"/>
                <w:iCs/>
                <w:color w:val="000000"/>
                <w:spacing w:val="-1"/>
                <w:w w:val="101"/>
                <w:sz w:val="22"/>
                <w:szCs w:val="22"/>
              </w:rPr>
              <w:t>n</w:t>
            </w:r>
            <w:r w:rsidRPr="00CB3FF1">
              <w:rPr>
                <w:rFonts w:eastAsia="KIBSE+F1"/>
                <w:i w:val="0"/>
                <w:iCs/>
                <w:color w:val="000000"/>
                <w:w w:val="101"/>
                <w:sz w:val="22"/>
                <w:szCs w:val="22"/>
              </w:rPr>
              <w:t>g</w:t>
            </w:r>
            <w:proofErr w:type="spellEnd"/>
            <w:r w:rsidRPr="00CB3FF1">
              <w:rPr>
                <w:rFonts w:eastAsia="KIBSE+F1"/>
                <w:i w:val="0"/>
                <w:iCs/>
                <w:color w:val="000000"/>
                <w:spacing w:val="32"/>
                <w:sz w:val="22"/>
                <w:szCs w:val="22"/>
              </w:rPr>
              <w:t xml:space="preserve"> </w:t>
            </w:r>
            <w:r w:rsidRPr="00CB3FF1">
              <w:rPr>
                <w:rFonts w:eastAsia="KIBSE+F1"/>
                <w:i w:val="0"/>
                <w:iCs/>
                <w:color w:val="000000"/>
                <w:spacing w:val="6"/>
                <w:w w:val="101"/>
                <w:sz w:val="22"/>
                <w:szCs w:val="22"/>
              </w:rPr>
              <w:t>đ</w:t>
            </w:r>
            <w:r w:rsidRPr="00CB3FF1">
              <w:rPr>
                <w:rFonts w:eastAsia="KIBSE+F1"/>
                <w:i w:val="0"/>
                <w:iCs/>
                <w:color w:val="000000"/>
                <w:spacing w:val="6"/>
                <w:w w:val="101"/>
                <w:sz w:val="22"/>
                <w:szCs w:val="22"/>
                <w:lang w:val="vi-VN"/>
              </w:rPr>
              <w:t>ể phòng ngừa</w:t>
            </w:r>
            <w:r w:rsidRPr="00CB3FF1">
              <w:rPr>
                <w:rFonts w:eastAsia="KIBSE+F1"/>
                <w:i w:val="0"/>
                <w:iCs/>
                <w:color w:val="000000"/>
                <w:spacing w:val="33"/>
                <w:sz w:val="22"/>
                <w:szCs w:val="22"/>
              </w:rPr>
              <w:t xml:space="preserve"> </w:t>
            </w:r>
            <w:r w:rsidRPr="00CB3FF1">
              <w:rPr>
                <w:rFonts w:eastAsia="KIBSE+F1"/>
                <w:i w:val="0"/>
                <w:iCs/>
                <w:color w:val="000000"/>
                <w:w w:val="101"/>
                <w:sz w:val="22"/>
                <w:szCs w:val="22"/>
              </w:rPr>
              <w:t>TN</w:t>
            </w:r>
            <w:r w:rsidRPr="00CB3FF1">
              <w:rPr>
                <w:rFonts w:eastAsia="KIBSE+F1"/>
                <w:i w:val="0"/>
                <w:iCs/>
                <w:color w:val="000000"/>
                <w:spacing w:val="2"/>
                <w:w w:val="101"/>
                <w:sz w:val="22"/>
                <w:szCs w:val="22"/>
              </w:rPr>
              <w:t>T</w:t>
            </w:r>
            <w:r w:rsidRPr="00CB3FF1">
              <w:rPr>
                <w:rFonts w:eastAsia="KIBSE+F1"/>
                <w:i w:val="0"/>
                <w:iCs/>
                <w:color w:val="000000"/>
                <w:w w:val="101"/>
                <w:sz w:val="22"/>
                <w:szCs w:val="22"/>
              </w:rPr>
              <w:t>T</w:t>
            </w:r>
            <w:r w:rsidRPr="00CB3FF1">
              <w:rPr>
                <w:rFonts w:eastAsia="KIBSE+F1"/>
                <w:i w:val="0"/>
                <w:iCs/>
                <w:color w:val="000000"/>
                <w:w w:val="101"/>
                <w:sz w:val="22"/>
                <w:szCs w:val="22"/>
                <w:lang w:val="vi-VN"/>
              </w:rPr>
              <w:t xml:space="preserve"> </w:t>
            </w:r>
            <w:proofErr w:type="spellStart"/>
            <w:r w:rsidRPr="00CB3FF1">
              <w:rPr>
                <w:rFonts w:eastAsia="KIBSE+F1"/>
                <w:i w:val="0"/>
                <w:iCs/>
                <w:color w:val="000000"/>
                <w:w w:val="101"/>
                <w:sz w:val="22"/>
                <w:szCs w:val="22"/>
              </w:rPr>
              <w:t>x</w:t>
            </w:r>
            <w:r w:rsidRPr="00CB3FF1">
              <w:rPr>
                <w:rFonts w:eastAsia="KIBSE+F1"/>
                <w:i w:val="0"/>
                <w:iCs/>
                <w:color w:val="000000"/>
                <w:spacing w:val="4"/>
                <w:w w:val="101"/>
                <w:sz w:val="22"/>
                <w:szCs w:val="22"/>
              </w:rPr>
              <w:t>ả</w:t>
            </w:r>
            <w:r w:rsidRPr="00CB3FF1">
              <w:rPr>
                <w:rFonts w:eastAsia="KIBSE+F1"/>
                <w:i w:val="0"/>
                <w:iCs/>
                <w:color w:val="000000"/>
                <w:w w:val="101"/>
                <w:sz w:val="22"/>
                <w:szCs w:val="22"/>
              </w:rPr>
              <w:t>y</w:t>
            </w:r>
            <w:proofErr w:type="spellEnd"/>
            <w:r w:rsidRPr="00CB3FF1">
              <w:rPr>
                <w:rFonts w:eastAsia="KIBSE+F1"/>
                <w:i w:val="0"/>
                <w:iCs/>
                <w:color w:val="000000"/>
                <w:spacing w:val="-6"/>
                <w:sz w:val="22"/>
                <w:szCs w:val="22"/>
              </w:rPr>
              <w:t xml:space="preserve"> </w:t>
            </w:r>
            <w:proofErr w:type="spellStart"/>
            <w:r w:rsidRPr="00CB3FF1">
              <w:rPr>
                <w:rFonts w:eastAsia="KIBSE+F1"/>
                <w:i w:val="0"/>
                <w:iCs/>
                <w:color w:val="000000"/>
                <w:spacing w:val="1"/>
                <w:w w:val="101"/>
                <w:sz w:val="22"/>
                <w:szCs w:val="22"/>
              </w:rPr>
              <w:t>ra</w:t>
            </w:r>
            <w:proofErr w:type="spellEnd"/>
            <w:r w:rsidRPr="00CB3FF1">
              <w:rPr>
                <w:rFonts w:eastAsia="KIBSE+F1"/>
                <w:i w:val="0"/>
                <w:iCs/>
                <w:color w:val="000000"/>
                <w:spacing w:val="1"/>
                <w:w w:val="101"/>
                <w:sz w:val="22"/>
                <w:szCs w:val="22"/>
                <w:lang w:val="vi-VN"/>
              </w:rPr>
              <w:t xml:space="preserve"> ở trẻ</w:t>
            </w:r>
          </w:p>
        </w:tc>
        <w:tc>
          <w:tcPr>
            <w:tcW w:w="1071" w:type="dxa"/>
          </w:tcPr>
          <w:p w14:paraId="712A2337"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3,32</w:t>
            </w:r>
          </w:p>
        </w:tc>
        <w:tc>
          <w:tcPr>
            <w:tcW w:w="999" w:type="dxa"/>
            <w:vAlign w:val="center"/>
          </w:tcPr>
          <w:p w14:paraId="7895D629"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,59</w:t>
            </w:r>
          </w:p>
        </w:tc>
        <w:tc>
          <w:tcPr>
            <w:tcW w:w="825" w:type="dxa"/>
          </w:tcPr>
          <w:p w14:paraId="2745D35D"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w:t>
            </w:r>
          </w:p>
        </w:tc>
      </w:tr>
      <w:tr w:rsidR="00CB3FF1" w:rsidRPr="00CB3FF1" w14:paraId="2DF739D9" w14:textId="77777777" w:rsidTr="00CB3FF1">
        <w:trPr>
          <w:trHeight w:val="508"/>
        </w:trPr>
        <w:tc>
          <w:tcPr>
            <w:tcW w:w="642" w:type="dxa"/>
          </w:tcPr>
          <w:p w14:paraId="3B445356"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5</w:t>
            </w:r>
          </w:p>
        </w:tc>
        <w:tc>
          <w:tcPr>
            <w:tcW w:w="5779" w:type="dxa"/>
          </w:tcPr>
          <w:p w14:paraId="473DD266" w14:textId="77777777" w:rsidR="00CB3FF1" w:rsidRPr="00CB3FF1" w:rsidRDefault="00CB3FF1" w:rsidP="00CB3FF1">
            <w:pPr>
              <w:pStyle w:val="0004"/>
              <w:spacing w:after="120" w:line="240" w:lineRule="auto"/>
              <w:rPr>
                <w:i w:val="0"/>
                <w:iCs/>
                <w:color w:val="000000"/>
                <w:sz w:val="22"/>
                <w:szCs w:val="22"/>
              </w:rPr>
            </w:pPr>
            <w:proofErr w:type="spellStart"/>
            <w:r w:rsidRPr="00CB3FF1">
              <w:rPr>
                <w:rFonts w:eastAsia="KIBSE+F1"/>
                <w:i w:val="0"/>
                <w:iCs/>
                <w:color w:val="000000"/>
                <w:w w:val="101"/>
                <w:sz w:val="22"/>
                <w:szCs w:val="22"/>
              </w:rPr>
              <w:t>Hạn</w:t>
            </w:r>
            <w:proofErr w:type="spellEnd"/>
            <w:r w:rsidRPr="00CB3FF1">
              <w:rPr>
                <w:rFonts w:eastAsia="KIBSE+F1"/>
                <w:i w:val="0"/>
                <w:iCs/>
                <w:color w:val="000000"/>
                <w:w w:val="101"/>
                <w:sz w:val="22"/>
                <w:szCs w:val="22"/>
                <w:lang w:val="vi-VN"/>
              </w:rPr>
              <w:t xml:space="preserve"> chế thấp nhất </w:t>
            </w:r>
            <w:proofErr w:type="spellStart"/>
            <w:r w:rsidRPr="00CB3FF1">
              <w:rPr>
                <w:rFonts w:eastAsia="KIBSE+F1"/>
                <w:i w:val="0"/>
                <w:iCs/>
                <w:color w:val="000000"/>
                <w:spacing w:val="-6"/>
                <w:w w:val="101"/>
                <w:sz w:val="22"/>
                <w:szCs w:val="22"/>
              </w:rPr>
              <w:t>m</w:t>
            </w:r>
            <w:r w:rsidRPr="00CB3FF1">
              <w:rPr>
                <w:rFonts w:eastAsia="KIBSE+F1"/>
                <w:i w:val="0"/>
                <w:iCs/>
                <w:color w:val="000000"/>
                <w:spacing w:val="2"/>
                <w:w w:val="101"/>
                <w:sz w:val="22"/>
                <w:szCs w:val="22"/>
              </w:rPr>
              <w:t>ứ</w:t>
            </w:r>
            <w:r w:rsidRPr="00CB3FF1">
              <w:rPr>
                <w:rFonts w:eastAsia="KIBSE+F1"/>
                <w:i w:val="0"/>
                <w:iCs/>
                <w:color w:val="000000"/>
                <w:w w:val="101"/>
                <w:sz w:val="22"/>
                <w:szCs w:val="22"/>
              </w:rPr>
              <w:t>c</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spacing w:val="2"/>
                <w:w w:val="101"/>
                <w:sz w:val="22"/>
                <w:szCs w:val="22"/>
              </w:rPr>
              <w:t>đ</w:t>
            </w:r>
            <w:r w:rsidRPr="00CB3FF1">
              <w:rPr>
                <w:rFonts w:eastAsia="KIBSE+F1"/>
                <w:i w:val="0"/>
                <w:iCs/>
                <w:color w:val="000000"/>
                <w:w w:val="101"/>
                <w:sz w:val="22"/>
                <w:szCs w:val="22"/>
              </w:rPr>
              <w:t>ộ</w:t>
            </w:r>
            <w:proofErr w:type="spellEnd"/>
            <w:r w:rsidRPr="00CB3FF1">
              <w:rPr>
                <w:rFonts w:eastAsia="KIBSE+F1"/>
                <w:i w:val="0"/>
                <w:iCs/>
                <w:color w:val="000000"/>
                <w:w w:val="101"/>
                <w:sz w:val="22"/>
                <w:szCs w:val="22"/>
                <w:lang w:val="vi-VN"/>
              </w:rPr>
              <w:t xml:space="preserve"> </w:t>
            </w:r>
            <w:r w:rsidRPr="00CB3FF1">
              <w:rPr>
                <w:rFonts w:eastAsia="KIBSE+F1"/>
                <w:i w:val="0"/>
                <w:iCs/>
                <w:color w:val="000000"/>
                <w:spacing w:val="3"/>
                <w:w w:val="101"/>
                <w:sz w:val="22"/>
                <w:szCs w:val="22"/>
              </w:rPr>
              <w:t>n</w:t>
            </w:r>
            <w:r w:rsidRPr="00CB3FF1">
              <w:rPr>
                <w:rFonts w:eastAsia="KIBSE+F1"/>
                <w:i w:val="0"/>
                <w:iCs/>
                <w:color w:val="000000"/>
                <w:spacing w:val="3"/>
                <w:w w:val="101"/>
                <w:sz w:val="22"/>
                <w:szCs w:val="22"/>
                <w:lang w:val="vi-VN"/>
              </w:rPr>
              <w:t>gh</w:t>
            </w:r>
            <w:proofErr w:type="spellStart"/>
            <w:r w:rsidRPr="00CB3FF1">
              <w:rPr>
                <w:rFonts w:eastAsia="KIBSE+F1"/>
                <w:i w:val="0"/>
                <w:iCs/>
                <w:color w:val="000000"/>
                <w:w w:val="101"/>
                <w:sz w:val="22"/>
                <w:szCs w:val="22"/>
              </w:rPr>
              <w:t>i</w:t>
            </w:r>
            <w:r w:rsidRPr="00CB3FF1">
              <w:rPr>
                <w:rFonts w:eastAsia="KIBSE+F1"/>
                <w:i w:val="0"/>
                <w:iCs/>
                <w:color w:val="000000"/>
                <w:spacing w:val="4"/>
                <w:w w:val="101"/>
                <w:sz w:val="22"/>
                <w:szCs w:val="22"/>
              </w:rPr>
              <w:t>ê</w:t>
            </w:r>
            <w:r w:rsidRPr="00CB3FF1">
              <w:rPr>
                <w:rFonts w:eastAsia="KIBSE+F1"/>
                <w:i w:val="0"/>
                <w:iCs/>
                <w:color w:val="000000"/>
                <w:w w:val="101"/>
                <w:sz w:val="22"/>
                <w:szCs w:val="22"/>
              </w:rPr>
              <w:t>m</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w w:val="101"/>
                <w:sz w:val="22"/>
                <w:szCs w:val="22"/>
              </w:rPr>
              <w:t>trọng</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w w:val="101"/>
                <w:sz w:val="22"/>
                <w:szCs w:val="22"/>
              </w:rPr>
              <w:t>c</w:t>
            </w:r>
            <w:r w:rsidRPr="00CB3FF1">
              <w:rPr>
                <w:rFonts w:eastAsia="KIBSE+F1"/>
                <w:i w:val="0"/>
                <w:iCs/>
                <w:color w:val="000000"/>
                <w:spacing w:val="-1"/>
                <w:w w:val="101"/>
                <w:sz w:val="22"/>
                <w:szCs w:val="22"/>
              </w:rPr>
              <w:t>ủ</w:t>
            </w:r>
            <w:r w:rsidRPr="00CB3FF1">
              <w:rPr>
                <w:rFonts w:eastAsia="KIBSE+F1"/>
                <w:i w:val="0"/>
                <w:iCs/>
                <w:color w:val="000000"/>
                <w:w w:val="101"/>
                <w:sz w:val="22"/>
                <w:szCs w:val="22"/>
              </w:rPr>
              <w:t>a</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1"/>
                <w:w w:val="101"/>
                <w:sz w:val="22"/>
                <w:szCs w:val="22"/>
              </w:rPr>
              <w:t>h</w:t>
            </w:r>
            <w:r w:rsidRPr="00CB3FF1">
              <w:rPr>
                <w:rFonts w:eastAsia="KIBSE+F1"/>
                <w:i w:val="0"/>
                <w:iCs/>
                <w:color w:val="000000"/>
                <w:w w:val="101"/>
                <w:sz w:val="22"/>
                <w:szCs w:val="22"/>
              </w:rPr>
              <w:t>ư</w:t>
            </w:r>
            <w:r w:rsidRPr="00CB3FF1">
              <w:rPr>
                <w:rFonts w:eastAsia="KIBSE+F1"/>
                <w:i w:val="0"/>
                <w:iCs/>
                <w:color w:val="000000"/>
                <w:spacing w:val="3"/>
                <w:w w:val="101"/>
                <w:sz w:val="22"/>
                <w:szCs w:val="22"/>
              </w:rPr>
              <w:t>ơ</w:t>
            </w:r>
            <w:r w:rsidRPr="00CB3FF1">
              <w:rPr>
                <w:rFonts w:eastAsia="KIBSE+F1"/>
                <w:i w:val="0"/>
                <w:iCs/>
                <w:color w:val="000000"/>
                <w:spacing w:val="-1"/>
                <w:w w:val="101"/>
                <w:sz w:val="22"/>
                <w:szCs w:val="22"/>
              </w:rPr>
              <w:t>n</w:t>
            </w:r>
            <w:r w:rsidRPr="00CB3FF1">
              <w:rPr>
                <w:rFonts w:eastAsia="KIBSE+F1"/>
                <w:i w:val="0"/>
                <w:iCs/>
                <w:color w:val="000000"/>
                <w:w w:val="101"/>
                <w:sz w:val="22"/>
                <w:szCs w:val="22"/>
              </w:rPr>
              <w:t>g</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w w:val="101"/>
                <w:sz w:val="22"/>
                <w:szCs w:val="22"/>
              </w:rPr>
              <w:t>tổn</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spacing w:val="2"/>
                <w:w w:val="101"/>
                <w:sz w:val="22"/>
                <w:szCs w:val="22"/>
              </w:rPr>
              <w:t>k</w:t>
            </w:r>
            <w:r w:rsidRPr="00CB3FF1">
              <w:rPr>
                <w:rFonts w:eastAsia="KIBSE+F1"/>
                <w:i w:val="0"/>
                <w:iCs/>
                <w:color w:val="000000"/>
                <w:w w:val="101"/>
                <w:sz w:val="22"/>
                <w:szCs w:val="22"/>
              </w:rPr>
              <w:t>hi</w:t>
            </w:r>
            <w:proofErr w:type="spellEnd"/>
            <w:r w:rsidRPr="00CB3FF1">
              <w:rPr>
                <w:rFonts w:eastAsia="KIBSE+F1"/>
                <w:i w:val="0"/>
                <w:iCs/>
                <w:color w:val="000000"/>
                <w:w w:val="101"/>
                <w:sz w:val="22"/>
                <w:szCs w:val="22"/>
                <w:lang w:val="vi-VN"/>
              </w:rPr>
              <w:t xml:space="preserve"> </w:t>
            </w:r>
            <w:r w:rsidRPr="00CB3FF1">
              <w:rPr>
                <w:rFonts w:eastAsia="KIBSE+F1"/>
                <w:i w:val="0"/>
                <w:iCs/>
                <w:color w:val="000000"/>
                <w:w w:val="101"/>
                <w:sz w:val="22"/>
                <w:szCs w:val="22"/>
              </w:rPr>
              <w:lastRenderedPageBreak/>
              <w:t>T</w:t>
            </w:r>
            <w:r w:rsidRPr="00CB3FF1">
              <w:rPr>
                <w:rFonts w:eastAsia="KIBSE+F1"/>
                <w:i w:val="0"/>
                <w:iCs/>
                <w:color w:val="000000"/>
                <w:spacing w:val="-1"/>
                <w:w w:val="101"/>
                <w:sz w:val="22"/>
                <w:szCs w:val="22"/>
              </w:rPr>
              <w:t>N</w:t>
            </w:r>
            <w:r w:rsidRPr="00CB3FF1">
              <w:rPr>
                <w:rFonts w:eastAsia="KIBSE+F1"/>
                <w:i w:val="0"/>
                <w:iCs/>
                <w:color w:val="000000"/>
                <w:w w:val="101"/>
                <w:sz w:val="22"/>
                <w:szCs w:val="22"/>
              </w:rPr>
              <w:t>TT</w:t>
            </w:r>
            <w:r w:rsidRPr="00CB3FF1">
              <w:rPr>
                <w:rFonts w:eastAsia="KIBSE+F1"/>
                <w:i w:val="0"/>
                <w:iCs/>
                <w:color w:val="000000"/>
                <w:spacing w:val="33"/>
                <w:sz w:val="22"/>
                <w:szCs w:val="22"/>
              </w:rPr>
              <w:t xml:space="preserve"> </w:t>
            </w:r>
            <w:proofErr w:type="spellStart"/>
            <w:r w:rsidRPr="00CB3FF1">
              <w:rPr>
                <w:rFonts w:eastAsia="KIBSE+F1"/>
                <w:i w:val="0"/>
                <w:iCs/>
                <w:color w:val="000000"/>
                <w:spacing w:val="2"/>
                <w:w w:val="101"/>
                <w:sz w:val="22"/>
                <w:szCs w:val="22"/>
              </w:rPr>
              <w:t>xả</w:t>
            </w:r>
            <w:r w:rsidRPr="00CB3FF1">
              <w:rPr>
                <w:rFonts w:eastAsia="KIBSE+F1"/>
                <w:i w:val="0"/>
                <w:iCs/>
                <w:color w:val="000000"/>
                <w:w w:val="101"/>
                <w:sz w:val="22"/>
                <w:szCs w:val="22"/>
              </w:rPr>
              <w:t>y</w:t>
            </w:r>
            <w:proofErr w:type="spellEnd"/>
            <w:r w:rsidRPr="00CB3FF1">
              <w:rPr>
                <w:rFonts w:eastAsia="KIBSE+F1"/>
                <w:i w:val="0"/>
                <w:iCs/>
                <w:color w:val="000000"/>
                <w:spacing w:val="30"/>
                <w:sz w:val="22"/>
                <w:szCs w:val="22"/>
              </w:rPr>
              <w:t xml:space="preserve"> </w:t>
            </w:r>
            <w:proofErr w:type="spellStart"/>
            <w:r w:rsidRPr="00CB3FF1">
              <w:rPr>
                <w:rFonts w:eastAsia="KIBSE+F1"/>
                <w:i w:val="0"/>
                <w:iCs/>
                <w:color w:val="000000"/>
                <w:w w:val="101"/>
                <w:sz w:val="22"/>
                <w:szCs w:val="22"/>
              </w:rPr>
              <w:t>ra</w:t>
            </w:r>
            <w:proofErr w:type="spellEnd"/>
            <w:r w:rsidRPr="00CB3FF1">
              <w:rPr>
                <w:rFonts w:eastAsia="KIBSE+F1"/>
                <w:i w:val="0"/>
                <w:iCs/>
                <w:color w:val="000000"/>
                <w:spacing w:val="33"/>
                <w:sz w:val="22"/>
                <w:szCs w:val="22"/>
              </w:rPr>
              <w:t xml:space="preserve"> </w:t>
            </w:r>
            <w:r w:rsidRPr="00CB3FF1">
              <w:rPr>
                <w:rFonts w:eastAsia="KIBSE+F1"/>
                <w:i w:val="0"/>
                <w:iCs/>
                <w:color w:val="000000"/>
                <w:spacing w:val="33"/>
                <w:sz w:val="22"/>
                <w:szCs w:val="22"/>
                <w:lang w:val="vi-VN"/>
              </w:rPr>
              <w:t xml:space="preserve">ở trẻ </w:t>
            </w:r>
            <w:proofErr w:type="spellStart"/>
            <w:r w:rsidRPr="00CB3FF1">
              <w:rPr>
                <w:rFonts w:eastAsia="KIBSE+F1"/>
                <w:i w:val="0"/>
                <w:iCs/>
                <w:color w:val="000000"/>
                <w:spacing w:val="2"/>
                <w:w w:val="101"/>
                <w:sz w:val="22"/>
                <w:szCs w:val="22"/>
              </w:rPr>
              <w:t>bằ</w:t>
            </w:r>
            <w:r w:rsidRPr="00CB3FF1">
              <w:rPr>
                <w:rFonts w:eastAsia="KIBSE+F1"/>
                <w:i w:val="0"/>
                <w:iCs/>
                <w:color w:val="000000"/>
                <w:spacing w:val="1"/>
                <w:w w:val="101"/>
                <w:sz w:val="22"/>
                <w:szCs w:val="22"/>
              </w:rPr>
              <w:t>ng</w:t>
            </w:r>
            <w:proofErr w:type="spellEnd"/>
            <w:r w:rsidRPr="00CB3FF1">
              <w:rPr>
                <w:rFonts w:eastAsia="KIBSE+F1"/>
                <w:i w:val="0"/>
                <w:iCs/>
                <w:color w:val="000000"/>
                <w:spacing w:val="32"/>
                <w:sz w:val="22"/>
                <w:szCs w:val="22"/>
              </w:rPr>
              <w:t xml:space="preserve"> </w:t>
            </w:r>
            <w:proofErr w:type="spellStart"/>
            <w:r w:rsidRPr="00CB3FF1">
              <w:rPr>
                <w:rFonts w:eastAsia="KIBSE+F1"/>
                <w:i w:val="0"/>
                <w:iCs/>
                <w:color w:val="000000"/>
                <w:w w:val="101"/>
                <w:sz w:val="22"/>
                <w:szCs w:val="22"/>
              </w:rPr>
              <w:t>cá</w:t>
            </w:r>
            <w:r w:rsidRPr="00CB3FF1">
              <w:rPr>
                <w:rFonts w:eastAsia="KIBSE+F1"/>
                <w:i w:val="0"/>
                <w:iCs/>
                <w:color w:val="000000"/>
                <w:spacing w:val="1"/>
                <w:w w:val="101"/>
                <w:sz w:val="22"/>
                <w:szCs w:val="22"/>
              </w:rPr>
              <w:t>c</w:t>
            </w:r>
            <w:r w:rsidRPr="00CB3FF1">
              <w:rPr>
                <w:rFonts w:eastAsia="KIBSE+F1"/>
                <w:i w:val="0"/>
                <w:iCs/>
                <w:color w:val="000000"/>
                <w:w w:val="101"/>
                <w:sz w:val="22"/>
                <w:szCs w:val="22"/>
              </w:rPr>
              <w:t>h</w:t>
            </w:r>
            <w:proofErr w:type="spellEnd"/>
            <w:r w:rsidRPr="00CB3FF1">
              <w:rPr>
                <w:rFonts w:eastAsia="KIBSE+F1"/>
                <w:i w:val="0"/>
                <w:iCs/>
                <w:color w:val="000000"/>
                <w:w w:val="101"/>
                <w:sz w:val="22"/>
                <w:szCs w:val="22"/>
                <w:lang w:val="vi-VN"/>
              </w:rPr>
              <w:t xml:space="preserve"> sử </w:t>
            </w:r>
            <w:proofErr w:type="spellStart"/>
            <w:r w:rsidRPr="00CB3FF1">
              <w:rPr>
                <w:rFonts w:eastAsia="KIBSE+F1"/>
                <w:i w:val="0"/>
                <w:iCs/>
                <w:color w:val="000000"/>
                <w:w w:val="101"/>
                <w:sz w:val="22"/>
                <w:szCs w:val="22"/>
              </w:rPr>
              <w:t>dụ</w:t>
            </w:r>
            <w:r w:rsidRPr="00CB3FF1">
              <w:rPr>
                <w:rFonts w:eastAsia="KIBSE+F1"/>
                <w:i w:val="0"/>
                <w:iCs/>
                <w:color w:val="000000"/>
                <w:spacing w:val="-1"/>
                <w:w w:val="101"/>
                <w:sz w:val="22"/>
                <w:szCs w:val="22"/>
              </w:rPr>
              <w:t>n</w:t>
            </w:r>
            <w:r w:rsidRPr="00CB3FF1">
              <w:rPr>
                <w:rFonts w:eastAsia="KIBSE+F1"/>
                <w:i w:val="0"/>
                <w:iCs/>
                <w:color w:val="000000"/>
                <w:w w:val="101"/>
                <w:sz w:val="22"/>
                <w:szCs w:val="22"/>
              </w:rPr>
              <w:t>g</w:t>
            </w:r>
            <w:proofErr w:type="spellEnd"/>
            <w:r w:rsidRPr="00CB3FF1">
              <w:rPr>
                <w:rFonts w:eastAsia="KIBSE+F1"/>
                <w:i w:val="0"/>
                <w:iCs/>
                <w:color w:val="000000"/>
                <w:spacing w:val="3"/>
                <w:sz w:val="22"/>
                <w:szCs w:val="22"/>
              </w:rPr>
              <w:t xml:space="preserve"> </w:t>
            </w:r>
            <w:proofErr w:type="spellStart"/>
            <w:r w:rsidRPr="00CB3FF1">
              <w:rPr>
                <w:rFonts w:eastAsia="KIBSE+F1"/>
                <w:i w:val="0"/>
                <w:iCs/>
                <w:color w:val="000000"/>
                <w:w w:val="101"/>
                <w:sz w:val="22"/>
                <w:szCs w:val="22"/>
              </w:rPr>
              <w:t>c</w:t>
            </w:r>
            <w:r w:rsidRPr="00CB3FF1">
              <w:rPr>
                <w:rFonts w:eastAsia="KIBSE+F1"/>
                <w:i w:val="0"/>
                <w:iCs/>
                <w:color w:val="000000"/>
                <w:spacing w:val="2"/>
                <w:w w:val="101"/>
                <w:sz w:val="22"/>
                <w:szCs w:val="22"/>
              </w:rPr>
              <w:t>á</w:t>
            </w:r>
            <w:r w:rsidRPr="00CB3FF1">
              <w:rPr>
                <w:rFonts w:eastAsia="KIBSE+F1"/>
                <w:i w:val="0"/>
                <w:iCs/>
                <w:color w:val="000000"/>
                <w:w w:val="101"/>
                <w:sz w:val="22"/>
                <w:szCs w:val="22"/>
              </w:rPr>
              <w:t>c</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biện</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spacing w:val="1"/>
                <w:w w:val="101"/>
                <w:sz w:val="22"/>
                <w:szCs w:val="22"/>
              </w:rPr>
              <w:t>p</w:t>
            </w:r>
            <w:r w:rsidRPr="00CB3FF1">
              <w:rPr>
                <w:rFonts w:eastAsia="KIBSE+F1"/>
                <w:i w:val="0"/>
                <w:iCs/>
                <w:color w:val="000000"/>
                <w:w w:val="101"/>
                <w:sz w:val="22"/>
                <w:szCs w:val="22"/>
              </w:rPr>
              <w:t>h</w:t>
            </w:r>
            <w:r w:rsidRPr="00CB3FF1">
              <w:rPr>
                <w:rFonts w:eastAsia="KIBSE+F1"/>
                <w:i w:val="0"/>
                <w:iCs/>
                <w:color w:val="000000"/>
                <w:spacing w:val="1"/>
                <w:w w:val="101"/>
                <w:sz w:val="22"/>
                <w:szCs w:val="22"/>
              </w:rPr>
              <w:t>á</w:t>
            </w:r>
            <w:r w:rsidRPr="00CB3FF1">
              <w:rPr>
                <w:rFonts w:eastAsia="KIBSE+F1"/>
                <w:i w:val="0"/>
                <w:iCs/>
                <w:color w:val="000000"/>
                <w:w w:val="101"/>
                <w:sz w:val="22"/>
                <w:szCs w:val="22"/>
              </w:rPr>
              <w:t>p</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an</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1"/>
                <w:w w:val="101"/>
                <w:sz w:val="22"/>
                <w:szCs w:val="22"/>
              </w:rPr>
              <w:t>o</w:t>
            </w:r>
            <w:r w:rsidRPr="00CB3FF1">
              <w:rPr>
                <w:rFonts w:eastAsia="KIBSE+F1"/>
                <w:i w:val="0"/>
                <w:iCs/>
                <w:color w:val="000000"/>
                <w:w w:val="101"/>
                <w:sz w:val="22"/>
                <w:szCs w:val="22"/>
              </w:rPr>
              <w:t>àn</w:t>
            </w:r>
            <w:proofErr w:type="spellEnd"/>
          </w:p>
        </w:tc>
        <w:tc>
          <w:tcPr>
            <w:tcW w:w="1071" w:type="dxa"/>
          </w:tcPr>
          <w:p w14:paraId="29BD69D3" w14:textId="77777777" w:rsidR="00CB3FF1" w:rsidRPr="00CB3FF1" w:rsidRDefault="00CB3FF1" w:rsidP="00CB3FF1">
            <w:pPr>
              <w:pStyle w:val="0004"/>
              <w:spacing w:after="120" w:line="240" w:lineRule="auto"/>
              <w:jc w:val="center"/>
              <w:rPr>
                <w:i w:val="0"/>
                <w:iCs/>
                <w:sz w:val="22"/>
                <w:szCs w:val="22"/>
                <w:lang w:val="vi-VN"/>
              </w:rPr>
            </w:pPr>
          </w:p>
          <w:p w14:paraId="6291842A"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lastRenderedPageBreak/>
              <w:t>3,03</w:t>
            </w:r>
          </w:p>
        </w:tc>
        <w:tc>
          <w:tcPr>
            <w:tcW w:w="999" w:type="dxa"/>
            <w:vAlign w:val="center"/>
          </w:tcPr>
          <w:p w14:paraId="03882829"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lastRenderedPageBreak/>
              <w:t>0</w:t>
            </w:r>
            <w:r w:rsidRPr="00CB3FF1">
              <w:rPr>
                <w:i w:val="0"/>
                <w:iCs/>
                <w:sz w:val="22"/>
                <w:szCs w:val="22"/>
                <w:lang w:val="vi-VN"/>
              </w:rPr>
              <w:t>,55</w:t>
            </w:r>
          </w:p>
        </w:tc>
        <w:tc>
          <w:tcPr>
            <w:tcW w:w="825" w:type="dxa"/>
          </w:tcPr>
          <w:p w14:paraId="19796BC3" w14:textId="77777777" w:rsidR="00CB3FF1" w:rsidRPr="00CB3FF1" w:rsidRDefault="00CB3FF1" w:rsidP="00CB3FF1">
            <w:pPr>
              <w:pStyle w:val="0004"/>
              <w:spacing w:after="120" w:line="240" w:lineRule="auto"/>
              <w:jc w:val="center"/>
              <w:rPr>
                <w:i w:val="0"/>
                <w:iCs/>
                <w:sz w:val="22"/>
                <w:szCs w:val="22"/>
                <w:lang w:val="vi-VN"/>
              </w:rPr>
            </w:pPr>
          </w:p>
          <w:p w14:paraId="6227DA86"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lastRenderedPageBreak/>
              <w:t>6</w:t>
            </w:r>
          </w:p>
        </w:tc>
      </w:tr>
      <w:tr w:rsidR="00CB3FF1" w:rsidRPr="00CB3FF1" w14:paraId="63EB8F30" w14:textId="77777777" w:rsidTr="00CB3FF1">
        <w:trPr>
          <w:trHeight w:val="1121"/>
        </w:trPr>
        <w:tc>
          <w:tcPr>
            <w:tcW w:w="642" w:type="dxa"/>
          </w:tcPr>
          <w:p w14:paraId="0072F448"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lastRenderedPageBreak/>
              <w:t>6</w:t>
            </w:r>
          </w:p>
        </w:tc>
        <w:tc>
          <w:tcPr>
            <w:tcW w:w="5779" w:type="dxa"/>
          </w:tcPr>
          <w:p w14:paraId="55121558" w14:textId="77777777" w:rsidR="00CB3FF1" w:rsidRPr="00CB3FF1" w:rsidRDefault="00CB3FF1" w:rsidP="00CB3FF1">
            <w:pPr>
              <w:pStyle w:val="0004"/>
              <w:spacing w:after="120" w:line="240" w:lineRule="auto"/>
              <w:rPr>
                <w:i w:val="0"/>
                <w:iCs/>
                <w:color w:val="000000"/>
                <w:sz w:val="22"/>
                <w:szCs w:val="22"/>
                <w:lang w:val="vi-VN"/>
              </w:rPr>
            </w:pPr>
            <w:proofErr w:type="spellStart"/>
            <w:r w:rsidRPr="00CB3FF1">
              <w:rPr>
                <w:rFonts w:eastAsia="KIBSE+F1"/>
                <w:i w:val="0"/>
                <w:iCs/>
                <w:color w:val="000000"/>
                <w:w w:val="101"/>
                <w:sz w:val="22"/>
                <w:szCs w:val="22"/>
              </w:rPr>
              <w:t>Gi</w:t>
            </w:r>
            <w:r w:rsidRPr="00CB3FF1">
              <w:rPr>
                <w:rFonts w:eastAsia="KIBSE+F1"/>
                <w:i w:val="0"/>
                <w:iCs/>
                <w:color w:val="000000"/>
                <w:spacing w:val="5"/>
                <w:w w:val="101"/>
                <w:sz w:val="22"/>
                <w:szCs w:val="22"/>
              </w:rPr>
              <w:t>ả</w:t>
            </w:r>
            <w:r w:rsidRPr="00CB3FF1">
              <w:rPr>
                <w:rFonts w:eastAsia="KIBSE+F1"/>
                <w:i w:val="0"/>
                <w:iCs/>
                <w:color w:val="000000"/>
                <w:w w:val="101"/>
                <w:sz w:val="22"/>
                <w:szCs w:val="22"/>
              </w:rPr>
              <w:t>m</w:t>
            </w:r>
            <w:proofErr w:type="spellEnd"/>
            <w:r w:rsidRPr="00CB3FF1">
              <w:rPr>
                <w:rFonts w:eastAsia="KIBSE+F1"/>
                <w:i w:val="0"/>
                <w:iCs/>
                <w:color w:val="000000"/>
                <w:spacing w:val="115"/>
                <w:sz w:val="22"/>
                <w:szCs w:val="22"/>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6"/>
                <w:w w:val="101"/>
                <w:sz w:val="22"/>
                <w:szCs w:val="22"/>
              </w:rPr>
              <w:t>h</w:t>
            </w:r>
            <w:r w:rsidRPr="00CB3FF1">
              <w:rPr>
                <w:rFonts w:eastAsia="KIBSE+F1"/>
                <w:i w:val="0"/>
                <w:iCs/>
                <w:color w:val="000000"/>
                <w:w w:val="101"/>
                <w:sz w:val="22"/>
                <w:szCs w:val="22"/>
              </w:rPr>
              <w:t>iểu</w:t>
            </w:r>
            <w:proofErr w:type="spellEnd"/>
            <w:r w:rsidRPr="00CB3FF1">
              <w:rPr>
                <w:rFonts w:eastAsia="KIBSE+F1"/>
                <w:i w:val="0"/>
                <w:iCs/>
                <w:color w:val="000000"/>
                <w:spacing w:val="119"/>
                <w:sz w:val="22"/>
                <w:szCs w:val="22"/>
              </w:rPr>
              <w:t xml:space="preserve"> </w:t>
            </w:r>
            <w:proofErr w:type="spellStart"/>
            <w:r w:rsidRPr="00CB3FF1">
              <w:rPr>
                <w:rFonts w:eastAsia="KIBSE+F1"/>
                <w:i w:val="0"/>
                <w:iCs/>
                <w:color w:val="000000"/>
                <w:spacing w:val="3"/>
                <w:w w:val="101"/>
                <w:sz w:val="22"/>
                <w:szCs w:val="22"/>
              </w:rPr>
              <w:t>h</w:t>
            </w:r>
            <w:r w:rsidRPr="00CB3FF1">
              <w:rPr>
                <w:rFonts w:eastAsia="KIBSE+F1"/>
                <w:i w:val="0"/>
                <w:iCs/>
                <w:color w:val="000000"/>
                <w:w w:val="101"/>
                <w:sz w:val="22"/>
                <w:szCs w:val="22"/>
              </w:rPr>
              <w:t>ậu</w:t>
            </w:r>
            <w:proofErr w:type="spellEnd"/>
            <w:r w:rsidRPr="00CB3FF1">
              <w:rPr>
                <w:rFonts w:eastAsia="KIBSE+F1"/>
                <w:i w:val="0"/>
                <w:iCs/>
                <w:color w:val="000000"/>
                <w:spacing w:val="122"/>
                <w:sz w:val="22"/>
                <w:szCs w:val="22"/>
              </w:rPr>
              <w:t xml:space="preserve"> </w:t>
            </w:r>
            <w:proofErr w:type="spellStart"/>
            <w:r w:rsidRPr="00CB3FF1">
              <w:rPr>
                <w:rFonts w:eastAsia="KIBSE+F1"/>
                <w:i w:val="0"/>
                <w:iCs/>
                <w:color w:val="000000"/>
                <w:w w:val="101"/>
                <w:sz w:val="22"/>
                <w:szCs w:val="22"/>
              </w:rPr>
              <w:t>quả</w:t>
            </w:r>
            <w:proofErr w:type="spellEnd"/>
            <w:r w:rsidRPr="00CB3FF1">
              <w:rPr>
                <w:rFonts w:eastAsia="KIBSE+F1"/>
                <w:i w:val="0"/>
                <w:iCs/>
                <w:color w:val="000000"/>
                <w:spacing w:val="125"/>
                <w:sz w:val="22"/>
                <w:szCs w:val="22"/>
              </w:rPr>
              <w:t xml:space="preserve"> </w:t>
            </w:r>
            <w:proofErr w:type="spellStart"/>
            <w:r w:rsidRPr="00CB3FF1">
              <w:rPr>
                <w:rFonts w:eastAsia="KIBSE+F1"/>
                <w:i w:val="0"/>
                <w:iCs/>
                <w:color w:val="000000"/>
                <w:spacing w:val="1"/>
                <w:w w:val="101"/>
                <w:sz w:val="22"/>
                <w:szCs w:val="22"/>
              </w:rPr>
              <w:t>c</w:t>
            </w:r>
            <w:r w:rsidRPr="00CB3FF1">
              <w:rPr>
                <w:rFonts w:eastAsia="KIBSE+F1"/>
                <w:i w:val="0"/>
                <w:iCs/>
                <w:color w:val="000000"/>
                <w:spacing w:val="-2"/>
                <w:w w:val="101"/>
                <w:sz w:val="22"/>
                <w:szCs w:val="22"/>
              </w:rPr>
              <w:t>ủ</w:t>
            </w:r>
            <w:r w:rsidRPr="00CB3FF1">
              <w:rPr>
                <w:rFonts w:eastAsia="KIBSE+F1"/>
                <w:i w:val="0"/>
                <w:iCs/>
                <w:color w:val="000000"/>
                <w:w w:val="101"/>
                <w:sz w:val="22"/>
                <w:szCs w:val="22"/>
              </w:rPr>
              <w:t>a</w:t>
            </w:r>
            <w:proofErr w:type="spellEnd"/>
            <w:r w:rsidRPr="00CB3FF1">
              <w:rPr>
                <w:rFonts w:eastAsia="KIBSE+F1"/>
                <w:i w:val="0"/>
                <w:iCs/>
                <w:color w:val="000000"/>
                <w:w w:val="101"/>
                <w:sz w:val="22"/>
                <w:szCs w:val="22"/>
                <w:lang w:val="vi-VN"/>
              </w:rPr>
              <w:t xml:space="preserve"> </w:t>
            </w:r>
            <w:r w:rsidRPr="00CB3FF1">
              <w:rPr>
                <w:rFonts w:eastAsia="KIBSE+F1"/>
                <w:i w:val="0"/>
                <w:iCs/>
                <w:color w:val="000000"/>
                <w:spacing w:val="-1"/>
                <w:w w:val="101"/>
                <w:sz w:val="22"/>
                <w:szCs w:val="22"/>
              </w:rPr>
              <w:t>T</w:t>
            </w:r>
            <w:r w:rsidRPr="00CB3FF1">
              <w:rPr>
                <w:rFonts w:eastAsia="KIBSE+F1"/>
                <w:i w:val="0"/>
                <w:iCs/>
                <w:color w:val="000000"/>
                <w:w w:val="101"/>
                <w:sz w:val="22"/>
                <w:szCs w:val="22"/>
              </w:rPr>
              <w:t>NTT</w:t>
            </w:r>
            <w:r w:rsidRPr="00CB3FF1">
              <w:rPr>
                <w:rFonts w:eastAsia="KIBSE+F1"/>
                <w:i w:val="0"/>
                <w:iCs/>
                <w:color w:val="000000"/>
                <w:w w:val="101"/>
                <w:sz w:val="22"/>
                <w:szCs w:val="22"/>
                <w:lang w:val="vi-VN"/>
              </w:rPr>
              <w:t xml:space="preserve"> ở trẻ</w:t>
            </w:r>
            <w:r w:rsidRPr="00CB3FF1">
              <w:rPr>
                <w:rFonts w:eastAsia="KIBSE+F1"/>
                <w:i w:val="0"/>
                <w:iCs/>
                <w:color w:val="000000"/>
                <w:spacing w:val="36"/>
                <w:sz w:val="22"/>
                <w:szCs w:val="22"/>
              </w:rPr>
              <w:t xml:space="preserve"> </w:t>
            </w:r>
            <w:proofErr w:type="spellStart"/>
            <w:r w:rsidRPr="00CB3FF1">
              <w:rPr>
                <w:rFonts w:eastAsia="KIBSE+F1"/>
                <w:i w:val="0"/>
                <w:iCs/>
                <w:color w:val="000000"/>
                <w:spacing w:val="2"/>
                <w:w w:val="101"/>
                <w:sz w:val="22"/>
                <w:szCs w:val="22"/>
              </w:rPr>
              <w:t>b</w:t>
            </w:r>
            <w:r w:rsidRPr="00CB3FF1">
              <w:rPr>
                <w:rFonts w:eastAsia="KIBSE+F1"/>
                <w:i w:val="0"/>
                <w:iCs/>
                <w:color w:val="000000"/>
                <w:w w:val="101"/>
                <w:sz w:val="22"/>
                <w:szCs w:val="22"/>
              </w:rPr>
              <w:t>ằng</w:t>
            </w:r>
            <w:proofErr w:type="spellEnd"/>
            <w:r w:rsidRPr="00CB3FF1">
              <w:rPr>
                <w:rFonts w:eastAsia="KIBSE+F1"/>
                <w:i w:val="0"/>
                <w:iCs/>
                <w:color w:val="000000"/>
                <w:spacing w:val="38"/>
                <w:sz w:val="22"/>
                <w:szCs w:val="22"/>
              </w:rPr>
              <w:t xml:space="preserve"> </w:t>
            </w:r>
            <w:proofErr w:type="spellStart"/>
            <w:r w:rsidRPr="00CB3FF1">
              <w:rPr>
                <w:rFonts w:eastAsia="KIBSE+F1"/>
                <w:i w:val="0"/>
                <w:iCs/>
                <w:color w:val="000000"/>
                <w:spacing w:val="2"/>
                <w:w w:val="101"/>
                <w:sz w:val="22"/>
                <w:szCs w:val="22"/>
              </w:rPr>
              <w:t>c</w:t>
            </w:r>
            <w:r w:rsidRPr="00CB3FF1">
              <w:rPr>
                <w:rFonts w:eastAsia="KIBSE+F1"/>
                <w:i w:val="0"/>
                <w:iCs/>
                <w:color w:val="000000"/>
                <w:w w:val="101"/>
                <w:sz w:val="22"/>
                <w:szCs w:val="22"/>
              </w:rPr>
              <w:t>á</w:t>
            </w:r>
            <w:r w:rsidRPr="00CB3FF1">
              <w:rPr>
                <w:rFonts w:eastAsia="KIBSE+F1"/>
                <w:i w:val="0"/>
                <w:iCs/>
                <w:color w:val="000000"/>
                <w:spacing w:val="-2"/>
                <w:w w:val="101"/>
                <w:sz w:val="22"/>
                <w:szCs w:val="22"/>
              </w:rPr>
              <w:t>c</w:t>
            </w:r>
            <w:r w:rsidRPr="00CB3FF1">
              <w:rPr>
                <w:rFonts w:eastAsia="KIBSE+F1"/>
                <w:i w:val="0"/>
                <w:iCs/>
                <w:color w:val="000000"/>
                <w:w w:val="101"/>
                <w:sz w:val="22"/>
                <w:szCs w:val="22"/>
              </w:rPr>
              <w:t>h</w:t>
            </w:r>
            <w:proofErr w:type="spellEnd"/>
            <w:r w:rsidRPr="00CB3FF1">
              <w:rPr>
                <w:rFonts w:eastAsia="KIBSE+F1"/>
                <w:i w:val="0"/>
                <w:iCs/>
                <w:color w:val="000000"/>
                <w:spacing w:val="38"/>
                <w:sz w:val="22"/>
                <w:szCs w:val="22"/>
              </w:rPr>
              <w:t xml:space="preserve"> </w:t>
            </w:r>
            <w:proofErr w:type="spellStart"/>
            <w:r w:rsidRPr="00CB3FF1">
              <w:rPr>
                <w:rFonts w:eastAsia="KIBSE+F1"/>
                <w:i w:val="0"/>
                <w:iCs/>
                <w:color w:val="000000"/>
                <w:w w:val="101"/>
                <w:sz w:val="22"/>
                <w:szCs w:val="22"/>
              </w:rPr>
              <w:t>th</w:t>
            </w:r>
            <w:r w:rsidRPr="00CB3FF1">
              <w:rPr>
                <w:rFonts w:eastAsia="KIBSE+F1"/>
                <w:i w:val="0"/>
                <w:iCs/>
                <w:color w:val="000000"/>
                <w:spacing w:val="1"/>
                <w:w w:val="101"/>
                <w:sz w:val="22"/>
                <w:szCs w:val="22"/>
              </w:rPr>
              <w:t>ự</w:t>
            </w:r>
            <w:r w:rsidRPr="00CB3FF1">
              <w:rPr>
                <w:rFonts w:eastAsia="KIBSE+F1"/>
                <w:i w:val="0"/>
                <w:iCs/>
                <w:color w:val="000000"/>
                <w:w w:val="101"/>
                <w:sz w:val="22"/>
                <w:szCs w:val="22"/>
              </w:rPr>
              <w:t>c</w:t>
            </w:r>
            <w:proofErr w:type="spellEnd"/>
            <w:r w:rsidRPr="00CB3FF1">
              <w:rPr>
                <w:rFonts w:eastAsia="KIBSE+F1"/>
                <w:i w:val="0"/>
                <w:iCs/>
                <w:color w:val="000000"/>
                <w:spacing w:val="37"/>
                <w:sz w:val="22"/>
                <w:szCs w:val="22"/>
              </w:rPr>
              <w:t xml:space="preserve"> </w:t>
            </w:r>
            <w:proofErr w:type="spellStart"/>
            <w:r w:rsidRPr="00CB3FF1">
              <w:rPr>
                <w:rFonts w:eastAsia="KIBSE+F1"/>
                <w:i w:val="0"/>
                <w:iCs/>
                <w:color w:val="000000"/>
                <w:w w:val="101"/>
                <w:sz w:val="22"/>
                <w:szCs w:val="22"/>
              </w:rPr>
              <w:t>hiện</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spacing w:val="1"/>
                <w:w w:val="101"/>
                <w:sz w:val="22"/>
                <w:szCs w:val="22"/>
              </w:rPr>
              <w:t>các</w:t>
            </w:r>
            <w:proofErr w:type="spellEnd"/>
            <w:r w:rsidRPr="00CB3FF1">
              <w:rPr>
                <w:rFonts w:eastAsia="KIBSE+F1"/>
                <w:i w:val="0"/>
                <w:iCs/>
                <w:color w:val="000000"/>
                <w:spacing w:val="82"/>
                <w:sz w:val="22"/>
                <w:szCs w:val="22"/>
              </w:rPr>
              <w:t xml:space="preserve"> </w:t>
            </w:r>
            <w:proofErr w:type="spellStart"/>
            <w:r w:rsidRPr="00CB3FF1">
              <w:rPr>
                <w:rFonts w:eastAsia="KIBSE+F1"/>
                <w:i w:val="0"/>
                <w:iCs/>
                <w:color w:val="000000"/>
                <w:w w:val="101"/>
                <w:sz w:val="22"/>
                <w:szCs w:val="22"/>
              </w:rPr>
              <w:t>bi</w:t>
            </w:r>
            <w:r w:rsidRPr="00CB3FF1">
              <w:rPr>
                <w:rFonts w:eastAsia="KIBSE+F1"/>
                <w:i w:val="0"/>
                <w:iCs/>
                <w:color w:val="000000"/>
                <w:spacing w:val="1"/>
                <w:w w:val="101"/>
                <w:sz w:val="22"/>
                <w:szCs w:val="22"/>
              </w:rPr>
              <w:t>ệ</w:t>
            </w:r>
            <w:r w:rsidRPr="00CB3FF1">
              <w:rPr>
                <w:rFonts w:eastAsia="KIBSE+F1"/>
                <w:i w:val="0"/>
                <w:iCs/>
                <w:color w:val="000000"/>
                <w:w w:val="101"/>
                <w:sz w:val="22"/>
                <w:szCs w:val="22"/>
              </w:rPr>
              <w:t>n</w:t>
            </w:r>
            <w:proofErr w:type="spellEnd"/>
            <w:r w:rsidRPr="00CB3FF1">
              <w:rPr>
                <w:rFonts w:eastAsia="KIBSE+F1"/>
                <w:i w:val="0"/>
                <w:iCs/>
                <w:color w:val="000000"/>
                <w:spacing w:val="83"/>
                <w:sz w:val="22"/>
                <w:szCs w:val="22"/>
              </w:rPr>
              <w:t xml:space="preserve"> </w:t>
            </w:r>
            <w:proofErr w:type="spellStart"/>
            <w:r w:rsidRPr="00CB3FF1">
              <w:rPr>
                <w:rFonts w:eastAsia="KIBSE+F1"/>
                <w:i w:val="0"/>
                <w:iCs/>
                <w:color w:val="000000"/>
                <w:spacing w:val="-1"/>
                <w:w w:val="101"/>
                <w:sz w:val="22"/>
                <w:szCs w:val="22"/>
              </w:rPr>
              <w:t>p</w:t>
            </w:r>
            <w:r w:rsidRPr="00CB3FF1">
              <w:rPr>
                <w:rFonts w:eastAsia="KIBSE+F1"/>
                <w:i w:val="0"/>
                <w:iCs/>
                <w:color w:val="000000"/>
                <w:spacing w:val="1"/>
                <w:w w:val="101"/>
                <w:sz w:val="22"/>
                <w:szCs w:val="22"/>
              </w:rPr>
              <w:t>h</w:t>
            </w:r>
            <w:r w:rsidRPr="00CB3FF1">
              <w:rPr>
                <w:rFonts w:eastAsia="KIBSE+F1"/>
                <w:i w:val="0"/>
                <w:iCs/>
                <w:color w:val="000000"/>
                <w:spacing w:val="-2"/>
                <w:w w:val="101"/>
                <w:sz w:val="22"/>
                <w:szCs w:val="22"/>
              </w:rPr>
              <w:t>á</w:t>
            </w:r>
            <w:r w:rsidRPr="00CB3FF1">
              <w:rPr>
                <w:rFonts w:eastAsia="KIBSE+F1"/>
                <w:i w:val="0"/>
                <w:iCs/>
                <w:color w:val="000000"/>
                <w:w w:val="101"/>
                <w:sz w:val="22"/>
                <w:szCs w:val="22"/>
              </w:rPr>
              <w:t>p</w:t>
            </w:r>
            <w:proofErr w:type="spellEnd"/>
            <w:r w:rsidRPr="00CB3FF1">
              <w:rPr>
                <w:rFonts w:eastAsia="KIBSE+F1"/>
                <w:i w:val="0"/>
                <w:iCs/>
                <w:color w:val="000000"/>
                <w:spacing w:val="83"/>
                <w:sz w:val="22"/>
                <w:szCs w:val="22"/>
              </w:rPr>
              <w:t xml:space="preserve"> </w:t>
            </w:r>
            <w:proofErr w:type="spellStart"/>
            <w:r w:rsidRPr="00CB3FF1">
              <w:rPr>
                <w:rFonts w:eastAsia="KIBSE+F1"/>
                <w:i w:val="0"/>
                <w:iCs/>
                <w:color w:val="000000"/>
                <w:spacing w:val="2"/>
                <w:w w:val="101"/>
                <w:sz w:val="22"/>
                <w:szCs w:val="22"/>
              </w:rPr>
              <w:t>đ</w:t>
            </w:r>
            <w:r w:rsidRPr="00CB3FF1">
              <w:rPr>
                <w:rFonts w:eastAsia="KIBSE+F1"/>
                <w:i w:val="0"/>
                <w:iCs/>
                <w:color w:val="000000"/>
                <w:w w:val="101"/>
                <w:sz w:val="22"/>
                <w:szCs w:val="22"/>
              </w:rPr>
              <w:t>iều</w:t>
            </w:r>
            <w:proofErr w:type="spellEnd"/>
            <w:r w:rsidRPr="00CB3FF1">
              <w:rPr>
                <w:rFonts w:eastAsia="KIBSE+F1"/>
                <w:i w:val="0"/>
                <w:iCs/>
                <w:color w:val="000000"/>
                <w:spacing w:val="83"/>
                <w:sz w:val="22"/>
                <w:szCs w:val="22"/>
              </w:rPr>
              <w:t xml:space="preserve"> </w:t>
            </w:r>
            <w:proofErr w:type="spellStart"/>
            <w:r w:rsidRPr="00CB3FF1">
              <w:rPr>
                <w:rFonts w:eastAsia="KIBSE+F1"/>
                <w:i w:val="0"/>
                <w:iCs/>
                <w:color w:val="000000"/>
                <w:w w:val="101"/>
                <w:sz w:val="22"/>
                <w:szCs w:val="22"/>
              </w:rPr>
              <w:t>trị</w:t>
            </w:r>
            <w:proofErr w:type="spellEnd"/>
            <w:r w:rsidRPr="00CB3FF1">
              <w:rPr>
                <w:rFonts w:eastAsia="KIBSE+F1"/>
                <w:i w:val="0"/>
                <w:iCs/>
                <w:color w:val="000000"/>
                <w:spacing w:val="82"/>
                <w:sz w:val="22"/>
                <w:szCs w:val="22"/>
              </w:rPr>
              <w:t xml:space="preserve"> </w:t>
            </w:r>
            <w:proofErr w:type="spellStart"/>
            <w:r w:rsidRPr="00CB3FF1">
              <w:rPr>
                <w:rFonts w:eastAsia="KIBSE+F1"/>
                <w:i w:val="0"/>
                <w:iCs/>
                <w:color w:val="000000"/>
                <w:w w:val="101"/>
                <w:sz w:val="22"/>
                <w:szCs w:val="22"/>
              </w:rPr>
              <w:t>và</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w w:val="101"/>
                <w:sz w:val="22"/>
                <w:szCs w:val="22"/>
              </w:rPr>
              <w:t>phục</w:t>
            </w:r>
            <w:proofErr w:type="spellEnd"/>
            <w:r w:rsidRPr="00CB3FF1">
              <w:rPr>
                <w:rFonts w:eastAsia="KIBSE+F1"/>
                <w:i w:val="0"/>
                <w:iCs/>
                <w:color w:val="000000"/>
                <w:spacing w:val="82"/>
                <w:sz w:val="22"/>
                <w:szCs w:val="22"/>
              </w:rPr>
              <w:t xml:space="preserve"> </w:t>
            </w:r>
            <w:proofErr w:type="spellStart"/>
            <w:r w:rsidRPr="00CB3FF1">
              <w:rPr>
                <w:rFonts w:eastAsia="KIBSE+F1"/>
                <w:i w:val="0"/>
                <w:iCs/>
                <w:color w:val="000000"/>
                <w:w w:val="101"/>
                <w:sz w:val="22"/>
                <w:szCs w:val="22"/>
              </w:rPr>
              <w:t>h</w:t>
            </w:r>
            <w:r w:rsidRPr="00CB3FF1">
              <w:rPr>
                <w:rFonts w:eastAsia="KIBSE+F1"/>
                <w:i w:val="0"/>
                <w:iCs/>
                <w:color w:val="000000"/>
                <w:spacing w:val="-1"/>
                <w:w w:val="101"/>
                <w:sz w:val="22"/>
                <w:szCs w:val="22"/>
              </w:rPr>
              <w:t>ồ</w:t>
            </w:r>
            <w:r w:rsidRPr="00CB3FF1">
              <w:rPr>
                <w:rFonts w:eastAsia="KIBSE+F1"/>
                <w:i w:val="0"/>
                <w:iCs/>
                <w:color w:val="000000"/>
                <w:w w:val="101"/>
                <w:sz w:val="22"/>
                <w:szCs w:val="22"/>
              </w:rPr>
              <w:t>i</w:t>
            </w:r>
            <w:proofErr w:type="spellEnd"/>
            <w:r w:rsidRPr="00CB3FF1">
              <w:rPr>
                <w:rFonts w:eastAsia="KIBSE+F1"/>
                <w:i w:val="0"/>
                <w:iCs/>
                <w:color w:val="000000"/>
                <w:spacing w:val="83"/>
                <w:sz w:val="22"/>
                <w:szCs w:val="22"/>
              </w:rPr>
              <w:t xml:space="preserve"> </w:t>
            </w:r>
            <w:proofErr w:type="spellStart"/>
            <w:r w:rsidRPr="00CB3FF1">
              <w:rPr>
                <w:rFonts w:eastAsia="KIBSE+F1"/>
                <w:i w:val="0"/>
                <w:iCs/>
                <w:color w:val="000000"/>
                <w:spacing w:val="2"/>
                <w:w w:val="101"/>
                <w:sz w:val="22"/>
                <w:szCs w:val="22"/>
              </w:rPr>
              <w:t>c</w:t>
            </w:r>
            <w:r w:rsidRPr="00CB3FF1">
              <w:rPr>
                <w:rFonts w:eastAsia="KIBSE+F1"/>
                <w:i w:val="0"/>
                <w:iCs/>
                <w:color w:val="000000"/>
                <w:w w:val="101"/>
                <w:sz w:val="22"/>
                <w:szCs w:val="22"/>
              </w:rPr>
              <w:t>h</w:t>
            </w:r>
            <w:r w:rsidRPr="00CB3FF1">
              <w:rPr>
                <w:rFonts w:eastAsia="KIBSE+F1"/>
                <w:i w:val="0"/>
                <w:iCs/>
                <w:color w:val="000000"/>
                <w:spacing w:val="3"/>
                <w:w w:val="101"/>
                <w:sz w:val="22"/>
                <w:szCs w:val="22"/>
              </w:rPr>
              <w:t>ứ</w:t>
            </w:r>
            <w:r w:rsidRPr="00CB3FF1">
              <w:rPr>
                <w:rFonts w:eastAsia="KIBSE+F1"/>
                <w:i w:val="0"/>
                <w:iCs/>
                <w:color w:val="000000"/>
                <w:spacing w:val="1"/>
                <w:w w:val="101"/>
                <w:sz w:val="22"/>
                <w:szCs w:val="22"/>
              </w:rPr>
              <w:t>c</w:t>
            </w:r>
            <w:proofErr w:type="spellEnd"/>
            <w:r w:rsidRPr="00CB3FF1">
              <w:rPr>
                <w:rFonts w:eastAsia="KIBSE+F1"/>
                <w:i w:val="0"/>
                <w:iCs/>
                <w:color w:val="000000"/>
                <w:spacing w:val="80"/>
                <w:sz w:val="22"/>
                <w:szCs w:val="22"/>
              </w:rPr>
              <w:t xml:space="preserve"> </w:t>
            </w:r>
            <w:proofErr w:type="spellStart"/>
            <w:r w:rsidRPr="00CB3FF1">
              <w:rPr>
                <w:rFonts w:eastAsia="KIBSE+F1"/>
                <w:i w:val="0"/>
                <w:iCs/>
                <w:color w:val="000000"/>
                <w:spacing w:val="-1"/>
                <w:w w:val="101"/>
                <w:sz w:val="22"/>
                <w:szCs w:val="22"/>
              </w:rPr>
              <w:t>n</w:t>
            </w:r>
            <w:r w:rsidRPr="00CB3FF1">
              <w:rPr>
                <w:rFonts w:eastAsia="KIBSE+F1"/>
                <w:i w:val="0"/>
                <w:iCs/>
                <w:color w:val="000000"/>
                <w:w w:val="101"/>
                <w:sz w:val="22"/>
                <w:szCs w:val="22"/>
              </w:rPr>
              <w:t>ă</w:t>
            </w:r>
            <w:r w:rsidRPr="00CB3FF1">
              <w:rPr>
                <w:rFonts w:eastAsia="KIBSE+F1"/>
                <w:i w:val="0"/>
                <w:iCs/>
                <w:color w:val="000000"/>
                <w:spacing w:val="1"/>
                <w:w w:val="101"/>
                <w:sz w:val="22"/>
                <w:szCs w:val="22"/>
              </w:rPr>
              <w:t>ng</w:t>
            </w:r>
            <w:proofErr w:type="spellEnd"/>
            <w:r w:rsidRPr="00CB3FF1">
              <w:rPr>
                <w:rFonts w:eastAsia="KIBSE+F1"/>
                <w:i w:val="0"/>
                <w:iCs/>
                <w:color w:val="000000"/>
                <w:spacing w:val="1"/>
                <w:w w:val="101"/>
                <w:sz w:val="22"/>
                <w:szCs w:val="22"/>
              </w:rPr>
              <w:t>,</w:t>
            </w:r>
            <w:r w:rsidRPr="00CB3FF1">
              <w:rPr>
                <w:rFonts w:eastAsia="KIBSE+F1"/>
                <w:i w:val="0"/>
                <w:iCs/>
                <w:color w:val="000000"/>
                <w:spacing w:val="82"/>
                <w:sz w:val="22"/>
                <w:szCs w:val="22"/>
              </w:rPr>
              <w:t xml:space="preserve"> </w:t>
            </w:r>
            <w:proofErr w:type="spellStart"/>
            <w:r w:rsidRPr="00CB3FF1">
              <w:rPr>
                <w:rFonts w:eastAsia="KIBSE+F1"/>
                <w:i w:val="0"/>
                <w:iCs/>
                <w:color w:val="000000"/>
                <w:w w:val="101"/>
                <w:sz w:val="22"/>
                <w:szCs w:val="22"/>
              </w:rPr>
              <w:t>giúp</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w w:val="101"/>
                <w:sz w:val="22"/>
                <w:szCs w:val="22"/>
              </w:rPr>
              <w:t>trẻ</w:t>
            </w:r>
            <w:proofErr w:type="spellEnd"/>
            <w:r w:rsidRPr="00CB3FF1">
              <w:rPr>
                <w:rFonts w:eastAsia="KIBSE+F1"/>
                <w:i w:val="0"/>
                <w:iCs/>
                <w:color w:val="000000"/>
                <w:spacing w:val="45"/>
                <w:sz w:val="22"/>
                <w:szCs w:val="22"/>
              </w:rPr>
              <w:t xml:space="preserve"> </w:t>
            </w:r>
            <w:proofErr w:type="spellStart"/>
            <w:r w:rsidRPr="00CB3FF1">
              <w:rPr>
                <w:rFonts w:eastAsia="KIBSE+F1"/>
                <w:i w:val="0"/>
                <w:iCs/>
                <w:color w:val="000000"/>
                <w:spacing w:val="3"/>
                <w:w w:val="101"/>
                <w:sz w:val="22"/>
                <w:szCs w:val="22"/>
              </w:rPr>
              <w:t>h</w:t>
            </w:r>
            <w:r w:rsidRPr="00CB3FF1">
              <w:rPr>
                <w:rFonts w:eastAsia="KIBSE+F1"/>
                <w:i w:val="0"/>
                <w:iCs/>
                <w:color w:val="000000"/>
                <w:spacing w:val="-1"/>
                <w:w w:val="101"/>
                <w:sz w:val="22"/>
                <w:szCs w:val="22"/>
              </w:rPr>
              <w:t>ồ</w:t>
            </w:r>
            <w:r w:rsidRPr="00CB3FF1">
              <w:rPr>
                <w:rFonts w:eastAsia="KIBSE+F1"/>
                <w:i w:val="0"/>
                <w:iCs/>
                <w:color w:val="000000"/>
                <w:w w:val="101"/>
                <w:sz w:val="22"/>
                <w:szCs w:val="22"/>
              </w:rPr>
              <w:t>i</w:t>
            </w:r>
            <w:proofErr w:type="spellEnd"/>
            <w:r w:rsidRPr="00CB3FF1">
              <w:rPr>
                <w:rFonts w:eastAsia="KIBSE+F1"/>
                <w:i w:val="0"/>
                <w:iCs/>
                <w:color w:val="000000"/>
                <w:spacing w:val="48"/>
                <w:sz w:val="22"/>
                <w:szCs w:val="22"/>
              </w:rPr>
              <w:t xml:space="preserve"> </w:t>
            </w:r>
            <w:proofErr w:type="spellStart"/>
            <w:r w:rsidRPr="00CB3FF1">
              <w:rPr>
                <w:rFonts w:eastAsia="KIBSE+F1"/>
                <w:i w:val="0"/>
                <w:iCs/>
                <w:color w:val="000000"/>
                <w:w w:val="101"/>
                <w:sz w:val="22"/>
                <w:szCs w:val="22"/>
              </w:rPr>
              <w:t>phục</w:t>
            </w:r>
            <w:proofErr w:type="spellEnd"/>
            <w:r w:rsidRPr="00CB3FF1">
              <w:rPr>
                <w:rFonts w:eastAsia="KIBSE+F1"/>
                <w:i w:val="0"/>
                <w:iCs/>
                <w:color w:val="000000"/>
                <w:spacing w:val="47"/>
                <w:sz w:val="22"/>
                <w:szCs w:val="22"/>
              </w:rPr>
              <w:t xml:space="preserve"> </w:t>
            </w:r>
            <w:proofErr w:type="spellStart"/>
            <w:r w:rsidRPr="00CB3FF1">
              <w:rPr>
                <w:rFonts w:eastAsia="KIBSE+F1"/>
                <w:i w:val="0"/>
                <w:iCs/>
                <w:color w:val="000000"/>
                <w:w w:val="101"/>
                <w:sz w:val="22"/>
                <w:szCs w:val="22"/>
              </w:rPr>
              <w:t>và</w:t>
            </w:r>
            <w:proofErr w:type="spellEnd"/>
            <w:r w:rsidRPr="00CB3FF1">
              <w:rPr>
                <w:rFonts w:eastAsia="KIBSE+F1"/>
                <w:i w:val="0"/>
                <w:iCs/>
                <w:color w:val="000000"/>
                <w:spacing w:val="48"/>
                <w:sz w:val="22"/>
                <w:szCs w:val="22"/>
              </w:rPr>
              <w:t xml:space="preserve"> </w:t>
            </w:r>
            <w:proofErr w:type="spellStart"/>
            <w:r w:rsidRPr="00CB3FF1">
              <w:rPr>
                <w:rFonts w:eastAsia="KIBSE+F1"/>
                <w:i w:val="0"/>
                <w:iCs/>
                <w:color w:val="000000"/>
                <w:w w:val="101"/>
                <w:sz w:val="22"/>
                <w:szCs w:val="22"/>
              </w:rPr>
              <w:t>g</w:t>
            </w:r>
            <w:r w:rsidRPr="00CB3FF1">
              <w:rPr>
                <w:rFonts w:eastAsia="KIBSE+F1"/>
                <w:i w:val="0"/>
                <w:iCs/>
                <w:color w:val="000000"/>
                <w:spacing w:val="3"/>
                <w:w w:val="101"/>
                <w:sz w:val="22"/>
                <w:szCs w:val="22"/>
              </w:rPr>
              <w:t>i</w:t>
            </w:r>
            <w:r w:rsidRPr="00CB3FF1">
              <w:rPr>
                <w:rFonts w:eastAsia="KIBSE+F1"/>
                <w:i w:val="0"/>
                <w:iCs/>
                <w:color w:val="000000"/>
                <w:spacing w:val="-2"/>
                <w:w w:val="101"/>
                <w:sz w:val="22"/>
                <w:szCs w:val="22"/>
              </w:rPr>
              <w:t>ả</w:t>
            </w:r>
            <w:r w:rsidRPr="00CB3FF1">
              <w:rPr>
                <w:rFonts w:eastAsia="KIBSE+F1"/>
                <w:i w:val="0"/>
                <w:iCs/>
                <w:color w:val="000000"/>
                <w:w w:val="101"/>
                <w:sz w:val="22"/>
                <w:szCs w:val="22"/>
              </w:rPr>
              <w:t>m</w:t>
            </w:r>
            <w:proofErr w:type="spellEnd"/>
            <w:r w:rsidRPr="00CB3FF1">
              <w:rPr>
                <w:rFonts w:eastAsia="KIBSE+F1"/>
                <w:i w:val="0"/>
                <w:iCs/>
                <w:color w:val="000000"/>
                <w:spacing w:val="44"/>
                <w:sz w:val="22"/>
                <w:szCs w:val="22"/>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3"/>
                <w:w w:val="101"/>
                <w:sz w:val="22"/>
                <w:szCs w:val="22"/>
              </w:rPr>
              <w:t>h</w:t>
            </w:r>
            <w:r w:rsidRPr="00CB3FF1">
              <w:rPr>
                <w:rFonts w:eastAsia="KIBSE+F1"/>
                <w:i w:val="0"/>
                <w:iCs/>
                <w:color w:val="000000"/>
                <w:spacing w:val="1"/>
                <w:w w:val="101"/>
                <w:sz w:val="22"/>
                <w:szCs w:val="22"/>
              </w:rPr>
              <w:t>i</w:t>
            </w:r>
            <w:r w:rsidRPr="00CB3FF1">
              <w:rPr>
                <w:rFonts w:eastAsia="KIBSE+F1"/>
                <w:i w:val="0"/>
                <w:iCs/>
                <w:color w:val="000000"/>
                <w:spacing w:val="2"/>
                <w:w w:val="101"/>
                <w:sz w:val="22"/>
                <w:szCs w:val="22"/>
              </w:rPr>
              <w:t>ể</w:t>
            </w:r>
            <w:r w:rsidRPr="00CB3FF1">
              <w:rPr>
                <w:rFonts w:eastAsia="KIBSE+F1"/>
                <w:i w:val="0"/>
                <w:iCs/>
                <w:color w:val="000000"/>
                <w:spacing w:val="1"/>
                <w:w w:val="101"/>
                <w:sz w:val="22"/>
                <w:szCs w:val="22"/>
              </w:rPr>
              <w:t>u</w:t>
            </w:r>
            <w:proofErr w:type="spellEnd"/>
            <w:r w:rsidRPr="00CB3FF1">
              <w:rPr>
                <w:rFonts w:eastAsia="KIBSE+F1"/>
                <w:i w:val="0"/>
                <w:iCs/>
                <w:color w:val="000000"/>
                <w:spacing w:val="1"/>
                <w:w w:val="101"/>
                <w:sz w:val="22"/>
                <w:szCs w:val="22"/>
                <w:lang w:val="vi-VN"/>
              </w:rPr>
              <w:t xml:space="preserve"> </w:t>
            </w:r>
            <w:proofErr w:type="spellStart"/>
            <w:r w:rsidRPr="00CB3FF1">
              <w:rPr>
                <w:rFonts w:eastAsia="KIBSE+F1"/>
                <w:i w:val="0"/>
                <w:iCs/>
                <w:color w:val="000000"/>
                <w:w w:val="101"/>
                <w:sz w:val="22"/>
                <w:szCs w:val="22"/>
              </w:rPr>
              <w:t>tối</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spacing w:val="-1"/>
                <w:w w:val="101"/>
                <w:sz w:val="22"/>
                <w:szCs w:val="22"/>
              </w:rPr>
              <w:t>đ</w:t>
            </w:r>
            <w:r w:rsidRPr="00CB3FF1">
              <w:rPr>
                <w:rFonts w:eastAsia="KIBSE+F1"/>
                <w:i w:val="0"/>
                <w:iCs/>
                <w:color w:val="000000"/>
                <w:w w:val="101"/>
                <w:sz w:val="22"/>
                <w:szCs w:val="22"/>
              </w:rPr>
              <w:t>a</w:t>
            </w:r>
            <w:proofErr w:type="spellEnd"/>
            <w:r w:rsidRPr="00CB3FF1">
              <w:rPr>
                <w:rFonts w:eastAsia="KIBSE+F1"/>
                <w:i w:val="0"/>
                <w:iCs/>
                <w:color w:val="000000"/>
                <w:spacing w:val="2"/>
                <w:sz w:val="22"/>
                <w:szCs w:val="22"/>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2"/>
                <w:w w:val="101"/>
                <w:sz w:val="22"/>
                <w:szCs w:val="22"/>
              </w:rPr>
              <w:t>á</w:t>
            </w:r>
            <w:r w:rsidRPr="00CB3FF1">
              <w:rPr>
                <w:rFonts w:eastAsia="KIBSE+F1"/>
                <w:i w:val="0"/>
                <w:iCs/>
                <w:color w:val="000000"/>
                <w:w w:val="101"/>
                <w:sz w:val="22"/>
                <w:szCs w:val="22"/>
              </w:rPr>
              <w:t>c</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động</w:t>
            </w:r>
            <w:proofErr w:type="spellEnd"/>
            <w:r w:rsidRPr="00CB3FF1">
              <w:rPr>
                <w:rFonts w:eastAsia="KIBSE+F1"/>
                <w:i w:val="0"/>
                <w:iCs/>
                <w:color w:val="000000"/>
                <w:spacing w:val="4"/>
                <w:sz w:val="22"/>
                <w:szCs w:val="22"/>
              </w:rPr>
              <w:t xml:space="preserve"> </w:t>
            </w:r>
            <w:proofErr w:type="spellStart"/>
            <w:r w:rsidRPr="00CB3FF1">
              <w:rPr>
                <w:rFonts w:eastAsia="KIBSE+F1"/>
                <w:i w:val="0"/>
                <w:iCs/>
                <w:color w:val="000000"/>
                <w:spacing w:val="-2"/>
                <w:w w:val="101"/>
                <w:sz w:val="22"/>
                <w:szCs w:val="22"/>
              </w:rPr>
              <w:t>c</w:t>
            </w:r>
            <w:r w:rsidRPr="00CB3FF1">
              <w:rPr>
                <w:rFonts w:eastAsia="KIBSE+F1"/>
                <w:i w:val="0"/>
                <w:iCs/>
                <w:color w:val="000000"/>
                <w:w w:val="101"/>
                <w:sz w:val="22"/>
                <w:szCs w:val="22"/>
              </w:rPr>
              <w:t>ủa</w:t>
            </w:r>
            <w:proofErr w:type="spellEnd"/>
            <w:r w:rsidRPr="00CB3FF1">
              <w:rPr>
                <w:rFonts w:eastAsia="KIBSE+F1"/>
                <w:i w:val="0"/>
                <w:iCs/>
                <w:color w:val="000000"/>
                <w:spacing w:val="1"/>
                <w:sz w:val="22"/>
                <w:szCs w:val="22"/>
              </w:rPr>
              <w:t xml:space="preserve"> TNTT</w:t>
            </w:r>
          </w:p>
        </w:tc>
        <w:tc>
          <w:tcPr>
            <w:tcW w:w="1071" w:type="dxa"/>
          </w:tcPr>
          <w:p w14:paraId="31C9AABC" w14:textId="77777777" w:rsidR="00CB3FF1" w:rsidRPr="00CB3FF1" w:rsidRDefault="00CB3FF1" w:rsidP="00CB3FF1">
            <w:pPr>
              <w:pStyle w:val="0004"/>
              <w:spacing w:after="120" w:line="240" w:lineRule="auto"/>
              <w:jc w:val="center"/>
              <w:rPr>
                <w:i w:val="0"/>
                <w:iCs/>
                <w:sz w:val="22"/>
                <w:szCs w:val="22"/>
                <w:lang w:val="vi-VN"/>
              </w:rPr>
            </w:pPr>
          </w:p>
          <w:p w14:paraId="20A7C477"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3,05</w:t>
            </w:r>
          </w:p>
        </w:tc>
        <w:tc>
          <w:tcPr>
            <w:tcW w:w="999" w:type="dxa"/>
            <w:vAlign w:val="center"/>
          </w:tcPr>
          <w:p w14:paraId="5F28DEB9" w14:textId="77777777" w:rsidR="00CB3FF1" w:rsidRPr="00CB3FF1" w:rsidRDefault="00CB3FF1" w:rsidP="00CB3FF1">
            <w:pPr>
              <w:pStyle w:val="0004"/>
              <w:spacing w:after="120" w:line="240" w:lineRule="auto"/>
              <w:rPr>
                <w:i w:val="0"/>
                <w:iCs/>
                <w:sz w:val="22"/>
                <w:szCs w:val="22"/>
                <w:lang w:val="vi-VN"/>
              </w:rPr>
            </w:pPr>
            <w:r w:rsidRPr="00CB3FF1">
              <w:rPr>
                <w:i w:val="0"/>
                <w:iCs/>
                <w:sz w:val="22"/>
                <w:szCs w:val="22"/>
                <w:lang w:val="vi-VN"/>
              </w:rPr>
              <w:t xml:space="preserve">    </w:t>
            </w:r>
            <w:r w:rsidRPr="00CB3FF1">
              <w:rPr>
                <w:i w:val="0"/>
                <w:iCs/>
                <w:sz w:val="22"/>
                <w:szCs w:val="22"/>
              </w:rPr>
              <w:t>0</w:t>
            </w:r>
            <w:r w:rsidRPr="00CB3FF1">
              <w:rPr>
                <w:i w:val="0"/>
                <w:iCs/>
                <w:sz w:val="22"/>
                <w:szCs w:val="22"/>
                <w:lang w:val="vi-VN"/>
              </w:rPr>
              <w:t>,</w:t>
            </w:r>
            <w:r w:rsidRPr="00CB3FF1">
              <w:rPr>
                <w:i w:val="0"/>
                <w:iCs/>
                <w:sz w:val="22"/>
                <w:szCs w:val="22"/>
              </w:rPr>
              <w:t>6</w:t>
            </w:r>
            <w:r w:rsidRPr="00CB3FF1">
              <w:rPr>
                <w:i w:val="0"/>
                <w:iCs/>
                <w:sz w:val="22"/>
                <w:szCs w:val="22"/>
                <w:lang w:val="vi-VN"/>
              </w:rPr>
              <w:t>1</w:t>
            </w:r>
          </w:p>
        </w:tc>
        <w:tc>
          <w:tcPr>
            <w:tcW w:w="825" w:type="dxa"/>
          </w:tcPr>
          <w:p w14:paraId="3DF542B6" w14:textId="77777777" w:rsidR="00CB3FF1" w:rsidRPr="00CB3FF1" w:rsidRDefault="00CB3FF1" w:rsidP="00CB3FF1">
            <w:pPr>
              <w:pStyle w:val="0004"/>
              <w:spacing w:after="120" w:line="240" w:lineRule="auto"/>
              <w:jc w:val="center"/>
              <w:rPr>
                <w:i w:val="0"/>
                <w:iCs/>
                <w:sz w:val="22"/>
                <w:szCs w:val="22"/>
                <w:lang w:val="vi-VN"/>
              </w:rPr>
            </w:pPr>
          </w:p>
          <w:p w14:paraId="050D225A"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5</w:t>
            </w:r>
          </w:p>
        </w:tc>
      </w:tr>
      <w:tr w:rsidR="00CB3FF1" w:rsidRPr="00CB3FF1" w14:paraId="2FD02E6B" w14:textId="77777777" w:rsidTr="00CB3FF1">
        <w:trPr>
          <w:trHeight w:val="358"/>
        </w:trPr>
        <w:tc>
          <w:tcPr>
            <w:tcW w:w="6421" w:type="dxa"/>
            <w:gridSpan w:val="2"/>
          </w:tcPr>
          <w:p w14:paraId="5EE122FD" w14:textId="77777777" w:rsidR="00CB3FF1" w:rsidRPr="00CB3FF1" w:rsidRDefault="00CB3FF1" w:rsidP="00CB3FF1">
            <w:pPr>
              <w:pStyle w:val="0004"/>
              <w:spacing w:after="120" w:line="240" w:lineRule="auto"/>
              <w:ind w:firstLine="567"/>
              <w:jc w:val="center"/>
              <w:rPr>
                <w:b/>
                <w:bCs/>
                <w:i w:val="0"/>
                <w:iCs/>
                <w:sz w:val="22"/>
                <w:szCs w:val="22"/>
                <w:lang w:val="vi-VN"/>
              </w:rPr>
            </w:pPr>
            <w:r w:rsidRPr="00CB3FF1">
              <w:rPr>
                <w:b/>
                <w:bCs/>
                <w:i w:val="0"/>
                <w:iCs/>
                <w:sz w:val="22"/>
                <w:szCs w:val="22"/>
                <w:lang w:val="vi-VN"/>
              </w:rPr>
              <w:t>ĐTB chung</w:t>
            </w:r>
          </w:p>
        </w:tc>
        <w:tc>
          <w:tcPr>
            <w:tcW w:w="1071" w:type="dxa"/>
          </w:tcPr>
          <w:p w14:paraId="7E083C17"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fldChar w:fldCharType="begin"/>
            </w:r>
            <w:r w:rsidRPr="00CB3FF1">
              <w:rPr>
                <w:b/>
                <w:bCs/>
                <w:i w:val="0"/>
                <w:iCs/>
                <w:sz w:val="22"/>
                <w:szCs w:val="22"/>
                <w:lang w:val="vi-VN"/>
              </w:rPr>
              <w:instrText xml:space="preserve"> =SUM(ABOVE) </w:instrText>
            </w:r>
            <w:r w:rsidR="00000000">
              <w:rPr>
                <w:b/>
                <w:bCs/>
                <w:i w:val="0"/>
                <w:iCs/>
                <w:sz w:val="22"/>
                <w:szCs w:val="22"/>
                <w:lang w:val="vi-VN"/>
              </w:rPr>
              <w:fldChar w:fldCharType="separate"/>
            </w:r>
            <w:r w:rsidRPr="00CB3FF1">
              <w:rPr>
                <w:b/>
                <w:bCs/>
                <w:i w:val="0"/>
                <w:iCs/>
                <w:sz w:val="22"/>
                <w:szCs w:val="22"/>
                <w:lang w:val="vi-VN"/>
              </w:rPr>
              <w:fldChar w:fldCharType="end"/>
            </w:r>
            <w:r w:rsidRPr="00CB3FF1">
              <w:rPr>
                <w:b/>
                <w:bCs/>
                <w:i w:val="0"/>
                <w:iCs/>
                <w:sz w:val="22"/>
                <w:szCs w:val="22"/>
                <w:lang w:val="vi-VN"/>
              </w:rPr>
              <w:fldChar w:fldCharType="begin"/>
            </w:r>
            <w:r w:rsidRPr="00CB3FF1">
              <w:rPr>
                <w:b/>
                <w:bCs/>
                <w:i w:val="0"/>
                <w:iCs/>
                <w:sz w:val="22"/>
                <w:szCs w:val="22"/>
                <w:lang w:val="vi-VN"/>
              </w:rPr>
              <w:instrText xml:space="preserve"> =SUM(ABOVE) </w:instrText>
            </w:r>
            <w:r w:rsidRPr="00CB3FF1">
              <w:rPr>
                <w:b/>
                <w:bCs/>
                <w:i w:val="0"/>
                <w:iCs/>
                <w:sz w:val="22"/>
                <w:szCs w:val="22"/>
                <w:lang w:val="vi-VN"/>
              </w:rPr>
              <w:fldChar w:fldCharType="separate"/>
            </w:r>
            <w:r w:rsidRPr="00CB3FF1">
              <w:rPr>
                <w:b/>
                <w:bCs/>
                <w:i w:val="0"/>
                <w:iCs/>
                <w:sz w:val="22"/>
                <w:szCs w:val="22"/>
                <w:lang w:val="vi-VN"/>
              </w:rPr>
              <w:t>3,25</w:t>
            </w:r>
            <w:r w:rsidRPr="00CB3FF1">
              <w:rPr>
                <w:b/>
                <w:bCs/>
                <w:i w:val="0"/>
                <w:iCs/>
                <w:sz w:val="22"/>
                <w:szCs w:val="22"/>
                <w:lang w:val="vi-VN"/>
              </w:rPr>
              <w:fldChar w:fldCharType="end"/>
            </w:r>
            <w:r w:rsidRPr="00CB3FF1">
              <w:rPr>
                <w:b/>
                <w:bCs/>
                <w:i w:val="0"/>
                <w:iCs/>
                <w:sz w:val="22"/>
                <w:szCs w:val="22"/>
                <w:lang w:val="vi-VN"/>
              </w:rPr>
              <w:fldChar w:fldCharType="begin"/>
            </w:r>
            <w:r w:rsidRPr="00CB3FF1">
              <w:rPr>
                <w:b/>
                <w:bCs/>
                <w:i w:val="0"/>
                <w:iCs/>
                <w:sz w:val="22"/>
                <w:szCs w:val="22"/>
                <w:lang w:val="vi-VN"/>
              </w:rPr>
              <w:instrText xml:space="preserve"> =SUM(ABOVE) \# "0,00" </w:instrText>
            </w:r>
            <w:r w:rsidR="00000000">
              <w:rPr>
                <w:b/>
                <w:bCs/>
                <w:i w:val="0"/>
                <w:iCs/>
                <w:sz w:val="22"/>
                <w:szCs w:val="22"/>
                <w:lang w:val="vi-VN"/>
              </w:rPr>
              <w:fldChar w:fldCharType="separate"/>
            </w:r>
            <w:r w:rsidRPr="00CB3FF1">
              <w:rPr>
                <w:b/>
                <w:bCs/>
                <w:i w:val="0"/>
                <w:iCs/>
                <w:sz w:val="22"/>
                <w:szCs w:val="22"/>
                <w:lang w:val="vi-VN"/>
              </w:rPr>
              <w:fldChar w:fldCharType="end"/>
            </w:r>
            <w:r w:rsidRPr="00CB3FF1">
              <w:rPr>
                <w:b/>
                <w:bCs/>
                <w:i w:val="0"/>
                <w:iCs/>
                <w:sz w:val="22"/>
                <w:szCs w:val="22"/>
                <w:lang w:val="vi-VN"/>
              </w:rPr>
              <w:fldChar w:fldCharType="begin"/>
            </w:r>
            <w:r w:rsidRPr="00CB3FF1">
              <w:rPr>
                <w:b/>
                <w:bCs/>
                <w:i w:val="0"/>
                <w:iCs/>
                <w:sz w:val="22"/>
                <w:szCs w:val="22"/>
                <w:lang w:val="vi-VN"/>
              </w:rPr>
              <w:instrText xml:space="preserve"> =SUM(ABOVE) </w:instrText>
            </w:r>
            <w:r w:rsidR="00000000">
              <w:rPr>
                <w:b/>
                <w:bCs/>
                <w:i w:val="0"/>
                <w:iCs/>
                <w:sz w:val="22"/>
                <w:szCs w:val="22"/>
                <w:lang w:val="vi-VN"/>
              </w:rPr>
              <w:fldChar w:fldCharType="separate"/>
            </w:r>
            <w:r w:rsidRPr="00CB3FF1">
              <w:rPr>
                <w:b/>
                <w:bCs/>
                <w:i w:val="0"/>
                <w:iCs/>
                <w:sz w:val="22"/>
                <w:szCs w:val="22"/>
                <w:lang w:val="vi-VN"/>
              </w:rPr>
              <w:fldChar w:fldCharType="end"/>
            </w:r>
          </w:p>
        </w:tc>
        <w:tc>
          <w:tcPr>
            <w:tcW w:w="1825" w:type="dxa"/>
            <w:gridSpan w:val="2"/>
          </w:tcPr>
          <w:p w14:paraId="1CF64C0C" w14:textId="77777777" w:rsidR="00CB3FF1" w:rsidRPr="00CB3FF1" w:rsidRDefault="00CB3FF1" w:rsidP="00CB3FF1">
            <w:pPr>
              <w:pStyle w:val="0004"/>
              <w:spacing w:after="120" w:line="240" w:lineRule="auto"/>
              <w:rPr>
                <w:b/>
                <w:bCs/>
                <w:i w:val="0"/>
                <w:iCs/>
                <w:sz w:val="22"/>
                <w:szCs w:val="22"/>
                <w:lang w:val="vi-VN"/>
              </w:rPr>
            </w:pPr>
            <w:r w:rsidRPr="00CB3FF1">
              <w:rPr>
                <w:i w:val="0"/>
                <w:iCs/>
                <w:sz w:val="22"/>
                <w:szCs w:val="22"/>
                <w:lang w:val="vi-VN"/>
              </w:rPr>
              <w:t xml:space="preserve">  </w:t>
            </w:r>
            <w:r w:rsidRPr="00CB3FF1">
              <w:rPr>
                <w:b/>
                <w:bCs/>
                <w:i w:val="0"/>
                <w:iCs/>
                <w:sz w:val="22"/>
                <w:szCs w:val="22"/>
                <w:lang w:val="vi-VN"/>
              </w:rPr>
              <w:t>0,53</w:t>
            </w:r>
          </w:p>
        </w:tc>
      </w:tr>
    </w:tbl>
    <w:p w14:paraId="60919257" w14:textId="472B5B57" w:rsidR="00CB3FF1" w:rsidRPr="00CB3FF1" w:rsidRDefault="00CB3FF1" w:rsidP="00CB3FF1">
      <w:pPr>
        <w:pStyle w:val="0004"/>
        <w:spacing w:after="120" w:line="240" w:lineRule="auto"/>
        <w:rPr>
          <w:rFonts w:eastAsia="KIBSE+F1"/>
          <w:i w:val="0"/>
          <w:iCs/>
          <w:color w:val="000000"/>
          <w:spacing w:val="42"/>
          <w:sz w:val="22"/>
          <w:szCs w:val="22"/>
        </w:rPr>
      </w:pPr>
      <w:r w:rsidRPr="00CB3FF1">
        <w:rPr>
          <w:rFonts w:eastAsia="KIBSE+F1"/>
          <w:i w:val="0"/>
          <w:iCs/>
          <w:color w:val="000000"/>
          <w:w w:val="101"/>
          <w:sz w:val="22"/>
          <w:szCs w:val="22"/>
        </w:rPr>
        <w:t>HĐGD PNTNTT</w:t>
      </w:r>
      <w:r w:rsidRPr="00CB3FF1">
        <w:rPr>
          <w:rFonts w:eastAsia="KIBSE+F1"/>
          <w:i w:val="0"/>
          <w:iCs/>
          <w:color w:val="000000"/>
          <w:w w:val="101"/>
          <w:sz w:val="22"/>
          <w:szCs w:val="22"/>
          <w:lang w:val="vi-VN"/>
        </w:rPr>
        <w:t xml:space="preserve"> cho trẻ nói chung và trẻ MG nói riêng</w:t>
      </w:r>
      <w:r w:rsidRPr="00CB3FF1">
        <w:rPr>
          <w:rFonts w:eastAsia="KIBSE+F1"/>
          <w:i w:val="0"/>
          <w:iCs/>
          <w:color w:val="000000"/>
          <w:spacing w:val="41"/>
          <w:sz w:val="22"/>
          <w:szCs w:val="22"/>
        </w:rPr>
        <w:t xml:space="preserve"> </w:t>
      </w:r>
      <w:proofErr w:type="spellStart"/>
      <w:r w:rsidRPr="00CB3FF1">
        <w:rPr>
          <w:rFonts w:eastAsia="KIBSE+F1"/>
          <w:i w:val="0"/>
          <w:iCs/>
          <w:color w:val="000000"/>
          <w:w w:val="101"/>
          <w:sz w:val="22"/>
          <w:szCs w:val="22"/>
        </w:rPr>
        <w:t>là</w:t>
      </w:r>
      <w:proofErr w:type="spellEnd"/>
      <w:r w:rsidRPr="00CB3FF1">
        <w:rPr>
          <w:rFonts w:eastAsia="KIBSE+F1"/>
          <w:i w:val="0"/>
          <w:iCs/>
          <w:color w:val="000000"/>
          <w:spacing w:val="48"/>
          <w:sz w:val="22"/>
          <w:szCs w:val="22"/>
        </w:rPr>
        <w:t xml:space="preserve"> </w:t>
      </w:r>
      <w:proofErr w:type="spellStart"/>
      <w:r w:rsidRPr="00CB3FF1">
        <w:rPr>
          <w:rFonts w:eastAsia="KIBSE+F1"/>
          <w:i w:val="0"/>
          <w:iCs/>
          <w:color w:val="000000"/>
          <w:spacing w:val="-8"/>
          <w:w w:val="101"/>
          <w:sz w:val="22"/>
          <w:szCs w:val="22"/>
        </w:rPr>
        <w:t>m</w:t>
      </w:r>
      <w:r w:rsidRPr="00CB3FF1">
        <w:rPr>
          <w:rFonts w:eastAsia="KIBSE+F1"/>
          <w:i w:val="0"/>
          <w:iCs/>
          <w:color w:val="000000"/>
          <w:spacing w:val="1"/>
          <w:w w:val="101"/>
          <w:sz w:val="22"/>
          <w:szCs w:val="22"/>
        </w:rPr>
        <w:t>ột</w:t>
      </w:r>
      <w:proofErr w:type="spellEnd"/>
      <w:r w:rsidRPr="00CB3FF1">
        <w:rPr>
          <w:rFonts w:eastAsia="KIBSE+F1"/>
          <w:i w:val="0"/>
          <w:iCs/>
          <w:color w:val="000000"/>
          <w:spacing w:val="43"/>
          <w:sz w:val="22"/>
          <w:szCs w:val="22"/>
        </w:rPr>
        <w:t xml:space="preserve"> </w:t>
      </w:r>
      <w:proofErr w:type="spellStart"/>
      <w:r w:rsidRPr="00CB3FF1">
        <w:rPr>
          <w:rFonts w:eastAsia="KIBSE+F1"/>
          <w:i w:val="0"/>
          <w:iCs/>
          <w:color w:val="000000"/>
          <w:w w:val="101"/>
          <w:sz w:val="22"/>
          <w:szCs w:val="22"/>
        </w:rPr>
        <w:t>h</w:t>
      </w:r>
      <w:r w:rsidRPr="00CB3FF1">
        <w:rPr>
          <w:rFonts w:eastAsia="KIBSE+F1"/>
          <w:i w:val="0"/>
          <w:iCs/>
          <w:color w:val="000000"/>
          <w:spacing w:val="1"/>
          <w:w w:val="101"/>
          <w:sz w:val="22"/>
          <w:szCs w:val="22"/>
        </w:rPr>
        <w:t>o</w:t>
      </w:r>
      <w:r w:rsidRPr="00CB3FF1">
        <w:rPr>
          <w:rFonts w:eastAsia="KIBSE+F1"/>
          <w:i w:val="0"/>
          <w:iCs/>
          <w:color w:val="000000"/>
          <w:w w:val="101"/>
          <w:sz w:val="22"/>
          <w:szCs w:val="22"/>
        </w:rPr>
        <w:t>ạt</w:t>
      </w:r>
      <w:proofErr w:type="spellEnd"/>
      <w:r w:rsidRPr="00CB3FF1">
        <w:rPr>
          <w:rFonts w:eastAsia="KIBSE+F1"/>
          <w:i w:val="0"/>
          <w:iCs/>
          <w:color w:val="000000"/>
          <w:spacing w:val="35"/>
          <w:sz w:val="22"/>
          <w:szCs w:val="22"/>
        </w:rPr>
        <w:t xml:space="preserve"> </w:t>
      </w:r>
      <w:proofErr w:type="spellStart"/>
      <w:r w:rsidRPr="00CB3FF1">
        <w:rPr>
          <w:rFonts w:eastAsia="KIBSE+F1"/>
          <w:i w:val="0"/>
          <w:iCs/>
          <w:color w:val="000000"/>
          <w:w w:val="101"/>
          <w:sz w:val="22"/>
          <w:szCs w:val="22"/>
        </w:rPr>
        <w:t>độn</w:t>
      </w:r>
      <w:proofErr w:type="spellEnd"/>
      <w:r w:rsidRPr="00CB3FF1">
        <w:rPr>
          <w:rFonts w:eastAsia="KIBSE+F1"/>
          <w:i w:val="0"/>
          <w:iCs/>
          <w:color w:val="000000"/>
          <w:w w:val="101"/>
          <w:sz w:val="22"/>
          <w:szCs w:val="22"/>
          <w:lang w:val="vi-VN"/>
        </w:rPr>
        <w:t>g rất quan trọng</w:t>
      </w:r>
      <w:r w:rsidRPr="00CB3FF1">
        <w:rPr>
          <w:rFonts w:eastAsia="KIBSE+F1"/>
          <w:i w:val="0"/>
          <w:iCs/>
          <w:color w:val="000000"/>
          <w:spacing w:val="38"/>
          <w:sz w:val="22"/>
          <w:szCs w:val="22"/>
        </w:rPr>
        <w:t xml:space="preserve"> </w:t>
      </w:r>
      <w:proofErr w:type="spellStart"/>
      <w:r w:rsidRPr="00CB3FF1">
        <w:rPr>
          <w:rFonts w:eastAsia="KIBSE+F1"/>
          <w:i w:val="0"/>
          <w:iCs/>
          <w:color w:val="000000"/>
          <w:spacing w:val="2"/>
          <w:w w:val="101"/>
          <w:sz w:val="22"/>
          <w:szCs w:val="22"/>
        </w:rPr>
        <w:t>đ</w:t>
      </w:r>
      <w:r w:rsidRPr="00CB3FF1">
        <w:rPr>
          <w:rFonts w:eastAsia="KIBSE+F1"/>
          <w:i w:val="0"/>
          <w:iCs/>
          <w:color w:val="000000"/>
          <w:spacing w:val="-1"/>
          <w:w w:val="101"/>
          <w:sz w:val="22"/>
          <w:szCs w:val="22"/>
        </w:rPr>
        <w:t>ố</w:t>
      </w:r>
      <w:r w:rsidRPr="00CB3FF1">
        <w:rPr>
          <w:rFonts w:eastAsia="KIBSE+F1"/>
          <w:i w:val="0"/>
          <w:iCs/>
          <w:color w:val="000000"/>
          <w:w w:val="101"/>
          <w:sz w:val="22"/>
          <w:szCs w:val="22"/>
        </w:rPr>
        <w:t>i</w:t>
      </w:r>
      <w:proofErr w:type="spellEnd"/>
      <w:r w:rsidRPr="00CB3FF1">
        <w:rPr>
          <w:rFonts w:eastAsia="KIBSE+F1"/>
          <w:i w:val="0"/>
          <w:iCs/>
          <w:color w:val="000000"/>
          <w:spacing w:val="38"/>
          <w:sz w:val="22"/>
          <w:szCs w:val="22"/>
        </w:rPr>
        <w:t xml:space="preserve"> </w:t>
      </w:r>
      <w:proofErr w:type="spellStart"/>
      <w:r w:rsidRPr="00CB3FF1">
        <w:rPr>
          <w:rFonts w:eastAsia="KIBSE+F1"/>
          <w:i w:val="0"/>
          <w:iCs/>
          <w:color w:val="000000"/>
          <w:spacing w:val="5"/>
          <w:w w:val="101"/>
          <w:sz w:val="22"/>
          <w:szCs w:val="22"/>
        </w:rPr>
        <w:t>v</w:t>
      </w:r>
      <w:r w:rsidRPr="00CB3FF1">
        <w:rPr>
          <w:rFonts w:eastAsia="KIBSE+F1"/>
          <w:i w:val="0"/>
          <w:iCs/>
          <w:color w:val="000000"/>
          <w:spacing w:val="-1"/>
          <w:w w:val="101"/>
          <w:sz w:val="22"/>
          <w:szCs w:val="22"/>
        </w:rPr>
        <w:t>ớ</w:t>
      </w:r>
      <w:r w:rsidRPr="00CB3FF1">
        <w:rPr>
          <w:rFonts w:eastAsia="KIBSE+F1"/>
          <w:i w:val="0"/>
          <w:iCs/>
          <w:color w:val="000000"/>
          <w:w w:val="101"/>
          <w:sz w:val="22"/>
          <w:szCs w:val="22"/>
        </w:rPr>
        <w:t>i</w:t>
      </w:r>
      <w:proofErr w:type="spellEnd"/>
      <w:r w:rsidRPr="00CB3FF1">
        <w:rPr>
          <w:rFonts w:eastAsia="KIBSE+F1"/>
          <w:i w:val="0"/>
          <w:iCs/>
          <w:color w:val="000000"/>
          <w:spacing w:val="41"/>
          <w:sz w:val="22"/>
          <w:szCs w:val="22"/>
        </w:rPr>
        <w:t xml:space="preserve"> </w:t>
      </w:r>
      <w:proofErr w:type="spellStart"/>
      <w:r w:rsidRPr="00CB3FF1">
        <w:rPr>
          <w:rFonts w:eastAsia="KIBSE+F1"/>
          <w:i w:val="0"/>
          <w:iCs/>
          <w:color w:val="000000"/>
          <w:spacing w:val="2"/>
          <w:w w:val="101"/>
          <w:sz w:val="22"/>
          <w:szCs w:val="22"/>
        </w:rPr>
        <w:t>c</w:t>
      </w:r>
      <w:r w:rsidRPr="00CB3FF1">
        <w:rPr>
          <w:rFonts w:eastAsia="KIBSE+F1"/>
          <w:i w:val="0"/>
          <w:iCs/>
          <w:color w:val="000000"/>
          <w:spacing w:val="1"/>
          <w:w w:val="101"/>
          <w:sz w:val="22"/>
          <w:szCs w:val="22"/>
        </w:rPr>
        <w:t>á</w:t>
      </w:r>
      <w:r w:rsidRPr="00CB3FF1">
        <w:rPr>
          <w:rFonts w:eastAsia="KIBSE+F1"/>
          <w:i w:val="0"/>
          <w:iCs/>
          <w:color w:val="000000"/>
          <w:w w:val="101"/>
          <w:sz w:val="22"/>
          <w:szCs w:val="22"/>
        </w:rPr>
        <w:t>c</w:t>
      </w:r>
      <w:proofErr w:type="spellEnd"/>
      <w:r w:rsidRPr="00CB3FF1">
        <w:rPr>
          <w:rFonts w:eastAsia="KIBSE+F1"/>
          <w:i w:val="0"/>
          <w:iCs/>
          <w:color w:val="000000"/>
          <w:sz w:val="22"/>
          <w:szCs w:val="22"/>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2"/>
          <w:w w:val="101"/>
          <w:sz w:val="22"/>
          <w:szCs w:val="22"/>
        </w:rPr>
        <w:t>rư</w:t>
      </w:r>
      <w:r w:rsidRPr="00CB3FF1">
        <w:rPr>
          <w:rFonts w:eastAsia="KIBSE+F1"/>
          <w:i w:val="0"/>
          <w:iCs/>
          <w:color w:val="000000"/>
          <w:w w:val="101"/>
          <w:sz w:val="22"/>
          <w:szCs w:val="22"/>
        </w:rPr>
        <w:t>ờng</w:t>
      </w:r>
      <w:proofErr w:type="spellEnd"/>
      <w:r w:rsidRPr="00CB3FF1">
        <w:rPr>
          <w:rFonts w:eastAsia="KIBSE+F1"/>
          <w:i w:val="0"/>
          <w:iCs/>
          <w:color w:val="000000"/>
          <w:spacing w:val="35"/>
          <w:sz w:val="22"/>
          <w:szCs w:val="22"/>
        </w:rPr>
        <w:t xml:space="preserve"> </w:t>
      </w:r>
      <w:r w:rsidRPr="00CB3FF1">
        <w:rPr>
          <w:rFonts w:eastAsia="KIBSE+F1"/>
          <w:i w:val="0"/>
          <w:iCs/>
          <w:color w:val="000000"/>
          <w:spacing w:val="-1"/>
          <w:w w:val="101"/>
          <w:sz w:val="22"/>
          <w:szCs w:val="22"/>
        </w:rPr>
        <w:t>M</w:t>
      </w:r>
      <w:r w:rsidRPr="00CB3FF1">
        <w:rPr>
          <w:rFonts w:eastAsia="KIBSE+F1"/>
          <w:i w:val="0"/>
          <w:iCs/>
          <w:color w:val="000000"/>
          <w:w w:val="101"/>
          <w:sz w:val="22"/>
          <w:szCs w:val="22"/>
        </w:rPr>
        <w:t>N,</w:t>
      </w:r>
      <w:r w:rsidRPr="00CB3FF1">
        <w:rPr>
          <w:rFonts w:eastAsia="KIBSE+F1"/>
          <w:i w:val="0"/>
          <w:iCs/>
          <w:color w:val="000000"/>
          <w:spacing w:val="43"/>
          <w:sz w:val="22"/>
          <w:szCs w:val="22"/>
        </w:rPr>
        <w:t xml:space="preserve"> </w:t>
      </w:r>
      <w:proofErr w:type="spellStart"/>
      <w:r w:rsidRPr="00CB3FF1">
        <w:rPr>
          <w:rFonts w:eastAsia="KIBSE+F1"/>
          <w:i w:val="0"/>
          <w:iCs/>
          <w:color w:val="000000"/>
          <w:spacing w:val="1"/>
          <w:w w:val="101"/>
          <w:sz w:val="22"/>
          <w:szCs w:val="22"/>
        </w:rPr>
        <w:t>s</w:t>
      </w:r>
      <w:r w:rsidRPr="00CB3FF1">
        <w:rPr>
          <w:rFonts w:eastAsia="KIBSE+F1"/>
          <w:i w:val="0"/>
          <w:iCs/>
          <w:color w:val="000000"/>
          <w:w w:val="101"/>
          <w:sz w:val="22"/>
          <w:szCs w:val="22"/>
        </w:rPr>
        <w:t>ự</w:t>
      </w:r>
      <w:proofErr w:type="spellEnd"/>
      <w:r w:rsidRPr="00CB3FF1">
        <w:rPr>
          <w:rFonts w:eastAsia="KIBSE+F1"/>
          <w:i w:val="0"/>
          <w:iCs/>
          <w:color w:val="000000"/>
          <w:w w:val="101"/>
          <w:sz w:val="22"/>
          <w:szCs w:val="22"/>
          <w:lang w:val="vi-VN"/>
        </w:rPr>
        <w:t xml:space="preserve"> </w:t>
      </w:r>
      <w:proofErr w:type="spellStart"/>
      <w:r w:rsidRPr="00CB3FF1">
        <w:rPr>
          <w:rFonts w:eastAsia="KIBSE+F1"/>
          <w:i w:val="0"/>
          <w:iCs/>
          <w:color w:val="000000"/>
          <w:w w:val="101"/>
          <w:sz w:val="22"/>
          <w:szCs w:val="22"/>
        </w:rPr>
        <w:t>hiểu</w:t>
      </w:r>
      <w:proofErr w:type="spellEnd"/>
      <w:r w:rsidRPr="00CB3FF1">
        <w:rPr>
          <w:rFonts w:eastAsia="KIBSE+F1"/>
          <w:i w:val="0"/>
          <w:iCs/>
          <w:color w:val="000000"/>
          <w:w w:val="101"/>
          <w:sz w:val="22"/>
          <w:szCs w:val="22"/>
          <w:lang w:val="vi-VN"/>
        </w:rPr>
        <w:t xml:space="preserve"> biết</w:t>
      </w:r>
      <w:r w:rsidRPr="00CB3FF1">
        <w:rPr>
          <w:rFonts w:eastAsia="KIBSE+F1"/>
          <w:i w:val="0"/>
          <w:iCs/>
          <w:color w:val="000000"/>
          <w:spacing w:val="38"/>
          <w:sz w:val="22"/>
          <w:szCs w:val="22"/>
        </w:rPr>
        <w:t xml:space="preserve"> </w:t>
      </w:r>
      <w:proofErr w:type="spellStart"/>
      <w:r w:rsidRPr="00CB3FF1">
        <w:rPr>
          <w:rFonts w:eastAsia="KIBSE+F1"/>
          <w:i w:val="0"/>
          <w:iCs/>
          <w:color w:val="000000"/>
          <w:spacing w:val="-2"/>
          <w:w w:val="101"/>
          <w:sz w:val="22"/>
          <w:szCs w:val="22"/>
        </w:rPr>
        <w:t>v</w:t>
      </w:r>
      <w:r w:rsidRPr="00CB3FF1">
        <w:rPr>
          <w:rFonts w:eastAsia="KIBSE+F1"/>
          <w:i w:val="0"/>
          <w:iCs/>
          <w:color w:val="000000"/>
          <w:w w:val="101"/>
          <w:sz w:val="22"/>
          <w:szCs w:val="22"/>
        </w:rPr>
        <w:t>ề</w:t>
      </w:r>
      <w:proofErr w:type="spellEnd"/>
      <w:r w:rsidRPr="00CB3FF1">
        <w:rPr>
          <w:rFonts w:eastAsia="KIBSE+F1"/>
          <w:i w:val="0"/>
          <w:iCs/>
          <w:color w:val="000000"/>
          <w:spacing w:val="45"/>
          <w:sz w:val="22"/>
          <w:szCs w:val="22"/>
        </w:rPr>
        <w:t xml:space="preserve"> </w:t>
      </w:r>
      <w:proofErr w:type="spellStart"/>
      <w:r w:rsidRPr="00CB3FF1">
        <w:rPr>
          <w:i w:val="0"/>
          <w:iCs/>
          <w:sz w:val="22"/>
          <w:szCs w:val="22"/>
        </w:rPr>
        <w:t>vai</w:t>
      </w:r>
      <w:proofErr w:type="spellEnd"/>
      <w:r w:rsidRPr="00CB3FF1">
        <w:rPr>
          <w:i w:val="0"/>
          <w:iCs/>
          <w:sz w:val="22"/>
          <w:szCs w:val="22"/>
        </w:rPr>
        <w:t xml:space="preserve"> </w:t>
      </w:r>
      <w:proofErr w:type="spellStart"/>
      <w:r w:rsidRPr="00CB3FF1">
        <w:rPr>
          <w:i w:val="0"/>
          <w:iCs/>
          <w:sz w:val="22"/>
          <w:szCs w:val="22"/>
        </w:rPr>
        <w:t>trò</w:t>
      </w:r>
      <w:proofErr w:type="spellEnd"/>
      <w:r w:rsidRPr="00CB3FF1">
        <w:rPr>
          <w:i w:val="0"/>
          <w:iCs/>
          <w:sz w:val="22"/>
          <w:szCs w:val="22"/>
          <w:lang w:val="vi-VN"/>
        </w:rPr>
        <w:t xml:space="preserve">, </w:t>
      </w:r>
      <w:proofErr w:type="spellStart"/>
      <w:r w:rsidRPr="00CB3FF1">
        <w:rPr>
          <w:i w:val="0"/>
          <w:iCs/>
          <w:sz w:val="22"/>
          <w:szCs w:val="22"/>
        </w:rPr>
        <w:t>mục</w:t>
      </w:r>
      <w:proofErr w:type="spellEnd"/>
      <w:r w:rsidRPr="00CB3FF1">
        <w:rPr>
          <w:rFonts w:eastAsia="KIBSE+F1"/>
          <w:i w:val="0"/>
          <w:iCs/>
          <w:color w:val="000000"/>
          <w:spacing w:val="1"/>
          <w:w w:val="101"/>
          <w:sz w:val="22"/>
          <w:szCs w:val="22"/>
          <w:lang w:val="vi-VN"/>
        </w:rPr>
        <w:t xml:space="preserve"> tiêu</w:t>
      </w:r>
      <w:r w:rsidRPr="00CB3FF1">
        <w:rPr>
          <w:rFonts w:eastAsia="KIBSE+F1"/>
          <w:i w:val="0"/>
          <w:iCs/>
          <w:color w:val="000000"/>
          <w:w w:val="101"/>
          <w:sz w:val="22"/>
          <w:szCs w:val="22"/>
          <w:lang w:val="vi-VN"/>
        </w:rPr>
        <w:t xml:space="preserve"> của </w:t>
      </w:r>
      <w:r w:rsidRPr="00CB3FF1">
        <w:rPr>
          <w:rFonts w:eastAsia="KIBSE+F1"/>
          <w:i w:val="0"/>
          <w:iCs/>
          <w:color w:val="000000"/>
          <w:w w:val="101"/>
          <w:sz w:val="22"/>
          <w:szCs w:val="22"/>
        </w:rPr>
        <w:t>HĐGD PNTNTT</w:t>
      </w:r>
      <w:r w:rsidRPr="00CB3FF1">
        <w:rPr>
          <w:rFonts w:eastAsia="KIBSE+F1"/>
          <w:i w:val="0"/>
          <w:iCs/>
          <w:color w:val="000000"/>
          <w:spacing w:val="-1"/>
          <w:w w:val="101"/>
          <w:sz w:val="22"/>
          <w:szCs w:val="22"/>
          <w:lang w:val="vi-VN"/>
        </w:rPr>
        <w:t xml:space="preserve"> cho trẻ MG l</w:t>
      </w:r>
      <w:r w:rsidRPr="00CB3FF1">
        <w:rPr>
          <w:rFonts w:eastAsia="KIBSE+F1"/>
          <w:i w:val="0"/>
          <w:iCs/>
          <w:color w:val="000000"/>
          <w:w w:val="101"/>
          <w:sz w:val="22"/>
          <w:szCs w:val="22"/>
        </w:rPr>
        <w:t>à</w:t>
      </w:r>
      <w:r w:rsidRPr="00CB3FF1">
        <w:rPr>
          <w:rFonts w:eastAsia="KIBSE+F1"/>
          <w:i w:val="0"/>
          <w:iCs/>
          <w:color w:val="000000"/>
          <w:spacing w:val="5"/>
          <w:sz w:val="22"/>
          <w:szCs w:val="22"/>
        </w:rPr>
        <w:t xml:space="preserve"> </w:t>
      </w:r>
      <w:proofErr w:type="spellStart"/>
      <w:r w:rsidRPr="00CB3FF1">
        <w:rPr>
          <w:rFonts w:eastAsia="KIBSE+F1"/>
          <w:i w:val="0"/>
          <w:iCs/>
          <w:color w:val="000000"/>
          <w:spacing w:val="5"/>
          <w:sz w:val="22"/>
          <w:szCs w:val="22"/>
        </w:rPr>
        <w:t>hết</w:t>
      </w:r>
      <w:proofErr w:type="spellEnd"/>
      <w:r w:rsidRPr="00CB3FF1">
        <w:rPr>
          <w:rFonts w:eastAsia="KIBSE+F1"/>
          <w:i w:val="0"/>
          <w:iCs/>
          <w:color w:val="000000"/>
          <w:spacing w:val="5"/>
          <w:sz w:val="22"/>
          <w:szCs w:val="22"/>
          <w:lang w:val="vi-VN"/>
        </w:rPr>
        <w:t xml:space="preserve"> sức quan trọng, </w:t>
      </w:r>
      <w:r w:rsidRPr="00CB3FF1">
        <w:rPr>
          <w:i w:val="0"/>
          <w:iCs/>
          <w:color w:val="000000"/>
          <w:sz w:val="22"/>
          <w:szCs w:val="22"/>
          <w:lang w:val="vi-VN"/>
        </w:rPr>
        <w:t xml:space="preserve">Kết quả </w:t>
      </w:r>
      <w:r w:rsidRPr="00CB3FF1">
        <w:rPr>
          <w:rFonts w:eastAsia="KIBSE+F1"/>
          <w:i w:val="0"/>
          <w:iCs/>
          <w:color w:val="000000"/>
          <w:w w:val="101"/>
          <w:sz w:val="22"/>
          <w:szCs w:val="22"/>
          <w:lang w:val="vi-VN"/>
        </w:rPr>
        <w:t>k</w:t>
      </w:r>
      <w:proofErr w:type="spellStart"/>
      <w:r w:rsidRPr="00CB3FF1">
        <w:rPr>
          <w:rFonts w:eastAsia="KIBSE+F1"/>
          <w:i w:val="0"/>
          <w:iCs/>
          <w:color w:val="000000"/>
          <w:spacing w:val="3"/>
          <w:w w:val="101"/>
          <w:sz w:val="22"/>
          <w:szCs w:val="22"/>
        </w:rPr>
        <w:t>h</w:t>
      </w:r>
      <w:r w:rsidRPr="00CB3FF1">
        <w:rPr>
          <w:rFonts w:eastAsia="KIBSE+F1"/>
          <w:i w:val="0"/>
          <w:iCs/>
          <w:color w:val="000000"/>
          <w:w w:val="101"/>
          <w:sz w:val="22"/>
          <w:szCs w:val="22"/>
        </w:rPr>
        <w:t>ảo</w:t>
      </w:r>
      <w:proofErr w:type="spellEnd"/>
      <w:r w:rsidRPr="00CB3FF1">
        <w:rPr>
          <w:rFonts w:eastAsia="KIBSE+F1"/>
          <w:i w:val="0"/>
          <w:iCs/>
          <w:color w:val="000000"/>
          <w:spacing w:val="6"/>
          <w:sz w:val="22"/>
          <w:szCs w:val="22"/>
        </w:rPr>
        <w:t xml:space="preserve"> </w:t>
      </w:r>
      <w:proofErr w:type="spellStart"/>
      <w:r w:rsidRPr="00CB3FF1">
        <w:rPr>
          <w:rFonts w:eastAsia="KIBSE+F1"/>
          <w:i w:val="0"/>
          <w:iCs/>
          <w:color w:val="000000"/>
          <w:spacing w:val="3"/>
          <w:w w:val="101"/>
          <w:sz w:val="22"/>
          <w:szCs w:val="22"/>
        </w:rPr>
        <w:t>s</w:t>
      </w:r>
      <w:r w:rsidRPr="00CB3FF1">
        <w:rPr>
          <w:rFonts w:eastAsia="KIBSE+F1"/>
          <w:i w:val="0"/>
          <w:iCs/>
          <w:color w:val="000000"/>
          <w:w w:val="101"/>
          <w:sz w:val="22"/>
          <w:szCs w:val="22"/>
        </w:rPr>
        <w:t>át</w:t>
      </w:r>
      <w:proofErr w:type="spellEnd"/>
      <w:r w:rsidRPr="00CB3FF1">
        <w:rPr>
          <w:rFonts w:eastAsia="KIBSE+F1"/>
          <w:i w:val="0"/>
          <w:iCs/>
          <w:color w:val="000000"/>
          <w:spacing w:val="7"/>
          <w:sz w:val="22"/>
          <w:szCs w:val="22"/>
        </w:rPr>
        <w:t xml:space="preserve"> ở</w:t>
      </w:r>
      <w:r w:rsidRPr="00CB3FF1">
        <w:rPr>
          <w:rFonts w:eastAsia="KIBSE+F1"/>
          <w:i w:val="0"/>
          <w:iCs/>
          <w:color w:val="000000"/>
          <w:spacing w:val="7"/>
          <w:sz w:val="22"/>
          <w:szCs w:val="22"/>
          <w:lang w:val="vi-VN"/>
        </w:rPr>
        <w:t xml:space="preserve"> bảng 1 cho thấy, đa số </w:t>
      </w:r>
      <w:r w:rsidRPr="00CB3FF1">
        <w:rPr>
          <w:rFonts w:eastAsia="KIBSE+F1"/>
          <w:i w:val="0"/>
          <w:iCs/>
          <w:color w:val="000000"/>
          <w:spacing w:val="-3"/>
          <w:w w:val="101"/>
          <w:sz w:val="22"/>
          <w:szCs w:val="22"/>
        </w:rPr>
        <w:t>C</w:t>
      </w:r>
      <w:r w:rsidRPr="00CB3FF1">
        <w:rPr>
          <w:rFonts w:eastAsia="KIBSE+F1"/>
          <w:i w:val="0"/>
          <w:iCs/>
          <w:color w:val="000000"/>
          <w:spacing w:val="3"/>
          <w:w w:val="101"/>
          <w:sz w:val="22"/>
          <w:szCs w:val="22"/>
        </w:rPr>
        <w:t>B</w:t>
      </w:r>
      <w:r w:rsidRPr="00CB3FF1">
        <w:rPr>
          <w:rFonts w:eastAsia="KIBSE+F1"/>
          <w:i w:val="0"/>
          <w:iCs/>
          <w:color w:val="000000"/>
          <w:spacing w:val="-2"/>
          <w:w w:val="101"/>
          <w:sz w:val="22"/>
          <w:szCs w:val="22"/>
        </w:rPr>
        <w:t>QL</w:t>
      </w:r>
      <w:r w:rsidRPr="00CB3FF1">
        <w:rPr>
          <w:rFonts w:eastAsia="KIBSE+F1"/>
          <w:i w:val="0"/>
          <w:iCs/>
          <w:color w:val="000000"/>
          <w:w w:val="101"/>
          <w:sz w:val="22"/>
          <w:szCs w:val="22"/>
        </w:rPr>
        <w:t>,</w:t>
      </w:r>
      <w:r w:rsidRPr="00CB3FF1">
        <w:rPr>
          <w:rFonts w:eastAsia="KIBSE+F1"/>
          <w:i w:val="0"/>
          <w:iCs/>
          <w:color w:val="000000"/>
          <w:spacing w:val="11"/>
          <w:sz w:val="22"/>
          <w:szCs w:val="22"/>
        </w:rPr>
        <w:t xml:space="preserve"> </w:t>
      </w:r>
      <w:r w:rsidRPr="00CB3FF1">
        <w:rPr>
          <w:rFonts w:eastAsia="KIBSE+F1"/>
          <w:i w:val="0"/>
          <w:iCs/>
          <w:color w:val="000000"/>
          <w:spacing w:val="1"/>
          <w:w w:val="101"/>
          <w:sz w:val="22"/>
          <w:szCs w:val="22"/>
        </w:rPr>
        <w:t>GV</w:t>
      </w:r>
      <w:r w:rsidRPr="00CB3FF1">
        <w:rPr>
          <w:rFonts w:eastAsia="KIBSE+F1"/>
          <w:i w:val="0"/>
          <w:iCs/>
          <w:color w:val="000000"/>
          <w:spacing w:val="3"/>
          <w:sz w:val="22"/>
          <w:szCs w:val="22"/>
        </w:rPr>
        <w:t xml:space="preserve"> </w:t>
      </w:r>
      <w:proofErr w:type="spellStart"/>
      <w:r w:rsidRPr="00CB3FF1">
        <w:rPr>
          <w:rFonts w:eastAsia="KIBSE+F1"/>
          <w:i w:val="0"/>
          <w:iCs/>
          <w:color w:val="000000"/>
          <w:spacing w:val="6"/>
          <w:w w:val="101"/>
          <w:sz w:val="22"/>
          <w:szCs w:val="22"/>
        </w:rPr>
        <w:t>đ</w:t>
      </w:r>
      <w:r w:rsidRPr="00CB3FF1">
        <w:rPr>
          <w:rFonts w:eastAsia="KIBSE+F1"/>
          <w:i w:val="0"/>
          <w:iCs/>
          <w:color w:val="000000"/>
          <w:w w:val="101"/>
          <w:sz w:val="22"/>
          <w:szCs w:val="22"/>
        </w:rPr>
        <w:t>ều</w:t>
      </w:r>
      <w:proofErr w:type="spellEnd"/>
      <w:r w:rsidRPr="00CB3FF1">
        <w:rPr>
          <w:rFonts w:eastAsia="KIBSE+F1"/>
          <w:i w:val="0"/>
          <w:iCs/>
          <w:color w:val="000000"/>
          <w:spacing w:val="27"/>
          <w:sz w:val="22"/>
          <w:szCs w:val="22"/>
        </w:rPr>
        <w:t xml:space="preserve"> </w:t>
      </w:r>
      <w:proofErr w:type="spellStart"/>
      <w:r w:rsidRPr="00CB3FF1">
        <w:rPr>
          <w:rFonts w:eastAsia="KIBSE+F1"/>
          <w:i w:val="0"/>
          <w:iCs/>
          <w:color w:val="000000"/>
          <w:w w:val="101"/>
          <w:sz w:val="22"/>
          <w:szCs w:val="22"/>
        </w:rPr>
        <w:t>n</w:t>
      </w:r>
      <w:r w:rsidRPr="00CB3FF1">
        <w:rPr>
          <w:rFonts w:eastAsia="KIBSE+F1"/>
          <w:i w:val="0"/>
          <w:iCs/>
          <w:color w:val="000000"/>
          <w:spacing w:val="4"/>
          <w:w w:val="101"/>
          <w:sz w:val="22"/>
          <w:szCs w:val="22"/>
        </w:rPr>
        <w:t>h</w:t>
      </w:r>
      <w:r w:rsidRPr="00CB3FF1">
        <w:rPr>
          <w:rFonts w:eastAsia="KIBSE+F1"/>
          <w:i w:val="0"/>
          <w:iCs/>
          <w:color w:val="000000"/>
          <w:w w:val="101"/>
          <w:sz w:val="22"/>
          <w:szCs w:val="22"/>
        </w:rPr>
        <w:t>ận</w:t>
      </w:r>
      <w:proofErr w:type="spellEnd"/>
      <w:r w:rsidRPr="00CB3FF1">
        <w:rPr>
          <w:rFonts w:eastAsia="KIBSE+F1"/>
          <w:i w:val="0"/>
          <w:iCs/>
          <w:color w:val="000000"/>
          <w:spacing w:val="22"/>
          <w:sz w:val="22"/>
          <w:szCs w:val="22"/>
        </w:rPr>
        <w:t xml:space="preserve"> </w:t>
      </w:r>
      <w:proofErr w:type="spellStart"/>
      <w:r w:rsidRPr="00CB3FF1">
        <w:rPr>
          <w:rFonts w:eastAsia="KIBSE+F1"/>
          <w:i w:val="0"/>
          <w:iCs/>
          <w:color w:val="000000"/>
          <w:w w:val="101"/>
          <w:sz w:val="22"/>
          <w:szCs w:val="22"/>
        </w:rPr>
        <w:t>thức</w:t>
      </w:r>
      <w:proofErr w:type="spellEnd"/>
      <w:r w:rsidRPr="00CB3FF1">
        <w:rPr>
          <w:rFonts w:eastAsia="KIBSE+F1"/>
          <w:i w:val="0"/>
          <w:iCs/>
          <w:color w:val="000000"/>
          <w:w w:val="101"/>
          <w:sz w:val="22"/>
          <w:szCs w:val="22"/>
          <w:lang w:val="vi-VN"/>
        </w:rPr>
        <w:t xml:space="preserve"> tốt mục tiêu</w:t>
      </w:r>
      <w:r w:rsidRPr="00CB3FF1">
        <w:rPr>
          <w:rFonts w:eastAsia="KIBSE+F1"/>
          <w:i w:val="0"/>
          <w:iCs/>
          <w:color w:val="000000"/>
          <w:spacing w:val="27"/>
          <w:sz w:val="22"/>
          <w:szCs w:val="22"/>
          <w:lang w:val="vi-VN"/>
        </w:rPr>
        <w:t xml:space="preserve"> </w:t>
      </w:r>
      <w:r w:rsidRPr="00CB3FF1">
        <w:rPr>
          <w:rFonts w:eastAsia="KIBSE+F1"/>
          <w:i w:val="0"/>
          <w:iCs/>
          <w:color w:val="000000"/>
          <w:sz w:val="22"/>
          <w:szCs w:val="22"/>
          <w:lang w:val="vi-VN"/>
        </w:rPr>
        <w:t xml:space="preserve">GD </w:t>
      </w:r>
      <w:r w:rsidRPr="00CB3FF1">
        <w:rPr>
          <w:rFonts w:eastAsia="KIBSE+F1"/>
          <w:i w:val="0"/>
          <w:iCs/>
          <w:color w:val="000000"/>
          <w:spacing w:val="1"/>
          <w:w w:val="101"/>
          <w:sz w:val="22"/>
          <w:szCs w:val="22"/>
          <w:lang w:val="vi-VN"/>
        </w:rPr>
        <w:t>phòng ngừa</w:t>
      </w:r>
      <w:r w:rsidRPr="00CB3FF1">
        <w:rPr>
          <w:rFonts w:eastAsia="KIBSE+F1"/>
          <w:i w:val="0"/>
          <w:iCs/>
          <w:color w:val="000000"/>
          <w:spacing w:val="20"/>
          <w:sz w:val="22"/>
          <w:szCs w:val="22"/>
        </w:rPr>
        <w:t xml:space="preserve"> </w:t>
      </w:r>
      <w:r w:rsidRPr="00CB3FF1">
        <w:rPr>
          <w:rFonts w:eastAsia="KIBSE+F1"/>
          <w:i w:val="0"/>
          <w:iCs/>
          <w:color w:val="000000"/>
          <w:w w:val="101"/>
          <w:sz w:val="22"/>
          <w:szCs w:val="22"/>
        </w:rPr>
        <w:t>T</w:t>
      </w:r>
      <w:r w:rsidRPr="00CB3FF1">
        <w:rPr>
          <w:rFonts w:eastAsia="KIBSE+F1"/>
          <w:i w:val="0"/>
          <w:iCs/>
          <w:color w:val="000000"/>
          <w:spacing w:val="-2"/>
          <w:w w:val="101"/>
          <w:sz w:val="22"/>
          <w:szCs w:val="22"/>
        </w:rPr>
        <w:t>NT</w:t>
      </w:r>
      <w:r w:rsidRPr="00CB3FF1">
        <w:rPr>
          <w:rFonts w:eastAsia="KIBSE+F1"/>
          <w:i w:val="0"/>
          <w:iCs/>
          <w:color w:val="000000"/>
          <w:w w:val="101"/>
          <w:sz w:val="22"/>
          <w:szCs w:val="22"/>
        </w:rPr>
        <w:t>T</w:t>
      </w:r>
      <w:r w:rsidRPr="00CB3FF1">
        <w:rPr>
          <w:rFonts w:eastAsia="KIBSE+F1"/>
          <w:i w:val="0"/>
          <w:iCs/>
          <w:color w:val="000000"/>
          <w:spacing w:val="25"/>
          <w:sz w:val="22"/>
          <w:szCs w:val="22"/>
        </w:rPr>
        <w:t xml:space="preserve"> </w:t>
      </w:r>
      <w:proofErr w:type="spellStart"/>
      <w:r w:rsidRPr="00CB3FF1">
        <w:rPr>
          <w:rFonts w:eastAsia="KIBSE+F1"/>
          <w:i w:val="0"/>
          <w:iCs/>
          <w:color w:val="000000"/>
          <w:w w:val="101"/>
          <w:sz w:val="22"/>
          <w:szCs w:val="22"/>
        </w:rPr>
        <w:t>cho</w:t>
      </w:r>
      <w:proofErr w:type="spellEnd"/>
      <w:r w:rsidRPr="00CB3FF1">
        <w:rPr>
          <w:rFonts w:eastAsia="KIBSE+F1"/>
          <w:i w:val="0"/>
          <w:iCs/>
          <w:color w:val="000000"/>
          <w:spacing w:val="22"/>
          <w:sz w:val="22"/>
          <w:szCs w:val="22"/>
        </w:rPr>
        <w:t xml:space="preserve"> </w:t>
      </w:r>
      <w:r w:rsidRPr="00CB3FF1">
        <w:rPr>
          <w:rFonts w:eastAsia="KIBSE+F1"/>
          <w:i w:val="0"/>
          <w:iCs/>
          <w:color w:val="000000"/>
          <w:w w:val="101"/>
          <w:sz w:val="22"/>
          <w:szCs w:val="22"/>
        </w:rPr>
        <w:t>tr</w:t>
      </w:r>
      <w:r w:rsidRPr="00CB3FF1">
        <w:rPr>
          <w:rFonts w:eastAsia="KIBSE+F1"/>
          <w:i w:val="0"/>
          <w:iCs/>
          <w:color w:val="000000"/>
          <w:w w:val="101"/>
          <w:sz w:val="22"/>
          <w:szCs w:val="22"/>
          <w:lang w:val="vi-VN"/>
        </w:rPr>
        <w:t>ẻ mẫu giáo ở trường</w:t>
      </w:r>
      <w:r w:rsidRPr="00CB3FF1">
        <w:rPr>
          <w:rFonts w:eastAsia="KIBSE+F1"/>
          <w:i w:val="0"/>
          <w:iCs/>
          <w:color w:val="000000"/>
          <w:spacing w:val="26"/>
          <w:sz w:val="22"/>
          <w:szCs w:val="22"/>
          <w:lang w:val="vi-VN"/>
        </w:rPr>
        <w:t xml:space="preserve"> </w:t>
      </w:r>
      <w:r w:rsidRPr="00CB3FF1">
        <w:rPr>
          <w:rFonts w:eastAsia="KIBSE+F1"/>
          <w:i w:val="0"/>
          <w:iCs/>
          <w:color w:val="000000"/>
          <w:spacing w:val="-1"/>
          <w:w w:val="101"/>
          <w:sz w:val="22"/>
          <w:szCs w:val="22"/>
        </w:rPr>
        <w:t>M</w:t>
      </w:r>
      <w:r w:rsidRPr="00CB3FF1">
        <w:rPr>
          <w:rFonts w:eastAsia="KIBSE+F1"/>
          <w:i w:val="0"/>
          <w:iCs/>
          <w:color w:val="000000"/>
          <w:spacing w:val="-5"/>
          <w:w w:val="101"/>
          <w:sz w:val="22"/>
          <w:szCs w:val="22"/>
        </w:rPr>
        <w:t>N</w:t>
      </w:r>
      <w:r w:rsidRPr="00CB3FF1">
        <w:rPr>
          <w:rFonts w:eastAsia="KIBSE+F1"/>
          <w:i w:val="0"/>
          <w:iCs/>
          <w:color w:val="000000"/>
          <w:spacing w:val="16"/>
          <w:sz w:val="22"/>
          <w:szCs w:val="22"/>
          <w:lang w:val="vi-VN"/>
        </w:rPr>
        <w:t xml:space="preserve"> </w:t>
      </w:r>
      <w:proofErr w:type="spellStart"/>
      <w:r w:rsidRPr="00CB3FF1">
        <w:rPr>
          <w:rFonts w:eastAsia="KIBSE+F1"/>
          <w:i w:val="0"/>
          <w:iCs/>
          <w:color w:val="000000"/>
          <w:spacing w:val="-1"/>
          <w:w w:val="101"/>
          <w:sz w:val="22"/>
          <w:szCs w:val="22"/>
        </w:rPr>
        <w:t>v</w:t>
      </w:r>
      <w:r w:rsidRPr="00CB3FF1">
        <w:rPr>
          <w:rFonts w:eastAsia="KIBSE+F1"/>
          <w:i w:val="0"/>
          <w:iCs/>
          <w:color w:val="000000"/>
          <w:w w:val="101"/>
          <w:sz w:val="22"/>
          <w:szCs w:val="22"/>
        </w:rPr>
        <w:t>ới</w:t>
      </w:r>
      <w:proofErr w:type="spellEnd"/>
      <w:r w:rsidRPr="00CB3FF1">
        <w:rPr>
          <w:rFonts w:eastAsia="KIBSE+F1"/>
          <w:i w:val="0"/>
          <w:iCs/>
          <w:color w:val="000000"/>
          <w:w w:val="101"/>
          <w:sz w:val="22"/>
          <w:szCs w:val="22"/>
          <w:lang w:val="vi-VN"/>
        </w:rPr>
        <w:t xml:space="preserve"> </w:t>
      </w:r>
      <w:r w:rsidRPr="00CB3FF1">
        <w:rPr>
          <w:rFonts w:eastAsia="KIBSE+F1"/>
          <w:i w:val="0"/>
          <w:iCs/>
          <w:color w:val="000000"/>
          <w:w w:val="101"/>
          <w:sz w:val="22"/>
          <w:szCs w:val="22"/>
        </w:rPr>
        <w:t>ĐTB</w:t>
      </w:r>
      <w:r w:rsidRPr="00CB3FF1">
        <w:rPr>
          <w:rFonts w:eastAsia="KIBSE+F1"/>
          <w:i w:val="0"/>
          <w:iCs/>
          <w:color w:val="000000"/>
          <w:w w:val="101"/>
          <w:sz w:val="22"/>
          <w:szCs w:val="22"/>
          <w:lang w:val="vi-VN"/>
        </w:rPr>
        <w:t xml:space="preserve"> chung là 3,25</w:t>
      </w:r>
      <w:r w:rsidRPr="00CB3FF1">
        <w:rPr>
          <w:rFonts w:eastAsia="KIBSE+F1"/>
          <w:i w:val="0"/>
          <w:iCs/>
          <w:color w:val="000000"/>
          <w:spacing w:val="2"/>
          <w:sz w:val="22"/>
          <w:szCs w:val="22"/>
        </w:rPr>
        <w:t xml:space="preserve"> </w:t>
      </w:r>
      <w:r w:rsidRPr="00CB3FF1">
        <w:rPr>
          <w:rFonts w:eastAsia="KIBSE+F1"/>
          <w:i w:val="0"/>
          <w:iCs/>
          <w:color w:val="000000"/>
          <w:spacing w:val="2"/>
          <w:sz w:val="22"/>
          <w:szCs w:val="22"/>
          <w:lang w:val="vi-VN"/>
        </w:rPr>
        <w:t xml:space="preserve">(dao động ở các nội dung với ĐTB </w:t>
      </w:r>
      <w:proofErr w:type="spellStart"/>
      <w:r w:rsidRPr="00CB3FF1">
        <w:rPr>
          <w:rFonts w:eastAsia="KIBSE+F1"/>
          <w:i w:val="0"/>
          <w:iCs/>
          <w:color w:val="000000"/>
          <w:spacing w:val="1"/>
          <w:w w:val="101"/>
          <w:sz w:val="22"/>
          <w:szCs w:val="22"/>
        </w:rPr>
        <w:t>t</w:t>
      </w:r>
      <w:r w:rsidRPr="00CB3FF1">
        <w:rPr>
          <w:rFonts w:eastAsia="KIBSE+F1"/>
          <w:i w:val="0"/>
          <w:iCs/>
          <w:color w:val="000000"/>
          <w:w w:val="101"/>
          <w:sz w:val="22"/>
          <w:szCs w:val="22"/>
        </w:rPr>
        <w:t>ừ</w:t>
      </w:r>
      <w:proofErr w:type="spellEnd"/>
      <w:r w:rsidRPr="00CB3FF1">
        <w:rPr>
          <w:rFonts w:eastAsia="KIBSE+F1"/>
          <w:i w:val="0"/>
          <w:iCs/>
          <w:color w:val="000000"/>
          <w:spacing w:val="1"/>
          <w:sz w:val="22"/>
          <w:szCs w:val="22"/>
        </w:rPr>
        <w:t xml:space="preserve"> </w:t>
      </w:r>
      <w:r w:rsidRPr="00CB3FF1">
        <w:rPr>
          <w:rFonts w:eastAsia="KIBSE+F1"/>
          <w:i w:val="0"/>
          <w:iCs/>
          <w:color w:val="000000"/>
          <w:w w:val="101"/>
          <w:sz w:val="22"/>
          <w:szCs w:val="22"/>
        </w:rPr>
        <w:t>3</w:t>
      </w:r>
      <w:r w:rsidRPr="00CB3FF1">
        <w:rPr>
          <w:rFonts w:eastAsia="KIBSE+F1"/>
          <w:i w:val="0"/>
          <w:iCs/>
          <w:color w:val="000000"/>
          <w:spacing w:val="-1"/>
          <w:w w:val="101"/>
          <w:sz w:val="22"/>
          <w:szCs w:val="22"/>
          <w:lang w:val="vi-VN"/>
        </w:rPr>
        <w:t>,</w:t>
      </w:r>
      <w:r w:rsidRPr="00CB3FF1">
        <w:rPr>
          <w:rFonts w:eastAsia="KIBSE+F1"/>
          <w:i w:val="0"/>
          <w:iCs/>
          <w:color w:val="000000"/>
          <w:w w:val="101"/>
          <w:sz w:val="22"/>
          <w:szCs w:val="22"/>
        </w:rPr>
        <w:t>0</w:t>
      </w:r>
      <w:r w:rsidRPr="00CB3FF1">
        <w:rPr>
          <w:rFonts w:eastAsia="KIBSE+F1"/>
          <w:i w:val="0"/>
          <w:iCs/>
          <w:color w:val="000000"/>
          <w:w w:val="101"/>
          <w:sz w:val="22"/>
          <w:szCs w:val="22"/>
          <w:lang w:val="vi-VN"/>
        </w:rPr>
        <w:t>3</w:t>
      </w:r>
      <w:r w:rsidRPr="00CB3FF1">
        <w:rPr>
          <w:rFonts w:eastAsia="KIBSE+F1"/>
          <w:i w:val="0"/>
          <w:iCs/>
          <w:color w:val="000000"/>
          <w:spacing w:val="1"/>
          <w:sz w:val="22"/>
          <w:szCs w:val="22"/>
        </w:rPr>
        <w:t xml:space="preserve"> </w:t>
      </w:r>
      <w:proofErr w:type="spellStart"/>
      <w:r w:rsidRPr="00CB3FF1">
        <w:rPr>
          <w:rFonts w:eastAsia="KIBSE+F1"/>
          <w:i w:val="0"/>
          <w:iCs/>
          <w:color w:val="000000"/>
          <w:spacing w:val="3"/>
          <w:w w:val="101"/>
          <w:sz w:val="22"/>
          <w:szCs w:val="22"/>
        </w:rPr>
        <w:t>đ</w:t>
      </w:r>
      <w:r w:rsidRPr="00CB3FF1">
        <w:rPr>
          <w:rFonts w:eastAsia="KIBSE+F1"/>
          <w:i w:val="0"/>
          <w:iCs/>
          <w:color w:val="000000"/>
          <w:w w:val="101"/>
          <w:sz w:val="22"/>
          <w:szCs w:val="22"/>
        </w:rPr>
        <w:t>ến</w:t>
      </w:r>
      <w:proofErr w:type="spellEnd"/>
      <w:r w:rsidRPr="00CB3FF1">
        <w:rPr>
          <w:rFonts w:eastAsia="KIBSE+F1"/>
          <w:i w:val="0"/>
          <w:iCs/>
          <w:color w:val="000000"/>
          <w:spacing w:val="-1"/>
          <w:sz w:val="22"/>
          <w:szCs w:val="22"/>
        </w:rPr>
        <w:t xml:space="preserve"> </w:t>
      </w:r>
      <w:r w:rsidRPr="00CB3FF1">
        <w:rPr>
          <w:rFonts w:eastAsia="KIBSE+F1"/>
          <w:i w:val="0"/>
          <w:iCs/>
          <w:color w:val="000000"/>
          <w:w w:val="101"/>
          <w:sz w:val="22"/>
          <w:szCs w:val="22"/>
        </w:rPr>
        <w:t>3</w:t>
      </w:r>
      <w:r w:rsidRPr="00CB3FF1">
        <w:rPr>
          <w:rFonts w:eastAsia="KIBSE+F1"/>
          <w:i w:val="0"/>
          <w:iCs/>
          <w:color w:val="000000"/>
          <w:w w:val="101"/>
          <w:sz w:val="22"/>
          <w:szCs w:val="22"/>
          <w:lang w:val="vi-VN"/>
        </w:rPr>
        <w:t>,41)</w:t>
      </w:r>
      <w:r w:rsidRPr="00CB3FF1">
        <w:rPr>
          <w:rFonts w:eastAsia="KIBSE+F1"/>
          <w:i w:val="0"/>
          <w:iCs/>
          <w:color w:val="000000"/>
          <w:w w:val="101"/>
          <w:sz w:val="22"/>
          <w:szCs w:val="22"/>
        </w:rPr>
        <w:t>.</w:t>
      </w:r>
      <w:r w:rsidRPr="00CB3FF1">
        <w:rPr>
          <w:i w:val="0"/>
          <w:iCs/>
          <w:color w:val="000000"/>
          <w:sz w:val="22"/>
          <w:szCs w:val="22"/>
          <w:lang w:val="vi-VN"/>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2"/>
          <w:w w:val="101"/>
          <w:sz w:val="22"/>
          <w:szCs w:val="22"/>
        </w:rPr>
        <w:t>r</w:t>
      </w:r>
      <w:r w:rsidRPr="00CB3FF1">
        <w:rPr>
          <w:rFonts w:eastAsia="KIBSE+F1"/>
          <w:i w:val="0"/>
          <w:iCs/>
          <w:color w:val="000000"/>
          <w:spacing w:val="1"/>
          <w:w w:val="101"/>
          <w:sz w:val="22"/>
          <w:szCs w:val="22"/>
        </w:rPr>
        <w:t>ong</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spacing w:val="-2"/>
          <w:w w:val="101"/>
          <w:sz w:val="22"/>
          <w:szCs w:val="22"/>
        </w:rPr>
        <w:t>đó</w:t>
      </w:r>
      <w:proofErr w:type="spellEnd"/>
      <w:r w:rsidRPr="00CB3FF1">
        <w:rPr>
          <w:rFonts w:eastAsia="KIBSE+F1"/>
          <w:i w:val="0"/>
          <w:iCs/>
          <w:color w:val="000000"/>
          <w:spacing w:val="-2"/>
          <w:w w:val="101"/>
          <w:sz w:val="22"/>
          <w:szCs w:val="22"/>
          <w:lang w:val="vi-VN"/>
        </w:rPr>
        <w:t xml:space="preserve"> muic tiêu là “</w:t>
      </w:r>
      <w:proofErr w:type="spellStart"/>
      <w:r w:rsidRPr="00CB3FF1">
        <w:rPr>
          <w:rFonts w:eastAsia="KIBSE+F1"/>
          <w:i w:val="0"/>
          <w:iCs/>
          <w:color w:val="000000"/>
          <w:spacing w:val="-2"/>
          <w:w w:val="101"/>
          <w:sz w:val="22"/>
          <w:szCs w:val="22"/>
        </w:rPr>
        <w:t>N</w:t>
      </w:r>
      <w:r w:rsidRPr="00CB3FF1">
        <w:rPr>
          <w:rFonts w:eastAsia="KIBSE+F1"/>
          <w:i w:val="0"/>
          <w:iCs/>
          <w:color w:val="000000"/>
          <w:spacing w:val="2"/>
          <w:w w:val="101"/>
          <w:sz w:val="22"/>
          <w:szCs w:val="22"/>
        </w:rPr>
        <w:t>â</w:t>
      </w:r>
      <w:r w:rsidRPr="00CB3FF1">
        <w:rPr>
          <w:rFonts w:eastAsia="KIBSE+F1"/>
          <w:i w:val="0"/>
          <w:iCs/>
          <w:color w:val="000000"/>
          <w:w w:val="101"/>
          <w:sz w:val="22"/>
          <w:szCs w:val="22"/>
        </w:rPr>
        <w:t>ng</w:t>
      </w:r>
      <w:proofErr w:type="spellEnd"/>
      <w:r w:rsidRPr="00CB3FF1">
        <w:rPr>
          <w:rFonts w:eastAsia="KIBSE+F1"/>
          <w:i w:val="0"/>
          <w:iCs/>
          <w:color w:val="000000"/>
          <w:spacing w:val="22"/>
          <w:sz w:val="22"/>
          <w:szCs w:val="22"/>
        </w:rPr>
        <w:t xml:space="preserve"> </w:t>
      </w:r>
      <w:proofErr w:type="spellStart"/>
      <w:r w:rsidRPr="00CB3FF1">
        <w:rPr>
          <w:rFonts w:eastAsia="KIBSE+F1"/>
          <w:i w:val="0"/>
          <w:iCs/>
          <w:color w:val="000000"/>
          <w:w w:val="101"/>
          <w:sz w:val="22"/>
          <w:szCs w:val="22"/>
        </w:rPr>
        <w:t>cao</w:t>
      </w:r>
      <w:proofErr w:type="spellEnd"/>
      <w:r w:rsidRPr="00CB3FF1">
        <w:rPr>
          <w:rFonts w:eastAsia="KIBSE+F1"/>
          <w:i w:val="0"/>
          <w:iCs/>
          <w:color w:val="000000"/>
          <w:spacing w:val="22"/>
          <w:sz w:val="22"/>
          <w:szCs w:val="22"/>
        </w:rPr>
        <w:t xml:space="preserve"> </w:t>
      </w:r>
      <w:proofErr w:type="spellStart"/>
      <w:r w:rsidRPr="00CB3FF1">
        <w:rPr>
          <w:rFonts w:eastAsia="KIBSE+F1"/>
          <w:i w:val="0"/>
          <w:iCs/>
          <w:color w:val="000000"/>
          <w:spacing w:val="-1"/>
          <w:w w:val="101"/>
          <w:sz w:val="22"/>
          <w:szCs w:val="22"/>
        </w:rPr>
        <w:t>n</w:t>
      </w:r>
      <w:r w:rsidRPr="00CB3FF1">
        <w:rPr>
          <w:rFonts w:eastAsia="KIBSE+F1"/>
          <w:i w:val="0"/>
          <w:iCs/>
          <w:color w:val="000000"/>
          <w:spacing w:val="1"/>
          <w:w w:val="101"/>
          <w:sz w:val="22"/>
          <w:szCs w:val="22"/>
        </w:rPr>
        <w:t>hậ</w:t>
      </w:r>
      <w:r w:rsidRPr="00CB3FF1">
        <w:rPr>
          <w:rFonts w:eastAsia="KIBSE+F1"/>
          <w:i w:val="0"/>
          <w:iCs/>
          <w:color w:val="000000"/>
          <w:w w:val="101"/>
          <w:sz w:val="22"/>
          <w:szCs w:val="22"/>
        </w:rPr>
        <w:t>n</w:t>
      </w:r>
      <w:proofErr w:type="spellEnd"/>
      <w:r w:rsidRPr="00CB3FF1">
        <w:rPr>
          <w:rFonts w:eastAsia="KIBSE+F1"/>
          <w:i w:val="0"/>
          <w:iCs/>
          <w:color w:val="000000"/>
          <w:spacing w:val="19"/>
          <w:sz w:val="22"/>
          <w:szCs w:val="22"/>
        </w:rPr>
        <w:t xml:space="preserve"> </w:t>
      </w:r>
      <w:proofErr w:type="spellStart"/>
      <w:r w:rsidRPr="00CB3FF1">
        <w:rPr>
          <w:rFonts w:eastAsia="KIBSE+F1"/>
          <w:i w:val="0"/>
          <w:iCs/>
          <w:color w:val="000000"/>
          <w:w w:val="101"/>
          <w:sz w:val="22"/>
          <w:szCs w:val="22"/>
        </w:rPr>
        <w:t>th</w:t>
      </w:r>
      <w:r w:rsidRPr="00CB3FF1">
        <w:rPr>
          <w:rFonts w:eastAsia="KIBSE+F1"/>
          <w:i w:val="0"/>
          <w:iCs/>
          <w:color w:val="000000"/>
          <w:spacing w:val="1"/>
          <w:w w:val="101"/>
          <w:sz w:val="22"/>
          <w:szCs w:val="22"/>
        </w:rPr>
        <w:t>ứ</w:t>
      </w:r>
      <w:r w:rsidRPr="00CB3FF1">
        <w:rPr>
          <w:rFonts w:eastAsia="KIBSE+F1"/>
          <w:i w:val="0"/>
          <w:iCs/>
          <w:color w:val="000000"/>
          <w:w w:val="101"/>
          <w:sz w:val="22"/>
          <w:szCs w:val="22"/>
        </w:rPr>
        <w:t>c</w:t>
      </w:r>
      <w:proofErr w:type="spellEnd"/>
      <w:r w:rsidRPr="00CB3FF1">
        <w:rPr>
          <w:rFonts w:eastAsia="KIBSE+F1"/>
          <w:i w:val="0"/>
          <w:iCs/>
          <w:color w:val="000000"/>
          <w:spacing w:val="19"/>
          <w:sz w:val="22"/>
          <w:szCs w:val="22"/>
        </w:rPr>
        <w:t xml:space="preserve"> </w:t>
      </w:r>
      <w:proofErr w:type="spellStart"/>
      <w:r w:rsidRPr="00CB3FF1">
        <w:rPr>
          <w:rFonts w:eastAsia="KIBSE+F1"/>
          <w:i w:val="0"/>
          <w:iCs/>
          <w:color w:val="000000"/>
          <w:spacing w:val="3"/>
          <w:w w:val="101"/>
          <w:sz w:val="22"/>
          <w:szCs w:val="22"/>
        </w:rPr>
        <w:t>v</w:t>
      </w:r>
      <w:r w:rsidRPr="00CB3FF1">
        <w:rPr>
          <w:rFonts w:eastAsia="KIBSE+F1"/>
          <w:i w:val="0"/>
          <w:iCs/>
          <w:color w:val="000000"/>
          <w:w w:val="101"/>
          <w:sz w:val="22"/>
          <w:szCs w:val="22"/>
        </w:rPr>
        <w:t>à</w:t>
      </w:r>
      <w:proofErr w:type="spellEnd"/>
      <w:r w:rsidRPr="00CB3FF1">
        <w:rPr>
          <w:rFonts w:eastAsia="KIBSE+F1"/>
          <w:i w:val="0"/>
          <w:iCs/>
          <w:color w:val="000000"/>
          <w:spacing w:val="18"/>
          <w:sz w:val="22"/>
          <w:szCs w:val="22"/>
        </w:rPr>
        <w:t xml:space="preserve"> </w:t>
      </w:r>
      <w:proofErr w:type="spellStart"/>
      <w:r w:rsidRPr="00CB3FF1">
        <w:rPr>
          <w:rFonts w:eastAsia="KIBSE+F1"/>
          <w:i w:val="0"/>
          <w:iCs/>
          <w:color w:val="000000"/>
          <w:spacing w:val="3"/>
          <w:w w:val="101"/>
          <w:sz w:val="22"/>
          <w:szCs w:val="22"/>
        </w:rPr>
        <w:t>k</w:t>
      </w:r>
      <w:r w:rsidRPr="00CB3FF1">
        <w:rPr>
          <w:rFonts w:eastAsia="KIBSE+F1"/>
          <w:i w:val="0"/>
          <w:iCs/>
          <w:color w:val="000000"/>
          <w:spacing w:val="1"/>
          <w:w w:val="101"/>
          <w:sz w:val="22"/>
          <w:szCs w:val="22"/>
        </w:rPr>
        <w:t>i</w:t>
      </w:r>
      <w:r w:rsidRPr="00CB3FF1">
        <w:rPr>
          <w:rFonts w:eastAsia="KIBSE+F1"/>
          <w:i w:val="0"/>
          <w:iCs/>
          <w:color w:val="000000"/>
          <w:w w:val="101"/>
          <w:sz w:val="22"/>
          <w:szCs w:val="22"/>
        </w:rPr>
        <w:t>ến</w:t>
      </w:r>
      <w:proofErr w:type="spellEnd"/>
      <w:r w:rsidRPr="00CB3FF1">
        <w:rPr>
          <w:rFonts w:eastAsia="KIBSE+F1"/>
          <w:i w:val="0"/>
          <w:iCs/>
          <w:color w:val="000000"/>
          <w:spacing w:val="17"/>
          <w:sz w:val="22"/>
          <w:szCs w:val="22"/>
        </w:rPr>
        <w:t xml:space="preserve"> </w:t>
      </w:r>
      <w:proofErr w:type="spellStart"/>
      <w:r w:rsidRPr="00CB3FF1">
        <w:rPr>
          <w:rFonts w:eastAsia="KIBSE+F1"/>
          <w:i w:val="0"/>
          <w:iCs/>
          <w:color w:val="000000"/>
          <w:spacing w:val="3"/>
          <w:w w:val="101"/>
          <w:sz w:val="22"/>
          <w:szCs w:val="22"/>
        </w:rPr>
        <w:t>t</w:t>
      </w:r>
      <w:r w:rsidRPr="00CB3FF1">
        <w:rPr>
          <w:rFonts w:eastAsia="KIBSE+F1"/>
          <w:i w:val="0"/>
          <w:iCs/>
          <w:color w:val="000000"/>
          <w:w w:val="101"/>
          <w:sz w:val="22"/>
          <w:szCs w:val="22"/>
        </w:rPr>
        <w:t>hứ</w:t>
      </w:r>
      <w:r w:rsidRPr="00CB3FF1">
        <w:rPr>
          <w:rFonts w:eastAsia="KIBSE+F1"/>
          <w:i w:val="0"/>
          <w:iCs/>
          <w:color w:val="000000"/>
          <w:spacing w:val="1"/>
          <w:w w:val="101"/>
          <w:sz w:val="22"/>
          <w:szCs w:val="22"/>
        </w:rPr>
        <w:t>c</w:t>
      </w:r>
      <w:proofErr w:type="spellEnd"/>
      <w:r w:rsidRPr="00CB3FF1">
        <w:rPr>
          <w:rFonts w:eastAsia="KIBSE+F1"/>
          <w:i w:val="0"/>
          <w:iCs/>
          <w:color w:val="000000"/>
          <w:w w:val="101"/>
          <w:sz w:val="22"/>
          <w:szCs w:val="22"/>
        </w:rPr>
        <w:t>,</w:t>
      </w:r>
      <w:r w:rsidRPr="00CB3FF1">
        <w:rPr>
          <w:rFonts w:eastAsia="KIBSE+F1"/>
          <w:i w:val="0"/>
          <w:iCs/>
          <w:color w:val="000000"/>
          <w:spacing w:val="19"/>
          <w:sz w:val="22"/>
          <w:szCs w:val="22"/>
        </w:rPr>
        <w:t xml:space="preserve"> </w:t>
      </w:r>
      <w:proofErr w:type="spellStart"/>
      <w:r w:rsidRPr="00CB3FF1">
        <w:rPr>
          <w:rFonts w:eastAsia="KIBSE+F1"/>
          <w:i w:val="0"/>
          <w:iCs/>
          <w:color w:val="000000"/>
          <w:spacing w:val="3"/>
          <w:w w:val="101"/>
          <w:sz w:val="22"/>
          <w:szCs w:val="22"/>
        </w:rPr>
        <w:t>k</w:t>
      </w:r>
      <w:r w:rsidRPr="00CB3FF1">
        <w:rPr>
          <w:rFonts w:eastAsia="KIBSE+F1"/>
          <w:i w:val="0"/>
          <w:iCs/>
          <w:color w:val="000000"/>
          <w:w w:val="101"/>
          <w:sz w:val="22"/>
          <w:szCs w:val="22"/>
        </w:rPr>
        <w:t>ỹ</w:t>
      </w:r>
      <w:proofErr w:type="spellEnd"/>
      <w:r w:rsidRPr="00CB3FF1">
        <w:rPr>
          <w:rFonts w:eastAsia="KIBSE+F1"/>
          <w:i w:val="0"/>
          <w:iCs/>
          <w:color w:val="000000"/>
          <w:spacing w:val="14"/>
          <w:sz w:val="22"/>
          <w:szCs w:val="22"/>
        </w:rPr>
        <w:t xml:space="preserve"> </w:t>
      </w:r>
      <w:proofErr w:type="spellStart"/>
      <w:r w:rsidRPr="00CB3FF1">
        <w:rPr>
          <w:rFonts w:eastAsia="KIBSE+F1"/>
          <w:i w:val="0"/>
          <w:iCs/>
          <w:color w:val="000000"/>
          <w:spacing w:val="3"/>
          <w:w w:val="101"/>
          <w:sz w:val="22"/>
          <w:szCs w:val="22"/>
        </w:rPr>
        <w:t>n</w:t>
      </w:r>
      <w:r w:rsidRPr="00CB3FF1">
        <w:rPr>
          <w:rFonts w:eastAsia="KIBSE+F1"/>
          <w:i w:val="0"/>
          <w:iCs/>
          <w:color w:val="000000"/>
          <w:w w:val="101"/>
          <w:sz w:val="22"/>
          <w:szCs w:val="22"/>
        </w:rPr>
        <w:t>ăng</w:t>
      </w:r>
      <w:proofErr w:type="spellEnd"/>
      <w:r w:rsidRPr="00CB3FF1">
        <w:rPr>
          <w:rFonts w:eastAsia="KIBSE+F1"/>
          <w:i w:val="0"/>
          <w:iCs/>
          <w:color w:val="000000"/>
          <w:spacing w:val="21"/>
          <w:sz w:val="22"/>
          <w:szCs w:val="22"/>
        </w:rPr>
        <w:t xml:space="preserve"> </w:t>
      </w:r>
      <w:r w:rsidRPr="00CB3FF1">
        <w:rPr>
          <w:rFonts w:eastAsia="KIBSE+F1"/>
          <w:i w:val="0"/>
          <w:iCs/>
          <w:color w:val="000000"/>
          <w:sz w:val="22"/>
          <w:szCs w:val="22"/>
          <w:lang w:val="vi-VN"/>
        </w:rPr>
        <w:t xml:space="preserve">GD </w:t>
      </w:r>
      <w:r w:rsidRPr="00CB3FF1">
        <w:rPr>
          <w:rFonts w:eastAsia="KIBSE+F1"/>
          <w:i w:val="0"/>
          <w:iCs/>
          <w:color w:val="000000"/>
          <w:spacing w:val="1"/>
          <w:w w:val="101"/>
          <w:sz w:val="22"/>
          <w:szCs w:val="22"/>
          <w:lang w:val="vi-VN"/>
        </w:rPr>
        <w:t>phòng ngừa</w:t>
      </w:r>
      <w:r w:rsidRPr="00CB3FF1">
        <w:rPr>
          <w:rFonts w:eastAsia="KIBSE+F1"/>
          <w:i w:val="0"/>
          <w:iCs/>
          <w:color w:val="000000"/>
          <w:spacing w:val="20"/>
          <w:sz w:val="22"/>
          <w:szCs w:val="22"/>
        </w:rPr>
        <w:t xml:space="preserve"> </w:t>
      </w:r>
      <w:r w:rsidRPr="00CB3FF1">
        <w:rPr>
          <w:rFonts w:eastAsia="KIBSE+F1"/>
          <w:i w:val="0"/>
          <w:iCs/>
          <w:color w:val="000000"/>
          <w:w w:val="101"/>
          <w:sz w:val="22"/>
          <w:szCs w:val="22"/>
        </w:rPr>
        <w:t>TNTT</w:t>
      </w:r>
      <w:r w:rsidRPr="00CB3FF1">
        <w:rPr>
          <w:rFonts w:eastAsia="KIBSE+F1"/>
          <w:i w:val="0"/>
          <w:iCs/>
          <w:color w:val="000000"/>
          <w:spacing w:val="22"/>
          <w:sz w:val="22"/>
          <w:szCs w:val="22"/>
        </w:rPr>
        <w:t xml:space="preserve"> </w:t>
      </w:r>
      <w:proofErr w:type="spellStart"/>
      <w:r w:rsidRPr="00CB3FF1">
        <w:rPr>
          <w:rFonts w:eastAsia="KIBSE+F1"/>
          <w:i w:val="0"/>
          <w:iCs/>
          <w:color w:val="000000"/>
          <w:w w:val="101"/>
          <w:sz w:val="22"/>
          <w:szCs w:val="22"/>
        </w:rPr>
        <w:t>cho</w:t>
      </w:r>
      <w:proofErr w:type="spellEnd"/>
      <w:r w:rsidRPr="00CB3FF1">
        <w:rPr>
          <w:i w:val="0"/>
          <w:iCs/>
          <w:color w:val="000000"/>
          <w:sz w:val="22"/>
          <w:szCs w:val="22"/>
          <w:lang w:val="vi-VN"/>
        </w:rPr>
        <w:t xml:space="preserve"> </w:t>
      </w:r>
      <w:proofErr w:type="spellStart"/>
      <w:r w:rsidRPr="00CB3FF1">
        <w:rPr>
          <w:rFonts w:eastAsia="KIBSE+F1"/>
          <w:i w:val="0"/>
          <w:iCs/>
          <w:color w:val="000000"/>
          <w:w w:val="101"/>
          <w:sz w:val="22"/>
          <w:szCs w:val="22"/>
        </w:rPr>
        <w:t>trẻ</w:t>
      </w:r>
      <w:proofErr w:type="spellEnd"/>
      <w:r w:rsidRPr="00CB3FF1">
        <w:rPr>
          <w:rFonts w:eastAsia="KIBSE+F1"/>
          <w:i w:val="0"/>
          <w:iCs/>
          <w:color w:val="000000"/>
          <w:w w:val="101"/>
          <w:sz w:val="22"/>
          <w:szCs w:val="22"/>
        </w:rPr>
        <w:t>”</w:t>
      </w:r>
      <w:r w:rsidRPr="00CB3FF1">
        <w:rPr>
          <w:rFonts w:eastAsia="KIBSE+F1"/>
          <w:i w:val="0"/>
          <w:iCs/>
          <w:color w:val="000000"/>
          <w:spacing w:val="13"/>
          <w:sz w:val="22"/>
          <w:szCs w:val="22"/>
        </w:rPr>
        <w:t xml:space="preserve"> </w:t>
      </w:r>
      <w:proofErr w:type="spellStart"/>
      <w:r w:rsidRPr="00CB3FF1">
        <w:rPr>
          <w:rFonts w:eastAsia="KIBSE+F1"/>
          <w:i w:val="0"/>
          <w:iCs/>
          <w:color w:val="000000"/>
          <w:w w:val="101"/>
          <w:sz w:val="22"/>
          <w:szCs w:val="22"/>
        </w:rPr>
        <w:t>đư</w:t>
      </w:r>
      <w:r w:rsidRPr="00CB3FF1">
        <w:rPr>
          <w:rFonts w:eastAsia="KIBSE+F1"/>
          <w:i w:val="0"/>
          <w:iCs/>
          <w:color w:val="000000"/>
          <w:spacing w:val="1"/>
          <w:w w:val="101"/>
          <w:sz w:val="22"/>
          <w:szCs w:val="22"/>
        </w:rPr>
        <w:t>ợ</w:t>
      </w:r>
      <w:r w:rsidRPr="00CB3FF1">
        <w:rPr>
          <w:rFonts w:eastAsia="KIBSE+F1"/>
          <w:i w:val="0"/>
          <w:iCs/>
          <w:color w:val="000000"/>
          <w:w w:val="101"/>
          <w:sz w:val="22"/>
          <w:szCs w:val="22"/>
        </w:rPr>
        <w:t>c</w:t>
      </w:r>
      <w:proofErr w:type="spellEnd"/>
      <w:r w:rsidRPr="00CB3FF1">
        <w:rPr>
          <w:rFonts w:eastAsia="KIBSE+F1"/>
          <w:i w:val="0"/>
          <w:iCs/>
          <w:color w:val="000000"/>
          <w:spacing w:val="12"/>
          <w:sz w:val="22"/>
          <w:szCs w:val="22"/>
        </w:rPr>
        <w:t xml:space="preserve"> </w:t>
      </w:r>
      <w:proofErr w:type="spellStart"/>
      <w:r w:rsidRPr="00CB3FF1">
        <w:rPr>
          <w:rFonts w:eastAsia="KIBSE+F1"/>
          <w:i w:val="0"/>
          <w:iCs/>
          <w:color w:val="000000"/>
          <w:w w:val="101"/>
          <w:sz w:val="22"/>
          <w:szCs w:val="22"/>
        </w:rPr>
        <w:t>đ</w:t>
      </w:r>
      <w:r w:rsidRPr="00CB3FF1">
        <w:rPr>
          <w:rFonts w:eastAsia="KIBSE+F1"/>
          <w:i w:val="0"/>
          <w:iCs/>
          <w:color w:val="000000"/>
          <w:spacing w:val="1"/>
          <w:w w:val="101"/>
          <w:sz w:val="22"/>
          <w:szCs w:val="22"/>
        </w:rPr>
        <w:t>á</w:t>
      </w:r>
      <w:r w:rsidRPr="00CB3FF1">
        <w:rPr>
          <w:rFonts w:eastAsia="KIBSE+F1"/>
          <w:i w:val="0"/>
          <w:iCs/>
          <w:color w:val="000000"/>
          <w:w w:val="101"/>
          <w:sz w:val="22"/>
          <w:szCs w:val="22"/>
        </w:rPr>
        <w:t>nh</w:t>
      </w:r>
      <w:proofErr w:type="spellEnd"/>
      <w:r w:rsidRPr="00CB3FF1">
        <w:rPr>
          <w:rFonts w:eastAsia="KIBSE+F1"/>
          <w:i w:val="0"/>
          <w:iCs/>
          <w:color w:val="000000"/>
          <w:spacing w:val="11"/>
          <w:sz w:val="22"/>
          <w:szCs w:val="22"/>
        </w:rPr>
        <w:t xml:space="preserve"> </w:t>
      </w:r>
      <w:proofErr w:type="spellStart"/>
      <w:r w:rsidRPr="00CB3FF1">
        <w:rPr>
          <w:rFonts w:eastAsia="KIBSE+F1"/>
          <w:i w:val="0"/>
          <w:iCs/>
          <w:color w:val="000000"/>
          <w:spacing w:val="3"/>
          <w:w w:val="101"/>
          <w:sz w:val="22"/>
          <w:szCs w:val="22"/>
        </w:rPr>
        <w:t>g</w:t>
      </w:r>
      <w:r w:rsidRPr="00CB3FF1">
        <w:rPr>
          <w:rFonts w:eastAsia="KIBSE+F1"/>
          <w:i w:val="0"/>
          <w:iCs/>
          <w:color w:val="000000"/>
          <w:spacing w:val="1"/>
          <w:w w:val="101"/>
          <w:sz w:val="22"/>
          <w:szCs w:val="22"/>
        </w:rPr>
        <w:t>i</w:t>
      </w:r>
      <w:r w:rsidRPr="00CB3FF1">
        <w:rPr>
          <w:rFonts w:eastAsia="KIBSE+F1"/>
          <w:i w:val="0"/>
          <w:iCs/>
          <w:color w:val="000000"/>
          <w:w w:val="101"/>
          <w:sz w:val="22"/>
          <w:szCs w:val="22"/>
        </w:rPr>
        <w:t>á</w:t>
      </w:r>
      <w:proofErr w:type="spellEnd"/>
      <w:r w:rsidRPr="00CB3FF1">
        <w:rPr>
          <w:rFonts w:eastAsia="KIBSE+F1"/>
          <w:i w:val="0"/>
          <w:iCs/>
          <w:color w:val="000000"/>
          <w:spacing w:val="12"/>
          <w:sz w:val="22"/>
          <w:szCs w:val="22"/>
        </w:rPr>
        <w:t xml:space="preserve"> </w:t>
      </w:r>
      <w:proofErr w:type="spellStart"/>
      <w:r w:rsidRPr="00CB3FF1">
        <w:rPr>
          <w:rFonts w:eastAsia="KIBSE+F1"/>
          <w:i w:val="0"/>
          <w:iCs/>
          <w:color w:val="000000"/>
          <w:spacing w:val="2"/>
          <w:w w:val="101"/>
          <w:sz w:val="22"/>
          <w:szCs w:val="22"/>
        </w:rPr>
        <w:t>c</w:t>
      </w:r>
      <w:r w:rsidRPr="00CB3FF1">
        <w:rPr>
          <w:rFonts w:eastAsia="KIBSE+F1"/>
          <w:i w:val="0"/>
          <w:iCs/>
          <w:color w:val="000000"/>
          <w:w w:val="101"/>
          <w:sz w:val="22"/>
          <w:szCs w:val="22"/>
        </w:rPr>
        <w:t>ao</w:t>
      </w:r>
      <w:proofErr w:type="spellEnd"/>
      <w:r w:rsidRPr="00CB3FF1">
        <w:rPr>
          <w:rFonts w:eastAsia="KIBSE+F1"/>
          <w:i w:val="0"/>
          <w:iCs/>
          <w:color w:val="000000"/>
          <w:spacing w:val="11"/>
          <w:sz w:val="22"/>
          <w:szCs w:val="22"/>
          <w:lang w:val="vi-VN"/>
        </w:rPr>
        <w:t xml:space="preserve"> </w:t>
      </w:r>
      <w:proofErr w:type="spellStart"/>
      <w:r w:rsidRPr="00CB3FF1">
        <w:rPr>
          <w:rFonts w:eastAsia="KIBSE+F1"/>
          <w:i w:val="0"/>
          <w:iCs/>
          <w:color w:val="000000"/>
          <w:spacing w:val="-1"/>
          <w:w w:val="101"/>
          <w:sz w:val="22"/>
          <w:szCs w:val="22"/>
        </w:rPr>
        <w:t>n</w:t>
      </w:r>
      <w:r w:rsidRPr="00CB3FF1">
        <w:rPr>
          <w:rFonts w:eastAsia="KIBSE+F1"/>
          <w:i w:val="0"/>
          <w:iCs/>
          <w:color w:val="000000"/>
          <w:spacing w:val="2"/>
          <w:w w:val="101"/>
          <w:sz w:val="22"/>
          <w:szCs w:val="22"/>
        </w:rPr>
        <w:t>h</w:t>
      </w:r>
      <w:r w:rsidRPr="00CB3FF1">
        <w:rPr>
          <w:rFonts w:eastAsia="KIBSE+F1"/>
          <w:i w:val="0"/>
          <w:iCs/>
          <w:color w:val="000000"/>
          <w:spacing w:val="1"/>
          <w:w w:val="101"/>
          <w:sz w:val="22"/>
          <w:szCs w:val="22"/>
        </w:rPr>
        <w:t>ấ</w:t>
      </w:r>
      <w:r w:rsidRPr="00CB3FF1">
        <w:rPr>
          <w:rFonts w:eastAsia="KIBSE+F1"/>
          <w:i w:val="0"/>
          <w:iCs/>
          <w:color w:val="000000"/>
          <w:w w:val="101"/>
          <w:sz w:val="22"/>
          <w:szCs w:val="22"/>
        </w:rPr>
        <w:t>t</w:t>
      </w:r>
      <w:proofErr w:type="spellEnd"/>
      <w:r w:rsidRPr="00CB3FF1">
        <w:rPr>
          <w:rFonts w:eastAsia="KIBSE+F1"/>
          <w:i w:val="0"/>
          <w:iCs/>
          <w:color w:val="000000"/>
          <w:spacing w:val="2"/>
          <w:w w:val="101"/>
          <w:sz w:val="22"/>
          <w:szCs w:val="22"/>
          <w:lang w:val="vi-VN"/>
        </w:rPr>
        <w:t xml:space="preserve"> và ở mức rất đúng </w:t>
      </w:r>
      <w:proofErr w:type="spellStart"/>
      <w:r w:rsidRPr="00CB3FF1">
        <w:rPr>
          <w:rFonts w:eastAsia="KIBSE+F1"/>
          <w:i w:val="0"/>
          <w:iCs/>
          <w:color w:val="000000"/>
          <w:w w:val="101"/>
          <w:sz w:val="22"/>
          <w:szCs w:val="22"/>
        </w:rPr>
        <w:t>với</w:t>
      </w:r>
      <w:proofErr w:type="spellEnd"/>
      <w:r w:rsidRPr="00CB3FF1">
        <w:rPr>
          <w:rFonts w:eastAsia="KIBSE+F1"/>
          <w:i w:val="0"/>
          <w:iCs/>
          <w:color w:val="000000"/>
          <w:spacing w:val="14"/>
          <w:sz w:val="22"/>
          <w:szCs w:val="22"/>
        </w:rPr>
        <w:t xml:space="preserve"> </w:t>
      </w:r>
      <w:r w:rsidRPr="00CB3FF1">
        <w:rPr>
          <w:rFonts w:eastAsia="KIBSE+F1"/>
          <w:i w:val="0"/>
          <w:iCs/>
          <w:color w:val="000000"/>
          <w:w w:val="101"/>
          <w:sz w:val="22"/>
          <w:szCs w:val="22"/>
        </w:rPr>
        <w:t>Đ</w:t>
      </w:r>
      <w:r w:rsidRPr="00CB3FF1">
        <w:rPr>
          <w:rFonts w:eastAsia="KIBSE+F1"/>
          <w:i w:val="0"/>
          <w:iCs/>
          <w:color w:val="000000"/>
          <w:spacing w:val="-1"/>
          <w:w w:val="101"/>
          <w:sz w:val="22"/>
          <w:szCs w:val="22"/>
        </w:rPr>
        <w:t>T</w:t>
      </w:r>
      <w:r w:rsidRPr="00CB3FF1">
        <w:rPr>
          <w:rFonts w:eastAsia="KIBSE+F1"/>
          <w:i w:val="0"/>
          <w:iCs/>
          <w:color w:val="000000"/>
          <w:w w:val="101"/>
          <w:sz w:val="22"/>
          <w:szCs w:val="22"/>
        </w:rPr>
        <w:t>B</w:t>
      </w:r>
      <w:r w:rsidRPr="00CB3FF1">
        <w:rPr>
          <w:rFonts w:eastAsia="KIBSE+F1"/>
          <w:i w:val="0"/>
          <w:iCs/>
          <w:color w:val="000000"/>
          <w:w w:val="101"/>
          <w:sz w:val="22"/>
          <w:szCs w:val="22"/>
          <w:lang w:val="vi-VN"/>
        </w:rPr>
        <w:t xml:space="preserve"> = </w:t>
      </w:r>
      <w:r w:rsidRPr="00CB3FF1">
        <w:rPr>
          <w:rFonts w:eastAsia="KIBSE+F1"/>
          <w:i w:val="0"/>
          <w:iCs/>
          <w:color w:val="000000"/>
          <w:w w:val="101"/>
          <w:sz w:val="22"/>
          <w:szCs w:val="22"/>
        </w:rPr>
        <w:t>3</w:t>
      </w:r>
      <w:r w:rsidRPr="00CB3FF1">
        <w:rPr>
          <w:rFonts w:eastAsia="KIBSE+F1"/>
          <w:i w:val="0"/>
          <w:iCs/>
          <w:color w:val="000000"/>
          <w:spacing w:val="3"/>
          <w:w w:val="101"/>
          <w:sz w:val="22"/>
          <w:szCs w:val="22"/>
          <w:lang w:val="vi-VN"/>
        </w:rPr>
        <w:t>,41</w:t>
      </w:r>
      <w:r w:rsidRPr="00CB3FF1">
        <w:rPr>
          <w:rFonts w:eastAsia="KIBSE+F1"/>
          <w:i w:val="0"/>
          <w:iCs/>
          <w:color w:val="000000"/>
          <w:spacing w:val="1"/>
          <w:w w:val="101"/>
          <w:sz w:val="22"/>
          <w:szCs w:val="22"/>
        </w:rPr>
        <w:t>;</w:t>
      </w:r>
      <w:r w:rsidRPr="00CB3FF1">
        <w:rPr>
          <w:rFonts w:eastAsia="KIBSE+F1"/>
          <w:i w:val="0"/>
          <w:iCs/>
          <w:color w:val="000000"/>
          <w:spacing w:val="12"/>
          <w:sz w:val="22"/>
          <w:szCs w:val="22"/>
        </w:rPr>
        <w:t xml:space="preserve"> </w:t>
      </w:r>
      <w:proofErr w:type="spellStart"/>
      <w:r w:rsidRPr="00CB3FF1">
        <w:rPr>
          <w:rFonts w:eastAsia="KIBSE+F1"/>
          <w:i w:val="0"/>
          <w:iCs/>
          <w:color w:val="000000"/>
          <w:spacing w:val="-1"/>
          <w:w w:val="101"/>
          <w:sz w:val="22"/>
          <w:szCs w:val="22"/>
        </w:rPr>
        <w:t>T</w:t>
      </w:r>
      <w:r w:rsidRPr="00CB3FF1">
        <w:rPr>
          <w:rFonts w:eastAsia="KIBSE+F1"/>
          <w:i w:val="0"/>
          <w:iCs/>
          <w:color w:val="000000"/>
          <w:spacing w:val="2"/>
          <w:w w:val="101"/>
          <w:sz w:val="22"/>
          <w:szCs w:val="22"/>
        </w:rPr>
        <w:t>i</w:t>
      </w:r>
      <w:r w:rsidRPr="00CB3FF1">
        <w:rPr>
          <w:rFonts w:eastAsia="KIBSE+F1"/>
          <w:i w:val="0"/>
          <w:iCs/>
          <w:color w:val="000000"/>
          <w:spacing w:val="-2"/>
          <w:w w:val="101"/>
          <w:sz w:val="22"/>
          <w:szCs w:val="22"/>
        </w:rPr>
        <w:t>ế</w:t>
      </w:r>
      <w:r w:rsidRPr="00CB3FF1">
        <w:rPr>
          <w:rFonts w:eastAsia="KIBSE+F1"/>
          <w:i w:val="0"/>
          <w:iCs/>
          <w:color w:val="000000"/>
          <w:w w:val="101"/>
          <w:sz w:val="22"/>
          <w:szCs w:val="22"/>
        </w:rPr>
        <w:t>p</w:t>
      </w:r>
      <w:proofErr w:type="spellEnd"/>
      <w:r w:rsidRPr="00CB3FF1">
        <w:rPr>
          <w:rFonts w:eastAsia="KIBSE+F1"/>
          <w:i w:val="0"/>
          <w:iCs/>
          <w:color w:val="000000"/>
          <w:spacing w:val="17"/>
          <w:sz w:val="22"/>
          <w:szCs w:val="22"/>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3"/>
          <w:w w:val="101"/>
          <w:sz w:val="22"/>
          <w:szCs w:val="22"/>
        </w:rPr>
        <w:t>h</w:t>
      </w:r>
      <w:r w:rsidRPr="00CB3FF1">
        <w:rPr>
          <w:rFonts w:eastAsia="KIBSE+F1"/>
          <w:i w:val="0"/>
          <w:iCs/>
          <w:color w:val="000000"/>
          <w:w w:val="101"/>
          <w:sz w:val="22"/>
          <w:szCs w:val="22"/>
        </w:rPr>
        <w:t>eo</w:t>
      </w:r>
      <w:proofErr w:type="spellEnd"/>
      <w:r w:rsidRPr="00CB3FF1">
        <w:rPr>
          <w:i w:val="0"/>
          <w:iCs/>
          <w:color w:val="000000"/>
          <w:sz w:val="22"/>
          <w:szCs w:val="22"/>
          <w:lang w:val="vi-VN"/>
        </w:rPr>
        <w:t xml:space="preserve"> </w:t>
      </w:r>
      <w:proofErr w:type="spellStart"/>
      <w:r w:rsidRPr="00CB3FF1">
        <w:rPr>
          <w:rFonts w:eastAsia="KIBSE+F1"/>
          <w:i w:val="0"/>
          <w:iCs/>
          <w:color w:val="000000"/>
          <w:spacing w:val="2"/>
          <w:w w:val="101"/>
          <w:sz w:val="22"/>
          <w:szCs w:val="22"/>
        </w:rPr>
        <w:t>đ</w:t>
      </w:r>
      <w:r w:rsidRPr="00CB3FF1">
        <w:rPr>
          <w:rFonts w:eastAsia="KIBSE+F1"/>
          <w:i w:val="0"/>
          <w:iCs/>
          <w:color w:val="000000"/>
          <w:w w:val="101"/>
          <w:sz w:val="22"/>
          <w:szCs w:val="22"/>
        </w:rPr>
        <w:t>ó</w:t>
      </w:r>
      <w:proofErr w:type="spellEnd"/>
      <w:r w:rsidRPr="00CB3FF1">
        <w:rPr>
          <w:rFonts w:eastAsia="KIBSE+F1"/>
          <w:i w:val="0"/>
          <w:iCs/>
          <w:color w:val="000000"/>
          <w:w w:val="101"/>
          <w:sz w:val="22"/>
          <w:szCs w:val="22"/>
          <w:lang w:val="vi-VN"/>
        </w:rPr>
        <w:t xml:space="preserve"> mục tiêu</w:t>
      </w:r>
      <w:r w:rsidRPr="00CB3FF1">
        <w:rPr>
          <w:rFonts w:eastAsia="KIBSE+F1"/>
          <w:i w:val="0"/>
          <w:iCs/>
          <w:color w:val="000000"/>
          <w:spacing w:val="64"/>
          <w:sz w:val="22"/>
          <w:szCs w:val="22"/>
        </w:rPr>
        <w:t xml:space="preserve"> </w:t>
      </w:r>
      <w:r w:rsidRPr="00CB3FF1">
        <w:rPr>
          <w:rFonts w:eastAsia="KIBSE+F1"/>
          <w:i w:val="0"/>
          <w:iCs/>
          <w:color w:val="000000"/>
          <w:spacing w:val="-2"/>
          <w:w w:val="101"/>
          <w:sz w:val="22"/>
          <w:szCs w:val="22"/>
        </w:rPr>
        <w:t>“</w:t>
      </w:r>
      <w:proofErr w:type="spellStart"/>
      <w:r w:rsidRPr="00CB3FF1">
        <w:rPr>
          <w:rFonts w:eastAsia="KIBSE+F1"/>
          <w:i w:val="0"/>
          <w:iCs/>
          <w:color w:val="000000"/>
          <w:w w:val="101"/>
          <w:sz w:val="22"/>
          <w:szCs w:val="22"/>
        </w:rPr>
        <w:t>Ki</w:t>
      </w:r>
      <w:r w:rsidRPr="00CB3FF1">
        <w:rPr>
          <w:rFonts w:eastAsia="KIBSE+F1"/>
          <w:i w:val="0"/>
          <w:iCs/>
          <w:color w:val="000000"/>
          <w:spacing w:val="3"/>
          <w:w w:val="101"/>
          <w:sz w:val="22"/>
          <w:szCs w:val="22"/>
        </w:rPr>
        <w:t>ể</w:t>
      </w:r>
      <w:r w:rsidRPr="00CB3FF1">
        <w:rPr>
          <w:rFonts w:eastAsia="KIBSE+F1"/>
          <w:i w:val="0"/>
          <w:iCs/>
          <w:color w:val="000000"/>
          <w:spacing w:val="1"/>
          <w:w w:val="101"/>
          <w:sz w:val="22"/>
          <w:szCs w:val="22"/>
        </w:rPr>
        <w:t>m</w:t>
      </w:r>
      <w:proofErr w:type="spellEnd"/>
      <w:r w:rsidRPr="00CB3FF1">
        <w:rPr>
          <w:rFonts w:eastAsia="KIBSE+F1"/>
          <w:i w:val="0"/>
          <w:iCs/>
          <w:color w:val="000000"/>
          <w:spacing w:val="57"/>
          <w:sz w:val="22"/>
          <w:szCs w:val="22"/>
        </w:rPr>
        <w:t xml:space="preserve"> </w:t>
      </w:r>
      <w:proofErr w:type="spellStart"/>
      <w:r w:rsidRPr="00CB3FF1">
        <w:rPr>
          <w:rFonts w:eastAsia="KIBSE+F1"/>
          <w:i w:val="0"/>
          <w:iCs/>
          <w:color w:val="000000"/>
          <w:w w:val="101"/>
          <w:sz w:val="22"/>
          <w:szCs w:val="22"/>
        </w:rPr>
        <w:t>so</w:t>
      </w:r>
      <w:r w:rsidRPr="00CB3FF1">
        <w:rPr>
          <w:rFonts w:eastAsia="KIBSE+F1"/>
          <w:i w:val="0"/>
          <w:iCs/>
          <w:color w:val="000000"/>
          <w:spacing w:val="2"/>
          <w:w w:val="101"/>
          <w:sz w:val="22"/>
          <w:szCs w:val="22"/>
        </w:rPr>
        <w:t>á</w:t>
      </w:r>
      <w:r w:rsidRPr="00CB3FF1">
        <w:rPr>
          <w:rFonts w:eastAsia="KIBSE+F1"/>
          <w:i w:val="0"/>
          <w:iCs/>
          <w:color w:val="000000"/>
          <w:w w:val="101"/>
          <w:sz w:val="22"/>
          <w:szCs w:val="22"/>
        </w:rPr>
        <w:t>t</w:t>
      </w:r>
      <w:proofErr w:type="spellEnd"/>
      <w:r w:rsidRPr="00CB3FF1">
        <w:rPr>
          <w:rFonts w:eastAsia="KIBSE+F1"/>
          <w:i w:val="0"/>
          <w:iCs/>
          <w:color w:val="000000"/>
          <w:w w:val="101"/>
          <w:sz w:val="22"/>
          <w:szCs w:val="22"/>
        </w:rPr>
        <w:t>,</w:t>
      </w:r>
      <w:r w:rsidRPr="00CB3FF1">
        <w:rPr>
          <w:rFonts w:eastAsia="KIBSE+F1"/>
          <w:i w:val="0"/>
          <w:iCs/>
          <w:color w:val="000000"/>
          <w:spacing w:val="64"/>
          <w:sz w:val="22"/>
          <w:szCs w:val="22"/>
        </w:rPr>
        <w:t xml:space="preserve"> </w:t>
      </w:r>
      <w:proofErr w:type="spellStart"/>
      <w:r w:rsidRPr="00CB3FF1">
        <w:rPr>
          <w:rFonts w:eastAsia="KIBSE+F1"/>
          <w:i w:val="0"/>
          <w:iCs/>
          <w:color w:val="000000"/>
          <w:w w:val="101"/>
          <w:sz w:val="22"/>
          <w:szCs w:val="22"/>
        </w:rPr>
        <w:t>gi</w:t>
      </w:r>
      <w:r w:rsidRPr="00CB3FF1">
        <w:rPr>
          <w:rFonts w:eastAsia="KIBSE+F1"/>
          <w:i w:val="0"/>
          <w:iCs/>
          <w:color w:val="000000"/>
          <w:spacing w:val="3"/>
          <w:w w:val="101"/>
          <w:sz w:val="22"/>
          <w:szCs w:val="22"/>
        </w:rPr>
        <w:t>ả</w:t>
      </w:r>
      <w:r w:rsidRPr="00CB3FF1">
        <w:rPr>
          <w:rFonts w:eastAsia="KIBSE+F1"/>
          <w:i w:val="0"/>
          <w:iCs/>
          <w:color w:val="000000"/>
          <w:w w:val="101"/>
          <w:sz w:val="22"/>
          <w:szCs w:val="22"/>
        </w:rPr>
        <w:t>m</w:t>
      </w:r>
      <w:proofErr w:type="spellEnd"/>
      <w:r w:rsidRPr="00CB3FF1">
        <w:rPr>
          <w:rFonts w:eastAsia="KIBSE+F1"/>
          <w:i w:val="0"/>
          <w:iCs/>
          <w:color w:val="000000"/>
          <w:spacing w:val="57"/>
          <w:sz w:val="22"/>
          <w:szCs w:val="22"/>
        </w:rPr>
        <w:t xml:space="preserve"> </w:t>
      </w:r>
      <w:proofErr w:type="spellStart"/>
      <w:r w:rsidRPr="00CB3FF1">
        <w:rPr>
          <w:rFonts w:eastAsia="KIBSE+F1"/>
          <w:i w:val="0"/>
          <w:iCs/>
          <w:color w:val="000000"/>
          <w:w w:val="101"/>
          <w:sz w:val="22"/>
          <w:szCs w:val="22"/>
        </w:rPr>
        <w:t>th</w:t>
      </w:r>
      <w:r w:rsidRPr="00CB3FF1">
        <w:rPr>
          <w:rFonts w:eastAsia="KIBSE+F1"/>
          <w:i w:val="0"/>
          <w:iCs/>
          <w:color w:val="000000"/>
          <w:spacing w:val="1"/>
          <w:w w:val="101"/>
          <w:sz w:val="22"/>
          <w:szCs w:val="22"/>
        </w:rPr>
        <w:t>i</w:t>
      </w:r>
      <w:r w:rsidRPr="00CB3FF1">
        <w:rPr>
          <w:rFonts w:eastAsia="KIBSE+F1"/>
          <w:i w:val="0"/>
          <w:iCs/>
          <w:color w:val="000000"/>
          <w:w w:val="101"/>
          <w:sz w:val="22"/>
          <w:szCs w:val="22"/>
        </w:rPr>
        <w:t>ểu</w:t>
      </w:r>
      <w:proofErr w:type="spellEnd"/>
      <w:r w:rsidRPr="00CB3FF1">
        <w:rPr>
          <w:rFonts w:eastAsia="KIBSE+F1"/>
          <w:i w:val="0"/>
          <w:iCs/>
          <w:color w:val="000000"/>
          <w:spacing w:val="61"/>
          <w:sz w:val="22"/>
          <w:szCs w:val="22"/>
        </w:rPr>
        <w:t xml:space="preserve"> </w:t>
      </w:r>
      <w:proofErr w:type="spellStart"/>
      <w:r w:rsidRPr="00CB3FF1">
        <w:rPr>
          <w:rFonts w:eastAsia="KIBSE+F1"/>
          <w:i w:val="0"/>
          <w:iCs/>
          <w:color w:val="000000"/>
          <w:spacing w:val="4"/>
          <w:w w:val="101"/>
          <w:sz w:val="22"/>
          <w:szCs w:val="22"/>
        </w:rPr>
        <w:t>t</w:t>
      </w:r>
      <w:r w:rsidRPr="00CB3FF1">
        <w:rPr>
          <w:rFonts w:eastAsia="KIBSE+F1"/>
          <w:i w:val="0"/>
          <w:iCs/>
          <w:color w:val="000000"/>
          <w:spacing w:val="-1"/>
          <w:w w:val="101"/>
          <w:sz w:val="22"/>
          <w:szCs w:val="22"/>
        </w:rPr>
        <w:t>ì</w:t>
      </w:r>
      <w:r w:rsidRPr="00CB3FF1">
        <w:rPr>
          <w:rFonts w:eastAsia="KIBSE+F1"/>
          <w:i w:val="0"/>
          <w:iCs/>
          <w:color w:val="000000"/>
          <w:w w:val="101"/>
          <w:sz w:val="22"/>
          <w:szCs w:val="22"/>
        </w:rPr>
        <w:t>nh</w:t>
      </w:r>
      <w:proofErr w:type="spellEnd"/>
      <w:r w:rsidRPr="00CB3FF1">
        <w:rPr>
          <w:rFonts w:eastAsia="KIBSE+F1"/>
          <w:i w:val="0"/>
          <w:iCs/>
          <w:color w:val="000000"/>
          <w:spacing w:val="62"/>
          <w:sz w:val="22"/>
          <w:szCs w:val="22"/>
        </w:rPr>
        <w:t xml:space="preserve"> </w:t>
      </w:r>
      <w:proofErr w:type="spellStart"/>
      <w:r w:rsidRPr="00CB3FF1">
        <w:rPr>
          <w:rFonts w:eastAsia="KIBSE+F1"/>
          <w:i w:val="0"/>
          <w:iCs/>
          <w:color w:val="000000"/>
          <w:w w:val="101"/>
          <w:sz w:val="22"/>
          <w:szCs w:val="22"/>
        </w:rPr>
        <w:t>hì</w:t>
      </w:r>
      <w:r w:rsidRPr="00CB3FF1">
        <w:rPr>
          <w:rFonts w:eastAsia="KIBSE+F1"/>
          <w:i w:val="0"/>
          <w:iCs/>
          <w:color w:val="000000"/>
          <w:spacing w:val="1"/>
          <w:w w:val="101"/>
          <w:sz w:val="22"/>
          <w:szCs w:val="22"/>
        </w:rPr>
        <w:t>n</w:t>
      </w:r>
      <w:r w:rsidRPr="00CB3FF1">
        <w:rPr>
          <w:rFonts w:eastAsia="KIBSE+F1"/>
          <w:i w:val="0"/>
          <w:iCs/>
          <w:color w:val="000000"/>
          <w:w w:val="101"/>
          <w:sz w:val="22"/>
          <w:szCs w:val="22"/>
        </w:rPr>
        <w:t>h</w:t>
      </w:r>
      <w:proofErr w:type="spellEnd"/>
      <w:r w:rsidRPr="00CB3FF1">
        <w:rPr>
          <w:rFonts w:eastAsia="KIBSE+F1"/>
          <w:i w:val="0"/>
          <w:iCs/>
          <w:color w:val="000000"/>
          <w:spacing w:val="61"/>
          <w:sz w:val="22"/>
          <w:szCs w:val="22"/>
        </w:rPr>
        <w:t xml:space="preserve"> </w:t>
      </w:r>
      <w:r w:rsidRPr="00CB3FF1">
        <w:rPr>
          <w:rFonts w:eastAsia="KIBSE+F1"/>
          <w:i w:val="0"/>
          <w:iCs/>
          <w:color w:val="000000"/>
          <w:spacing w:val="1"/>
          <w:w w:val="101"/>
          <w:sz w:val="22"/>
          <w:szCs w:val="22"/>
        </w:rPr>
        <w:t>T</w:t>
      </w:r>
      <w:r w:rsidRPr="00CB3FF1">
        <w:rPr>
          <w:rFonts w:eastAsia="KIBSE+F1"/>
          <w:i w:val="0"/>
          <w:iCs/>
          <w:color w:val="000000"/>
          <w:w w:val="101"/>
          <w:sz w:val="22"/>
          <w:szCs w:val="22"/>
        </w:rPr>
        <w:t>NTT</w:t>
      </w:r>
      <w:r w:rsidRPr="00CB3FF1">
        <w:rPr>
          <w:rFonts w:eastAsia="KIBSE+F1"/>
          <w:i w:val="0"/>
          <w:iCs/>
          <w:color w:val="000000"/>
          <w:w w:val="101"/>
          <w:sz w:val="22"/>
          <w:szCs w:val="22"/>
          <w:lang w:val="vi-VN"/>
        </w:rPr>
        <w:t xml:space="preserve"> ở trẻ” có</w:t>
      </w:r>
      <w:r w:rsidRPr="00CB3FF1">
        <w:rPr>
          <w:i w:val="0"/>
          <w:iCs/>
          <w:color w:val="000000"/>
          <w:sz w:val="22"/>
          <w:szCs w:val="22"/>
          <w:lang w:val="vi-VN"/>
        </w:rPr>
        <w:t xml:space="preserve"> </w:t>
      </w:r>
      <w:r w:rsidRPr="00CB3FF1">
        <w:rPr>
          <w:rFonts w:eastAsia="KIBSE+F1"/>
          <w:i w:val="0"/>
          <w:iCs/>
          <w:color w:val="000000"/>
          <w:w w:val="101"/>
          <w:sz w:val="22"/>
          <w:szCs w:val="22"/>
        </w:rPr>
        <w:t>ĐTB</w:t>
      </w:r>
      <w:r w:rsidRPr="00CB3FF1">
        <w:rPr>
          <w:rFonts w:eastAsia="KIBSE+F1"/>
          <w:i w:val="0"/>
          <w:iCs/>
          <w:color w:val="000000"/>
          <w:w w:val="101"/>
          <w:sz w:val="22"/>
          <w:szCs w:val="22"/>
          <w:lang w:val="vi-VN"/>
        </w:rPr>
        <w:t xml:space="preserve"> = </w:t>
      </w:r>
      <w:r w:rsidRPr="00CB3FF1">
        <w:rPr>
          <w:rFonts w:eastAsia="KIBSE+F1"/>
          <w:i w:val="0"/>
          <w:iCs/>
          <w:color w:val="000000"/>
          <w:spacing w:val="2"/>
          <w:w w:val="101"/>
          <w:sz w:val="22"/>
          <w:szCs w:val="22"/>
        </w:rPr>
        <w:t>3</w:t>
      </w:r>
      <w:r w:rsidRPr="00CB3FF1">
        <w:rPr>
          <w:rFonts w:eastAsia="KIBSE+F1"/>
          <w:i w:val="0"/>
          <w:iCs/>
          <w:color w:val="000000"/>
          <w:spacing w:val="1"/>
          <w:w w:val="101"/>
          <w:sz w:val="22"/>
          <w:szCs w:val="22"/>
          <w:lang w:val="vi-VN"/>
        </w:rPr>
        <w:t>,39</w:t>
      </w:r>
      <w:r w:rsidRPr="00CB3FF1">
        <w:rPr>
          <w:rFonts w:eastAsia="KIBSE+F1"/>
          <w:i w:val="0"/>
          <w:iCs/>
          <w:color w:val="000000"/>
          <w:spacing w:val="1"/>
          <w:w w:val="101"/>
          <w:sz w:val="22"/>
          <w:szCs w:val="22"/>
        </w:rPr>
        <w:t>.</w:t>
      </w:r>
      <w:r w:rsidRPr="00CB3FF1">
        <w:rPr>
          <w:i w:val="0"/>
          <w:iCs/>
          <w:color w:val="000000"/>
          <w:sz w:val="22"/>
          <w:szCs w:val="22"/>
          <w:lang w:val="vi-VN"/>
        </w:rPr>
        <w:t xml:space="preserve"> </w:t>
      </w:r>
      <w:r w:rsidRPr="00CB3FF1">
        <w:rPr>
          <w:rFonts w:eastAsia="KIBSE+F1"/>
          <w:i w:val="0"/>
          <w:iCs/>
          <w:color w:val="000000"/>
          <w:spacing w:val="2"/>
          <w:sz w:val="22"/>
          <w:szCs w:val="22"/>
        </w:rPr>
        <w:t xml:space="preserve"> </w:t>
      </w:r>
      <w:proofErr w:type="spellStart"/>
      <w:r w:rsidRPr="00CB3FF1">
        <w:rPr>
          <w:rFonts w:eastAsia="KIBSE+F1"/>
          <w:i w:val="0"/>
          <w:iCs/>
          <w:color w:val="000000"/>
          <w:spacing w:val="2"/>
          <w:sz w:val="22"/>
          <w:szCs w:val="22"/>
        </w:rPr>
        <w:t>Bên</w:t>
      </w:r>
      <w:proofErr w:type="spellEnd"/>
      <w:r w:rsidRPr="00CB3FF1">
        <w:rPr>
          <w:rFonts w:eastAsia="KIBSE+F1"/>
          <w:i w:val="0"/>
          <w:iCs/>
          <w:color w:val="000000"/>
          <w:spacing w:val="2"/>
          <w:sz w:val="22"/>
          <w:szCs w:val="22"/>
          <w:lang w:val="vi-VN"/>
        </w:rPr>
        <w:t xml:space="preserve"> cạnh đó </w:t>
      </w:r>
      <w:r w:rsidRPr="00CB3FF1">
        <w:rPr>
          <w:rFonts w:eastAsia="KIBSE+F1"/>
          <w:i w:val="0"/>
          <w:iCs/>
          <w:color w:val="000000"/>
          <w:spacing w:val="4"/>
          <w:w w:val="101"/>
          <w:sz w:val="22"/>
          <w:szCs w:val="22"/>
          <w:lang w:val="vi-VN"/>
        </w:rPr>
        <w:t>c</w:t>
      </w:r>
      <w:r w:rsidRPr="00CB3FF1">
        <w:rPr>
          <w:rFonts w:eastAsia="KIBSE+F1"/>
          <w:i w:val="0"/>
          <w:iCs/>
          <w:color w:val="000000"/>
          <w:w w:val="101"/>
          <w:sz w:val="22"/>
          <w:szCs w:val="22"/>
        </w:rPr>
        <w:t>ó</w:t>
      </w:r>
      <w:r w:rsidRPr="00CB3FF1">
        <w:rPr>
          <w:rFonts w:eastAsia="KIBSE+F1"/>
          <w:i w:val="0"/>
          <w:iCs/>
          <w:color w:val="000000"/>
          <w:spacing w:val="1"/>
          <w:sz w:val="22"/>
          <w:szCs w:val="22"/>
        </w:rPr>
        <w:t xml:space="preserve"> </w:t>
      </w:r>
      <w:r w:rsidRPr="00CB3FF1">
        <w:rPr>
          <w:rFonts w:eastAsia="KIBSE+F1"/>
          <w:i w:val="0"/>
          <w:iCs/>
          <w:color w:val="000000"/>
          <w:w w:val="101"/>
          <w:sz w:val="22"/>
          <w:szCs w:val="22"/>
        </w:rPr>
        <w:t>2</w:t>
      </w:r>
      <w:r w:rsidRPr="00CB3FF1">
        <w:rPr>
          <w:rFonts w:eastAsia="KIBSE+F1"/>
          <w:i w:val="0"/>
          <w:iCs/>
          <w:color w:val="000000"/>
          <w:spacing w:val="1"/>
          <w:w w:val="101"/>
          <w:sz w:val="22"/>
          <w:szCs w:val="22"/>
        </w:rPr>
        <w:t>/</w:t>
      </w:r>
      <w:r w:rsidRPr="00CB3FF1">
        <w:rPr>
          <w:rFonts w:eastAsia="KIBSE+F1"/>
          <w:i w:val="0"/>
          <w:iCs/>
          <w:color w:val="000000"/>
          <w:w w:val="101"/>
          <w:sz w:val="22"/>
          <w:szCs w:val="22"/>
        </w:rPr>
        <w:t>6</w:t>
      </w:r>
      <w:r w:rsidRPr="00CB3FF1">
        <w:rPr>
          <w:rFonts w:eastAsia="KIBSE+F1"/>
          <w:i w:val="0"/>
          <w:iCs/>
          <w:color w:val="000000"/>
          <w:spacing w:val="6"/>
          <w:sz w:val="22"/>
          <w:szCs w:val="22"/>
        </w:rPr>
        <w:t xml:space="preserve"> </w:t>
      </w:r>
      <w:proofErr w:type="spellStart"/>
      <w:r w:rsidRPr="00CB3FF1">
        <w:rPr>
          <w:rFonts w:eastAsia="KIBSE+F1"/>
          <w:i w:val="0"/>
          <w:iCs/>
          <w:color w:val="000000"/>
          <w:spacing w:val="-2"/>
          <w:w w:val="101"/>
          <w:sz w:val="22"/>
          <w:szCs w:val="22"/>
        </w:rPr>
        <w:t>m</w:t>
      </w:r>
      <w:r w:rsidRPr="00CB3FF1">
        <w:rPr>
          <w:rFonts w:eastAsia="KIBSE+F1"/>
          <w:i w:val="0"/>
          <w:iCs/>
          <w:color w:val="000000"/>
          <w:spacing w:val="1"/>
          <w:w w:val="101"/>
          <w:sz w:val="22"/>
          <w:szCs w:val="22"/>
        </w:rPr>
        <w:t>ục</w:t>
      </w:r>
      <w:proofErr w:type="spellEnd"/>
      <w:r w:rsidRPr="00CB3FF1">
        <w:rPr>
          <w:rFonts w:eastAsia="KIBSE+F1"/>
          <w:i w:val="0"/>
          <w:iCs/>
          <w:color w:val="000000"/>
          <w:spacing w:val="1"/>
          <w:w w:val="101"/>
          <w:sz w:val="22"/>
          <w:szCs w:val="22"/>
          <w:lang w:val="vi-VN"/>
        </w:rPr>
        <w:t xml:space="preserve"> tiêu</w:t>
      </w:r>
      <w:r w:rsidRPr="00CB3FF1">
        <w:rPr>
          <w:rFonts w:eastAsia="KIBSE+F1"/>
          <w:i w:val="0"/>
          <w:iCs/>
          <w:color w:val="000000"/>
          <w:spacing w:val="3"/>
          <w:sz w:val="22"/>
          <w:szCs w:val="22"/>
        </w:rPr>
        <w:t xml:space="preserve"> </w:t>
      </w:r>
      <w:proofErr w:type="spellStart"/>
      <w:r w:rsidRPr="00CB3FF1">
        <w:rPr>
          <w:rFonts w:eastAsia="KIBSE+F1"/>
          <w:i w:val="0"/>
          <w:iCs/>
          <w:color w:val="000000"/>
          <w:w w:val="101"/>
          <w:sz w:val="22"/>
          <w:szCs w:val="22"/>
        </w:rPr>
        <w:t>nhận</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đ</w:t>
      </w:r>
      <w:r w:rsidRPr="00CB3FF1">
        <w:rPr>
          <w:rFonts w:eastAsia="KIBSE+F1"/>
          <w:i w:val="0"/>
          <w:iCs/>
          <w:color w:val="000000"/>
          <w:spacing w:val="3"/>
          <w:w w:val="101"/>
          <w:sz w:val="22"/>
          <w:szCs w:val="22"/>
        </w:rPr>
        <w:t>ư</w:t>
      </w:r>
      <w:r w:rsidRPr="00CB3FF1">
        <w:rPr>
          <w:rFonts w:eastAsia="KIBSE+F1"/>
          <w:i w:val="0"/>
          <w:iCs/>
          <w:color w:val="000000"/>
          <w:w w:val="101"/>
          <w:sz w:val="22"/>
          <w:szCs w:val="22"/>
        </w:rPr>
        <w:t>ợc</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đánh</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spacing w:val="3"/>
          <w:w w:val="101"/>
          <w:sz w:val="22"/>
          <w:szCs w:val="22"/>
        </w:rPr>
        <w:t>g</w:t>
      </w:r>
      <w:r w:rsidRPr="00CB3FF1">
        <w:rPr>
          <w:rFonts w:eastAsia="KIBSE+F1"/>
          <w:i w:val="0"/>
          <w:iCs/>
          <w:color w:val="000000"/>
          <w:w w:val="101"/>
          <w:sz w:val="22"/>
          <w:szCs w:val="22"/>
        </w:rPr>
        <w:t>iá</w:t>
      </w:r>
      <w:proofErr w:type="spellEnd"/>
      <w:r w:rsidRPr="00CB3FF1">
        <w:rPr>
          <w:rFonts w:eastAsia="KIBSE+F1"/>
          <w:i w:val="0"/>
          <w:iCs/>
          <w:color w:val="000000"/>
          <w:spacing w:val="4"/>
          <w:sz w:val="22"/>
          <w:szCs w:val="22"/>
        </w:rPr>
        <w:t xml:space="preserve"> </w:t>
      </w:r>
      <w:r w:rsidRPr="00CB3FF1">
        <w:rPr>
          <w:rFonts w:eastAsia="KIBSE+F1"/>
          <w:i w:val="0"/>
          <w:iCs/>
          <w:color w:val="000000"/>
          <w:w w:val="101"/>
          <w:sz w:val="22"/>
          <w:szCs w:val="22"/>
        </w:rPr>
        <w:t>ở</w:t>
      </w:r>
      <w:r w:rsidRPr="00CB3FF1">
        <w:rPr>
          <w:rFonts w:eastAsia="KIBSE+F1"/>
          <w:i w:val="0"/>
          <w:iCs/>
          <w:color w:val="000000"/>
          <w:spacing w:val="6"/>
          <w:sz w:val="22"/>
          <w:szCs w:val="22"/>
        </w:rPr>
        <w:t xml:space="preserve"> </w:t>
      </w:r>
      <w:proofErr w:type="spellStart"/>
      <w:r w:rsidRPr="00CB3FF1">
        <w:rPr>
          <w:rFonts w:eastAsia="KIBSE+F1"/>
          <w:i w:val="0"/>
          <w:iCs/>
          <w:color w:val="000000"/>
          <w:spacing w:val="-2"/>
          <w:w w:val="101"/>
          <w:sz w:val="22"/>
          <w:szCs w:val="22"/>
        </w:rPr>
        <w:t>m</w:t>
      </w:r>
      <w:r w:rsidRPr="00CB3FF1">
        <w:rPr>
          <w:rFonts w:eastAsia="KIBSE+F1"/>
          <w:i w:val="0"/>
          <w:iCs/>
          <w:color w:val="000000"/>
          <w:spacing w:val="1"/>
          <w:w w:val="101"/>
          <w:sz w:val="22"/>
          <w:szCs w:val="22"/>
        </w:rPr>
        <w:t>ức</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spacing w:val="1"/>
          <w:sz w:val="22"/>
          <w:szCs w:val="22"/>
        </w:rPr>
        <w:t>khá</w:t>
      </w:r>
      <w:proofErr w:type="spellEnd"/>
      <w:r w:rsidRPr="00CB3FF1">
        <w:rPr>
          <w:rFonts w:eastAsia="KIBSE+F1"/>
          <w:i w:val="0"/>
          <w:iCs/>
          <w:color w:val="000000"/>
          <w:spacing w:val="1"/>
          <w:sz w:val="22"/>
          <w:szCs w:val="22"/>
          <w:lang w:val="vi-VN"/>
        </w:rPr>
        <w:t xml:space="preserve"> đúng </w:t>
      </w:r>
      <w:proofErr w:type="spellStart"/>
      <w:r w:rsidRPr="00CB3FF1">
        <w:rPr>
          <w:rFonts w:eastAsia="KIBSE+F1"/>
          <w:i w:val="0"/>
          <w:iCs/>
          <w:color w:val="000000"/>
          <w:w w:val="101"/>
          <w:sz w:val="22"/>
          <w:szCs w:val="22"/>
        </w:rPr>
        <w:t>là</w:t>
      </w:r>
      <w:proofErr w:type="spellEnd"/>
      <w:r w:rsidRPr="00CB3FF1">
        <w:rPr>
          <w:rFonts w:eastAsia="KIBSE+F1"/>
          <w:i w:val="0"/>
          <w:iCs/>
          <w:color w:val="000000"/>
          <w:w w:val="101"/>
          <w:sz w:val="22"/>
          <w:szCs w:val="22"/>
        </w:rPr>
        <w:t>:</w:t>
      </w:r>
      <w:r w:rsidRPr="00CB3FF1">
        <w:rPr>
          <w:rFonts w:eastAsia="KIBSE+F1"/>
          <w:i w:val="0"/>
          <w:iCs/>
          <w:color w:val="000000"/>
          <w:spacing w:val="4"/>
          <w:sz w:val="22"/>
          <w:szCs w:val="22"/>
        </w:rPr>
        <w:t xml:space="preserve"> </w:t>
      </w:r>
      <w:r w:rsidRPr="00CB3FF1">
        <w:rPr>
          <w:rFonts w:eastAsia="KIBSE+F1"/>
          <w:i w:val="0"/>
          <w:iCs/>
          <w:color w:val="000000"/>
          <w:w w:val="101"/>
          <w:sz w:val="22"/>
          <w:szCs w:val="22"/>
        </w:rPr>
        <w:t>“</w:t>
      </w:r>
      <w:proofErr w:type="spellStart"/>
      <w:r w:rsidRPr="00CB3FF1">
        <w:rPr>
          <w:rFonts w:eastAsia="KIBSE+F1"/>
          <w:i w:val="0"/>
          <w:iCs/>
          <w:color w:val="000000"/>
          <w:spacing w:val="-1"/>
          <w:w w:val="101"/>
          <w:sz w:val="22"/>
          <w:szCs w:val="22"/>
        </w:rPr>
        <w:t>Hạn</w:t>
      </w:r>
      <w:proofErr w:type="spellEnd"/>
      <w:r w:rsidRPr="00CB3FF1">
        <w:rPr>
          <w:rFonts w:eastAsia="KIBSE+F1"/>
          <w:i w:val="0"/>
          <w:iCs/>
          <w:color w:val="000000"/>
          <w:spacing w:val="-1"/>
          <w:w w:val="101"/>
          <w:sz w:val="22"/>
          <w:szCs w:val="22"/>
          <w:lang w:val="vi-VN"/>
        </w:rPr>
        <w:t xml:space="preserve"> chế </w:t>
      </w:r>
      <w:proofErr w:type="spellStart"/>
      <w:r w:rsidRPr="00CB3FF1">
        <w:rPr>
          <w:rFonts w:eastAsia="KIBSE+F1"/>
          <w:i w:val="0"/>
          <w:iCs/>
          <w:color w:val="000000"/>
          <w:spacing w:val="2"/>
          <w:w w:val="101"/>
          <w:sz w:val="22"/>
          <w:szCs w:val="22"/>
        </w:rPr>
        <w:t>h</w:t>
      </w:r>
      <w:r w:rsidRPr="00CB3FF1">
        <w:rPr>
          <w:rFonts w:eastAsia="KIBSE+F1"/>
          <w:i w:val="0"/>
          <w:iCs/>
          <w:color w:val="000000"/>
          <w:spacing w:val="1"/>
          <w:w w:val="101"/>
          <w:sz w:val="22"/>
          <w:szCs w:val="22"/>
        </w:rPr>
        <w:t>ậu</w:t>
      </w:r>
      <w:proofErr w:type="spellEnd"/>
      <w:r w:rsidRPr="00CB3FF1">
        <w:rPr>
          <w:rFonts w:eastAsia="KIBSE+F1"/>
          <w:i w:val="0"/>
          <w:iCs/>
          <w:color w:val="000000"/>
          <w:sz w:val="22"/>
          <w:szCs w:val="22"/>
        </w:rPr>
        <w:t xml:space="preserve"> </w:t>
      </w:r>
      <w:proofErr w:type="spellStart"/>
      <w:r w:rsidRPr="00CB3FF1">
        <w:rPr>
          <w:rFonts w:eastAsia="KIBSE+F1"/>
          <w:i w:val="0"/>
          <w:iCs/>
          <w:color w:val="000000"/>
          <w:w w:val="101"/>
          <w:sz w:val="22"/>
          <w:szCs w:val="22"/>
        </w:rPr>
        <w:t>quả</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của</w:t>
      </w:r>
      <w:proofErr w:type="spellEnd"/>
      <w:r w:rsidRPr="00CB3FF1">
        <w:rPr>
          <w:rFonts w:eastAsia="KIBSE+F1"/>
          <w:i w:val="0"/>
          <w:iCs/>
          <w:color w:val="000000"/>
          <w:spacing w:val="1"/>
          <w:sz w:val="22"/>
          <w:szCs w:val="22"/>
        </w:rPr>
        <w:t xml:space="preserve"> </w:t>
      </w:r>
      <w:r w:rsidRPr="00CB3FF1">
        <w:rPr>
          <w:rFonts w:eastAsia="KIBSE+F1"/>
          <w:i w:val="0"/>
          <w:iCs/>
          <w:color w:val="000000"/>
          <w:w w:val="101"/>
          <w:sz w:val="22"/>
          <w:szCs w:val="22"/>
        </w:rPr>
        <w:t>T</w:t>
      </w:r>
      <w:r w:rsidRPr="00CB3FF1">
        <w:rPr>
          <w:rFonts w:eastAsia="KIBSE+F1"/>
          <w:i w:val="0"/>
          <w:iCs/>
          <w:color w:val="000000"/>
          <w:spacing w:val="-1"/>
          <w:w w:val="101"/>
          <w:sz w:val="22"/>
          <w:szCs w:val="22"/>
        </w:rPr>
        <w:t>N</w:t>
      </w:r>
      <w:r w:rsidRPr="00CB3FF1">
        <w:rPr>
          <w:rFonts w:eastAsia="KIBSE+F1"/>
          <w:i w:val="0"/>
          <w:iCs/>
          <w:color w:val="000000"/>
          <w:w w:val="101"/>
          <w:sz w:val="22"/>
          <w:szCs w:val="22"/>
        </w:rPr>
        <w:t>TT</w:t>
      </w:r>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bằ</w:t>
      </w:r>
      <w:r w:rsidRPr="00CB3FF1">
        <w:rPr>
          <w:rFonts w:eastAsia="KIBSE+F1"/>
          <w:i w:val="0"/>
          <w:iCs/>
          <w:color w:val="000000"/>
          <w:spacing w:val="-1"/>
          <w:w w:val="101"/>
          <w:sz w:val="22"/>
          <w:szCs w:val="22"/>
        </w:rPr>
        <w:t>n</w:t>
      </w:r>
      <w:r w:rsidRPr="00CB3FF1">
        <w:rPr>
          <w:rFonts w:eastAsia="KIBSE+F1"/>
          <w:i w:val="0"/>
          <w:iCs/>
          <w:color w:val="000000"/>
          <w:w w:val="101"/>
          <w:sz w:val="22"/>
          <w:szCs w:val="22"/>
        </w:rPr>
        <w:t>g</w:t>
      </w:r>
      <w:proofErr w:type="spellEnd"/>
      <w:r w:rsidRPr="00CB3FF1">
        <w:rPr>
          <w:rFonts w:eastAsia="KIBSE+F1"/>
          <w:i w:val="0"/>
          <w:iCs/>
          <w:color w:val="000000"/>
          <w:spacing w:val="3"/>
          <w:sz w:val="22"/>
          <w:szCs w:val="22"/>
        </w:rPr>
        <w:t xml:space="preserve"> </w:t>
      </w:r>
      <w:proofErr w:type="spellStart"/>
      <w:r w:rsidRPr="00CB3FF1">
        <w:rPr>
          <w:rFonts w:eastAsia="KIBSE+F1"/>
          <w:i w:val="0"/>
          <w:iCs/>
          <w:color w:val="000000"/>
          <w:spacing w:val="1"/>
          <w:w w:val="101"/>
          <w:sz w:val="22"/>
          <w:szCs w:val="22"/>
        </w:rPr>
        <w:t>c</w:t>
      </w:r>
      <w:r w:rsidRPr="00CB3FF1">
        <w:rPr>
          <w:rFonts w:eastAsia="KIBSE+F1"/>
          <w:i w:val="0"/>
          <w:iCs/>
          <w:color w:val="000000"/>
          <w:spacing w:val="2"/>
          <w:w w:val="101"/>
          <w:sz w:val="22"/>
          <w:szCs w:val="22"/>
        </w:rPr>
        <w:t>á</w:t>
      </w:r>
      <w:r w:rsidRPr="00CB3FF1">
        <w:rPr>
          <w:rFonts w:eastAsia="KIBSE+F1"/>
          <w:i w:val="0"/>
          <w:iCs/>
          <w:color w:val="000000"/>
          <w:w w:val="101"/>
          <w:sz w:val="22"/>
          <w:szCs w:val="22"/>
        </w:rPr>
        <w:t>ch</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spacing w:val="3"/>
          <w:w w:val="101"/>
          <w:sz w:val="22"/>
          <w:szCs w:val="22"/>
        </w:rPr>
        <w:t>t</w:t>
      </w:r>
      <w:r w:rsidRPr="00CB3FF1">
        <w:rPr>
          <w:rFonts w:eastAsia="KIBSE+F1"/>
          <w:i w:val="0"/>
          <w:iCs/>
          <w:color w:val="000000"/>
          <w:spacing w:val="-1"/>
          <w:w w:val="101"/>
          <w:sz w:val="22"/>
          <w:szCs w:val="22"/>
        </w:rPr>
        <w:t>h</w:t>
      </w:r>
      <w:r w:rsidRPr="00CB3FF1">
        <w:rPr>
          <w:rFonts w:eastAsia="KIBSE+F1"/>
          <w:i w:val="0"/>
          <w:iCs/>
          <w:color w:val="000000"/>
          <w:w w:val="101"/>
          <w:sz w:val="22"/>
          <w:szCs w:val="22"/>
        </w:rPr>
        <w:t>ực</w:t>
      </w:r>
      <w:proofErr w:type="spellEnd"/>
      <w:r w:rsidRPr="00CB3FF1">
        <w:rPr>
          <w:rFonts w:eastAsia="KIBSE+F1"/>
          <w:i w:val="0"/>
          <w:iCs/>
          <w:color w:val="000000"/>
          <w:sz w:val="22"/>
          <w:szCs w:val="22"/>
        </w:rPr>
        <w:t xml:space="preserve"> </w:t>
      </w:r>
      <w:proofErr w:type="spellStart"/>
      <w:r w:rsidRPr="00CB3FF1">
        <w:rPr>
          <w:rFonts w:eastAsia="KIBSE+F1"/>
          <w:i w:val="0"/>
          <w:iCs/>
          <w:color w:val="000000"/>
          <w:w w:val="101"/>
          <w:sz w:val="22"/>
          <w:szCs w:val="22"/>
        </w:rPr>
        <w:t>h</w:t>
      </w:r>
      <w:r w:rsidRPr="00CB3FF1">
        <w:rPr>
          <w:rFonts w:eastAsia="KIBSE+F1"/>
          <w:i w:val="0"/>
          <w:iCs/>
          <w:color w:val="000000"/>
          <w:spacing w:val="4"/>
          <w:w w:val="101"/>
          <w:sz w:val="22"/>
          <w:szCs w:val="22"/>
        </w:rPr>
        <w:t>i</w:t>
      </w:r>
      <w:r w:rsidRPr="00CB3FF1">
        <w:rPr>
          <w:rFonts w:eastAsia="KIBSE+F1"/>
          <w:i w:val="0"/>
          <w:iCs/>
          <w:color w:val="000000"/>
          <w:spacing w:val="-2"/>
          <w:w w:val="101"/>
          <w:sz w:val="22"/>
          <w:szCs w:val="22"/>
        </w:rPr>
        <w:t>ệ</w:t>
      </w:r>
      <w:r w:rsidRPr="00CB3FF1">
        <w:rPr>
          <w:rFonts w:eastAsia="KIBSE+F1"/>
          <w:i w:val="0"/>
          <w:iCs/>
          <w:color w:val="000000"/>
          <w:w w:val="101"/>
          <w:sz w:val="22"/>
          <w:szCs w:val="22"/>
        </w:rPr>
        <w:t>n</w:t>
      </w:r>
      <w:proofErr w:type="spellEnd"/>
      <w:r w:rsidRPr="00CB3FF1">
        <w:rPr>
          <w:rFonts w:eastAsia="KIBSE+F1"/>
          <w:i w:val="0"/>
          <w:iCs/>
          <w:color w:val="000000"/>
          <w:spacing w:val="3"/>
          <w:sz w:val="22"/>
          <w:szCs w:val="22"/>
        </w:rPr>
        <w:t xml:space="preserve"> </w:t>
      </w:r>
      <w:proofErr w:type="spellStart"/>
      <w:r w:rsidRPr="00CB3FF1">
        <w:rPr>
          <w:rFonts w:eastAsia="KIBSE+F1"/>
          <w:i w:val="0"/>
          <w:iCs/>
          <w:color w:val="000000"/>
          <w:w w:val="101"/>
          <w:sz w:val="22"/>
          <w:szCs w:val="22"/>
        </w:rPr>
        <w:t>c</w:t>
      </w:r>
      <w:r w:rsidRPr="00CB3FF1">
        <w:rPr>
          <w:rFonts w:eastAsia="KIBSE+F1"/>
          <w:i w:val="0"/>
          <w:iCs/>
          <w:color w:val="000000"/>
          <w:spacing w:val="-2"/>
          <w:w w:val="101"/>
          <w:sz w:val="22"/>
          <w:szCs w:val="22"/>
        </w:rPr>
        <w:t>á</w:t>
      </w:r>
      <w:r w:rsidRPr="00CB3FF1">
        <w:rPr>
          <w:rFonts w:eastAsia="KIBSE+F1"/>
          <w:i w:val="0"/>
          <w:iCs/>
          <w:color w:val="000000"/>
          <w:w w:val="101"/>
          <w:sz w:val="22"/>
          <w:szCs w:val="22"/>
        </w:rPr>
        <w:t>c</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spacing w:val="3"/>
          <w:w w:val="101"/>
          <w:sz w:val="22"/>
          <w:szCs w:val="22"/>
        </w:rPr>
        <w:t>b</w:t>
      </w:r>
      <w:r w:rsidRPr="00CB3FF1">
        <w:rPr>
          <w:rFonts w:eastAsia="KIBSE+F1"/>
          <w:i w:val="0"/>
          <w:iCs/>
          <w:color w:val="000000"/>
          <w:w w:val="101"/>
          <w:sz w:val="22"/>
          <w:szCs w:val="22"/>
        </w:rPr>
        <w:t>iện</w:t>
      </w:r>
      <w:proofErr w:type="spellEnd"/>
      <w:r w:rsidRPr="00CB3FF1">
        <w:rPr>
          <w:rFonts w:eastAsia="KIBSE+F1"/>
          <w:i w:val="0"/>
          <w:iCs/>
          <w:color w:val="000000"/>
          <w:sz w:val="22"/>
          <w:szCs w:val="22"/>
        </w:rPr>
        <w:t xml:space="preserve"> </w:t>
      </w:r>
      <w:proofErr w:type="spellStart"/>
      <w:r w:rsidRPr="00CB3FF1">
        <w:rPr>
          <w:rFonts w:eastAsia="KIBSE+F1"/>
          <w:i w:val="0"/>
          <w:iCs/>
          <w:color w:val="000000"/>
          <w:w w:val="101"/>
          <w:sz w:val="22"/>
          <w:szCs w:val="22"/>
        </w:rPr>
        <w:t>p</w:t>
      </w:r>
      <w:r w:rsidRPr="00CB3FF1">
        <w:rPr>
          <w:rFonts w:eastAsia="KIBSE+F1"/>
          <w:i w:val="0"/>
          <w:iCs/>
          <w:color w:val="000000"/>
          <w:spacing w:val="1"/>
          <w:w w:val="101"/>
          <w:sz w:val="22"/>
          <w:szCs w:val="22"/>
        </w:rPr>
        <w:t>h</w:t>
      </w:r>
      <w:r w:rsidRPr="00CB3FF1">
        <w:rPr>
          <w:rFonts w:eastAsia="KIBSE+F1"/>
          <w:i w:val="0"/>
          <w:iCs/>
          <w:color w:val="000000"/>
          <w:w w:val="101"/>
          <w:sz w:val="22"/>
          <w:szCs w:val="22"/>
        </w:rPr>
        <w:t>áp</w:t>
      </w:r>
      <w:proofErr w:type="spellEnd"/>
      <w:r w:rsidRPr="00CB3FF1">
        <w:rPr>
          <w:rFonts w:eastAsia="KIBSE+F1"/>
          <w:i w:val="0"/>
          <w:iCs/>
          <w:color w:val="000000"/>
          <w:sz w:val="22"/>
          <w:szCs w:val="22"/>
        </w:rPr>
        <w:t xml:space="preserve"> </w:t>
      </w:r>
      <w:proofErr w:type="spellStart"/>
      <w:r w:rsidRPr="00CB3FF1">
        <w:rPr>
          <w:rFonts w:eastAsia="KIBSE+F1"/>
          <w:i w:val="0"/>
          <w:iCs/>
          <w:color w:val="000000"/>
          <w:w w:val="101"/>
          <w:sz w:val="22"/>
          <w:szCs w:val="22"/>
        </w:rPr>
        <w:t>đi</w:t>
      </w:r>
      <w:r w:rsidRPr="00CB3FF1">
        <w:rPr>
          <w:rFonts w:eastAsia="KIBSE+F1"/>
          <w:i w:val="0"/>
          <w:iCs/>
          <w:color w:val="000000"/>
          <w:spacing w:val="1"/>
          <w:w w:val="101"/>
          <w:sz w:val="22"/>
          <w:szCs w:val="22"/>
        </w:rPr>
        <w:t>ề</w:t>
      </w:r>
      <w:r w:rsidRPr="00CB3FF1">
        <w:rPr>
          <w:rFonts w:eastAsia="KIBSE+F1"/>
          <w:i w:val="0"/>
          <w:iCs/>
          <w:color w:val="000000"/>
          <w:w w:val="101"/>
          <w:sz w:val="22"/>
          <w:szCs w:val="22"/>
        </w:rPr>
        <w:t>u</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spacing w:val="3"/>
          <w:w w:val="101"/>
          <w:sz w:val="22"/>
          <w:szCs w:val="22"/>
        </w:rPr>
        <w:t>t</w:t>
      </w:r>
      <w:r w:rsidRPr="00CB3FF1">
        <w:rPr>
          <w:rFonts w:eastAsia="KIBSE+F1"/>
          <w:i w:val="0"/>
          <w:iCs/>
          <w:color w:val="000000"/>
          <w:spacing w:val="-2"/>
          <w:w w:val="101"/>
          <w:sz w:val="22"/>
          <w:szCs w:val="22"/>
        </w:rPr>
        <w:t>r</w:t>
      </w:r>
      <w:r w:rsidRPr="00CB3FF1">
        <w:rPr>
          <w:rFonts w:eastAsia="KIBSE+F1"/>
          <w:i w:val="0"/>
          <w:iCs/>
          <w:color w:val="000000"/>
          <w:w w:val="101"/>
          <w:sz w:val="22"/>
          <w:szCs w:val="22"/>
        </w:rPr>
        <w:t>ị</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và</w:t>
      </w:r>
      <w:proofErr w:type="spellEnd"/>
      <w:r w:rsidRPr="00CB3FF1">
        <w:rPr>
          <w:rFonts w:eastAsia="KIBSE+F1"/>
          <w:i w:val="0"/>
          <w:iCs/>
          <w:color w:val="000000"/>
          <w:sz w:val="22"/>
          <w:szCs w:val="22"/>
        </w:rPr>
        <w:t xml:space="preserve"> </w:t>
      </w:r>
      <w:proofErr w:type="spellStart"/>
      <w:r w:rsidRPr="00CB3FF1">
        <w:rPr>
          <w:rFonts w:eastAsia="KIBSE+F1"/>
          <w:i w:val="0"/>
          <w:iCs/>
          <w:color w:val="000000"/>
          <w:spacing w:val="2"/>
          <w:w w:val="101"/>
          <w:sz w:val="22"/>
          <w:szCs w:val="22"/>
        </w:rPr>
        <w:t>p</w:t>
      </w:r>
      <w:r w:rsidRPr="00CB3FF1">
        <w:rPr>
          <w:rFonts w:eastAsia="KIBSE+F1"/>
          <w:i w:val="0"/>
          <w:iCs/>
          <w:color w:val="000000"/>
          <w:spacing w:val="-1"/>
          <w:w w:val="101"/>
          <w:sz w:val="22"/>
          <w:szCs w:val="22"/>
        </w:rPr>
        <w:t>h</w:t>
      </w:r>
      <w:r w:rsidRPr="00CB3FF1">
        <w:rPr>
          <w:rFonts w:eastAsia="KIBSE+F1"/>
          <w:i w:val="0"/>
          <w:iCs/>
          <w:color w:val="000000"/>
          <w:spacing w:val="1"/>
          <w:w w:val="101"/>
          <w:sz w:val="22"/>
          <w:szCs w:val="22"/>
        </w:rPr>
        <w:t>ụ</w:t>
      </w:r>
      <w:r w:rsidRPr="00CB3FF1">
        <w:rPr>
          <w:rFonts w:eastAsia="KIBSE+F1"/>
          <w:i w:val="0"/>
          <w:iCs/>
          <w:color w:val="000000"/>
          <w:w w:val="101"/>
          <w:sz w:val="22"/>
          <w:szCs w:val="22"/>
        </w:rPr>
        <w:t>c</w:t>
      </w:r>
      <w:proofErr w:type="spellEnd"/>
      <w:r w:rsidRPr="00CB3FF1">
        <w:rPr>
          <w:rFonts w:eastAsia="KIBSE+F1"/>
          <w:i w:val="0"/>
          <w:iCs/>
          <w:color w:val="000000"/>
          <w:spacing w:val="3"/>
          <w:sz w:val="22"/>
          <w:szCs w:val="22"/>
        </w:rPr>
        <w:t xml:space="preserve"> </w:t>
      </w:r>
      <w:proofErr w:type="spellStart"/>
      <w:r w:rsidRPr="00CB3FF1">
        <w:rPr>
          <w:rFonts w:eastAsia="KIBSE+F1"/>
          <w:i w:val="0"/>
          <w:iCs/>
          <w:color w:val="000000"/>
          <w:spacing w:val="-1"/>
          <w:w w:val="101"/>
          <w:sz w:val="22"/>
          <w:szCs w:val="22"/>
        </w:rPr>
        <w:t>h</w:t>
      </w:r>
      <w:r w:rsidRPr="00CB3FF1">
        <w:rPr>
          <w:rFonts w:eastAsia="KIBSE+F1"/>
          <w:i w:val="0"/>
          <w:iCs/>
          <w:color w:val="000000"/>
          <w:spacing w:val="1"/>
          <w:w w:val="101"/>
          <w:sz w:val="22"/>
          <w:szCs w:val="22"/>
        </w:rPr>
        <w:t>ồ</w:t>
      </w:r>
      <w:r w:rsidRPr="00CB3FF1">
        <w:rPr>
          <w:rFonts w:eastAsia="KIBSE+F1"/>
          <w:i w:val="0"/>
          <w:iCs/>
          <w:color w:val="000000"/>
          <w:w w:val="101"/>
          <w:sz w:val="22"/>
          <w:szCs w:val="22"/>
        </w:rPr>
        <w:t>i</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spacing w:val="-1"/>
          <w:w w:val="101"/>
          <w:sz w:val="22"/>
          <w:szCs w:val="22"/>
        </w:rPr>
        <w:t>c</w:t>
      </w:r>
      <w:r w:rsidRPr="00CB3FF1">
        <w:rPr>
          <w:rFonts w:eastAsia="KIBSE+F1"/>
          <w:i w:val="0"/>
          <w:iCs/>
          <w:color w:val="000000"/>
          <w:spacing w:val="1"/>
          <w:w w:val="101"/>
          <w:sz w:val="22"/>
          <w:szCs w:val="22"/>
        </w:rPr>
        <w:t>h</w:t>
      </w:r>
      <w:r w:rsidRPr="00CB3FF1">
        <w:rPr>
          <w:rFonts w:eastAsia="KIBSE+F1"/>
          <w:i w:val="0"/>
          <w:iCs/>
          <w:color w:val="000000"/>
          <w:w w:val="101"/>
          <w:sz w:val="22"/>
          <w:szCs w:val="22"/>
        </w:rPr>
        <w:t>ức</w:t>
      </w:r>
      <w:proofErr w:type="spellEnd"/>
      <w:r w:rsidRPr="00CB3FF1">
        <w:rPr>
          <w:i w:val="0"/>
          <w:iCs/>
          <w:color w:val="000000"/>
          <w:sz w:val="22"/>
          <w:szCs w:val="22"/>
          <w:lang w:val="vi-VN"/>
        </w:rPr>
        <w:t xml:space="preserve"> </w:t>
      </w:r>
      <w:proofErr w:type="spellStart"/>
      <w:r w:rsidRPr="00CB3FF1">
        <w:rPr>
          <w:rFonts w:eastAsia="KIBSE+F1"/>
          <w:i w:val="0"/>
          <w:iCs/>
          <w:color w:val="000000"/>
          <w:spacing w:val="2"/>
          <w:w w:val="101"/>
          <w:sz w:val="22"/>
          <w:szCs w:val="22"/>
        </w:rPr>
        <w:t>n</w:t>
      </w:r>
      <w:r w:rsidRPr="00CB3FF1">
        <w:rPr>
          <w:rFonts w:eastAsia="KIBSE+F1"/>
          <w:i w:val="0"/>
          <w:iCs/>
          <w:color w:val="000000"/>
          <w:w w:val="101"/>
          <w:sz w:val="22"/>
          <w:szCs w:val="22"/>
        </w:rPr>
        <w:t>ăng</w:t>
      </w:r>
      <w:proofErr w:type="spellEnd"/>
      <w:r w:rsidRPr="00CB3FF1">
        <w:rPr>
          <w:rFonts w:eastAsia="KIBSE+F1"/>
          <w:i w:val="0"/>
          <w:iCs/>
          <w:color w:val="000000"/>
          <w:w w:val="101"/>
          <w:sz w:val="22"/>
          <w:szCs w:val="22"/>
        </w:rPr>
        <w:t>,</w:t>
      </w:r>
      <w:r w:rsidRPr="00CB3FF1">
        <w:rPr>
          <w:rFonts w:eastAsia="KIBSE+F1"/>
          <w:i w:val="0"/>
          <w:iCs/>
          <w:color w:val="000000"/>
          <w:spacing w:val="32"/>
          <w:sz w:val="22"/>
          <w:szCs w:val="22"/>
        </w:rPr>
        <w:t xml:space="preserve"> </w:t>
      </w:r>
      <w:proofErr w:type="spellStart"/>
      <w:r w:rsidRPr="00CB3FF1">
        <w:rPr>
          <w:rFonts w:eastAsia="KIBSE+F1"/>
          <w:i w:val="0"/>
          <w:iCs/>
          <w:color w:val="000000"/>
          <w:w w:val="101"/>
          <w:sz w:val="22"/>
          <w:szCs w:val="22"/>
        </w:rPr>
        <w:t>g</w:t>
      </w:r>
      <w:r w:rsidRPr="00CB3FF1">
        <w:rPr>
          <w:rFonts w:eastAsia="KIBSE+F1"/>
          <w:i w:val="0"/>
          <w:iCs/>
          <w:color w:val="000000"/>
          <w:spacing w:val="4"/>
          <w:w w:val="101"/>
          <w:sz w:val="22"/>
          <w:szCs w:val="22"/>
        </w:rPr>
        <w:t>i</w:t>
      </w:r>
      <w:r w:rsidRPr="00CB3FF1">
        <w:rPr>
          <w:rFonts w:eastAsia="KIBSE+F1"/>
          <w:i w:val="0"/>
          <w:iCs/>
          <w:color w:val="000000"/>
          <w:w w:val="101"/>
          <w:sz w:val="22"/>
          <w:szCs w:val="22"/>
        </w:rPr>
        <w:t>úp</w:t>
      </w:r>
      <w:proofErr w:type="spellEnd"/>
      <w:r w:rsidRPr="00CB3FF1">
        <w:rPr>
          <w:rFonts w:eastAsia="KIBSE+F1"/>
          <w:i w:val="0"/>
          <w:iCs/>
          <w:color w:val="000000"/>
          <w:spacing w:val="30"/>
          <w:sz w:val="22"/>
          <w:szCs w:val="22"/>
        </w:rPr>
        <w:t xml:space="preserve"> </w:t>
      </w:r>
      <w:proofErr w:type="spellStart"/>
      <w:r w:rsidRPr="00CB3FF1">
        <w:rPr>
          <w:rFonts w:eastAsia="KIBSE+F1"/>
          <w:i w:val="0"/>
          <w:iCs/>
          <w:color w:val="000000"/>
          <w:w w:val="101"/>
          <w:sz w:val="22"/>
          <w:szCs w:val="22"/>
        </w:rPr>
        <w:t>trẻ</w:t>
      </w:r>
      <w:proofErr w:type="spellEnd"/>
      <w:r w:rsidRPr="00CB3FF1">
        <w:rPr>
          <w:rFonts w:eastAsia="KIBSE+F1"/>
          <w:i w:val="0"/>
          <w:iCs/>
          <w:color w:val="000000"/>
          <w:spacing w:val="33"/>
          <w:sz w:val="22"/>
          <w:szCs w:val="22"/>
        </w:rPr>
        <w:t xml:space="preserve"> </w:t>
      </w:r>
      <w:proofErr w:type="spellStart"/>
      <w:r w:rsidRPr="00CB3FF1">
        <w:rPr>
          <w:rFonts w:eastAsia="KIBSE+F1"/>
          <w:i w:val="0"/>
          <w:iCs/>
          <w:color w:val="000000"/>
          <w:w w:val="101"/>
          <w:sz w:val="22"/>
          <w:szCs w:val="22"/>
        </w:rPr>
        <w:t>h</w:t>
      </w:r>
      <w:r w:rsidRPr="00CB3FF1">
        <w:rPr>
          <w:rFonts w:eastAsia="KIBSE+F1"/>
          <w:i w:val="0"/>
          <w:iCs/>
          <w:color w:val="000000"/>
          <w:spacing w:val="-2"/>
          <w:w w:val="101"/>
          <w:sz w:val="22"/>
          <w:szCs w:val="22"/>
        </w:rPr>
        <w:t>ồ</w:t>
      </w:r>
      <w:r w:rsidRPr="00CB3FF1">
        <w:rPr>
          <w:rFonts w:eastAsia="KIBSE+F1"/>
          <w:i w:val="0"/>
          <w:iCs/>
          <w:color w:val="000000"/>
          <w:w w:val="101"/>
          <w:sz w:val="22"/>
          <w:szCs w:val="22"/>
        </w:rPr>
        <w:t>i</w:t>
      </w:r>
      <w:proofErr w:type="spellEnd"/>
      <w:r w:rsidRPr="00CB3FF1">
        <w:rPr>
          <w:rFonts w:eastAsia="KIBSE+F1"/>
          <w:i w:val="0"/>
          <w:iCs/>
          <w:color w:val="000000"/>
          <w:spacing w:val="35"/>
          <w:sz w:val="22"/>
          <w:szCs w:val="22"/>
        </w:rPr>
        <w:t xml:space="preserve"> </w:t>
      </w:r>
      <w:proofErr w:type="spellStart"/>
      <w:r w:rsidRPr="00CB3FF1">
        <w:rPr>
          <w:rFonts w:eastAsia="KIBSE+F1"/>
          <w:i w:val="0"/>
          <w:iCs/>
          <w:color w:val="000000"/>
          <w:spacing w:val="-1"/>
          <w:w w:val="101"/>
          <w:sz w:val="22"/>
          <w:szCs w:val="22"/>
        </w:rPr>
        <w:t>p</w:t>
      </w:r>
      <w:r w:rsidRPr="00CB3FF1">
        <w:rPr>
          <w:rFonts w:eastAsia="KIBSE+F1"/>
          <w:i w:val="0"/>
          <w:iCs/>
          <w:color w:val="000000"/>
          <w:spacing w:val="2"/>
          <w:w w:val="101"/>
          <w:sz w:val="22"/>
          <w:szCs w:val="22"/>
        </w:rPr>
        <w:t>h</w:t>
      </w:r>
      <w:r w:rsidRPr="00CB3FF1">
        <w:rPr>
          <w:rFonts w:eastAsia="KIBSE+F1"/>
          <w:i w:val="0"/>
          <w:iCs/>
          <w:color w:val="000000"/>
          <w:spacing w:val="-1"/>
          <w:w w:val="101"/>
          <w:sz w:val="22"/>
          <w:szCs w:val="22"/>
        </w:rPr>
        <w:t>ụ</w:t>
      </w:r>
      <w:r w:rsidRPr="00CB3FF1">
        <w:rPr>
          <w:rFonts w:eastAsia="KIBSE+F1"/>
          <w:i w:val="0"/>
          <w:iCs/>
          <w:color w:val="000000"/>
          <w:w w:val="101"/>
          <w:sz w:val="22"/>
          <w:szCs w:val="22"/>
        </w:rPr>
        <w:t>c</w:t>
      </w:r>
      <w:proofErr w:type="spellEnd"/>
      <w:r w:rsidRPr="00CB3FF1">
        <w:rPr>
          <w:rFonts w:eastAsia="KIBSE+F1"/>
          <w:i w:val="0"/>
          <w:iCs/>
          <w:color w:val="000000"/>
          <w:spacing w:val="34"/>
          <w:sz w:val="22"/>
          <w:szCs w:val="22"/>
        </w:rPr>
        <w:t xml:space="preserve"> </w:t>
      </w:r>
      <w:proofErr w:type="spellStart"/>
      <w:r w:rsidRPr="00CB3FF1">
        <w:rPr>
          <w:rFonts w:eastAsia="KIBSE+F1"/>
          <w:i w:val="0"/>
          <w:iCs/>
          <w:color w:val="000000"/>
          <w:w w:val="101"/>
          <w:sz w:val="22"/>
          <w:szCs w:val="22"/>
        </w:rPr>
        <w:t>và</w:t>
      </w:r>
      <w:proofErr w:type="spellEnd"/>
      <w:r w:rsidRPr="00CB3FF1">
        <w:rPr>
          <w:rFonts w:eastAsia="KIBSE+F1"/>
          <w:i w:val="0"/>
          <w:iCs/>
          <w:color w:val="000000"/>
          <w:spacing w:val="32"/>
          <w:sz w:val="22"/>
          <w:szCs w:val="22"/>
        </w:rPr>
        <w:t xml:space="preserve"> </w:t>
      </w:r>
      <w:proofErr w:type="spellStart"/>
      <w:r w:rsidRPr="00CB3FF1">
        <w:rPr>
          <w:rFonts w:eastAsia="KIBSE+F1"/>
          <w:i w:val="0"/>
          <w:iCs/>
          <w:color w:val="000000"/>
          <w:spacing w:val="3"/>
          <w:w w:val="101"/>
          <w:sz w:val="22"/>
          <w:szCs w:val="22"/>
        </w:rPr>
        <w:t>g</w:t>
      </w:r>
      <w:r w:rsidRPr="00CB3FF1">
        <w:rPr>
          <w:rFonts w:eastAsia="KIBSE+F1"/>
          <w:i w:val="0"/>
          <w:iCs/>
          <w:color w:val="000000"/>
          <w:spacing w:val="1"/>
          <w:w w:val="101"/>
          <w:sz w:val="22"/>
          <w:szCs w:val="22"/>
        </w:rPr>
        <w:t>i</w:t>
      </w:r>
      <w:r w:rsidRPr="00CB3FF1">
        <w:rPr>
          <w:rFonts w:eastAsia="KIBSE+F1"/>
          <w:i w:val="0"/>
          <w:iCs/>
          <w:color w:val="000000"/>
          <w:spacing w:val="2"/>
          <w:w w:val="101"/>
          <w:sz w:val="22"/>
          <w:szCs w:val="22"/>
        </w:rPr>
        <w:t>ả</w:t>
      </w:r>
      <w:r w:rsidRPr="00CB3FF1">
        <w:rPr>
          <w:rFonts w:eastAsia="KIBSE+F1"/>
          <w:i w:val="0"/>
          <w:iCs/>
          <w:color w:val="000000"/>
          <w:spacing w:val="1"/>
          <w:w w:val="101"/>
          <w:sz w:val="22"/>
          <w:szCs w:val="22"/>
        </w:rPr>
        <w:t>m</w:t>
      </w:r>
      <w:proofErr w:type="spellEnd"/>
      <w:r w:rsidRPr="00CB3FF1">
        <w:rPr>
          <w:rFonts w:eastAsia="KIBSE+F1"/>
          <w:i w:val="0"/>
          <w:iCs/>
          <w:color w:val="000000"/>
          <w:spacing w:val="28"/>
          <w:sz w:val="22"/>
          <w:szCs w:val="22"/>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3"/>
          <w:w w:val="101"/>
          <w:sz w:val="22"/>
          <w:szCs w:val="22"/>
        </w:rPr>
        <w:t>h</w:t>
      </w:r>
      <w:r w:rsidRPr="00CB3FF1">
        <w:rPr>
          <w:rFonts w:eastAsia="KIBSE+F1"/>
          <w:i w:val="0"/>
          <w:iCs/>
          <w:color w:val="000000"/>
          <w:spacing w:val="1"/>
          <w:w w:val="101"/>
          <w:sz w:val="22"/>
          <w:szCs w:val="22"/>
        </w:rPr>
        <w:t>iểu</w:t>
      </w:r>
      <w:proofErr w:type="spellEnd"/>
      <w:r w:rsidRPr="00CB3FF1">
        <w:rPr>
          <w:rFonts w:eastAsia="KIBSE+F1"/>
          <w:i w:val="0"/>
          <w:iCs/>
          <w:color w:val="000000"/>
          <w:spacing w:val="32"/>
          <w:sz w:val="22"/>
          <w:szCs w:val="22"/>
        </w:rPr>
        <w:t xml:space="preserve"> </w:t>
      </w:r>
      <w:proofErr w:type="spellStart"/>
      <w:r w:rsidRPr="00CB3FF1">
        <w:rPr>
          <w:rFonts w:eastAsia="KIBSE+F1"/>
          <w:i w:val="0"/>
          <w:iCs/>
          <w:color w:val="000000"/>
          <w:spacing w:val="-1"/>
          <w:w w:val="101"/>
          <w:sz w:val="22"/>
          <w:szCs w:val="22"/>
        </w:rPr>
        <w:t>t</w:t>
      </w:r>
      <w:r w:rsidRPr="00CB3FF1">
        <w:rPr>
          <w:rFonts w:eastAsia="KIBSE+F1"/>
          <w:i w:val="0"/>
          <w:iCs/>
          <w:color w:val="000000"/>
          <w:w w:val="101"/>
          <w:sz w:val="22"/>
          <w:szCs w:val="22"/>
        </w:rPr>
        <w:t>ối</w:t>
      </w:r>
      <w:proofErr w:type="spellEnd"/>
      <w:r w:rsidRPr="00CB3FF1">
        <w:rPr>
          <w:rFonts w:eastAsia="KIBSE+F1"/>
          <w:i w:val="0"/>
          <w:iCs/>
          <w:color w:val="000000"/>
          <w:spacing w:val="33"/>
          <w:sz w:val="22"/>
          <w:szCs w:val="22"/>
        </w:rPr>
        <w:t xml:space="preserve"> </w:t>
      </w:r>
      <w:proofErr w:type="spellStart"/>
      <w:r w:rsidRPr="00CB3FF1">
        <w:rPr>
          <w:rFonts w:eastAsia="KIBSE+F1"/>
          <w:i w:val="0"/>
          <w:iCs/>
          <w:color w:val="000000"/>
          <w:spacing w:val="2"/>
          <w:w w:val="101"/>
          <w:sz w:val="22"/>
          <w:szCs w:val="22"/>
        </w:rPr>
        <w:t>đ</w:t>
      </w:r>
      <w:r w:rsidRPr="00CB3FF1">
        <w:rPr>
          <w:rFonts w:eastAsia="KIBSE+F1"/>
          <w:i w:val="0"/>
          <w:iCs/>
          <w:color w:val="000000"/>
          <w:w w:val="101"/>
          <w:sz w:val="22"/>
          <w:szCs w:val="22"/>
        </w:rPr>
        <w:t>a</w:t>
      </w:r>
      <w:proofErr w:type="spellEnd"/>
      <w:r w:rsidRPr="00CB3FF1">
        <w:rPr>
          <w:rFonts w:eastAsia="KIBSE+F1"/>
          <w:i w:val="0"/>
          <w:iCs/>
          <w:color w:val="000000"/>
          <w:spacing w:val="32"/>
          <w:sz w:val="22"/>
          <w:szCs w:val="22"/>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2"/>
          <w:w w:val="101"/>
          <w:sz w:val="22"/>
          <w:szCs w:val="22"/>
        </w:rPr>
        <w:t>á</w:t>
      </w:r>
      <w:r w:rsidRPr="00CB3FF1">
        <w:rPr>
          <w:rFonts w:eastAsia="KIBSE+F1"/>
          <w:i w:val="0"/>
          <w:iCs/>
          <w:color w:val="000000"/>
          <w:w w:val="101"/>
          <w:sz w:val="22"/>
          <w:szCs w:val="22"/>
        </w:rPr>
        <w:t>c</w:t>
      </w:r>
      <w:proofErr w:type="spellEnd"/>
      <w:r w:rsidRPr="00CB3FF1">
        <w:rPr>
          <w:rFonts w:eastAsia="KIBSE+F1"/>
          <w:i w:val="0"/>
          <w:iCs/>
          <w:color w:val="000000"/>
          <w:spacing w:val="33"/>
          <w:sz w:val="22"/>
          <w:szCs w:val="22"/>
        </w:rPr>
        <w:t xml:space="preserve"> </w:t>
      </w:r>
      <w:proofErr w:type="spellStart"/>
      <w:r w:rsidRPr="00CB3FF1">
        <w:rPr>
          <w:rFonts w:eastAsia="KIBSE+F1"/>
          <w:i w:val="0"/>
          <w:iCs/>
          <w:color w:val="000000"/>
          <w:w w:val="101"/>
          <w:sz w:val="22"/>
          <w:szCs w:val="22"/>
        </w:rPr>
        <w:t>đ</w:t>
      </w:r>
      <w:r w:rsidRPr="00CB3FF1">
        <w:rPr>
          <w:rFonts w:eastAsia="KIBSE+F1"/>
          <w:i w:val="0"/>
          <w:iCs/>
          <w:color w:val="000000"/>
          <w:spacing w:val="-1"/>
          <w:w w:val="101"/>
          <w:sz w:val="22"/>
          <w:szCs w:val="22"/>
        </w:rPr>
        <w:t>ộ</w:t>
      </w:r>
      <w:r w:rsidRPr="00CB3FF1">
        <w:rPr>
          <w:rFonts w:eastAsia="KIBSE+F1"/>
          <w:i w:val="0"/>
          <w:iCs/>
          <w:color w:val="000000"/>
          <w:spacing w:val="1"/>
          <w:w w:val="101"/>
          <w:sz w:val="22"/>
          <w:szCs w:val="22"/>
        </w:rPr>
        <w:t>n</w:t>
      </w:r>
      <w:r w:rsidRPr="00CB3FF1">
        <w:rPr>
          <w:rFonts w:eastAsia="KIBSE+F1"/>
          <w:i w:val="0"/>
          <w:iCs/>
          <w:color w:val="000000"/>
          <w:w w:val="101"/>
          <w:sz w:val="22"/>
          <w:szCs w:val="22"/>
        </w:rPr>
        <w:t>g</w:t>
      </w:r>
      <w:proofErr w:type="spellEnd"/>
      <w:r w:rsidRPr="00CB3FF1">
        <w:rPr>
          <w:rFonts w:eastAsia="KIBSE+F1"/>
          <w:i w:val="0"/>
          <w:iCs/>
          <w:color w:val="000000"/>
          <w:spacing w:val="33"/>
          <w:sz w:val="22"/>
          <w:szCs w:val="22"/>
        </w:rPr>
        <w:t xml:space="preserve"> </w:t>
      </w:r>
      <w:proofErr w:type="spellStart"/>
      <w:r w:rsidRPr="00CB3FF1">
        <w:rPr>
          <w:rFonts w:eastAsia="KIBSE+F1"/>
          <w:i w:val="0"/>
          <w:iCs/>
          <w:color w:val="000000"/>
          <w:w w:val="101"/>
          <w:sz w:val="22"/>
          <w:szCs w:val="22"/>
        </w:rPr>
        <w:t>của</w:t>
      </w:r>
      <w:proofErr w:type="spellEnd"/>
      <w:r w:rsidRPr="00CB3FF1">
        <w:rPr>
          <w:rFonts w:eastAsia="KIBSE+F1"/>
          <w:i w:val="0"/>
          <w:iCs/>
          <w:color w:val="000000"/>
          <w:spacing w:val="30"/>
          <w:sz w:val="22"/>
          <w:szCs w:val="22"/>
        </w:rPr>
        <w:t xml:space="preserve"> </w:t>
      </w:r>
      <w:r w:rsidRPr="00CB3FF1">
        <w:rPr>
          <w:rFonts w:eastAsia="KIBSE+F1"/>
          <w:i w:val="0"/>
          <w:iCs/>
          <w:color w:val="000000"/>
          <w:spacing w:val="1"/>
          <w:w w:val="101"/>
          <w:sz w:val="22"/>
          <w:szCs w:val="22"/>
        </w:rPr>
        <w:t>t</w:t>
      </w:r>
      <w:r w:rsidRPr="00CB3FF1">
        <w:rPr>
          <w:rFonts w:eastAsia="KIBSE+F1"/>
          <w:i w:val="0"/>
          <w:iCs/>
          <w:color w:val="000000"/>
          <w:w w:val="101"/>
          <w:sz w:val="22"/>
          <w:szCs w:val="22"/>
        </w:rPr>
        <w:t>ai</w:t>
      </w:r>
      <w:r w:rsidRPr="00CB3FF1">
        <w:rPr>
          <w:rFonts w:eastAsia="KIBSE+F1"/>
          <w:i w:val="0"/>
          <w:iCs/>
          <w:color w:val="000000"/>
          <w:spacing w:val="33"/>
          <w:sz w:val="22"/>
          <w:szCs w:val="22"/>
        </w:rPr>
        <w:t xml:space="preserve"> </w:t>
      </w:r>
      <w:proofErr w:type="spellStart"/>
      <w:r w:rsidRPr="00CB3FF1">
        <w:rPr>
          <w:rFonts w:eastAsia="KIBSE+F1"/>
          <w:i w:val="0"/>
          <w:iCs/>
          <w:color w:val="000000"/>
          <w:spacing w:val="2"/>
          <w:w w:val="101"/>
          <w:sz w:val="22"/>
          <w:szCs w:val="22"/>
        </w:rPr>
        <w:t>n</w:t>
      </w:r>
      <w:r w:rsidRPr="00CB3FF1">
        <w:rPr>
          <w:rFonts w:eastAsia="KIBSE+F1"/>
          <w:i w:val="0"/>
          <w:iCs/>
          <w:color w:val="000000"/>
          <w:spacing w:val="-2"/>
          <w:w w:val="101"/>
          <w:sz w:val="22"/>
          <w:szCs w:val="22"/>
        </w:rPr>
        <w:t>ạ</w:t>
      </w:r>
      <w:r w:rsidRPr="00CB3FF1">
        <w:rPr>
          <w:rFonts w:eastAsia="KIBSE+F1"/>
          <w:i w:val="0"/>
          <w:iCs/>
          <w:color w:val="000000"/>
          <w:spacing w:val="2"/>
          <w:w w:val="101"/>
          <w:sz w:val="22"/>
          <w:szCs w:val="22"/>
        </w:rPr>
        <w:t>n</w:t>
      </w:r>
      <w:proofErr w:type="spellEnd"/>
      <w:r w:rsidRPr="00CB3FF1">
        <w:rPr>
          <w:rFonts w:eastAsia="KIBSE+F1"/>
          <w:i w:val="0"/>
          <w:iCs/>
          <w:color w:val="000000"/>
          <w:spacing w:val="1"/>
          <w:w w:val="101"/>
          <w:sz w:val="22"/>
          <w:szCs w:val="22"/>
        </w:rPr>
        <w:t>”</w:t>
      </w:r>
      <w:r w:rsidRPr="00CB3FF1">
        <w:rPr>
          <w:rFonts w:eastAsia="KIBSE+F1"/>
          <w:i w:val="0"/>
          <w:iCs/>
          <w:color w:val="000000"/>
          <w:spacing w:val="32"/>
          <w:sz w:val="22"/>
          <w:szCs w:val="22"/>
        </w:rPr>
        <w:t xml:space="preserve"> </w:t>
      </w:r>
      <w:proofErr w:type="spellStart"/>
      <w:r w:rsidRPr="00CB3FF1">
        <w:rPr>
          <w:rFonts w:eastAsia="KIBSE+F1"/>
          <w:i w:val="0"/>
          <w:iCs/>
          <w:color w:val="000000"/>
          <w:w w:val="101"/>
          <w:sz w:val="22"/>
          <w:szCs w:val="22"/>
        </w:rPr>
        <w:t>và</w:t>
      </w:r>
      <w:proofErr w:type="spellEnd"/>
      <w:r w:rsidRPr="00CB3FF1">
        <w:rPr>
          <w:rFonts w:eastAsia="KIBSE+F1"/>
          <w:i w:val="0"/>
          <w:iCs/>
          <w:color w:val="000000"/>
          <w:spacing w:val="35"/>
          <w:sz w:val="22"/>
          <w:szCs w:val="22"/>
        </w:rPr>
        <w:t xml:space="preserve"> </w:t>
      </w:r>
      <w:r w:rsidRPr="00CB3FF1">
        <w:rPr>
          <w:rFonts w:eastAsia="KIBSE+F1"/>
          <w:i w:val="0"/>
          <w:iCs/>
          <w:color w:val="000000"/>
          <w:w w:val="101"/>
          <w:sz w:val="22"/>
          <w:szCs w:val="22"/>
        </w:rPr>
        <w:t>“</w:t>
      </w:r>
      <w:proofErr w:type="spellStart"/>
      <w:r w:rsidRPr="00CB3FF1">
        <w:rPr>
          <w:rFonts w:eastAsia="KIBSE+F1"/>
          <w:i w:val="0"/>
          <w:iCs/>
          <w:color w:val="000000"/>
          <w:spacing w:val="-4"/>
          <w:w w:val="101"/>
          <w:sz w:val="22"/>
          <w:szCs w:val="22"/>
        </w:rPr>
        <w:t>L</w:t>
      </w:r>
      <w:r w:rsidRPr="00CB3FF1">
        <w:rPr>
          <w:rFonts w:eastAsia="KIBSE+F1"/>
          <w:i w:val="0"/>
          <w:iCs/>
          <w:color w:val="000000"/>
          <w:spacing w:val="7"/>
          <w:w w:val="101"/>
          <w:sz w:val="22"/>
          <w:szCs w:val="22"/>
        </w:rPr>
        <w:t>à</w:t>
      </w:r>
      <w:r w:rsidRPr="00CB3FF1">
        <w:rPr>
          <w:rFonts w:eastAsia="KIBSE+F1"/>
          <w:i w:val="0"/>
          <w:iCs/>
          <w:color w:val="000000"/>
          <w:spacing w:val="1"/>
          <w:w w:val="101"/>
          <w:sz w:val="22"/>
          <w:szCs w:val="22"/>
        </w:rPr>
        <w:t>m</w:t>
      </w:r>
      <w:proofErr w:type="spellEnd"/>
      <w:r w:rsidRPr="00CB3FF1">
        <w:rPr>
          <w:i w:val="0"/>
          <w:iCs/>
          <w:color w:val="000000"/>
          <w:sz w:val="22"/>
          <w:szCs w:val="22"/>
          <w:lang w:val="vi-VN"/>
        </w:rPr>
        <w:t xml:space="preserve"> </w:t>
      </w:r>
      <w:proofErr w:type="spellStart"/>
      <w:r w:rsidRPr="00CB3FF1">
        <w:rPr>
          <w:rFonts w:eastAsia="KIBSE+F1"/>
          <w:i w:val="0"/>
          <w:iCs/>
          <w:color w:val="000000"/>
          <w:spacing w:val="2"/>
          <w:w w:val="101"/>
          <w:sz w:val="22"/>
          <w:szCs w:val="22"/>
        </w:rPr>
        <w:t>g</w:t>
      </w:r>
      <w:r w:rsidRPr="00CB3FF1">
        <w:rPr>
          <w:rFonts w:eastAsia="KIBSE+F1"/>
          <w:i w:val="0"/>
          <w:iCs/>
          <w:color w:val="000000"/>
          <w:w w:val="101"/>
          <w:sz w:val="22"/>
          <w:szCs w:val="22"/>
        </w:rPr>
        <w:t>i</w:t>
      </w:r>
      <w:r w:rsidRPr="00CB3FF1">
        <w:rPr>
          <w:rFonts w:eastAsia="KIBSE+F1"/>
          <w:i w:val="0"/>
          <w:iCs/>
          <w:color w:val="000000"/>
          <w:spacing w:val="3"/>
          <w:w w:val="101"/>
          <w:sz w:val="22"/>
          <w:szCs w:val="22"/>
        </w:rPr>
        <w:t>ả</w:t>
      </w:r>
      <w:r w:rsidRPr="00CB3FF1">
        <w:rPr>
          <w:rFonts w:eastAsia="KIBSE+F1"/>
          <w:i w:val="0"/>
          <w:iCs/>
          <w:color w:val="000000"/>
          <w:w w:val="101"/>
          <w:sz w:val="22"/>
          <w:szCs w:val="22"/>
        </w:rPr>
        <w:t>m</w:t>
      </w:r>
      <w:proofErr w:type="spellEnd"/>
      <w:r w:rsidRPr="00CB3FF1">
        <w:rPr>
          <w:rFonts w:eastAsia="KIBSE+F1"/>
          <w:i w:val="0"/>
          <w:iCs/>
          <w:color w:val="000000"/>
          <w:spacing w:val="41"/>
          <w:sz w:val="22"/>
          <w:szCs w:val="22"/>
        </w:rPr>
        <w:t xml:space="preserve"> </w:t>
      </w:r>
      <w:proofErr w:type="spellStart"/>
      <w:r w:rsidRPr="00CB3FF1">
        <w:rPr>
          <w:rFonts w:eastAsia="KIBSE+F1"/>
          <w:i w:val="0"/>
          <w:iCs/>
          <w:color w:val="000000"/>
          <w:spacing w:val="-5"/>
          <w:w w:val="101"/>
          <w:sz w:val="22"/>
          <w:szCs w:val="22"/>
        </w:rPr>
        <w:t>m</w:t>
      </w:r>
      <w:r w:rsidRPr="00CB3FF1">
        <w:rPr>
          <w:rFonts w:eastAsia="KIBSE+F1"/>
          <w:i w:val="0"/>
          <w:iCs/>
          <w:color w:val="000000"/>
          <w:spacing w:val="1"/>
          <w:w w:val="101"/>
          <w:sz w:val="22"/>
          <w:szCs w:val="22"/>
        </w:rPr>
        <w:t>ức</w:t>
      </w:r>
      <w:proofErr w:type="spellEnd"/>
      <w:r w:rsidRPr="00CB3FF1">
        <w:rPr>
          <w:rFonts w:eastAsia="KIBSE+F1"/>
          <w:i w:val="0"/>
          <w:iCs/>
          <w:color w:val="000000"/>
          <w:spacing w:val="43"/>
          <w:sz w:val="22"/>
          <w:szCs w:val="22"/>
        </w:rPr>
        <w:t xml:space="preserve"> </w:t>
      </w:r>
      <w:proofErr w:type="spellStart"/>
      <w:r w:rsidRPr="00CB3FF1">
        <w:rPr>
          <w:rFonts w:eastAsia="KIBSE+F1"/>
          <w:i w:val="0"/>
          <w:iCs/>
          <w:color w:val="000000"/>
          <w:w w:val="101"/>
          <w:sz w:val="22"/>
          <w:szCs w:val="22"/>
        </w:rPr>
        <w:t>độ</w:t>
      </w:r>
      <w:proofErr w:type="spellEnd"/>
      <w:r w:rsidRPr="00CB3FF1">
        <w:rPr>
          <w:rFonts w:eastAsia="KIBSE+F1"/>
          <w:i w:val="0"/>
          <w:iCs/>
          <w:color w:val="000000"/>
          <w:spacing w:val="43"/>
          <w:sz w:val="22"/>
          <w:szCs w:val="22"/>
        </w:rPr>
        <w:t xml:space="preserve"> </w:t>
      </w:r>
      <w:proofErr w:type="spellStart"/>
      <w:r w:rsidRPr="00CB3FF1">
        <w:rPr>
          <w:rFonts w:eastAsia="KIBSE+F1"/>
          <w:i w:val="0"/>
          <w:iCs/>
          <w:color w:val="000000"/>
          <w:spacing w:val="-1"/>
          <w:w w:val="101"/>
          <w:sz w:val="22"/>
          <w:szCs w:val="22"/>
        </w:rPr>
        <w:t>n</w:t>
      </w:r>
      <w:r w:rsidRPr="00CB3FF1">
        <w:rPr>
          <w:rFonts w:eastAsia="KIBSE+F1"/>
          <w:i w:val="0"/>
          <w:iCs/>
          <w:color w:val="000000"/>
          <w:spacing w:val="1"/>
          <w:w w:val="101"/>
          <w:sz w:val="22"/>
          <w:szCs w:val="22"/>
        </w:rPr>
        <w:t>g</w:t>
      </w:r>
      <w:r w:rsidRPr="00CB3FF1">
        <w:rPr>
          <w:rFonts w:eastAsia="KIBSE+F1"/>
          <w:i w:val="0"/>
          <w:iCs/>
          <w:color w:val="000000"/>
          <w:spacing w:val="-1"/>
          <w:w w:val="101"/>
          <w:sz w:val="22"/>
          <w:szCs w:val="22"/>
        </w:rPr>
        <w:t>h</w:t>
      </w:r>
      <w:r w:rsidRPr="00CB3FF1">
        <w:rPr>
          <w:rFonts w:eastAsia="KIBSE+F1"/>
          <w:i w:val="0"/>
          <w:iCs/>
          <w:color w:val="000000"/>
          <w:spacing w:val="2"/>
          <w:w w:val="101"/>
          <w:sz w:val="22"/>
          <w:szCs w:val="22"/>
        </w:rPr>
        <w:t>i</w:t>
      </w:r>
      <w:r w:rsidRPr="00CB3FF1">
        <w:rPr>
          <w:rFonts w:eastAsia="KIBSE+F1"/>
          <w:i w:val="0"/>
          <w:iCs/>
          <w:color w:val="000000"/>
          <w:spacing w:val="-1"/>
          <w:w w:val="101"/>
          <w:sz w:val="22"/>
          <w:szCs w:val="22"/>
        </w:rPr>
        <w:t>ê</w:t>
      </w:r>
      <w:r w:rsidRPr="00CB3FF1">
        <w:rPr>
          <w:rFonts w:eastAsia="KIBSE+F1"/>
          <w:i w:val="0"/>
          <w:iCs/>
          <w:color w:val="000000"/>
          <w:w w:val="101"/>
          <w:sz w:val="22"/>
          <w:szCs w:val="22"/>
        </w:rPr>
        <w:t>m</w:t>
      </w:r>
      <w:proofErr w:type="spellEnd"/>
      <w:r w:rsidRPr="00CB3FF1">
        <w:rPr>
          <w:rFonts w:eastAsia="KIBSE+F1"/>
          <w:i w:val="0"/>
          <w:iCs/>
          <w:color w:val="000000"/>
          <w:spacing w:val="41"/>
          <w:sz w:val="22"/>
          <w:szCs w:val="22"/>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2"/>
          <w:w w:val="101"/>
          <w:sz w:val="22"/>
          <w:szCs w:val="22"/>
        </w:rPr>
        <w:t>r</w:t>
      </w:r>
      <w:r w:rsidRPr="00CB3FF1">
        <w:rPr>
          <w:rFonts w:eastAsia="KIBSE+F1"/>
          <w:i w:val="0"/>
          <w:iCs/>
          <w:color w:val="000000"/>
          <w:spacing w:val="1"/>
          <w:w w:val="101"/>
          <w:sz w:val="22"/>
          <w:szCs w:val="22"/>
        </w:rPr>
        <w:t>ọng</w:t>
      </w:r>
      <w:proofErr w:type="spellEnd"/>
      <w:r w:rsidRPr="00CB3FF1">
        <w:rPr>
          <w:rFonts w:eastAsia="KIBSE+F1"/>
          <w:i w:val="0"/>
          <w:iCs/>
          <w:color w:val="000000"/>
          <w:spacing w:val="40"/>
          <w:sz w:val="22"/>
          <w:szCs w:val="22"/>
        </w:rPr>
        <w:t xml:space="preserve"> </w:t>
      </w:r>
      <w:proofErr w:type="spellStart"/>
      <w:r w:rsidRPr="00CB3FF1">
        <w:rPr>
          <w:rFonts w:eastAsia="KIBSE+F1"/>
          <w:i w:val="0"/>
          <w:iCs/>
          <w:color w:val="000000"/>
          <w:spacing w:val="2"/>
          <w:w w:val="101"/>
          <w:sz w:val="22"/>
          <w:szCs w:val="22"/>
        </w:rPr>
        <w:t>c</w:t>
      </w:r>
      <w:r w:rsidRPr="00CB3FF1">
        <w:rPr>
          <w:rFonts w:eastAsia="KIBSE+F1"/>
          <w:i w:val="0"/>
          <w:iCs/>
          <w:color w:val="000000"/>
          <w:w w:val="101"/>
          <w:sz w:val="22"/>
          <w:szCs w:val="22"/>
        </w:rPr>
        <w:t>ủa</w:t>
      </w:r>
      <w:proofErr w:type="spellEnd"/>
      <w:r w:rsidRPr="00CB3FF1">
        <w:rPr>
          <w:rFonts w:eastAsia="KIBSE+F1"/>
          <w:i w:val="0"/>
          <w:iCs/>
          <w:color w:val="000000"/>
          <w:spacing w:val="41"/>
          <w:sz w:val="22"/>
          <w:szCs w:val="22"/>
        </w:rPr>
        <w:t xml:space="preserve"> </w:t>
      </w:r>
      <w:proofErr w:type="spellStart"/>
      <w:r w:rsidRPr="00CB3FF1">
        <w:rPr>
          <w:rFonts w:eastAsia="KIBSE+F1"/>
          <w:i w:val="0"/>
          <w:iCs/>
          <w:color w:val="000000"/>
          <w:w w:val="101"/>
          <w:sz w:val="22"/>
          <w:szCs w:val="22"/>
        </w:rPr>
        <w:t>thương</w:t>
      </w:r>
      <w:proofErr w:type="spellEnd"/>
      <w:r w:rsidRPr="00CB3FF1">
        <w:rPr>
          <w:rFonts w:eastAsia="KIBSE+F1"/>
          <w:i w:val="0"/>
          <w:iCs/>
          <w:color w:val="000000"/>
          <w:spacing w:val="42"/>
          <w:sz w:val="22"/>
          <w:szCs w:val="22"/>
        </w:rPr>
        <w:t xml:space="preserve"> </w:t>
      </w:r>
      <w:proofErr w:type="spellStart"/>
      <w:r w:rsidRPr="00CB3FF1">
        <w:rPr>
          <w:rFonts w:eastAsia="KIBSE+F1"/>
          <w:i w:val="0"/>
          <w:iCs/>
          <w:color w:val="000000"/>
          <w:spacing w:val="1"/>
          <w:w w:val="101"/>
          <w:sz w:val="22"/>
          <w:szCs w:val="22"/>
        </w:rPr>
        <w:t>t</w:t>
      </w:r>
      <w:r w:rsidRPr="00CB3FF1">
        <w:rPr>
          <w:rFonts w:eastAsia="KIBSE+F1"/>
          <w:i w:val="0"/>
          <w:iCs/>
          <w:color w:val="000000"/>
          <w:w w:val="101"/>
          <w:sz w:val="22"/>
          <w:szCs w:val="22"/>
        </w:rPr>
        <w:t>ổn</w:t>
      </w:r>
      <w:proofErr w:type="spellEnd"/>
      <w:r w:rsidRPr="00CB3FF1">
        <w:rPr>
          <w:rFonts w:eastAsia="KIBSE+F1"/>
          <w:i w:val="0"/>
          <w:iCs/>
          <w:color w:val="000000"/>
          <w:spacing w:val="43"/>
          <w:sz w:val="22"/>
          <w:szCs w:val="22"/>
        </w:rPr>
        <w:t xml:space="preserve"> </w:t>
      </w:r>
      <w:proofErr w:type="spellStart"/>
      <w:r w:rsidRPr="00CB3FF1">
        <w:rPr>
          <w:rFonts w:eastAsia="KIBSE+F1"/>
          <w:i w:val="0"/>
          <w:iCs/>
          <w:color w:val="000000"/>
          <w:w w:val="101"/>
          <w:sz w:val="22"/>
          <w:szCs w:val="22"/>
        </w:rPr>
        <w:t>khi</w:t>
      </w:r>
      <w:proofErr w:type="spellEnd"/>
      <w:r w:rsidRPr="00CB3FF1">
        <w:rPr>
          <w:rFonts w:eastAsia="KIBSE+F1"/>
          <w:i w:val="0"/>
          <w:iCs/>
          <w:color w:val="000000"/>
          <w:spacing w:val="40"/>
          <w:sz w:val="22"/>
          <w:szCs w:val="22"/>
        </w:rPr>
        <w:t xml:space="preserve"> </w:t>
      </w:r>
      <w:r w:rsidRPr="00CB3FF1">
        <w:rPr>
          <w:rFonts w:eastAsia="KIBSE+F1"/>
          <w:i w:val="0"/>
          <w:iCs/>
          <w:color w:val="000000"/>
          <w:spacing w:val="1"/>
          <w:w w:val="101"/>
          <w:sz w:val="22"/>
          <w:szCs w:val="22"/>
        </w:rPr>
        <w:t>TNTT</w:t>
      </w:r>
      <w:r w:rsidRPr="00CB3FF1">
        <w:rPr>
          <w:rFonts w:eastAsia="KIBSE+F1"/>
          <w:i w:val="0"/>
          <w:iCs/>
          <w:color w:val="000000"/>
          <w:spacing w:val="40"/>
          <w:sz w:val="22"/>
          <w:szCs w:val="22"/>
        </w:rPr>
        <w:t xml:space="preserve"> </w:t>
      </w:r>
      <w:proofErr w:type="spellStart"/>
      <w:r w:rsidRPr="00CB3FF1">
        <w:rPr>
          <w:rFonts w:eastAsia="KIBSE+F1"/>
          <w:i w:val="0"/>
          <w:iCs/>
          <w:color w:val="000000"/>
          <w:w w:val="101"/>
          <w:sz w:val="22"/>
          <w:szCs w:val="22"/>
        </w:rPr>
        <w:t>x</w:t>
      </w:r>
      <w:r w:rsidRPr="00CB3FF1">
        <w:rPr>
          <w:rFonts w:eastAsia="KIBSE+F1"/>
          <w:i w:val="0"/>
          <w:iCs/>
          <w:color w:val="000000"/>
          <w:spacing w:val="5"/>
          <w:w w:val="101"/>
          <w:sz w:val="22"/>
          <w:szCs w:val="22"/>
        </w:rPr>
        <w:t>ả</w:t>
      </w:r>
      <w:r w:rsidRPr="00CB3FF1">
        <w:rPr>
          <w:rFonts w:eastAsia="KIBSE+F1"/>
          <w:i w:val="0"/>
          <w:iCs/>
          <w:color w:val="000000"/>
          <w:w w:val="101"/>
          <w:sz w:val="22"/>
          <w:szCs w:val="22"/>
        </w:rPr>
        <w:t>y</w:t>
      </w:r>
      <w:proofErr w:type="spellEnd"/>
      <w:r w:rsidRPr="00CB3FF1">
        <w:rPr>
          <w:rFonts w:eastAsia="KIBSE+F1"/>
          <w:i w:val="0"/>
          <w:iCs/>
          <w:color w:val="000000"/>
          <w:spacing w:val="33"/>
          <w:sz w:val="22"/>
          <w:szCs w:val="22"/>
        </w:rPr>
        <w:t xml:space="preserve"> </w:t>
      </w:r>
      <w:proofErr w:type="spellStart"/>
      <w:r w:rsidRPr="00CB3FF1">
        <w:rPr>
          <w:rFonts w:eastAsia="KIBSE+F1"/>
          <w:i w:val="0"/>
          <w:iCs/>
          <w:color w:val="000000"/>
          <w:spacing w:val="1"/>
          <w:w w:val="101"/>
          <w:sz w:val="22"/>
          <w:szCs w:val="22"/>
        </w:rPr>
        <w:t>ra</w:t>
      </w:r>
      <w:proofErr w:type="spellEnd"/>
      <w:r w:rsidRPr="00CB3FF1">
        <w:rPr>
          <w:rFonts w:eastAsia="KIBSE+F1"/>
          <w:i w:val="0"/>
          <w:iCs/>
          <w:color w:val="000000"/>
          <w:spacing w:val="42"/>
          <w:sz w:val="22"/>
          <w:szCs w:val="22"/>
        </w:rPr>
        <w:t xml:space="preserve"> </w:t>
      </w:r>
      <w:proofErr w:type="spellStart"/>
      <w:r w:rsidRPr="00CB3FF1">
        <w:rPr>
          <w:rFonts w:eastAsia="KIBSE+F1"/>
          <w:i w:val="0"/>
          <w:iCs/>
          <w:color w:val="000000"/>
          <w:spacing w:val="3"/>
          <w:w w:val="101"/>
          <w:sz w:val="22"/>
          <w:szCs w:val="22"/>
        </w:rPr>
        <w:t>b</w:t>
      </w:r>
      <w:r w:rsidRPr="00CB3FF1">
        <w:rPr>
          <w:rFonts w:eastAsia="KIBSE+F1"/>
          <w:i w:val="0"/>
          <w:iCs/>
          <w:color w:val="000000"/>
          <w:spacing w:val="2"/>
          <w:w w:val="101"/>
          <w:sz w:val="22"/>
          <w:szCs w:val="22"/>
        </w:rPr>
        <w:t>ằ</w:t>
      </w:r>
      <w:r w:rsidRPr="00CB3FF1">
        <w:rPr>
          <w:rFonts w:eastAsia="KIBSE+F1"/>
          <w:i w:val="0"/>
          <w:iCs/>
          <w:color w:val="000000"/>
          <w:spacing w:val="-1"/>
          <w:w w:val="101"/>
          <w:sz w:val="22"/>
          <w:szCs w:val="22"/>
        </w:rPr>
        <w:t>n</w:t>
      </w:r>
      <w:r w:rsidRPr="00CB3FF1">
        <w:rPr>
          <w:rFonts w:eastAsia="KIBSE+F1"/>
          <w:i w:val="0"/>
          <w:iCs/>
          <w:color w:val="000000"/>
          <w:w w:val="101"/>
          <w:sz w:val="22"/>
          <w:szCs w:val="22"/>
        </w:rPr>
        <w:t>g</w:t>
      </w:r>
      <w:proofErr w:type="spellEnd"/>
      <w:r w:rsidRPr="00CB3FF1">
        <w:rPr>
          <w:rFonts w:eastAsia="KIBSE+F1"/>
          <w:i w:val="0"/>
          <w:iCs/>
          <w:color w:val="000000"/>
          <w:spacing w:val="43"/>
          <w:sz w:val="22"/>
          <w:szCs w:val="22"/>
        </w:rPr>
        <w:t xml:space="preserve"> </w:t>
      </w:r>
      <w:proofErr w:type="spellStart"/>
      <w:r w:rsidRPr="00CB3FF1">
        <w:rPr>
          <w:rFonts w:eastAsia="KIBSE+F1"/>
          <w:i w:val="0"/>
          <w:iCs/>
          <w:color w:val="000000"/>
          <w:w w:val="101"/>
          <w:sz w:val="22"/>
          <w:szCs w:val="22"/>
        </w:rPr>
        <w:t>c</w:t>
      </w:r>
      <w:r w:rsidRPr="00CB3FF1">
        <w:rPr>
          <w:rFonts w:eastAsia="KIBSE+F1"/>
          <w:i w:val="0"/>
          <w:iCs/>
          <w:color w:val="000000"/>
          <w:spacing w:val="2"/>
          <w:w w:val="101"/>
          <w:sz w:val="22"/>
          <w:szCs w:val="22"/>
        </w:rPr>
        <w:t>á</w:t>
      </w:r>
      <w:r w:rsidRPr="00CB3FF1">
        <w:rPr>
          <w:rFonts w:eastAsia="KIBSE+F1"/>
          <w:i w:val="0"/>
          <w:iCs/>
          <w:color w:val="000000"/>
          <w:spacing w:val="-4"/>
          <w:w w:val="101"/>
          <w:sz w:val="22"/>
          <w:szCs w:val="22"/>
        </w:rPr>
        <w:t>c</w:t>
      </w:r>
      <w:r w:rsidRPr="00CB3FF1">
        <w:rPr>
          <w:rFonts w:eastAsia="KIBSE+F1"/>
          <w:i w:val="0"/>
          <w:iCs/>
          <w:color w:val="000000"/>
          <w:w w:val="101"/>
          <w:sz w:val="22"/>
          <w:szCs w:val="22"/>
        </w:rPr>
        <w:t>h</w:t>
      </w:r>
      <w:proofErr w:type="spellEnd"/>
      <w:r w:rsidRPr="00CB3FF1">
        <w:rPr>
          <w:rFonts w:eastAsia="KIBSE+F1"/>
          <w:i w:val="0"/>
          <w:iCs/>
          <w:color w:val="000000"/>
          <w:spacing w:val="42"/>
          <w:sz w:val="22"/>
          <w:szCs w:val="22"/>
        </w:rPr>
        <w:t xml:space="preserve"> </w:t>
      </w:r>
      <w:proofErr w:type="spellStart"/>
      <w:r w:rsidRPr="00CB3FF1">
        <w:rPr>
          <w:rFonts w:eastAsia="KIBSE+F1"/>
          <w:i w:val="0"/>
          <w:iCs/>
          <w:color w:val="000000"/>
          <w:spacing w:val="-1"/>
          <w:w w:val="101"/>
          <w:sz w:val="22"/>
          <w:szCs w:val="22"/>
        </w:rPr>
        <w:t>s</w:t>
      </w:r>
      <w:r w:rsidRPr="00CB3FF1">
        <w:rPr>
          <w:rFonts w:eastAsia="KIBSE+F1"/>
          <w:i w:val="0"/>
          <w:iCs/>
          <w:color w:val="000000"/>
          <w:w w:val="101"/>
          <w:sz w:val="22"/>
          <w:szCs w:val="22"/>
        </w:rPr>
        <w:t>ử</w:t>
      </w:r>
      <w:proofErr w:type="spellEnd"/>
      <w:r w:rsidRPr="00CB3FF1">
        <w:rPr>
          <w:i w:val="0"/>
          <w:iCs/>
          <w:color w:val="000000"/>
          <w:sz w:val="22"/>
          <w:szCs w:val="22"/>
          <w:lang w:val="vi-VN"/>
        </w:rPr>
        <w:t xml:space="preserve"> </w:t>
      </w:r>
      <w:proofErr w:type="spellStart"/>
      <w:r w:rsidRPr="00CB3FF1">
        <w:rPr>
          <w:rFonts w:eastAsia="KIBSE+F1"/>
          <w:i w:val="0"/>
          <w:iCs/>
          <w:color w:val="000000"/>
          <w:spacing w:val="2"/>
          <w:w w:val="101"/>
          <w:sz w:val="22"/>
          <w:szCs w:val="22"/>
        </w:rPr>
        <w:t>d</w:t>
      </w:r>
      <w:r w:rsidRPr="00CB3FF1">
        <w:rPr>
          <w:rFonts w:eastAsia="KIBSE+F1"/>
          <w:i w:val="0"/>
          <w:iCs/>
          <w:color w:val="000000"/>
          <w:spacing w:val="-1"/>
          <w:w w:val="101"/>
          <w:sz w:val="22"/>
          <w:szCs w:val="22"/>
        </w:rPr>
        <w:t>ụ</w:t>
      </w:r>
      <w:r w:rsidRPr="00CB3FF1">
        <w:rPr>
          <w:rFonts w:eastAsia="KIBSE+F1"/>
          <w:i w:val="0"/>
          <w:iCs/>
          <w:color w:val="000000"/>
          <w:w w:val="101"/>
          <w:sz w:val="22"/>
          <w:szCs w:val="22"/>
        </w:rPr>
        <w:t>ng</w:t>
      </w:r>
      <w:proofErr w:type="spellEnd"/>
      <w:r w:rsidRPr="00CB3FF1">
        <w:rPr>
          <w:rFonts w:eastAsia="KIBSE+F1"/>
          <w:i w:val="0"/>
          <w:iCs/>
          <w:color w:val="000000"/>
          <w:spacing w:val="4"/>
          <w:sz w:val="22"/>
          <w:szCs w:val="22"/>
        </w:rPr>
        <w:t xml:space="preserve"> </w:t>
      </w:r>
      <w:proofErr w:type="spellStart"/>
      <w:r w:rsidRPr="00CB3FF1">
        <w:rPr>
          <w:rFonts w:eastAsia="KIBSE+F1"/>
          <w:i w:val="0"/>
          <w:iCs/>
          <w:color w:val="000000"/>
          <w:w w:val="101"/>
          <w:sz w:val="22"/>
          <w:szCs w:val="22"/>
        </w:rPr>
        <w:t>c</w:t>
      </w:r>
      <w:r w:rsidRPr="00CB3FF1">
        <w:rPr>
          <w:rFonts w:eastAsia="KIBSE+F1"/>
          <w:i w:val="0"/>
          <w:iCs/>
          <w:color w:val="000000"/>
          <w:spacing w:val="1"/>
          <w:w w:val="101"/>
          <w:sz w:val="22"/>
          <w:szCs w:val="22"/>
        </w:rPr>
        <w:t>á</w:t>
      </w:r>
      <w:r w:rsidRPr="00CB3FF1">
        <w:rPr>
          <w:rFonts w:eastAsia="KIBSE+F1"/>
          <w:i w:val="0"/>
          <w:iCs/>
          <w:color w:val="000000"/>
          <w:w w:val="101"/>
          <w:sz w:val="22"/>
          <w:szCs w:val="22"/>
        </w:rPr>
        <w:t>c</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b</w:t>
      </w:r>
      <w:r w:rsidRPr="00CB3FF1">
        <w:rPr>
          <w:rFonts w:eastAsia="KIBSE+F1"/>
          <w:i w:val="0"/>
          <w:iCs/>
          <w:color w:val="000000"/>
          <w:spacing w:val="3"/>
          <w:w w:val="101"/>
          <w:sz w:val="22"/>
          <w:szCs w:val="22"/>
        </w:rPr>
        <w:t>i</w:t>
      </w:r>
      <w:r w:rsidRPr="00CB3FF1">
        <w:rPr>
          <w:rFonts w:eastAsia="KIBSE+F1"/>
          <w:i w:val="0"/>
          <w:iCs/>
          <w:color w:val="000000"/>
          <w:spacing w:val="-3"/>
          <w:w w:val="101"/>
          <w:sz w:val="22"/>
          <w:szCs w:val="22"/>
        </w:rPr>
        <w:t>ệ</w:t>
      </w:r>
      <w:r w:rsidRPr="00CB3FF1">
        <w:rPr>
          <w:rFonts w:eastAsia="KIBSE+F1"/>
          <w:i w:val="0"/>
          <w:iCs/>
          <w:color w:val="000000"/>
          <w:w w:val="101"/>
          <w:sz w:val="22"/>
          <w:szCs w:val="22"/>
        </w:rPr>
        <w:t>n</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p</w:t>
      </w:r>
      <w:r w:rsidRPr="00CB3FF1">
        <w:rPr>
          <w:rFonts w:eastAsia="KIBSE+F1"/>
          <w:i w:val="0"/>
          <w:iCs/>
          <w:color w:val="000000"/>
          <w:spacing w:val="3"/>
          <w:w w:val="101"/>
          <w:sz w:val="22"/>
          <w:szCs w:val="22"/>
        </w:rPr>
        <w:t>h</w:t>
      </w:r>
      <w:r w:rsidRPr="00CB3FF1">
        <w:rPr>
          <w:rFonts w:eastAsia="KIBSE+F1"/>
          <w:i w:val="0"/>
          <w:iCs/>
          <w:color w:val="000000"/>
          <w:spacing w:val="1"/>
          <w:w w:val="101"/>
          <w:sz w:val="22"/>
          <w:szCs w:val="22"/>
        </w:rPr>
        <w:t>áp</w:t>
      </w:r>
      <w:proofErr w:type="spellEnd"/>
      <w:r w:rsidRPr="00CB3FF1">
        <w:rPr>
          <w:rFonts w:eastAsia="KIBSE+F1"/>
          <w:i w:val="0"/>
          <w:iCs/>
          <w:color w:val="000000"/>
          <w:spacing w:val="-1"/>
          <w:sz w:val="22"/>
          <w:szCs w:val="22"/>
        </w:rPr>
        <w:t xml:space="preserve"> </w:t>
      </w:r>
      <w:r w:rsidRPr="00CB3FF1">
        <w:rPr>
          <w:rFonts w:eastAsia="KIBSE+F1"/>
          <w:i w:val="0"/>
          <w:iCs/>
          <w:color w:val="000000"/>
          <w:w w:val="101"/>
          <w:sz w:val="22"/>
          <w:szCs w:val="22"/>
        </w:rPr>
        <w:t>an</w:t>
      </w:r>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1"/>
          <w:w w:val="101"/>
          <w:sz w:val="22"/>
          <w:szCs w:val="22"/>
        </w:rPr>
        <w:t>o</w:t>
      </w:r>
      <w:r w:rsidRPr="00CB3FF1">
        <w:rPr>
          <w:rFonts w:eastAsia="KIBSE+F1"/>
          <w:i w:val="0"/>
          <w:iCs/>
          <w:color w:val="000000"/>
          <w:w w:val="101"/>
          <w:sz w:val="22"/>
          <w:szCs w:val="22"/>
        </w:rPr>
        <w:t>à</w:t>
      </w:r>
      <w:r w:rsidRPr="00CB3FF1">
        <w:rPr>
          <w:rFonts w:eastAsia="KIBSE+F1"/>
          <w:i w:val="0"/>
          <w:iCs/>
          <w:color w:val="000000"/>
          <w:spacing w:val="-1"/>
          <w:w w:val="101"/>
          <w:sz w:val="22"/>
          <w:szCs w:val="22"/>
        </w:rPr>
        <w:t>n</w:t>
      </w:r>
      <w:proofErr w:type="spellEnd"/>
      <w:r w:rsidRPr="00CB3FF1">
        <w:rPr>
          <w:rFonts w:eastAsia="KIBSE+F1"/>
          <w:i w:val="0"/>
          <w:iCs/>
          <w:color w:val="000000"/>
          <w:w w:val="101"/>
          <w:sz w:val="22"/>
          <w:szCs w:val="22"/>
        </w:rPr>
        <w:t>”</w:t>
      </w:r>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v</w:t>
      </w:r>
      <w:r w:rsidRPr="00CB3FF1">
        <w:rPr>
          <w:rFonts w:eastAsia="KIBSE+F1"/>
          <w:i w:val="0"/>
          <w:iCs/>
          <w:color w:val="000000"/>
          <w:spacing w:val="1"/>
          <w:w w:val="101"/>
          <w:sz w:val="22"/>
          <w:szCs w:val="22"/>
        </w:rPr>
        <w:t>ớ</w:t>
      </w:r>
      <w:r w:rsidRPr="00CB3FF1">
        <w:rPr>
          <w:rFonts w:eastAsia="KIBSE+F1"/>
          <w:i w:val="0"/>
          <w:iCs/>
          <w:color w:val="000000"/>
          <w:w w:val="101"/>
          <w:sz w:val="22"/>
          <w:szCs w:val="22"/>
        </w:rPr>
        <w:t>i</w:t>
      </w:r>
      <w:proofErr w:type="spellEnd"/>
      <w:r w:rsidRPr="00CB3FF1">
        <w:rPr>
          <w:rFonts w:eastAsia="KIBSE+F1"/>
          <w:i w:val="0"/>
          <w:iCs/>
          <w:color w:val="000000"/>
          <w:spacing w:val="2"/>
          <w:sz w:val="22"/>
          <w:szCs w:val="22"/>
        </w:rPr>
        <w:t xml:space="preserve"> </w:t>
      </w:r>
      <w:r w:rsidRPr="00CB3FF1">
        <w:rPr>
          <w:rFonts w:eastAsia="KIBSE+F1"/>
          <w:i w:val="0"/>
          <w:iCs/>
          <w:color w:val="000000"/>
          <w:w w:val="101"/>
          <w:sz w:val="22"/>
          <w:szCs w:val="22"/>
        </w:rPr>
        <w:t>Đ</w:t>
      </w:r>
      <w:r w:rsidRPr="00CB3FF1">
        <w:rPr>
          <w:rFonts w:eastAsia="KIBSE+F1"/>
          <w:i w:val="0"/>
          <w:iCs/>
          <w:color w:val="000000"/>
          <w:spacing w:val="-1"/>
          <w:w w:val="101"/>
          <w:sz w:val="22"/>
          <w:szCs w:val="22"/>
        </w:rPr>
        <w:t>T</w:t>
      </w:r>
      <w:r w:rsidRPr="00CB3FF1">
        <w:rPr>
          <w:rFonts w:eastAsia="KIBSE+F1"/>
          <w:i w:val="0"/>
          <w:iCs/>
          <w:color w:val="000000"/>
          <w:w w:val="101"/>
          <w:sz w:val="22"/>
          <w:szCs w:val="22"/>
        </w:rPr>
        <w:t>B</w:t>
      </w:r>
      <w:r w:rsidRPr="00CB3FF1">
        <w:rPr>
          <w:rFonts w:eastAsia="KIBSE+F1"/>
          <w:i w:val="0"/>
          <w:iCs/>
          <w:color w:val="000000"/>
          <w:sz w:val="22"/>
          <w:szCs w:val="22"/>
        </w:rPr>
        <w:t xml:space="preserve"> </w:t>
      </w:r>
      <w:r w:rsidRPr="00CB3FF1">
        <w:rPr>
          <w:rFonts w:eastAsia="KIBSE+F1"/>
          <w:i w:val="0"/>
          <w:iCs/>
          <w:color w:val="000000"/>
          <w:sz w:val="22"/>
          <w:szCs w:val="22"/>
          <w:lang w:val="vi-VN"/>
        </w:rPr>
        <w:t>=</w:t>
      </w:r>
      <w:r w:rsidRPr="00CB3FF1">
        <w:rPr>
          <w:rFonts w:eastAsia="KIBSE+F1"/>
          <w:i w:val="0"/>
          <w:iCs/>
          <w:color w:val="000000"/>
          <w:spacing w:val="3"/>
          <w:sz w:val="22"/>
          <w:szCs w:val="22"/>
        </w:rPr>
        <w:t xml:space="preserve"> </w:t>
      </w:r>
      <w:r w:rsidRPr="00CB3FF1">
        <w:rPr>
          <w:rFonts w:eastAsia="KIBSE+F1"/>
          <w:i w:val="0"/>
          <w:iCs/>
          <w:color w:val="000000"/>
          <w:spacing w:val="-1"/>
          <w:w w:val="101"/>
          <w:sz w:val="22"/>
          <w:szCs w:val="22"/>
        </w:rPr>
        <w:t>3</w:t>
      </w:r>
      <w:r w:rsidRPr="00CB3FF1">
        <w:rPr>
          <w:rFonts w:eastAsia="KIBSE+F1"/>
          <w:i w:val="0"/>
          <w:iCs/>
          <w:color w:val="000000"/>
          <w:spacing w:val="-1"/>
          <w:w w:val="101"/>
          <w:sz w:val="22"/>
          <w:szCs w:val="22"/>
          <w:lang w:val="vi-VN"/>
        </w:rPr>
        <w:t>.</w:t>
      </w:r>
      <w:r w:rsidRPr="00CB3FF1">
        <w:rPr>
          <w:rFonts w:eastAsia="KIBSE+F1"/>
          <w:i w:val="0"/>
          <w:iCs/>
          <w:color w:val="000000"/>
          <w:spacing w:val="1"/>
          <w:w w:val="101"/>
          <w:sz w:val="22"/>
          <w:szCs w:val="22"/>
        </w:rPr>
        <w:t>0</w:t>
      </w:r>
      <w:r w:rsidRPr="00CB3FF1">
        <w:rPr>
          <w:rFonts w:eastAsia="KIBSE+F1"/>
          <w:i w:val="0"/>
          <w:iCs/>
          <w:color w:val="000000"/>
          <w:w w:val="101"/>
          <w:sz w:val="22"/>
          <w:szCs w:val="22"/>
          <w:lang w:val="vi-VN"/>
        </w:rPr>
        <w:t>5</w:t>
      </w:r>
      <w:r w:rsidRPr="00CB3FF1">
        <w:rPr>
          <w:rFonts w:eastAsia="KIBSE+F1"/>
          <w:i w:val="0"/>
          <w:iCs/>
          <w:color w:val="000000"/>
          <w:sz w:val="22"/>
          <w:szCs w:val="22"/>
        </w:rPr>
        <w:t xml:space="preserve"> </w:t>
      </w:r>
      <w:proofErr w:type="spellStart"/>
      <w:r w:rsidRPr="00CB3FF1">
        <w:rPr>
          <w:rFonts w:eastAsia="KIBSE+F1"/>
          <w:i w:val="0"/>
          <w:iCs/>
          <w:color w:val="000000"/>
          <w:w w:val="101"/>
          <w:sz w:val="22"/>
          <w:szCs w:val="22"/>
        </w:rPr>
        <w:t>và</w:t>
      </w:r>
      <w:proofErr w:type="spellEnd"/>
      <w:r w:rsidRPr="00CB3FF1">
        <w:rPr>
          <w:rFonts w:eastAsia="KIBSE+F1"/>
          <w:i w:val="0"/>
          <w:iCs/>
          <w:color w:val="000000"/>
          <w:spacing w:val="1"/>
          <w:sz w:val="22"/>
          <w:szCs w:val="22"/>
        </w:rPr>
        <w:t xml:space="preserve"> </w:t>
      </w:r>
      <w:r w:rsidRPr="00CB3FF1">
        <w:rPr>
          <w:rFonts w:eastAsia="KIBSE+F1"/>
          <w:i w:val="0"/>
          <w:iCs/>
          <w:color w:val="000000"/>
          <w:w w:val="101"/>
          <w:sz w:val="22"/>
          <w:szCs w:val="22"/>
        </w:rPr>
        <w:t>3</w:t>
      </w:r>
      <w:r w:rsidRPr="00CB3FF1">
        <w:rPr>
          <w:rFonts w:eastAsia="KIBSE+F1"/>
          <w:i w:val="0"/>
          <w:iCs/>
          <w:color w:val="000000"/>
          <w:spacing w:val="-1"/>
          <w:w w:val="101"/>
          <w:sz w:val="22"/>
          <w:szCs w:val="22"/>
          <w:lang w:val="vi-VN"/>
        </w:rPr>
        <w:t>.</w:t>
      </w:r>
      <w:r w:rsidRPr="00CB3FF1">
        <w:rPr>
          <w:rFonts w:eastAsia="KIBSE+F1"/>
          <w:i w:val="0"/>
          <w:iCs/>
          <w:color w:val="000000"/>
          <w:w w:val="101"/>
          <w:sz w:val="22"/>
          <w:szCs w:val="22"/>
        </w:rPr>
        <w:t>0</w:t>
      </w:r>
      <w:r w:rsidRPr="00CB3FF1">
        <w:rPr>
          <w:rFonts w:eastAsia="KIBSE+F1"/>
          <w:i w:val="0"/>
          <w:iCs/>
          <w:color w:val="000000"/>
          <w:w w:val="101"/>
          <w:sz w:val="22"/>
          <w:szCs w:val="22"/>
          <w:lang w:val="vi-VN"/>
        </w:rPr>
        <w:t>3</w:t>
      </w:r>
      <w:r w:rsidRPr="00CB3FF1">
        <w:rPr>
          <w:rFonts w:eastAsia="KIBSE+F1"/>
          <w:i w:val="0"/>
          <w:iCs/>
          <w:color w:val="000000"/>
          <w:w w:val="101"/>
          <w:sz w:val="22"/>
          <w:szCs w:val="22"/>
        </w:rPr>
        <w:t>.</w:t>
      </w:r>
      <w:r w:rsidRPr="00CB3FF1">
        <w:rPr>
          <w:rFonts w:eastAsia="KIBSE+F1"/>
          <w:i w:val="0"/>
          <w:iCs/>
          <w:color w:val="000000"/>
          <w:w w:val="101"/>
          <w:sz w:val="22"/>
          <w:szCs w:val="22"/>
          <w:lang w:val="vi-VN"/>
        </w:rPr>
        <w:t xml:space="preserve"> Với số liệu này cho thấy, hiệu trưởng các trường mầm non huyện Củ Chi cần tăng cường bồi dưỡng nâng cao hơn nữa cho CBQL, GV và các lực lượng có liên quan về vai trò, mục tiêu của </w:t>
      </w:r>
      <w:r w:rsidRPr="00CB3FF1">
        <w:rPr>
          <w:rFonts w:eastAsia="KIBSE+F1"/>
          <w:i w:val="0"/>
          <w:iCs/>
          <w:color w:val="000000"/>
          <w:w w:val="101"/>
          <w:sz w:val="22"/>
          <w:szCs w:val="22"/>
        </w:rPr>
        <w:t>HĐGD PNTNTT</w:t>
      </w:r>
      <w:r w:rsidRPr="00CB3FF1">
        <w:rPr>
          <w:rFonts w:eastAsia="KIBSE+F1"/>
          <w:i w:val="0"/>
          <w:iCs/>
          <w:color w:val="000000"/>
          <w:w w:val="101"/>
          <w:sz w:val="22"/>
          <w:szCs w:val="22"/>
          <w:lang w:val="vi-VN"/>
        </w:rPr>
        <w:t xml:space="preserve"> cho trẻ. Làm được như vậy thì sẽ góp phần giảm thiểu tai nạn thương tích cho trẻ ở các trường mầm non </w:t>
      </w:r>
    </w:p>
    <w:p w14:paraId="4BA7FAC8" w14:textId="77777777" w:rsidR="00CB3FF1" w:rsidRPr="00CB3FF1" w:rsidRDefault="00CB3FF1" w:rsidP="00CB3FF1">
      <w:pPr>
        <w:pStyle w:val="0004"/>
        <w:spacing w:after="120" w:line="240" w:lineRule="auto"/>
        <w:rPr>
          <w:b/>
          <w:bCs/>
          <w:sz w:val="22"/>
          <w:szCs w:val="22"/>
          <w:lang w:val="vi-VN"/>
        </w:rPr>
      </w:pPr>
      <w:r w:rsidRPr="00CB3FF1">
        <w:rPr>
          <w:b/>
          <w:bCs/>
          <w:spacing w:val="-8"/>
          <w:sz w:val="22"/>
          <w:szCs w:val="22"/>
        </w:rPr>
        <w:t xml:space="preserve">3.2. </w:t>
      </w:r>
      <w:proofErr w:type="spellStart"/>
      <w:r w:rsidRPr="00CB3FF1">
        <w:rPr>
          <w:b/>
          <w:bCs/>
          <w:spacing w:val="-8"/>
          <w:sz w:val="22"/>
          <w:szCs w:val="22"/>
        </w:rPr>
        <w:t>Thực</w:t>
      </w:r>
      <w:proofErr w:type="spellEnd"/>
      <w:r w:rsidRPr="00CB3FF1">
        <w:rPr>
          <w:b/>
          <w:bCs/>
          <w:spacing w:val="-8"/>
          <w:sz w:val="22"/>
          <w:szCs w:val="22"/>
        </w:rPr>
        <w:t xml:space="preserve"> </w:t>
      </w:r>
      <w:proofErr w:type="spellStart"/>
      <w:r w:rsidRPr="00CB3FF1">
        <w:rPr>
          <w:b/>
          <w:bCs/>
          <w:spacing w:val="-8"/>
          <w:sz w:val="22"/>
          <w:szCs w:val="22"/>
        </w:rPr>
        <w:t>trạng</w:t>
      </w:r>
      <w:proofErr w:type="spellEnd"/>
      <w:r w:rsidRPr="00CB3FF1">
        <w:rPr>
          <w:b/>
          <w:bCs/>
          <w:spacing w:val="-8"/>
          <w:sz w:val="22"/>
          <w:szCs w:val="22"/>
        </w:rPr>
        <w:t xml:space="preserve"> </w:t>
      </w:r>
      <w:proofErr w:type="spellStart"/>
      <w:r w:rsidRPr="00CB3FF1">
        <w:rPr>
          <w:b/>
          <w:bCs/>
          <w:spacing w:val="-8"/>
          <w:sz w:val="22"/>
          <w:szCs w:val="22"/>
        </w:rPr>
        <w:t>thực</w:t>
      </w:r>
      <w:proofErr w:type="spellEnd"/>
      <w:r w:rsidRPr="00CB3FF1">
        <w:rPr>
          <w:b/>
          <w:bCs/>
          <w:spacing w:val="-8"/>
          <w:sz w:val="22"/>
          <w:szCs w:val="22"/>
          <w:lang w:val="vi-VN"/>
        </w:rPr>
        <w:t xml:space="preserve"> hiện các </w:t>
      </w:r>
      <w:proofErr w:type="spellStart"/>
      <w:r w:rsidRPr="00CB3FF1">
        <w:rPr>
          <w:b/>
          <w:bCs/>
          <w:spacing w:val="-8"/>
          <w:sz w:val="22"/>
          <w:szCs w:val="22"/>
        </w:rPr>
        <w:t>nội</w:t>
      </w:r>
      <w:proofErr w:type="spellEnd"/>
      <w:r w:rsidRPr="00CB3FF1">
        <w:rPr>
          <w:b/>
          <w:bCs/>
          <w:spacing w:val="-8"/>
          <w:sz w:val="22"/>
          <w:szCs w:val="22"/>
        </w:rPr>
        <w:t xml:space="preserve"> dung</w:t>
      </w:r>
      <w:r w:rsidRPr="00CB3FF1">
        <w:rPr>
          <w:b/>
          <w:bCs/>
          <w:sz w:val="22"/>
          <w:szCs w:val="22"/>
          <w:lang w:val="vi-VN"/>
        </w:rPr>
        <w:t xml:space="preserve"> giáo dục phòng ngừa tai nạn thương tích cho trẻ mẫu giáo ở các trường mầm non huyện Củ Chi, Thành phố Hồ Chí Minh</w:t>
      </w:r>
    </w:p>
    <w:p w14:paraId="064CA912" w14:textId="15DDB528" w:rsidR="00CB3FF1" w:rsidRPr="00323E6C" w:rsidRDefault="00CB3FF1" w:rsidP="00323E6C">
      <w:pPr>
        <w:pStyle w:val="0004"/>
        <w:spacing w:after="120" w:line="240" w:lineRule="auto"/>
        <w:jc w:val="center"/>
        <w:rPr>
          <w:i w:val="0"/>
          <w:sz w:val="22"/>
          <w:szCs w:val="22"/>
        </w:rPr>
      </w:pPr>
      <w:r w:rsidRPr="00323E6C">
        <w:rPr>
          <w:b/>
          <w:i w:val="0"/>
          <w:sz w:val="22"/>
          <w:szCs w:val="22"/>
          <w:lang w:val="vi-VN"/>
        </w:rPr>
        <w:t>Bảng 2.</w:t>
      </w:r>
      <w:r w:rsidRPr="00323E6C">
        <w:rPr>
          <w:i w:val="0"/>
          <w:sz w:val="22"/>
          <w:szCs w:val="22"/>
          <w:lang w:val="vi-VN"/>
        </w:rPr>
        <w:t xml:space="preserve"> Đánh giá của CBQL, GV về mức độ thực hiện nội dung giáo dục phòng ngừa tai nạn thương tích cho trẻ MG ở các trường mầm non</w:t>
      </w:r>
      <w:r w:rsidR="00323E6C">
        <w:rPr>
          <w:i w:val="0"/>
          <w:sz w:val="22"/>
          <w:szCs w:val="22"/>
        </w:rPr>
        <w:t>.</w:t>
      </w:r>
    </w:p>
    <w:tbl>
      <w:tblPr>
        <w:tblW w:w="9346" w:type="dxa"/>
        <w:tblBorders>
          <w:top w:val="single" w:sz="4" w:space="0" w:color="auto"/>
          <w:bottom w:val="single" w:sz="4" w:space="0" w:color="auto"/>
          <w:insideH w:val="single" w:sz="4" w:space="0" w:color="auto"/>
        </w:tblBorders>
        <w:tblLook w:val="0000" w:firstRow="0" w:lastRow="0" w:firstColumn="0" w:lastColumn="0" w:noHBand="0" w:noVBand="0"/>
      </w:tblPr>
      <w:tblGrid>
        <w:gridCol w:w="759"/>
        <w:gridCol w:w="5932"/>
        <w:gridCol w:w="913"/>
        <w:gridCol w:w="912"/>
        <w:gridCol w:w="830"/>
      </w:tblGrid>
      <w:tr w:rsidR="00CB3FF1" w:rsidRPr="00CB3FF1" w14:paraId="66C904E3" w14:textId="77777777" w:rsidTr="00323E6C">
        <w:trPr>
          <w:trHeight w:val="356"/>
        </w:trPr>
        <w:tc>
          <w:tcPr>
            <w:tcW w:w="759" w:type="dxa"/>
            <w:vMerge w:val="restart"/>
          </w:tcPr>
          <w:p w14:paraId="45FEC5EB"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TT</w:t>
            </w:r>
          </w:p>
        </w:tc>
        <w:tc>
          <w:tcPr>
            <w:tcW w:w="5932" w:type="dxa"/>
            <w:vMerge w:val="restart"/>
          </w:tcPr>
          <w:p w14:paraId="59FBB2EB"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 xml:space="preserve">Nội dung </w:t>
            </w:r>
            <w:r w:rsidRPr="00CB3FF1">
              <w:rPr>
                <w:b/>
                <w:bCs/>
                <w:i w:val="0"/>
                <w:iCs/>
                <w:sz w:val="22"/>
                <w:szCs w:val="22"/>
              </w:rPr>
              <w:t>HĐ</w:t>
            </w:r>
            <w:r w:rsidRPr="00CB3FF1">
              <w:rPr>
                <w:b/>
                <w:bCs/>
                <w:i w:val="0"/>
                <w:iCs/>
                <w:sz w:val="22"/>
                <w:szCs w:val="22"/>
                <w:lang w:val="vi-VN"/>
              </w:rPr>
              <w:t xml:space="preserve">GD PNTNTT cho trẻ </w:t>
            </w:r>
          </w:p>
        </w:tc>
        <w:tc>
          <w:tcPr>
            <w:tcW w:w="2655" w:type="dxa"/>
            <w:gridSpan w:val="3"/>
          </w:tcPr>
          <w:p w14:paraId="280BC673"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Mức độ đánh giá</w:t>
            </w:r>
          </w:p>
        </w:tc>
      </w:tr>
      <w:tr w:rsidR="00CB3FF1" w:rsidRPr="00CB3FF1" w14:paraId="7DDB855F" w14:textId="77777777" w:rsidTr="00323E6C">
        <w:trPr>
          <w:trHeight w:val="843"/>
        </w:trPr>
        <w:tc>
          <w:tcPr>
            <w:tcW w:w="759" w:type="dxa"/>
            <w:vMerge/>
          </w:tcPr>
          <w:p w14:paraId="48CD73DF" w14:textId="77777777" w:rsidR="00CB3FF1" w:rsidRPr="00CB3FF1" w:rsidRDefault="00CB3FF1" w:rsidP="00CB3FF1">
            <w:pPr>
              <w:pStyle w:val="0004"/>
              <w:spacing w:after="120" w:line="240" w:lineRule="auto"/>
              <w:rPr>
                <w:i w:val="0"/>
                <w:iCs/>
                <w:sz w:val="22"/>
                <w:szCs w:val="22"/>
                <w:lang w:val="vi-VN"/>
              </w:rPr>
            </w:pPr>
          </w:p>
        </w:tc>
        <w:tc>
          <w:tcPr>
            <w:tcW w:w="5932" w:type="dxa"/>
            <w:vMerge/>
          </w:tcPr>
          <w:p w14:paraId="0CE31213" w14:textId="77777777" w:rsidR="00CB3FF1" w:rsidRPr="00CB3FF1" w:rsidRDefault="00CB3FF1" w:rsidP="00CB3FF1">
            <w:pPr>
              <w:pStyle w:val="0004"/>
              <w:spacing w:after="120" w:line="240" w:lineRule="auto"/>
              <w:rPr>
                <w:i w:val="0"/>
                <w:iCs/>
                <w:sz w:val="22"/>
                <w:szCs w:val="22"/>
                <w:lang w:val="vi-VN"/>
              </w:rPr>
            </w:pPr>
          </w:p>
        </w:tc>
        <w:tc>
          <w:tcPr>
            <w:tcW w:w="913" w:type="dxa"/>
          </w:tcPr>
          <w:p w14:paraId="7E391121"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Điểm trung bình</w:t>
            </w:r>
          </w:p>
        </w:tc>
        <w:tc>
          <w:tcPr>
            <w:tcW w:w="912" w:type="dxa"/>
          </w:tcPr>
          <w:p w14:paraId="6E5321F6"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Độ lệch chuẩn</w:t>
            </w:r>
          </w:p>
        </w:tc>
        <w:tc>
          <w:tcPr>
            <w:tcW w:w="829" w:type="dxa"/>
          </w:tcPr>
          <w:p w14:paraId="064AC7B1"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Xếp hạng</w:t>
            </w:r>
          </w:p>
        </w:tc>
      </w:tr>
      <w:tr w:rsidR="00CB3FF1" w:rsidRPr="00CB3FF1" w14:paraId="476F5FA7" w14:textId="77777777" w:rsidTr="00323E6C">
        <w:trPr>
          <w:trHeight w:val="342"/>
        </w:trPr>
        <w:tc>
          <w:tcPr>
            <w:tcW w:w="759" w:type="dxa"/>
          </w:tcPr>
          <w:p w14:paraId="699896EE"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1</w:t>
            </w:r>
          </w:p>
        </w:tc>
        <w:tc>
          <w:tcPr>
            <w:tcW w:w="5932" w:type="dxa"/>
          </w:tcPr>
          <w:p w14:paraId="1DE30766" w14:textId="77777777" w:rsidR="00CB3FF1" w:rsidRPr="00CB3FF1" w:rsidRDefault="00CB3FF1" w:rsidP="00CB3FF1">
            <w:pPr>
              <w:pStyle w:val="0004"/>
              <w:spacing w:after="120" w:line="240" w:lineRule="auto"/>
              <w:rPr>
                <w:i w:val="0"/>
                <w:iCs/>
                <w:color w:val="000000"/>
                <w:sz w:val="22"/>
                <w:szCs w:val="22"/>
                <w:lang w:val="vi-VN"/>
              </w:rPr>
            </w:pPr>
            <w:r w:rsidRPr="00CB3FF1">
              <w:rPr>
                <w:i w:val="0"/>
                <w:iCs/>
                <w:color w:val="000000"/>
                <w:sz w:val="22"/>
                <w:szCs w:val="22"/>
                <w:lang w:val="vi-VN"/>
              </w:rPr>
              <w:t>Giáo dục phòng ngừa té ngã cho trẻ ở trường và ở nhà</w:t>
            </w:r>
          </w:p>
        </w:tc>
        <w:tc>
          <w:tcPr>
            <w:tcW w:w="913" w:type="dxa"/>
          </w:tcPr>
          <w:p w14:paraId="299F8CDA"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2,89</w:t>
            </w:r>
          </w:p>
        </w:tc>
        <w:tc>
          <w:tcPr>
            <w:tcW w:w="912" w:type="dxa"/>
            <w:vAlign w:val="center"/>
          </w:tcPr>
          <w:p w14:paraId="68EB54E5"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,62</w:t>
            </w:r>
          </w:p>
        </w:tc>
        <w:tc>
          <w:tcPr>
            <w:tcW w:w="829" w:type="dxa"/>
          </w:tcPr>
          <w:p w14:paraId="2724BCE5"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w:t>
            </w:r>
          </w:p>
        </w:tc>
      </w:tr>
      <w:tr w:rsidR="00CB3FF1" w:rsidRPr="00CB3FF1" w14:paraId="6C49F7D5" w14:textId="77777777" w:rsidTr="00323E6C">
        <w:trPr>
          <w:trHeight w:val="356"/>
        </w:trPr>
        <w:tc>
          <w:tcPr>
            <w:tcW w:w="759" w:type="dxa"/>
          </w:tcPr>
          <w:p w14:paraId="16B567EE"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w:t>
            </w:r>
          </w:p>
        </w:tc>
        <w:tc>
          <w:tcPr>
            <w:tcW w:w="5932" w:type="dxa"/>
          </w:tcPr>
          <w:p w14:paraId="4860DC45" w14:textId="77777777" w:rsidR="00CB3FF1" w:rsidRPr="00CB3FF1" w:rsidRDefault="00CB3FF1" w:rsidP="00CB3FF1">
            <w:pPr>
              <w:pStyle w:val="0004"/>
              <w:spacing w:after="120" w:line="240" w:lineRule="auto"/>
              <w:rPr>
                <w:i w:val="0"/>
                <w:iCs/>
                <w:color w:val="000000"/>
                <w:sz w:val="22"/>
                <w:szCs w:val="22"/>
                <w:lang w:val="vi-VN"/>
              </w:rPr>
            </w:pPr>
            <w:r w:rsidRPr="00CB3FF1">
              <w:rPr>
                <w:i w:val="0"/>
                <w:iCs/>
                <w:color w:val="000000"/>
                <w:sz w:val="22"/>
                <w:szCs w:val="22"/>
                <w:lang w:val="vi-VN"/>
              </w:rPr>
              <w:t>Giáo dục phòng ngừa cháy bỏng, điện giật cho trẻ</w:t>
            </w:r>
          </w:p>
        </w:tc>
        <w:tc>
          <w:tcPr>
            <w:tcW w:w="913" w:type="dxa"/>
          </w:tcPr>
          <w:p w14:paraId="46EF0F7E"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2,86</w:t>
            </w:r>
          </w:p>
        </w:tc>
        <w:tc>
          <w:tcPr>
            <w:tcW w:w="912" w:type="dxa"/>
            <w:vAlign w:val="center"/>
          </w:tcPr>
          <w:p w14:paraId="5C32391A"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,67</w:t>
            </w:r>
          </w:p>
        </w:tc>
        <w:tc>
          <w:tcPr>
            <w:tcW w:w="829" w:type="dxa"/>
          </w:tcPr>
          <w:p w14:paraId="0DC57C9B"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4</w:t>
            </w:r>
          </w:p>
        </w:tc>
      </w:tr>
      <w:tr w:rsidR="00CB3FF1" w:rsidRPr="00CB3FF1" w14:paraId="4E9D8910" w14:textId="77777777" w:rsidTr="00323E6C">
        <w:trPr>
          <w:trHeight w:val="342"/>
        </w:trPr>
        <w:tc>
          <w:tcPr>
            <w:tcW w:w="759" w:type="dxa"/>
          </w:tcPr>
          <w:p w14:paraId="6CB5A90D"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w:t>
            </w:r>
          </w:p>
        </w:tc>
        <w:tc>
          <w:tcPr>
            <w:tcW w:w="5932" w:type="dxa"/>
          </w:tcPr>
          <w:p w14:paraId="10234F89" w14:textId="77777777" w:rsidR="00CB3FF1" w:rsidRPr="00CB3FF1" w:rsidRDefault="00CB3FF1" w:rsidP="00CB3FF1">
            <w:pPr>
              <w:pStyle w:val="0004"/>
              <w:spacing w:after="120" w:line="240" w:lineRule="auto"/>
              <w:rPr>
                <w:i w:val="0"/>
                <w:iCs/>
                <w:color w:val="000000"/>
                <w:sz w:val="22"/>
                <w:szCs w:val="22"/>
                <w:lang w:val="vi-VN"/>
              </w:rPr>
            </w:pPr>
            <w:r w:rsidRPr="00CB3FF1">
              <w:rPr>
                <w:i w:val="0"/>
                <w:iCs/>
                <w:color w:val="000000"/>
                <w:sz w:val="22"/>
                <w:szCs w:val="22"/>
                <w:lang w:val="vi-VN"/>
              </w:rPr>
              <w:t>Giáo dục phòng ngừa tai nạn giao thông cho trẻ</w:t>
            </w:r>
          </w:p>
        </w:tc>
        <w:tc>
          <w:tcPr>
            <w:tcW w:w="913" w:type="dxa"/>
          </w:tcPr>
          <w:p w14:paraId="35AEFF54"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3,09</w:t>
            </w:r>
          </w:p>
        </w:tc>
        <w:tc>
          <w:tcPr>
            <w:tcW w:w="912" w:type="dxa"/>
            <w:vAlign w:val="bottom"/>
          </w:tcPr>
          <w:p w14:paraId="15861B13"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w:t>
            </w:r>
            <w:r w:rsidRPr="00CB3FF1">
              <w:rPr>
                <w:i w:val="0"/>
                <w:iCs/>
                <w:sz w:val="22"/>
                <w:szCs w:val="22"/>
              </w:rPr>
              <w:t>5</w:t>
            </w:r>
            <w:r w:rsidRPr="00CB3FF1">
              <w:rPr>
                <w:i w:val="0"/>
                <w:iCs/>
                <w:sz w:val="22"/>
                <w:szCs w:val="22"/>
                <w:lang w:val="vi-VN"/>
              </w:rPr>
              <w:t>9</w:t>
            </w:r>
          </w:p>
        </w:tc>
        <w:tc>
          <w:tcPr>
            <w:tcW w:w="829" w:type="dxa"/>
          </w:tcPr>
          <w:p w14:paraId="54C96E69"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1</w:t>
            </w:r>
          </w:p>
        </w:tc>
      </w:tr>
      <w:tr w:rsidR="00CB3FF1" w:rsidRPr="00CB3FF1" w14:paraId="12FB97BA" w14:textId="77777777" w:rsidTr="00323E6C">
        <w:trPr>
          <w:trHeight w:val="356"/>
        </w:trPr>
        <w:tc>
          <w:tcPr>
            <w:tcW w:w="759" w:type="dxa"/>
          </w:tcPr>
          <w:p w14:paraId="0C9FF944"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4</w:t>
            </w:r>
          </w:p>
        </w:tc>
        <w:tc>
          <w:tcPr>
            <w:tcW w:w="5932" w:type="dxa"/>
          </w:tcPr>
          <w:p w14:paraId="702A5FFF" w14:textId="77777777" w:rsidR="00CB3FF1" w:rsidRPr="00CB3FF1" w:rsidRDefault="00CB3FF1" w:rsidP="00CB3FF1">
            <w:pPr>
              <w:pStyle w:val="0004"/>
              <w:spacing w:after="120" w:line="240" w:lineRule="auto"/>
              <w:rPr>
                <w:i w:val="0"/>
                <w:iCs/>
                <w:color w:val="000000"/>
                <w:sz w:val="22"/>
                <w:szCs w:val="22"/>
                <w:lang w:val="vi-VN"/>
              </w:rPr>
            </w:pPr>
            <w:r w:rsidRPr="00CB3FF1">
              <w:rPr>
                <w:i w:val="0"/>
                <w:iCs/>
                <w:color w:val="000000"/>
                <w:sz w:val="22"/>
                <w:szCs w:val="22"/>
                <w:lang w:val="vi-VN"/>
              </w:rPr>
              <w:t>Giáo dục phòng ngừa đuối nước cho trẻ</w:t>
            </w:r>
          </w:p>
        </w:tc>
        <w:tc>
          <w:tcPr>
            <w:tcW w:w="913" w:type="dxa"/>
          </w:tcPr>
          <w:p w14:paraId="24B19F9E"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3,04</w:t>
            </w:r>
          </w:p>
        </w:tc>
        <w:tc>
          <w:tcPr>
            <w:tcW w:w="912" w:type="dxa"/>
            <w:vAlign w:val="center"/>
          </w:tcPr>
          <w:p w14:paraId="4D452C1E"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w:t>
            </w:r>
            <w:r w:rsidRPr="00CB3FF1">
              <w:rPr>
                <w:i w:val="0"/>
                <w:iCs/>
                <w:sz w:val="22"/>
                <w:szCs w:val="22"/>
              </w:rPr>
              <w:t>5</w:t>
            </w:r>
            <w:r w:rsidRPr="00CB3FF1">
              <w:rPr>
                <w:i w:val="0"/>
                <w:iCs/>
                <w:sz w:val="22"/>
                <w:szCs w:val="22"/>
                <w:lang w:val="vi-VN"/>
              </w:rPr>
              <w:t>8</w:t>
            </w:r>
          </w:p>
        </w:tc>
        <w:tc>
          <w:tcPr>
            <w:tcW w:w="829" w:type="dxa"/>
          </w:tcPr>
          <w:p w14:paraId="71BA4BD1"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w:t>
            </w:r>
          </w:p>
        </w:tc>
      </w:tr>
      <w:tr w:rsidR="00CB3FF1" w:rsidRPr="00CB3FF1" w14:paraId="35FC550B" w14:textId="77777777" w:rsidTr="00323E6C">
        <w:trPr>
          <w:trHeight w:val="586"/>
        </w:trPr>
        <w:tc>
          <w:tcPr>
            <w:tcW w:w="759" w:type="dxa"/>
          </w:tcPr>
          <w:p w14:paraId="58F8655A"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5</w:t>
            </w:r>
          </w:p>
        </w:tc>
        <w:tc>
          <w:tcPr>
            <w:tcW w:w="5932" w:type="dxa"/>
          </w:tcPr>
          <w:p w14:paraId="4C552308" w14:textId="77777777" w:rsidR="00CB3FF1" w:rsidRPr="00CB3FF1" w:rsidRDefault="00CB3FF1" w:rsidP="00CB3FF1">
            <w:pPr>
              <w:pStyle w:val="0004"/>
              <w:spacing w:after="120" w:line="240" w:lineRule="auto"/>
              <w:rPr>
                <w:i w:val="0"/>
                <w:iCs/>
                <w:color w:val="000000"/>
                <w:sz w:val="22"/>
                <w:szCs w:val="22"/>
                <w:lang w:val="vi-VN"/>
              </w:rPr>
            </w:pPr>
            <w:r w:rsidRPr="00CB3FF1">
              <w:rPr>
                <w:i w:val="0"/>
                <w:iCs/>
                <w:color w:val="000000"/>
                <w:sz w:val="22"/>
                <w:szCs w:val="22"/>
                <w:lang w:val="vi-VN"/>
              </w:rPr>
              <w:t>Giáo dục phòng ngừa nuốt vật nguy hiểm, ngộ độc thức văn và động vật cắn trẻ</w:t>
            </w:r>
          </w:p>
        </w:tc>
        <w:tc>
          <w:tcPr>
            <w:tcW w:w="913" w:type="dxa"/>
          </w:tcPr>
          <w:p w14:paraId="792DD4FA"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2,72</w:t>
            </w:r>
          </w:p>
        </w:tc>
        <w:tc>
          <w:tcPr>
            <w:tcW w:w="912" w:type="dxa"/>
            <w:vAlign w:val="center"/>
          </w:tcPr>
          <w:p w14:paraId="6E506A50"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w:t>
            </w:r>
            <w:r w:rsidRPr="00CB3FF1">
              <w:rPr>
                <w:i w:val="0"/>
                <w:iCs/>
                <w:sz w:val="22"/>
                <w:szCs w:val="22"/>
              </w:rPr>
              <w:t>5</w:t>
            </w:r>
            <w:r w:rsidRPr="00CB3FF1">
              <w:rPr>
                <w:i w:val="0"/>
                <w:iCs/>
                <w:sz w:val="22"/>
                <w:szCs w:val="22"/>
                <w:lang w:val="vi-VN"/>
              </w:rPr>
              <w:t>3</w:t>
            </w:r>
          </w:p>
        </w:tc>
        <w:tc>
          <w:tcPr>
            <w:tcW w:w="829" w:type="dxa"/>
          </w:tcPr>
          <w:p w14:paraId="1E0B63B2"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5</w:t>
            </w:r>
          </w:p>
        </w:tc>
      </w:tr>
      <w:tr w:rsidR="00CB3FF1" w:rsidRPr="00CB3FF1" w14:paraId="77B3C66F" w14:textId="77777777" w:rsidTr="00323E6C">
        <w:trPr>
          <w:trHeight w:val="599"/>
        </w:trPr>
        <w:tc>
          <w:tcPr>
            <w:tcW w:w="759" w:type="dxa"/>
          </w:tcPr>
          <w:p w14:paraId="2C57555F"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6</w:t>
            </w:r>
          </w:p>
        </w:tc>
        <w:tc>
          <w:tcPr>
            <w:tcW w:w="5932" w:type="dxa"/>
          </w:tcPr>
          <w:p w14:paraId="2D72F734" w14:textId="77777777" w:rsidR="00CB3FF1" w:rsidRPr="00CB3FF1" w:rsidRDefault="00CB3FF1" w:rsidP="00CB3FF1">
            <w:pPr>
              <w:pStyle w:val="0004"/>
              <w:spacing w:after="120" w:line="240" w:lineRule="auto"/>
              <w:rPr>
                <w:i w:val="0"/>
                <w:iCs/>
                <w:color w:val="000000"/>
                <w:sz w:val="22"/>
                <w:szCs w:val="22"/>
                <w:lang w:val="vi-VN"/>
              </w:rPr>
            </w:pPr>
            <w:r w:rsidRPr="00CB3FF1">
              <w:rPr>
                <w:i w:val="0"/>
                <w:iCs/>
                <w:color w:val="000000"/>
                <w:sz w:val="22"/>
                <w:szCs w:val="22"/>
                <w:lang w:val="vi-VN"/>
              </w:rPr>
              <w:t xml:space="preserve">Giáo dục phòng ngừa bạo lực và việc trẻ tự gây tổn thương cho bản thân </w:t>
            </w:r>
          </w:p>
        </w:tc>
        <w:tc>
          <w:tcPr>
            <w:tcW w:w="913" w:type="dxa"/>
          </w:tcPr>
          <w:p w14:paraId="2E8249A1"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2,68</w:t>
            </w:r>
          </w:p>
        </w:tc>
        <w:tc>
          <w:tcPr>
            <w:tcW w:w="912" w:type="dxa"/>
            <w:vAlign w:val="bottom"/>
          </w:tcPr>
          <w:p w14:paraId="574F60C1" w14:textId="77777777" w:rsidR="00CB3FF1" w:rsidRPr="00CB3FF1" w:rsidRDefault="00CB3FF1" w:rsidP="00CB3FF1">
            <w:pPr>
              <w:pStyle w:val="0004"/>
              <w:spacing w:after="120" w:line="240" w:lineRule="auto"/>
              <w:rPr>
                <w:i w:val="0"/>
                <w:iCs/>
                <w:sz w:val="22"/>
                <w:szCs w:val="22"/>
                <w:lang w:val="vi-VN"/>
              </w:rPr>
            </w:pPr>
            <w:r w:rsidRPr="00CB3FF1">
              <w:rPr>
                <w:i w:val="0"/>
                <w:iCs/>
                <w:sz w:val="22"/>
                <w:szCs w:val="22"/>
                <w:lang w:val="vi-VN"/>
              </w:rPr>
              <w:t xml:space="preserve">  </w:t>
            </w:r>
            <w:r w:rsidRPr="00CB3FF1">
              <w:rPr>
                <w:i w:val="0"/>
                <w:iCs/>
                <w:sz w:val="22"/>
                <w:szCs w:val="22"/>
              </w:rPr>
              <w:t>0</w:t>
            </w:r>
            <w:r w:rsidRPr="00CB3FF1">
              <w:rPr>
                <w:i w:val="0"/>
                <w:iCs/>
                <w:sz w:val="22"/>
                <w:szCs w:val="22"/>
                <w:lang w:val="vi-VN"/>
              </w:rPr>
              <w:t>,6</w:t>
            </w:r>
            <w:r w:rsidRPr="00CB3FF1">
              <w:rPr>
                <w:i w:val="0"/>
                <w:iCs/>
                <w:sz w:val="22"/>
                <w:szCs w:val="22"/>
              </w:rPr>
              <w:t>0</w:t>
            </w:r>
          </w:p>
        </w:tc>
        <w:tc>
          <w:tcPr>
            <w:tcW w:w="829" w:type="dxa"/>
          </w:tcPr>
          <w:p w14:paraId="1B3FBFF4"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6</w:t>
            </w:r>
          </w:p>
        </w:tc>
      </w:tr>
      <w:tr w:rsidR="00CB3FF1" w:rsidRPr="00CB3FF1" w14:paraId="069E7ABE" w14:textId="77777777" w:rsidTr="00323E6C">
        <w:trPr>
          <w:trHeight w:val="342"/>
        </w:trPr>
        <w:tc>
          <w:tcPr>
            <w:tcW w:w="759" w:type="dxa"/>
          </w:tcPr>
          <w:p w14:paraId="46D08583" w14:textId="77777777" w:rsidR="00CB3FF1" w:rsidRPr="00CB3FF1" w:rsidRDefault="00CB3FF1" w:rsidP="00CB3FF1">
            <w:pPr>
              <w:pStyle w:val="0004"/>
              <w:spacing w:after="120" w:line="240" w:lineRule="auto"/>
              <w:jc w:val="center"/>
              <w:rPr>
                <w:i w:val="0"/>
                <w:iCs/>
                <w:sz w:val="22"/>
                <w:szCs w:val="22"/>
                <w:lang w:val="vi-VN"/>
              </w:rPr>
            </w:pPr>
          </w:p>
        </w:tc>
        <w:tc>
          <w:tcPr>
            <w:tcW w:w="5932" w:type="dxa"/>
          </w:tcPr>
          <w:p w14:paraId="489ECFBA" w14:textId="77777777" w:rsidR="00CB3FF1" w:rsidRPr="00CB3FF1" w:rsidRDefault="00CB3FF1" w:rsidP="00CB3FF1">
            <w:pPr>
              <w:pStyle w:val="0004"/>
              <w:spacing w:after="120" w:line="240" w:lineRule="auto"/>
              <w:jc w:val="center"/>
              <w:rPr>
                <w:b/>
                <w:bCs/>
                <w:i w:val="0"/>
                <w:iCs/>
                <w:color w:val="000000"/>
                <w:sz w:val="22"/>
                <w:szCs w:val="22"/>
                <w:lang w:val="vi-VN"/>
              </w:rPr>
            </w:pPr>
            <w:r w:rsidRPr="00CB3FF1">
              <w:rPr>
                <w:b/>
                <w:bCs/>
                <w:i w:val="0"/>
                <w:iCs/>
                <w:color w:val="000000"/>
                <w:sz w:val="22"/>
                <w:szCs w:val="22"/>
                <w:lang w:val="vi-VN"/>
              </w:rPr>
              <w:t>ĐTB chung</w:t>
            </w:r>
          </w:p>
        </w:tc>
        <w:tc>
          <w:tcPr>
            <w:tcW w:w="913" w:type="dxa"/>
          </w:tcPr>
          <w:p w14:paraId="0F93E3F2"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2,89</w:t>
            </w:r>
          </w:p>
        </w:tc>
        <w:tc>
          <w:tcPr>
            <w:tcW w:w="912" w:type="dxa"/>
            <w:vAlign w:val="bottom"/>
          </w:tcPr>
          <w:p w14:paraId="379C786E" w14:textId="77777777" w:rsidR="00CB3FF1" w:rsidRPr="00CB3FF1" w:rsidRDefault="00CB3FF1" w:rsidP="00CB3FF1">
            <w:pPr>
              <w:pStyle w:val="0004"/>
              <w:spacing w:after="120" w:line="240" w:lineRule="auto"/>
              <w:rPr>
                <w:b/>
                <w:bCs/>
                <w:i w:val="0"/>
                <w:iCs/>
                <w:sz w:val="22"/>
                <w:szCs w:val="22"/>
                <w:lang w:val="vi-VN"/>
              </w:rPr>
            </w:pPr>
            <w:r w:rsidRPr="00CB3FF1">
              <w:rPr>
                <w:b/>
                <w:bCs/>
                <w:i w:val="0"/>
                <w:iCs/>
                <w:sz w:val="22"/>
                <w:szCs w:val="22"/>
                <w:lang w:val="vi-VN"/>
              </w:rPr>
              <w:t>0,57</w:t>
            </w:r>
          </w:p>
        </w:tc>
        <w:tc>
          <w:tcPr>
            <w:tcW w:w="829" w:type="dxa"/>
          </w:tcPr>
          <w:p w14:paraId="08C4F2AD" w14:textId="77777777" w:rsidR="00CB3FF1" w:rsidRPr="00CB3FF1" w:rsidRDefault="00CB3FF1" w:rsidP="00CB3FF1">
            <w:pPr>
              <w:pStyle w:val="0004"/>
              <w:spacing w:after="120" w:line="240" w:lineRule="auto"/>
              <w:jc w:val="center"/>
              <w:rPr>
                <w:i w:val="0"/>
                <w:iCs/>
                <w:sz w:val="22"/>
                <w:szCs w:val="22"/>
                <w:lang w:val="vi-VN"/>
              </w:rPr>
            </w:pPr>
          </w:p>
        </w:tc>
      </w:tr>
    </w:tbl>
    <w:p w14:paraId="08D77EBA" w14:textId="655C02A1" w:rsidR="00CB3FF1" w:rsidRPr="00CB3FF1" w:rsidRDefault="00CB3FF1" w:rsidP="00CB3FF1">
      <w:pPr>
        <w:pStyle w:val="0004"/>
        <w:spacing w:after="120" w:line="240" w:lineRule="auto"/>
        <w:rPr>
          <w:i w:val="0"/>
          <w:iCs/>
          <w:color w:val="000000"/>
          <w:sz w:val="22"/>
          <w:szCs w:val="22"/>
          <w:lang w:val="vi-VN"/>
        </w:rPr>
      </w:pPr>
      <w:proofErr w:type="spellStart"/>
      <w:r w:rsidRPr="00CB3FF1">
        <w:rPr>
          <w:rFonts w:eastAsia="KIBSE+F1"/>
          <w:i w:val="0"/>
          <w:iCs/>
          <w:color w:val="000000"/>
          <w:spacing w:val="9"/>
          <w:sz w:val="22"/>
          <w:szCs w:val="22"/>
        </w:rPr>
        <w:t>Kết</w:t>
      </w:r>
      <w:proofErr w:type="spellEnd"/>
      <w:r w:rsidRPr="00CB3FF1">
        <w:rPr>
          <w:rFonts w:eastAsia="KIBSE+F1"/>
          <w:i w:val="0"/>
          <w:iCs/>
          <w:color w:val="000000"/>
          <w:spacing w:val="9"/>
          <w:sz w:val="22"/>
          <w:szCs w:val="22"/>
          <w:lang w:val="vi-VN"/>
        </w:rPr>
        <w:t xml:space="preserve"> quả khảo sát </w:t>
      </w:r>
      <w:r w:rsidRPr="00CB3FF1">
        <w:rPr>
          <w:rFonts w:eastAsia="KIBSE+F1"/>
          <w:i w:val="0"/>
          <w:iCs/>
          <w:color w:val="000000"/>
          <w:w w:val="101"/>
          <w:sz w:val="22"/>
          <w:szCs w:val="22"/>
          <w:lang w:val="vi-VN"/>
        </w:rPr>
        <w:t xml:space="preserve">ở bảng 2 </w:t>
      </w:r>
      <w:proofErr w:type="spellStart"/>
      <w:r w:rsidRPr="00CB3FF1">
        <w:rPr>
          <w:rFonts w:eastAsia="KIBSE+F1"/>
          <w:i w:val="0"/>
          <w:iCs/>
          <w:color w:val="000000"/>
          <w:w w:val="101"/>
          <w:sz w:val="22"/>
          <w:szCs w:val="22"/>
        </w:rPr>
        <w:t>c</w:t>
      </w:r>
      <w:r w:rsidRPr="00CB3FF1">
        <w:rPr>
          <w:rFonts w:eastAsia="KIBSE+F1"/>
          <w:i w:val="0"/>
          <w:iCs/>
          <w:color w:val="000000"/>
          <w:spacing w:val="-1"/>
          <w:w w:val="101"/>
          <w:sz w:val="22"/>
          <w:szCs w:val="22"/>
        </w:rPr>
        <w:t>h</w:t>
      </w:r>
      <w:r w:rsidRPr="00CB3FF1">
        <w:rPr>
          <w:rFonts w:eastAsia="KIBSE+F1"/>
          <w:i w:val="0"/>
          <w:iCs/>
          <w:color w:val="000000"/>
          <w:w w:val="101"/>
          <w:sz w:val="22"/>
          <w:szCs w:val="22"/>
        </w:rPr>
        <w:t>o</w:t>
      </w:r>
      <w:proofErr w:type="spellEnd"/>
      <w:r w:rsidRPr="00CB3FF1">
        <w:rPr>
          <w:rFonts w:eastAsia="KIBSE+F1"/>
          <w:i w:val="0"/>
          <w:iCs/>
          <w:color w:val="000000"/>
          <w:spacing w:val="6"/>
          <w:sz w:val="22"/>
          <w:szCs w:val="22"/>
        </w:rPr>
        <w:t xml:space="preserve"> </w:t>
      </w:r>
      <w:proofErr w:type="spellStart"/>
      <w:r w:rsidRPr="00CB3FF1">
        <w:rPr>
          <w:rFonts w:eastAsia="KIBSE+F1"/>
          <w:i w:val="0"/>
          <w:iCs/>
          <w:color w:val="000000"/>
          <w:w w:val="101"/>
          <w:sz w:val="22"/>
          <w:szCs w:val="22"/>
        </w:rPr>
        <w:t>th</w:t>
      </w:r>
      <w:r w:rsidRPr="00CB3FF1">
        <w:rPr>
          <w:rFonts w:eastAsia="KIBSE+F1"/>
          <w:i w:val="0"/>
          <w:iCs/>
          <w:color w:val="000000"/>
          <w:spacing w:val="2"/>
          <w:w w:val="101"/>
          <w:sz w:val="22"/>
          <w:szCs w:val="22"/>
        </w:rPr>
        <w:t>ấ</w:t>
      </w:r>
      <w:r w:rsidRPr="00CB3FF1">
        <w:rPr>
          <w:rFonts w:eastAsia="KIBSE+F1"/>
          <w:i w:val="0"/>
          <w:iCs/>
          <w:color w:val="000000"/>
          <w:spacing w:val="-3"/>
          <w:w w:val="101"/>
          <w:sz w:val="22"/>
          <w:szCs w:val="22"/>
        </w:rPr>
        <w:t>y</w:t>
      </w:r>
      <w:proofErr w:type="spellEnd"/>
      <w:r w:rsidRPr="00CB3FF1">
        <w:rPr>
          <w:rFonts w:eastAsia="KIBSE+F1"/>
          <w:i w:val="0"/>
          <w:iCs/>
          <w:color w:val="000000"/>
          <w:w w:val="101"/>
          <w:sz w:val="22"/>
          <w:szCs w:val="22"/>
        </w:rPr>
        <w:t>,</w:t>
      </w:r>
      <w:r w:rsidRPr="00CB3FF1">
        <w:rPr>
          <w:rFonts w:eastAsia="KIBSE+F1"/>
          <w:i w:val="0"/>
          <w:iCs/>
          <w:color w:val="000000"/>
          <w:spacing w:val="5"/>
          <w:sz w:val="22"/>
          <w:szCs w:val="22"/>
        </w:rPr>
        <w:t xml:space="preserve"> </w:t>
      </w:r>
      <w:proofErr w:type="spellStart"/>
      <w:r w:rsidRPr="00CB3FF1">
        <w:rPr>
          <w:rFonts w:eastAsia="KIBSE+F1"/>
          <w:i w:val="0"/>
          <w:iCs/>
          <w:color w:val="000000"/>
          <w:spacing w:val="1"/>
          <w:w w:val="101"/>
          <w:sz w:val="22"/>
          <w:szCs w:val="22"/>
        </w:rPr>
        <w:t>c</w:t>
      </w:r>
      <w:r w:rsidRPr="00CB3FF1">
        <w:rPr>
          <w:rFonts w:eastAsia="KIBSE+F1"/>
          <w:i w:val="0"/>
          <w:iCs/>
          <w:color w:val="000000"/>
          <w:w w:val="101"/>
          <w:sz w:val="22"/>
          <w:szCs w:val="22"/>
        </w:rPr>
        <w:t>ác</w:t>
      </w:r>
      <w:proofErr w:type="spellEnd"/>
      <w:r w:rsidRPr="00CB3FF1">
        <w:rPr>
          <w:rFonts w:eastAsia="KIBSE+F1"/>
          <w:i w:val="0"/>
          <w:iCs/>
          <w:color w:val="000000"/>
          <w:spacing w:val="5"/>
          <w:sz w:val="22"/>
          <w:szCs w:val="22"/>
        </w:rPr>
        <w:t xml:space="preserve"> </w:t>
      </w:r>
      <w:proofErr w:type="spellStart"/>
      <w:r w:rsidRPr="00CB3FF1">
        <w:rPr>
          <w:rFonts w:eastAsia="KIBSE+F1"/>
          <w:i w:val="0"/>
          <w:iCs/>
          <w:color w:val="000000"/>
          <w:spacing w:val="3"/>
          <w:w w:val="101"/>
          <w:sz w:val="22"/>
          <w:szCs w:val="22"/>
        </w:rPr>
        <w:t>n</w:t>
      </w:r>
      <w:r w:rsidRPr="00CB3FF1">
        <w:rPr>
          <w:rFonts w:eastAsia="KIBSE+F1"/>
          <w:i w:val="0"/>
          <w:iCs/>
          <w:color w:val="000000"/>
          <w:spacing w:val="-1"/>
          <w:w w:val="101"/>
          <w:sz w:val="22"/>
          <w:szCs w:val="22"/>
        </w:rPr>
        <w:t>ộ</w:t>
      </w:r>
      <w:r w:rsidRPr="00CB3FF1">
        <w:rPr>
          <w:rFonts w:eastAsia="KIBSE+F1"/>
          <w:i w:val="0"/>
          <w:iCs/>
          <w:color w:val="000000"/>
          <w:w w:val="101"/>
          <w:sz w:val="22"/>
          <w:szCs w:val="22"/>
        </w:rPr>
        <w:t>i</w:t>
      </w:r>
      <w:proofErr w:type="spellEnd"/>
      <w:r w:rsidRPr="00CB3FF1">
        <w:rPr>
          <w:rFonts w:eastAsia="KIBSE+F1"/>
          <w:i w:val="0"/>
          <w:iCs/>
          <w:color w:val="000000"/>
          <w:spacing w:val="3"/>
          <w:sz w:val="22"/>
          <w:szCs w:val="22"/>
        </w:rPr>
        <w:t xml:space="preserve"> </w:t>
      </w:r>
      <w:r w:rsidRPr="00CB3FF1">
        <w:rPr>
          <w:rFonts w:eastAsia="KIBSE+F1"/>
          <w:i w:val="0"/>
          <w:iCs/>
          <w:color w:val="000000"/>
          <w:spacing w:val="3"/>
          <w:w w:val="101"/>
          <w:sz w:val="22"/>
          <w:szCs w:val="22"/>
        </w:rPr>
        <w:t>d</w:t>
      </w:r>
      <w:r w:rsidRPr="00CB3FF1">
        <w:rPr>
          <w:rFonts w:eastAsia="KIBSE+F1"/>
          <w:i w:val="0"/>
          <w:iCs/>
          <w:color w:val="000000"/>
          <w:spacing w:val="-1"/>
          <w:w w:val="101"/>
          <w:sz w:val="22"/>
          <w:szCs w:val="22"/>
        </w:rPr>
        <w:t>u</w:t>
      </w:r>
      <w:r w:rsidRPr="00CB3FF1">
        <w:rPr>
          <w:rFonts w:eastAsia="KIBSE+F1"/>
          <w:i w:val="0"/>
          <w:iCs/>
          <w:color w:val="000000"/>
          <w:w w:val="101"/>
          <w:sz w:val="22"/>
          <w:szCs w:val="22"/>
        </w:rPr>
        <w:t>ng</w:t>
      </w:r>
      <w:r w:rsidRPr="00CB3FF1">
        <w:rPr>
          <w:rFonts w:eastAsia="KIBSE+F1"/>
          <w:i w:val="0"/>
          <w:iCs/>
          <w:color w:val="000000"/>
          <w:spacing w:val="6"/>
          <w:sz w:val="22"/>
          <w:szCs w:val="22"/>
        </w:rPr>
        <w:t xml:space="preserve"> </w:t>
      </w:r>
      <w:r w:rsidRPr="00CB3FF1">
        <w:rPr>
          <w:rFonts w:eastAsia="KIBSE+F1"/>
          <w:i w:val="0"/>
          <w:iCs/>
          <w:color w:val="000000"/>
          <w:sz w:val="22"/>
          <w:szCs w:val="22"/>
          <w:lang w:val="vi-VN"/>
        </w:rPr>
        <w:t xml:space="preserve">GD </w:t>
      </w:r>
      <w:r w:rsidRPr="00CB3FF1">
        <w:rPr>
          <w:rFonts w:eastAsia="KIBSE+F1"/>
          <w:i w:val="0"/>
          <w:iCs/>
          <w:color w:val="000000"/>
          <w:spacing w:val="1"/>
          <w:w w:val="101"/>
          <w:sz w:val="22"/>
          <w:szCs w:val="22"/>
          <w:lang w:val="vi-VN"/>
        </w:rPr>
        <w:t>phòng ngừa</w:t>
      </w:r>
      <w:r w:rsidRPr="00CB3FF1">
        <w:rPr>
          <w:rFonts w:eastAsia="KIBSE+F1"/>
          <w:i w:val="0"/>
          <w:iCs/>
          <w:color w:val="000000"/>
          <w:spacing w:val="-1"/>
          <w:w w:val="101"/>
          <w:sz w:val="22"/>
          <w:szCs w:val="22"/>
          <w:lang w:val="vi-VN"/>
        </w:rPr>
        <w:t xml:space="preserve"> </w:t>
      </w:r>
      <w:r w:rsidRPr="00CB3FF1">
        <w:rPr>
          <w:rFonts w:eastAsia="KIBSE+F1"/>
          <w:i w:val="0"/>
          <w:iCs/>
          <w:color w:val="000000"/>
          <w:w w:val="101"/>
          <w:sz w:val="22"/>
          <w:szCs w:val="22"/>
        </w:rPr>
        <w:t>T</w:t>
      </w:r>
      <w:r w:rsidRPr="00CB3FF1">
        <w:rPr>
          <w:rFonts w:eastAsia="KIBSE+F1"/>
          <w:i w:val="0"/>
          <w:iCs/>
          <w:color w:val="000000"/>
          <w:spacing w:val="1"/>
          <w:w w:val="101"/>
          <w:sz w:val="22"/>
          <w:szCs w:val="22"/>
        </w:rPr>
        <w:t>N</w:t>
      </w:r>
      <w:r w:rsidRPr="00CB3FF1">
        <w:rPr>
          <w:rFonts w:eastAsia="KIBSE+F1"/>
          <w:i w:val="0"/>
          <w:iCs/>
          <w:color w:val="000000"/>
          <w:spacing w:val="-1"/>
          <w:w w:val="101"/>
          <w:sz w:val="22"/>
          <w:szCs w:val="22"/>
        </w:rPr>
        <w:t>T</w:t>
      </w:r>
      <w:r w:rsidRPr="00CB3FF1">
        <w:rPr>
          <w:rFonts w:eastAsia="KIBSE+F1"/>
          <w:i w:val="0"/>
          <w:iCs/>
          <w:color w:val="000000"/>
          <w:w w:val="101"/>
          <w:sz w:val="22"/>
          <w:szCs w:val="22"/>
        </w:rPr>
        <w:t>T</w:t>
      </w:r>
      <w:r w:rsidRPr="00CB3FF1">
        <w:rPr>
          <w:rFonts w:eastAsia="KIBSE+F1"/>
          <w:i w:val="0"/>
          <w:iCs/>
          <w:color w:val="000000"/>
          <w:spacing w:val="6"/>
          <w:sz w:val="22"/>
          <w:szCs w:val="22"/>
        </w:rPr>
        <w:t xml:space="preserve"> </w:t>
      </w:r>
      <w:proofErr w:type="spellStart"/>
      <w:r w:rsidRPr="00CB3FF1">
        <w:rPr>
          <w:rFonts w:eastAsia="KIBSE+F1"/>
          <w:i w:val="0"/>
          <w:iCs/>
          <w:color w:val="000000"/>
          <w:w w:val="101"/>
          <w:sz w:val="22"/>
          <w:szCs w:val="22"/>
        </w:rPr>
        <w:t>cho</w:t>
      </w:r>
      <w:proofErr w:type="spellEnd"/>
      <w:r w:rsidRPr="00CB3FF1">
        <w:rPr>
          <w:rFonts w:eastAsia="KIBSE+F1"/>
          <w:i w:val="0"/>
          <w:iCs/>
          <w:color w:val="000000"/>
          <w:spacing w:val="7"/>
          <w:sz w:val="22"/>
          <w:szCs w:val="22"/>
        </w:rPr>
        <w:t xml:space="preserve"> </w:t>
      </w:r>
      <w:proofErr w:type="spellStart"/>
      <w:r w:rsidRPr="00CB3FF1">
        <w:rPr>
          <w:rFonts w:eastAsia="KIBSE+F1"/>
          <w:i w:val="0"/>
          <w:iCs/>
          <w:color w:val="000000"/>
          <w:w w:val="101"/>
          <w:sz w:val="22"/>
          <w:szCs w:val="22"/>
        </w:rPr>
        <w:t>trẻ</w:t>
      </w:r>
      <w:proofErr w:type="spellEnd"/>
      <w:r w:rsidRPr="00CB3FF1">
        <w:rPr>
          <w:rFonts w:eastAsia="KIBSE+F1"/>
          <w:i w:val="0"/>
          <w:iCs/>
          <w:color w:val="000000"/>
          <w:spacing w:val="3"/>
          <w:sz w:val="22"/>
          <w:szCs w:val="22"/>
        </w:rPr>
        <w:t xml:space="preserve"> MG</w:t>
      </w:r>
      <w:r w:rsidRPr="00CB3FF1">
        <w:rPr>
          <w:rFonts w:eastAsia="KIBSE+F1"/>
          <w:i w:val="0"/>
          <w:iCs/>
          <w:color w:val="000000"/>
          <w:spacing w:val="3"/>
          <w:sz w:val="22"/>
          <w:szCs w:val="22"/>
          <w:lang w:val="vi-VN"/>
        </w:rPr>
        <w:t xml:space="preserve"> </w:t>
      </w:r>
      <w:proofErr w:type="spellStart"/>
      <w:r w:rsidRPr="00CB3FF1">
        <w:rPr>
          <w:rFonts w:eastAsia="KIBSE+F1"/>
          <w:i w:val="0"/>
          <w:iCs/>
          <w:color w:val="000000"/>
          <w:w w:val="101"/>
          <w:sz w:val="22"/>
          <w:szCs w:val="22"/>
        </w:rPr>
        <w:t>đã</w:t>
      </w:r>
      <w:proofErr w:type="spellEnd"/>
      <w:r w:rsidRPr="00CB3FF1">
        <w:rPr>
          <w:rFonts w:eastAsia="KIBSE+F1"/>
          <w:i w:val="0"/>
          <w:iCs/>
          <w:color w:val="000000"/>
          <w:spacing w:val="4"/>
          <w:sz w:val="22"/>
          <w:szCs w:val="22"/>
        </w:rPr>
        <w:t xml:space="preserve"> </w:t>
      </w:r>
      <w:proofErr w:type="spellStart"/>
      <w:r w:rsidRPr="00CB3FF1">
        <w:rPr>
          <w:rFonts w:eastAsia="KIBSE+F1"/>
          <w:i w:val="0"/>
          <w:iCs/>
          <w:color w:val="000000"/>
          <w:w w:val="101"/>
          <w:sz w:val="22"/>
          <w:szCs w:val="22"/>
        </w:rPr>
        <w:t>đ</w:t>
      </w:r>
      <w:r w:rsidRPr="00CB3FF1">
        <w:rPr>
          <w:rFonts w:eastAsia="KIBSE+F1"/>
          <w:i w:val="0"/>
          <w:iCs/>
          <w:color w:val="000000"/>
          <w:spacing w:val="3"/>
          <w:w w:val="101"/>
          <w:sz w:val="22"/>
          <w:szCs w:val="22"/>
        </w:rPr>
        <w:t>ư</w:t>
      </w:r>
      <w:r w:rsidRPr="00CB3FF1">
        <w:rPr>
          <w:rFonts w:eastAsia="KIBSE+F1"/>
          <w:i w:val="0"/>
          <w:iCs/>
          <w:color w:val="000000"/>
          <w:w w:val="101"/>
          <w:sz w:val="22"/>
          <w:szCs w:val="22"/>
        </w:rPr>
        <w:t>ợc</w:t>
      </w:r>
      <w:proofErr w:type="spellEnd"/>
      <w:r w:rsidRPr="00CB3FF1">
        <w:rPr>
          <w:rFonts w:eastAsia="KIBSE+F1"/>
          <w:i w:val="0"/>
          <w:iCs/>
          <w:color w:val="000000"/>
          <w:spacing w:val="6"/>
          <w:sz w:val="22"/>
          <w:szCs w:val="22"/>
        </w:rPr>
        <w:t xml:space="preserve"> </w:t>
      </w:r>
      <w:proofErr w:type="spellStart"/>
      <w:r w:rsidRPr="00CB3FF1">
        <w:rPr>
          <w:rFonts w:eastAsia="KIBSE+F1"/>
          <w:i w:val="0"/>
          <w:iCs/>
          <w:color w:val="000000"/>
          <w:w w:val="101"/>
          <w:sz w:val="22"/>
          <w:szCs w:val="22"/>
        </w:rPr>
        <w:t>các</w:t>
      </w:r>
      <w:proofErr w:type="spellEnd"/>
      <w:r w:rsidRPr="00CB3FF1">
        <w:rPr>
          <w:i w:val="0"/>
          <w:iCs/>
          <w:color w:val="000000"/>
          <w:sz w:val="22"/>
          <w:szCs w:val="22"/>
          <w:lang w:val="vi-VN"/>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2"/>
          <w:w w:val="101"/>
          <w:sz w:val="22"/>
          <w:szCs w:val="22"/>
        </w:rPr>
        <w:t>r</w:t>
      </w:r>
      <w:r w:rsidRPr="00CB3FF1">
        <w:rPr>
          <w:rFonts w:eastAsia="KIBSE+F1"/>
          <w:i w:val="0"/>
          <w:iCs/>
          <w:color w:val="000000"/>
          <w:w w:val="101"/>
          <w:sz w:val="22"/>
          <w:szCs w:val="22"/>
        </w:rPr>
        <w:t>ường</w:t>
      </w:r>
      <w:proofErr w:type="spellEnd"/>
      <w:r w:rsidRPr="00CB3FF1">
        <w:rPr>
          <w:rFonts w:eastAsia="KIBSE+F1"/>
          <w:i w:val="0"/>
          <w:iCs/>
          <w:color w:val="000000"/>
          <w:spacing w:val="33"/>
          <w:sz w:val="22"/>
          <w:szCs w:val="22"/>
        </w:rPr>
        <w:t xml:space="preserve"> </w:t>
      </w:r>
      <w:r w:rsidRPr="00CB3FF1">
        <w:rPr>
          <w:rFonts w:eastAsia="KIBSE+F1"/>
          <w:i w:val="0"/>
          <w:iCs/>
          <w:color w:val="000000"/>
          <w:w w:val="101"/>
          <w:sz w:val="22"/>
          <w:szCs w:val="22"/>
        </w:rPr>
        <w:t>MN</w:t>
      </w:r>
      <w:r w:rsidRPr="00CB3FF1">
        <w:rPr>
          <w:rFonts w:eastAsia="KIBSE+F1"/>
          <w:i w:val="0"/>
          <w:iCs/>
          <w:color w:val="000000"/>
          <w:w w:val="101"/>
          <w:sz w:val="22"/>
          <w:szCs w:val="22"/>
          <w:lang w:val="vi-VN"/>
        </w:rPr>
        <w:t xml:space="preserve"> ở huyện Củ Chi, TP HCM</w:t>
      </w:r>
      <w:r w:rsidRPr="00CB3FF1">
        <w:rPr>
          <w:rFonts w:eastAsia="KIBSE+F1"/>
          <w:i w:val="0"/>
          <w:iCs/>
          <w:color w:val="000000"/>
          <w:spacing w:val="27"/>
          <w:sz w:val="22"/>
          <w:szCs w:val="22"/>
        </w:rPr>
        <w:t xml:space="preserve"> </w:t>
      </w:r>
      <w:proofErr w:type="spellStart"/>
      <w:r w:rsidRPr="00CB3FF1">
        <w:rPr>
          <w:rFonts w:eastAsia="KIBSE+F1"/>
          <w:i w:val="0"/>
          <w:iCs/>
          <w:color w:val="000000"/>
          <w:spacing w:val="3"/>
          <w:w w:val="101"/>
          <w:sz w:val="22"/>
          <w:szCs w:val="22"/>
        </w:rPr>
        <w:t>q</w:t>
      </w:r>
      <w:r w:rsidRPr="00CB3FF1">
        <w:rPr>
          <w:rFonts w:eastAsia="KIBSE+F1"/>
          <w:i w:val="0"/>
          <w:iCs/>
          <w:color w:val="000000"/>
          <w:spacing w:val="-1"/>
          <w:w w:val="101"/>
          <w:sz w:val="22"/>
          <w:szCs w:val="22"/>
        </w:rPr>
        <w:t>u</w:t>
      </w:r>
      <w:r w:rsidRPr="00CB3FF1">
        <w:rPr>
          <w:rFonts w:eastAsia="KIBSE+F1"/>
          <w:i w:val="0"/>
          <w:iCs/>
          <w:color w:val="000000"/>
          <w:spacing w:val="1"/>
          <w:w w:val="101"/>
          <w:sz w:val="22"/>
          <w:szCs w:val="22"/>
        </w:rPr>
        <w:t>a</w:t>
      </w:r>
      <w:r w:rsidRPr="00CB3FF1">
        <w:rPr>
          <w:rFonts w:eastAsia="KIBSE+F1"/>
          <w:i w:val="0"/>
          <w:iCs/>
          <w:color w:val="000000"/>
          <w:w w:val="101"/>
          <w:sz w:val="22"/>
          <w:szCs w:val="22"/>
        </w:rPr>
        <w:t>n</w:t>
      </w:r>
      <w:proofErr w:type="spellEnd"/>
      <w:r w:rsidRPr="00CB3FF1">
        <w:rPr>
          <w:rFonts w:eastAsia="KIBSE+F1"/>
          <w:i w:val="0"/>
          <w:iCs/>
          <w:color w:val="000000"/>
          <w:spacing w:val="32"/>
          <w:sz w:val="22"/>
          <w:szCs w:val="22"/>
        </w:rPr>
        <w:t xml:space="preserve"> </w:t>
      </w:r>
      <w:proofErr w:type="spellStart"/>
      <w:r w:rsidRPr="00CB3FF1">
        <w:rPr>
          <w:rFonts w:eastAsia="KIBSE+F1"/>
          <w:i w:val="0"/>
          <w:iCs/>
          <w:color w:val="000000"/>
          <w:spacing w:val="1"/>
          <w:w w:val="101"/>
          <w:sz w:val="22"/>
          <w:szCs w:val="22"/>
        </w:rPr>
        <w:t>t</w:t>
      </w:r>
      <w:r w:rsidRPr="00CB3FF1">
        <w:rPr>
          <w:rFonts w:eastAsia="KIBSE+F1"/>
          <w:i w:val="0"/>
          <w:iCs/>
          <w:color w:val="000000"/>
          <w:w w:val="101"/>
          <w:sz w:val="22"/>
          <w:szCs w:val="22"/>
        </w:rPr>
        <w:t>â</w:t>
      </w:r>
      <w:r w:rsidRPr="00CB3FF1">
        <w:rPr>
          <w:rFonts w:eastAsia="KIBSE+F1"/>
          <w:i w:val="0"/>
          <w:iCs/>
          <w:color w:val="000000"/>
          <w:spacing w:val="-3"/>
          <w:w w:val="101"/>
          <w:sz w:val="22"/>
          <w:szCs w:val="22"/>
        </w:rPr>
        <w:t>m</w:t>
      </w:r>
      <w:proofErr w:type="spellEnd"/>
      <w:r w:rsidRPr="00CB3FF1">
        <w:rPr>
          <w:rFonts w:eastAsia="KIBSE+F1"/>
          <w:i w:val="0"/>
          <w:iCs/>
          <w:color w:val="000000"/>
          <w:w w:val="101"/>
          <w:sz w:val="22"/>
          <w:szCs w:val="22"/>
        </w:rPr>
        <w:t>,</w:t>
      </w:r>
      <w:r w:rsidRPr="00CB3FF1">
        <w:rPr>
          <w:rFonts w:eastAsia="KIBSE+F1"/>
          <w:i w:val="0"/>
          <w:iCs/>
          <w:color w:val="000000"/>
          <w:spacing w:val="32"/>
          <w:sz w:val="22"/>
          <w:szCs w:val="22"/>
        </w:rPr>
        <w:t xml:space="preserve"> </w:t>
      </w:r>
      <w:proofErr w:type="spellStart"/>
      <w:r w:rsidRPr="00CB3FF1">
        <w:rPr>
          <w:rFonts w:eastAsia="KIBSE+F1"/>
          <w:i w:val="0"/>
          <w:iCs/>
          <w:color w:val="000000"/>
          <w:spacing w:val="1"/>
          <w:w w:val="101"/>
          <w:sz w:val="22"/>
          <w:szCs w:val="22"/>
        </w:rPr>
        <w:t>c</w:t>
      </w:r>
      <w:r w:rsidRPr="00CB3FF1">
        <w:rPr>
          <w:rFonts w:eastAsia="KIBSE+F1"/>
          <w:i w:val="0"/>
          <w:iCs/>
          <w:color w:val="000000"/>
          <w:spacing w:val="3"/>
          <w:w w:val="101"/>
          <w:sz w:val="22"/>
          <w:szCs w:val="22"/>
        </w:rPr>
        <w:t>h</w:t>
      </w:r>
      <w:r w:rsidRPr="00CB3FF1">
        <w:rPr>
          <w:rFonts w:eastAsia="KIBSE+F1"/>
          <w:i w:val="0"/>
          <w:iCs/>
          <w:color w:val="000000"/>
          <w:w w:val="101"/>
          <w:sz w:val="22"/>
          <w:szCs w:val="22"/>
        </w:rPr>
        <w:t>ú</w:t>
      </w:r>
      <w:proofErr w:type="spellEnd"/>
      <w:r w:rsidRPr="00CB3FF1">
        <w:rPr>
          <w:rFonts w:eastAsia="KIBSE+F1"/>
          <w:i w:val="0"/>
          <w:iCs/>
          <w:color w:val="000000"/>
          <w:spacing w:val="33"/>
          <w:sz w:val="22"/>
          <w:szCs w:val="22"/>
        </w:rPr>
        <w:t xml:space="preserve"> </w:t>
      </w:r>
      <w:proofErr w:type="spellStart"/>
      <w:r w:rsidRPr="00CB3FF1">
        <w:rPr>
          <w:rFonts w:eastAsia="KIBSE+F1"/>
          <w:i w:val="0"/>
          <w:iCs/>
          <w:color w:val="000000"/>
          <w:w w:val="101"/>
          <w:sz w:val="22"/>
          <w:szCs w:val="22"/>
        </w:rPr>
        <w:t>t</w:t>
      </w:r>
      <w:r w:rsidRPr="00CB3FF1">
        <w:rPr>
          <w:rFonts w:eastAsia="KIBSE+F1"/>
          <w:i w:val="0"/>
          <w:iCs/>
          <w:color w:val="000000"/>
          <w:spacing w:val="-1"/>
          <w:w w:val="101"/>
          <w:sz w:val="22"/>
          <w:szCs w:val="22"/>
        </w:rPr>
        <w:t>r</w:t>
      </w:r>
      <w:r w:rsidRPr="00CB3FF1">
        <w:rPr>
          <w:rFonts w:eastAsia="KIBSE+F1"/>
          <w:i w:val="0"/>
          <w:iCs/>
          <w:color w:val="000000"/>
          <w:spacing w:val="1"/>
          <w:w w:val="101"/>
          <w:sz w:val="22"/>
          <w:szCs w:val="22"/>
        </w:rPr>
        <w:t>ọ</w:t>
      </w:r>
      <w:r w:rsidRPr="00CB3FF1">
        <w:rPr>
          <w:rFonts w:eastAsia="KIBSE+F1"/>
          <w:i w:val="0"/>
          <w:iCs/>
          <w:color w:val="000000"/>
          <w:w w:val="101"/>
          <w:sz w:val="22"/>
          <w:szCs w:val="22"/>
        </w:rPr>
        <w:t>n</w:t>
      </w:r>
      <w:proofErr w:type="spellEnd"/>
      <w:r w:rsidRPr="00CB3FF1">
        <w:rPr>
          <w:rFonts w:eastAsia="KIBSE+F1"/>
          <w:i w:val="0"/>
          <w:iCs/>
          <w:color w:val="000000"/>
          <w:w w:val="101"/>
          <w:sz w:val="22"/>
          <w:szCs w:val="22"/>
          <w:lang w:val="vi-VN"/>
        </w:rPr>
        <w:t xml:space="preserve">g tuy nhiên mức </w:t>
      </w:r>
      <w:proofErr w:type="spellStart"/>
      <w:r w:rsidRPr="00CB3FF1">
        <w:rPr>
          <w:rFonts w:eastAsia="KIBSE+F1"/>
          <w:i w:val="0"/>
          <w:iCs/>
          <w:color w:val="000000"/>
          <w:w w:val="101"/>
          <w:sz w:val="22"/>
          <w:szCs w:val="22"/>
        </w:rPr>
        <w:t>t</w:t>
      </w:r>
      <w:r w:rsidRPr="00CB3FF1">
        <w:rPr>
          <w:rFonts w:eastAsia="KIBSE+F1"/>
          <w:i w:val="0"/>
          <w:iCs/>
          <w:color w:val="000000"/>
          <w:spacing w:val="3"/>
          <w:w w:val="101"/>
          <w:sz w:val="22"/>
          <w:szCs w:val="22"/>
        </w:rPr>
        <w:t>h</w:t>
      </w:r>
      <w:r w:rsidRPr="00CB3FF1">
        <w:rPr>
          <w:rFonts w:eastAsia="KIBSE+F1"/>
          <w:i w:val="0"/>
          <w:iCs/>
          <w:color w:val="000000"/>
          <w:spacing w:val="1"/>
          <w:w w:val="101"/>
          <w:sz w:val="22"/>
          <w:szCs w:val="22"/>
        </w:rPr>
        <w:t>ực</w:t>
      </w:r>
      <w:proofErr w:type="spellEnd"/>
      <w:r w:rsidRPr="00CB3FF1">
        <w:rPr>
          <w:rFonts w:eastAsia="KIBSE+F1"/>
          <w:i w:val="0"/>
          <w:iCs/>
          <w:color w:val="000000"/>
          <w:spacing w:val="29"/>
          <w:sz w:val="22"/>
          <w:szCs w:val="22"/>
        </w:rPr>
        <w:t xml:space="preserve"> </w:t>
      </w:r>
      <w:proofErr w:type="spellStart"/>
      <w:r w:rsidRPr="00CB3FF1">
        <w:rPr>
          <w:rFonts w:eastAsia="KIBSE+F1"/>
          <w:i w:val="0"/>
          <w:iCs/>
          <w:color w:val="000000"/>
          <w:w w:val="101"/>
          <w:sz w:val="22"/>
          <w:szCs w:val="22"/>
        </w:rPr>
        <w:t>hiệ</w:t>
      </w:r>
      <w:r w:rsidRPr="00CB3FF1">
        <w:rPr>
          <w:rFonts w:eastAsia="KIBSE+F1"/>
          <w:i w:val="0"/>
          <w:iCs/>
          <w:color w:val="000000"/>
          <w:spacing w:val="-1"/>
          <w:w w:val="101"/>
          <w:sz w:val="22"/>
          <w:szCs w:val="22"/>
        </w:rPr>
        <w:t>n</w:t>
      </w:r>
      <w:proofErr w:type="spellEnd"/>
      <w:r w:rsidRPr="00CB3FF1">
        <w:rPr>
          <w:rFonts w:eastAsia="KIBSE+F1"/>
          <w:i w:val="0"/>
          <w:iCs/>
          <w:color w:val="000000"/>
          <w:spacing w:val="-1"/>
          <w:w w:val="101"/>
          <w:sz w:val="22"/>
          <w:szCs w:val="22"/>
          <w:lang w:val="vi-VN"/>
        </w:rPr>
        <w:t xml:space="preserve"> mới đạt khá thường xuyên với ĐTB chung là 2,89 và như vậy cần tăng cường thực hiện hơn nữa các nội dung </w:t>
      </w:r>
      <w:r w:rsidRPr="00CB3FF1">
        <w:rPr>
          <w:rFonts w:eastAsia="KIBSE+F1"/>
          <w:i w:val="0"/>
          <w:iCs/>
          <w:color w:val="000000"/>
          <w:sz w:val="22"/>
          <w:szCs w:val="22"/>
          <w:lang w:val="vi-VN"/>
        </w:rPr>
        <w:t xml:space="preserve">GD </w:t>
      </w:r>
      <w:r w:rsidRPr="00CB3FF1">
        <w:rPr>
          <w:rFonts w:eastAsia="KIBSE+F1"/>
          <w:i w:val="0"/>
          <w:iCs/>
          <w:color w:val="000000"/>
          <w:spacing w:val="1"/>
          <w:w w:val="101"/>
          <w:sz w:val="22"/>
          <w:szCs w:val="22"/>
          <w:lang w:val="vi-VN"/>
        </w:rPr>
        <w:t>phòng ngừa</w:t>
      </w:r>
      <w:r w:rsidRPr="00CB3FF1">
        <w:rPr>
          <w:rFonts w:eastAsia="KIBSE+F1"/>
          <w:i w:val="0"/>
          <w:iCs/>
          <w:color w:val="000000"/>
          <w:spacing w:val="-1"/>
          <w:w w:val="101"/>
          <w:sz w:val="22"/>
          <w:szCs w:val="22"/>
          <w:lang w:val="vi-VN"/>
        </w:rPr>
        <w:t xml:space="preserve"> TNTT cho trẻ</w:t>
      </w:r>
      <w:r w:rsidRPr="00CB3FF1">
        <w:rPr>
          <w:rFonts w:eastAsia="KIBSE+F1"/>
          <w:i w:val="0"/>
          <w:iCs/>
          <w:color w:val="000000"/>
          <w:w w:val="101"/>
          <w:sz w:val="22"/>
          <w:szCs w:val="22"/>
        </w:rPr>
        <w:t>.</w:t>
      </w:r>
      <w:r w:rsidRPr="00CB3FF1">
        <w:rPr>
          <w:rFonts w:eastAsia="KIBSE+F1"/>
          <w:i w:val="0"/>
          <w:iCs/>
          <w:color w:val="000000"/>
          <w:w w:val="101"/>
          <w:sz w:val="22"/>
          <w:szCs w:val="22"/>
          <w:lang w:val="vi-VN"/>
        </w:rPr>
        <w:t xml:space="preserve"> </w:t>
      </w:r>
      <w:r w:rsidRPr="00CB3FF1">
        <w:rPr>
          <w:i w:val="0"/>
          <w:iCs/>
          <w:color w:val="1F1F1F"/>
          <w:sz w:val="22"/>
          <w:szCs w:val="22"/>
          <w:shd w:val="clear" w:color="auto" w:fill="FFFFFF"/>
        </w:rPr>
        <w:t>Theo</w:t>
      </w:r>
      <w:r w:rsidRPr="00CB3FF1">
        <w:rPr>
          <w:i w:val="0"/>
          <w:iCs/>
          <w:color w:val="1F1F1F"/>
          <w:sz w:val="22"/>
          <w:szCs w:val="22"/>
          <w:shd w:val="clear" w:color="auto" w:fill="FFFFFF"/>
          <w:lang w:val="vi-VN"/>
        </w:rPr>
        <w:t xml:space="preserve"> </w:t>
      </w:r>
      <w:proofErr w:type="spellStart"/>
      <w:r w:rsidRPr="00CB3FF1">
        <w:rPr>
          <w:i w:val="0"/>
          <w:iCs/>
          <w:color w:val="1F1F1F"/>
          <w:sz w:val="22"/>
          <w:szCs w:val="22"/>
          <w:shd w:val="clear" w:color="auto" w:fill="FFFFFF"/>
        </w:rPr>
        <w:t>thống</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kê</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của</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Cục</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Quản</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lý</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môi</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trường</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cho</w:t>
      </w:r>
      <w:proofErr w:type="spellEnd"/>
      <w:r w:rsidRPr="00CB3FF1">
        <w:rPr>
          <w:i w:val="0"/>
          <w:iCs/>
          <w:color w:val="1F1F1F"/>
          <w:sz w:val="22"/>
          <w:szCs w:val="22"/>
          <w:shd w:val="clear" w:color="auto" w:fill="FFFFFF"/>
        </w:rPr>
        <w:t xml:space="preserve"> </w:t>
      </w:r>
      <w:proofErr w:type="spellStart"/>
      <w:r w:rsidRPr="00CB3FF1">
        <w:rPr>
          <w:i w:val="0"/>
          <w:iCs/>
          <w:color w:val="1F1F1F"/>
          <w:sz w:val="22"/>
          <w:szCs w:val="22"/>
          <w:shd w:val="clear" w:color="auto" w:fill="FFFFFF"/>
        </w:rPr>
        <w:t>thấy</w:t>
      </w:r>
      <w:proofErr w:type="spellEnd"/>
      <w:r w:rsidRPr="00CB3FF1">
        <w:rPr>
          <w:i w:val="0"/>
          <w:iCs/>
          <w:color w:val="1F1F1F"/>
          <w:sz w:val="22"/>
          <w:szCs w:val="22"/>
          <w:shd w:val="clear" w:color="auto" w:fill="FFFFFF"/>
        </w:rPr>
        <w:t>,</w:t>
      </w:r>
      <w:r w:rsidRPr="00CB3FF1">
        <w:rPr>
          <w:rStyle w:val="apple-converted-space"/>
          <w:rFonts w:eastAsia="MS Mincho"/>
          <w:i w:val="0"/>
          <w:iCs/>
          <w:color w:val="1F1F1F"/>
          <w:sz w:val="22"/>
          <w:szCs w:val="22"/>
          <w:shd w:val="clear" w:color="auto" w:fill="FFFFFF"/>
        </w:rPr>
        <w:t> </w:t>
      </w:r>
      <w:proofErr w:type="spellStart"/>
      <w:r w:rsidRPr="00CB3FF1">
        <w:rPr>
          <w:i w:val="0"/>
          <w:iCs/>
          <w:color w:val="040C28"/>
          <w:sz w:val="22"/>
          <w:szCs w:val="22"/>
        </w:rPr>
        <w:t>mỗi</w:t>
      </w:r>
      <w:proofErr w:type="spellEnd"/>
      <w:r w:rsidRPr="00CB3FF1">
        <w:rPr>
          <w:i w:val="0"/>
          <w:iCs/>
          <w:color w:val="040C28"/>
          <w:sz w:val="22"/>
          <w:szCs w:val="22"/>
        </w:rPr>
        <w:t xml:space="preserve"> </w:t>
      </w:r>
      <w:proofErr w:type="spellStart"/>
      <w:r w:rsidRPr="00CB3FF1">
        <w:rPr>
          <w:i w:val="0"/>
          <w:iCs/>
          <w:color w:val="040C28"/>
          <w:sz w:val="22"/>
          <w:szCs w:val="22"/>
        </w:rPr>
        <w:t>năm</w:t>
      </w:r>
      <w:proofErr w:type="spellEnd"/>
      <w:r w:rsidRPr="00CB3FF1">
        <w:rPr>
          <w:i w:val="0"/>
          <w:iCs/>
          <w:color w:val="040C28"/>
          <w:sz w:val="22"/>
          <w:szCs w:val="22"/>
        </w:rPr>
        <w:t xml:space="preserve"> ở</w:t>
      </w:r>
      <w:r w:rsidRPr="00CB3FF1">
        <w:rPr>
          <w:i w:val="0"/>
          <w:iCs/>
          <w:color w:val="040C28"/>
          <w:sz w:val="22"/>
          <w:szCs w:val="22"/>
          <w:lang w:val="vi-VN"/>
        </w:rPr>
        <w:t xml:space="preserve"> Việt Nam </w:t>
      </w:r>
      <w:proofErr w:type="spellStart"/>
      <w:r w:rsidRPr="00CB3FF1">
        <w:rPr>
          <w:i w:val="0"/>
          <w:iCs/>
          <w:color w:val="040C28"/>
          <w:sz w:val="22"/>
          <w:szCs w:val="22"/>
        </w:rPr>
        <w:t>trung</w:t>
      </w:r>
      <w:proofErr w:type="spellEnd"/>
      <w:r w:rsidRPr="00CB3FF1">
        <w:rPr>
          <w:i w:val="0"/>
          <w:iCs/>
          <w:color w:val="040C28"/>
          <w:sz w:val="22"/>
          <w:szCs w:val="22"/>
        </w:rPr>
        <w:t xml:space="preserve"> </w:t>
      </w:r>
      <w:proofErr w:type="spellStart"/>
      <w:r w:rsidRPr="00CB3FF1">
        <w:rPr>
          <w:i w:val="0"/>
          <w:iCs/>
          <w:color w:val="040C28"/>
          <w:sz w:val="22"/>
          <w:szCs w:val="22"/>
        </w:rPr>
        <w:t>bình</w:t>
      </w:r>
      <w:proofErr w:type="spellEnd"/>
      <w:r w:rsidRPr="00CB3FF1">
        <w:rPr>
          <w:i w:val="0"/>
          <w:iCs/>
          <w:color w:val="040C28"/>
          <w:sz w:val="22"/>
          <w:szCs w:val="22"/>
        </w:rPr>
        <w:t xml:space="preserve"> </w:t>
      </w:r>
      <w:proofErr w:type="spellStart"/>
      <w:r w:rsidRPr="00CB3FF1">
        <w:rPr>
          <w:i w:val="0"/>
          <w:iCs/>
          <w:color w:val="040C28"/>
          <w:sz w:val="22"/>
          <w:szCs w:val="22"/>
        </w:rPr>
        <w:t>có</w:t>
      </w:r>
      <w:proofErr w:type="spellEnd"/>
      <w:r w:rsidRPr="00CB3FF1">
        <w:rPr>
          <w:i w:val="0"/>
          <w:iCs/>
          <w:color w:val="040C28"/>
          <w:sz w:val="22"/>
          <w:szCs w:val="22"/>
        </w:rPr>
        <w:t xml:space="preserve"> </w:t>
      </w:r>
      <w:proofErr w:type="spellStart"/>
      <w:r w:rsidRPr="00CB3FF1">
        <w:rPr>
          <w:i w:val="0"/>
          <w:iCs/>
          <w:color w:val="040C28"/>
          <w:sz w:val="22"/>
          <w:szCs w:val="22"/>
        </w:rPr>
        <w:t>hơn</w:t>
      </w:r>
      <w:proofErr w:type="spellEnd"/>
      <w:r w:rsidRPr="00CB3FF1">
        <w:rPr>
          <w:i w:val="0"/>
          <w:iCs/>
          <w:color w:val="040C28"/>
          <w:sz w:val="22"/>
          <w:szCs w:val="22"/>
        </w:rPr>
        <w:t xml:space="preserve"> 370.000 </w:t>
      </w:r>
      <w:proofErr w:type="spellStart"/>
      <w:r w:rsidRPr="00CB3FF1">
        <w:rPr>
          <w:i w:val="0"/>
          <w:iCs/>
          <w:color w:val="040C28"/>
          <w:sz w:val="22"/>
          <w:szCs w:val="22"/>
        </w:rPr>
        <w:t>trẻ</w:t>
      </w:r>
      <w:proofErr w:type="spellEnd"/>
      <w:r w:rsidRPr="00CB3FF1">
        <w:rPr>
          <w:i w:val="0"/>
          <w:iCs/>
          <w:color w:val="040C28"/>
          <w:sz w:val="22"/>
          <w:szCs w:val="22"/>
        </w:rPr>
        <w:t xml:space="preserve"> </w:t>
      </w:r>
      <w:proofErr w:type="spellStart"/>
      <w:r w:rsidRPr="00CB3FF1">
        <w:rPr>
          <w:i w:val="0"/>
          <w:iCs/>
          <w:color w:val="040C28"/>
          <w:sz w:val="22"/>
          <w:szCs w:val="22"/>
        </w:rPr>
        <w:t>bị</w:t>
      </w:r>
      <w:proofErr w:type="spellEnd"/>
      <w:r w:rsidRPr="00CB3FF1">
        <w:rPr>
          <w:i w:val="0"/>
          <w:iCs/>
          <w:color w:val="040C28"/>
          <w:sz w:val="22"/>
          <w:szCs w:val="22"/>
        </w:rPr>
        <w:t xml:space="preserve"> tai </w:t>
      </w:r>
      <w:proofErr w:type="spellStart"/>
      <w:r w:rsidRPr="00CB3FF1">
        <w:rPr>
          <w:i w:val="0"/>
          <w:iCs/>
          <w:color w:val="040C28"/>
          <w:sz w:val="22"/>
          <w:szCs w:val="22"/>
        </w:rPr>
        <w:t>nạn</w:t>
      </w:r>
      <w:proofErr w:type="spellEnd"/>
      <w:r w:rsidRPr="00CB3FF1">
        <w:rPr>
          <w:i w:val="0"/>
          <w:iCs/>
          <w:color w:val="040C28"/>
          <w:sz w:val="22"/>
          <w:szCs w:val="22"/>
        </w:rPr>
        <w:t xml:space="preserve"> </w:t>
      </w:r>
      <w:proofErr w:type="spellStart"/>
      <w:r w:rsidRPr="00CB3FF1">
        <w:rPr>
          <w:i w:val="0"/>
          <w:iCs/>
          <w:color w:val="040C28"/>
          <w:sz w:val="22"/>
          <w:szCs w:val="22"/>
        </w:rPr>
        <w:t>thương</w:t>
      </w:r>
      <w:proofErr w:type="spellEnd"/>
      <w:r w:rsidRPr="00CB3FF1">
        <w:rPr>
          <w:i w:val="0"/>
          <w:iCs/>
          <w:color w:val="040C28"/>
          <w:sz w:val="22"/>
          <w:szCs w:val="22"/>
        </w:rPr>
        <w:t xml:space="preserve"> </w:t>
      </w:r>
      <w:proofErr w:type="spellStart"/>
      <w:r w:rsidRPr="00CB3FF1">
        <w:rPr>
          <w:i w:val="0"/>
          <w:iCs/>
          <w:color w:val="040C28"/>
          <w:sz w:val="22"/>
          <w:szCs w:val="22"/>
        </w:rPr>
        <w:t>tích</w:t>
      </w:r>
      <w:proofErr w:type="spellEnd"/>
      <w:r w:rsidRPr="00CB3FF1">
        <w:rPr>
          <w:i w:val="0"/>
          <w:iCs/>
          <w:color w:val="040C28"/>
          <w:sz w:val="22"/>
          <w:szCs w:val="22"/>
          <w:lang w:val="vi-VN"/>
        </w:rPr>
        <w:t>, trong đó trẻ mầm non chiếm gần 20% [3]. Trong các</w:t>
      </w:r>
      <w:r w:rsidRPr="00CB3FF1">
        <w:rPr>
          <w:rFonts w:eastAsia="KIBSE+F1"/>
          <w:i w:val="0"/>
          <w:iCs/>
          <w:color w:val="000000"/>
          <w:spacing w:val="35"/>
          <w:sz w:val="22"/>
          <w:szCs w:val="22"/>
        </w:rPr>
        <w:t xml:space="preserve"> </w:t>
      </w:r>
      <w:proofErr w:type="spellStart"/>
      <w:r w:rsidRPr="00CB3FF1">
        <w:rPr>
          <w:rFonts w:eastAsia="KIBSE+F1"/>
          <w:i w:val="0"/>
          <w:iCs/>
          <w:color w:val="000000"/>
          <w:spacing w:val="3"/>
          <w:w w:val="101"/>
          <w:sz w:val="22"/>
          <w:szCs w:val="22"/>
        </w:rPr>
        <w:t>n</w:t>
      </w:r>
      <w:r w:rsidRPr="00CB3FF1">
        <w:rPr>
          <w:rFonts w:eastAsia="KIBSE+F1"/>
          <w:i w:val="0"/>
          <w:iCs/>
          <w:color w:val="000000"/>
          <w:spacing w:val="-1"/>
          <w:w w:val="101"/>
          <w:sz w:val="22"/>
          <w:szCs w:val="22"/>
        </w:rPr>
        <w:t>ộ</w:t>
      </w:r>
      <w:r w:rsidRPr="00CB3FF1">
        <w:rPr>
          <w:rFonts w:eastAsia="KIBSE+F1"/>
          <w:i w:val="0"/>
          <w:iCs/>
          <w:color w:val="000000"/>
          <w:w w:val="101"/>
          <w:sz w:val="22"/>
          <w:szCs w:val="22"/>
        </w:rPr>
        <w:t>i</w:t>
      </w:r>
      <w:proofErr w:type="spellEnd"/>
      <w:r w:rsidRPr="00CB3FF1">
        <w:rPr>
          <w:rFonts w:eastAsia="KIBSE+F1"/>
          <w:i w:val="0"/>
          <w:iCs/>
          <w:color w:val="000000"/>
          <w:spacing w:val="32"/>
          <w:sz w:val="22"/>
          <w:szCs w:val="22"/>
        </w:rPr>
        <w:t xml:space="preserve"> </w:t>
      </w:r>
      <w:r w:rsidRPr="00CB3FF1">
        <w:rPr>
          <w:rFonts w:eastAsia="KIBSE+F1"/>
          <w:i w:val="0"/>
          <w:iCs/>
          <w:color w:val="000000"/>
          <w:w w:val="101"/>
          <w:sz w:val="22"/>
          <w:szCs w:val="22"/>
        </w:rPr>
        <w:t>dung</w:t>
      </w:r>
      <w:r w:rsidRPr="00CB3FF1">
        <w:rPr>
          <w:rFonts w:eastAsia="KIBSE+F1"/>
          <w:i w:val="0"/>
          <w:iCs/>
          <w:color w:val="000000"/>
          <w:w w:val="101"/>
          <w:sz w:val="22"/>
          <w:szCs w:val="22"/>
          <w:lang w:val="vi-VN"/>
        </w:rPr>
        <w:t xml:space="preserve"> </w:t>
      </w:r>
      <w:r w:rsidRPr="00CB3FF1">
        <w:rPr>
          <w:rFonts w:eastAsia="KIBSE+F1"/>
          <w:i w:val="0"/>
          <w:iCs/>
          <w:color w:val="000000"/>
          <w:sz w:val="22"/>
          <w:szCs w:val="22"/>
          <w:lang w:val="vi-VN"/>
        </w:rPr>
        <w:t xml:space="preserve">GD </w:t>
      </w:r>
      <w:r w:rsidRPr="00CB3FF1">
        <w:rPr>
          <w:rFonts w:eastAsia="KIBSE+F1"/>
          <w:i w:val="0"/>
          <w:iCs/>
          <w:color w:val="000000"/>
          <w:spacing w:val="1"/>
          <w:w w:val="101"/>
          <w:sz w:val="22"/>
          <w:szCs w:val="22"/>
          <w:lang w:val="vi-VN"/>
        </w:rPr>
        <w:t>phòng ngừa</w:t>
      </w:r>
      <w:r w:rsidRPr="00CB3FF1">
        <w:rPr>
          <w:rFonts w:eastAsia="KIBSE+F1"/>
          <w:i w:val="0"/>
          <w:iCs/>
          <w:color w:val="000000"/>
          <w:spacing w:val="-1"/>
          <w:w w:val="101"/>
          <w:sz w:val="22"/>
          <w:szCs w:val="22"/>
          <w:lang w:val="vi-VN"/>
        </w:rPr>
        <w:t xml:space="preserve"> </w:t>
      </w:r>
      <w:r w:rsidRPr="00CB3FF1">
        <w:rPr>
          <w:rFonts w:eastAsia="KIBSE+F1"/>
          <w:i w:val="0"/>
          <w:iCs/>
          <w:color w:val="000000"/>
          <w:w w:val="101"/>
          <w:sz w:val="22"/>
          <w:szCs w:val="22"/>
          <w:lang w:val="vi-VN"/>
        </w:rPr>
        <w:t xml:space="preserve">TNTT cho trẻ mẫu giáo thì có 4 nội dung được </w:t>
      </w:r>
      <w:proofErr w:type="spellStart"/>
      <w:r w:rsidRPr="00CB3FF1">
        <w:rPr>
          <w:rFonts w:eastAsia="KIBSE+F1"/>
          <w:i w:val="0"/>
          <w:iCs/>
          <w:color w:val="000000"/>
          <w:w w:val="101"/>
          <w:sz w:val="22"/>
          <w:szCs w:val="22"/>
        </w:rPr>
        <w:t>đ</w:t>
      </w:r>
      <w:r w:rsidRPr="00CB3FF1">
        <w:rPr>
          <w:rFonts w:eastAsia="KIBSE+F1"/>
          <w:i w:val="0"/>
          <w:iCs/>
          <w:color w:val="000000"/>
          <w:spacing w:val="3"/>
          <w:w w:val="101"/>
          <w:sz w:val="22"/>
          <w:szCs w:val="22"/>
        </w:rPr>
        <w:t>á</w:t>
      </w:r>
      <w:r w:rsidRPr="00CB3FF1">
        <w:rPr>
          <w:rFonts w:eastAsia="KIBSE+F1"/>
          <w:i w:val="0"/>
          <w:iCs/>
          <w:color w:val="000000"/>
          <w:w w:val="101"/>
          <w:sz w:val="22"/>
          <w:szCs w:val="22"/>
        </w:rPr>
        <w:t>nh</w:t>
      </w:r>
      <w:proofErr w:type="spellEnd"/>
      <w:r w:rsidRPr="00CB3FF1">
        <w:rPr>
          <w:rFonts w:eastAsia="KIBSE+F1"/>
          <w:i w:val="0"/>
          <w:iCs/>
          <w:color w:val="000000"/>
          <w:spacing w:val="32"/>
          <w:sz w:val="22"/>
          <w:szCs w:val="22"/>
        </w:rPr>
        <w:t xml:space="preserve"> </w:t>
      </w:r>
      <w:proofErr w:type="spellStart"/>
      <w:r w:rsidRPr="00CB3FF1">
        <w:rPr>
          <w:rFonts w:eastAsia="KIBSE+F1"/>
          <w:i w:val="0"/>
          <w:iCs/>
          <w:color w:val="000000"/>
          <w:spacing w:val="-1"/>
          <w:w w:val="101"/>
          <w:sz w:val="22"/>
          <w:szCs w:val="22"/>
        </w:rPr>
        <w:t>g</w:t>
      </w:r>
      <w:r w:rsidRPr="00CB3FF1">
        <w:rPr>
          <w:rFonts w:eastAsia="KIBSE+F1"/>
          <w:i w:val="0"/>
          <w:iCs/>
          <w:color w:val="000000"/>
          <w:spacing w:val="3"/>
          <w:w w:val="101"/>
          <w:sz w:val="22"/>
          <w:szCs w:val="22"/>
        </w:rPr>
        <w:t>i</w:t>
      </w:r>
      <w:r w:rsidRPr="00CB3FF1">
        <w:rPr>
          <w:rFonts w:eastAsia="KIBSE+F1"/>
          <w:i w:val="0"/>
          <w:iCs/>
          <w:color w:val="000000"/>
          <w:w w:val="101"/>
          <w:sz w:val="22"/>
          <w:szCs w:val="22"/>
        </w:rPr>
        <w:t>á</w:t>
      </w:r>
      <w:proofErr w:type="spellEnd"/>
      <w:r w:rsidRPr="00CB3FF1">
        <w:rPr>
          <w:rFonts w:eastAsia="KIBSE+F1"/>
          <w:i w:val="0"/>
          <w:iCs/>
          <w:color w:val="000000"/>
          <w:spacing w:val="33"/>
          <w:sz w:val="22"/>
          <w:szCs w:val="22"/>
        </w:rPr>
        <w:t xml:space="preserve"> </w:t>
      </w:r>
      <w:proofErr w:type="spellStart"/>
      <w:r w:rsidRPr="00CB3FF1">
        <w:rPr>
          <w:rFonts w:eastAsia="KIBSE+F1"/>
          <w:i w:val="0"/>
          <w:iCs/>
          <w:color w:val="000000"/>
          <w:w w:val="101"/>
          <w:sz w:val="22"/>
          <w:szCs w:val="22"/>
        </w:rPr>
        <w:t>th</w:t>
      </w:r>
      <w:r w:rsidRPr="00CB3FF1">
        <w:rPr>
          <w:rFonts w:eastAsia="KIBSE+F1"/>
          <w:i w:val="0"/>
          <w:iCs/>
          <w:color w:val="000000"/>
          <w:spacing w:val="-1"/>
          <w:w w:val="101"/>
          <w:sz w:val="22"/>
          <w:szCs w:val="22"/>
        </w:rPr>
        <w:t>ự</w:t>
      </w:r>
      <w:r w:rsidRPr="00CB3FF1">
        <w:rPr>
          <w:rFonts w:eastAsia="KIBSE+F1"/>
          <w:i w:val="0"/>
          <w:iCs/>
          <w:color w:val="000000"/>
          <w:w w:val="101"/>
          <w:sz w:val="22"/>
          <w:szCs w:val="22"/>
        </w:rPr>
        <w:t>c</w:t>
      </w:r>
      <w:proofErr w:type="spellEnd"/>
      <w:r w:rsidRPr="00CB3FF1">
        <w:rPr>
          <w:rFonts w:eastAsia="KIBSE+F1"/>
          <w:i w:val="0"/>
          <w:iCs/>
          <w:color w:val="000000"/>
          <w:spacing w:val="37"/>
          <w:sz w:val="22"/>
          <w:szCs w:val="22"/>
        </w:rPr>
        <w:t xml:space="preserve"> </w:t>
      </w:r>
      <w:proofErr w:type="spellStart"/>
      <w:r w:rsidRPr="00CB3FF1">
        <w:rPr>
          <w:rFonts w:eastAsia="KIBSE+F1"/>
          <w:i w:val="0"/>
          <w:iCs/>
          <w:color w:val="000000"/>
          <w:w w:val="101"/>
          <w:sz w:val="22"/>
          <w:szCs w:val="22"/>
        </w:rPr>
        <w:t>hiện</w:t>
      </w:r>
      <w:proofErr w:type="spellEnd"/>
      <w:r w:rsidRPr="00CB3FF1">
        <w:rPr>
          <w:rFonts w:eastAsia="KIBSE+F1"/>
          <w:i w:val="0"/>
          <w:iCs/>
          <w:color w:val="000000"/>
          <w:spacing w:val="32"/>
          <w:sz w:val="22"/>
          <w:szCs w:val="22"/>
        </w:rPr>
        <w:t xml:space="preserve"> </w:t>
      </w:r>
      <w:r w:rsidRPr="00CB3FF1">
        <w:rPr>
          <w:rFonts w:eastAsia="KIBSE+F1"/>
          <w:i w:val="0"/>
          <w:iCs/>
          <w:color w:val="000000"/>
          <w:spacing w:val="1"/>
          <w:w w:val="101"/>
          <w:sz w:val="22"/>
          <w:szCs w:val="22"/>
        </w:rPr>
        <w:t>ở</w:t>
      </w:r>
      <w:r w:rsidRPr="00CB3FF1">
        <w:rPr>
          <w:rFonts w:eastAsia="KIBSE+F1"/>
          <w:i w:val="0"/>
          <w:iCs/>
          <w:color w:val="000000"/>
          <w:spacing w:val="35"/>
          <w:sz w:val="22"/>
          <w:szCs w:val="22"/>
        </w:rPr>
        <w:t xml:space="preserve"> </w:t>
      </w:r>
      <w:proofErr w:type="spellStart"/>
      <w:r w:rsidRPr="00CB3FF1">
        <w:rPr>
          <w:rFonts w:eastAsia="KIBSE+F1"/>
          <w:i w:val="0"/>
          <w:iCs/>
          <w:color w:val="000000"/>
          <w:spacing w:val="-3"/>
          <w:w w:val="101"/>
          <w:sz w:val="22"/>
          <w:szCs w:val="22"/>
        </w:rPr>
        <w:t>m</w:t>
      </w:r>
      <w:r w:rsidRPr="00CB3FF1">
        <w:rPr>
          <w:rFonts w:eastAsia="KIBSE+F1"/>
          <w:i w:val="0"/>
          <w:iCs/>
          <w:color w:val="000000"/>
          <w:spacing w:val="1"/>
          <w:w w:val="101"/>
          <w:sz w:val="22"/>
          <w:szCs w:val="22"/>
        </w:rPr>
        <w:t>ứ</w:t>
      </w:r>
      <w:r w:rsidRPr="00CB3FF1">
        <w:rPr>
          <w:rFonts w:eastAsia="KIBSE+F1"/>
          <w:i w:val="0"/>
          <w:iCs/>
          <w:color w:val="000000"/>
          <w:w w:val="101"/>
          <w:sz w:val="22"/>
          <w:szCs w:val="22"/>
        </w:rPr>
        <w:t>c</w:t>
      </w:r>
      <w:proofErr w:type="spellEnd"/>
      <w:r w:rsidRPr="00CB3FF1">
        <w:rPr>
          <w:rFonts w:eastAsia="KIBSE+F1"/>
          <w:i w:val="0"/>
          <w:iCs/>
          <w:color w:val="000000"/>
          <w:spacing w:val="36"/>
          <w:sz w:val="22"/>
          <w:szCs w:val="22"/>
        </w:rPr>
        <w:t xml:space="preserve"> </w:t>
      </w:r>
      <w:proofErr w:type="spellStart"/>
      <w:r w:rsidRPr="00CB3FF1">
        <w:rPr>
          <w:rFonts w:eastAsia="KIBSE+F1"/>
          <w:i w:val="0"/>
          <w:iCs/>
          <w:color w:val="000000"/>
          <w:spacing w:val="-1"/>
          <w:w w:val="101"/>
          <w:sz w:val="22"/>
          <w:szCs w:val="22"/>
        </w:rPr>
        <w:t>k</w:t>
      </w:r>
      <w:r w:rsidRPr="00CB3FF1">
        <w:rPr>
          <w:rFonts w:eastAsia="KIBSE+F1"/>
          <w:i w:val="0"/>
          <w:iCs/>
          <w:color w:val="000000"/>
          <w:spacing w:val="1"/>
          <w:w w:val="101"/>
          <w:sz w:val="22"/>
          <w:szCs w:val="22"/>
        </w:rPr>
        <w:t>h</w:t>
      </w:r>
      <w:r w:rsidRPr="00CB3FF1">
        <w:rPr>
          <w:rFonts w:eastAsia="KIBSE+F1"/>
          <w:i w:val="0"/>
          <w:iCs/>
          <w:color w:val="000000"/>
          <w:w w:val="101"/>
          <w:sz w:val="22"/>
          <w:szCs w:val="22"/>
        </w:rPr>
        <w:t>á</w:t>
      </w:r>
      <w:proofErr w:type="spellEnd"/>
      <w:r w:rsidRPr="00CB3FF1">
        <w:rPr>
          <w:rFonts w:eastAsia="KIBSE+F1"/>
          <w:i w:val="0"/>
          <w:iCs/>
          <w:color w:val="000000"/>
          <w:w w:val="101"/>
          <w:sz w:val="22"/>
          <w:szCs w:val="22"/>
          <w:lang w:val="vi-VN"/>
        </w:rPr>
        <w:t xml:space="preserve"> thường xuyên đó là </w:t>
      </w:r>
      <w:proofErr w:type="spellStart"/>
      <w:r w:rsidRPr="00CB3FF1">
        <w:rPr>
          <w:rFonts w:eastAsia="KIBSE+F1"/>
          <w:i w:val="0"/>
          <w:iCs/>
          <w:color w:val="000000"/>
          <w:w w:val="101"/>
          <w:sz w:val="22"/>
          <w:szCs w:val="22"/>
        </w:rPr>
        <w:t>nội</w:t>
      </w:r>
      <w:proofErr w:type="spellEnd"/>
      <w:r w:rsidRPr="00CB3FF1">
        <w:rPr>
          <w:rFonts w:eastAsia="KIBSE+F1"/>
          <w:i w:val="0"/>
          <w:iCs/>
          <w:color w:val="000000"/>
          <w:spacing w:val="12"/>
          <w:sz w:val="22"/>
          <w:szCs w:val="22"/>
        </w:rPr>
        <w:t xml:space="preserve"> </w:t>
      </w:r>
      <w:r w:rsidRPr="00CB3FF1">
        <w:rPr>
          <w:rFonts w:eastAsia="KIBSE+F1"/>
          <w:i w:val="0"/>
          <w:iCs/>
          <w:color w:val="000000"/>
          <w:spacing w:val="-1"/>
          <w:w w:val="101"/>
          <w:sz w:val="22"/>
          <w:szCs w:val="22"/>
        </w:rPr>
        <w:t>d</w:t>
      </w:r>
      <w:r w:rsidRPr="00CB3FF1">
        <w:rPr>
          <w:rFonts w:eastAsia="KIBSE+F1"/>
          <w:i w:val="0"/>
          <w:iCs/>
          <w:color w:val="000000"/>
          <w:w w:val="101"/>
          <w:sz w:val="22"/>
          <w:szCs w:val="22"/>
        </w:rPr>
        <w:t>ung:</w:t>
      </w:r>
      <w:r w:rsidRPr="00CB3FF1">
        <w:rPr>
          <w:rFonts w:eastAsia="KIBSE+F1"/>
          <w:i w:val="0"/>
          <w:iCs/>
          <w:color w:val="000000"/>
          <w:spacing w:val="12"/>
          <w:sz w:val="22"/>
          <w:szCs w:val="22"/>
        </w:rPr>
        <w:t xml:space="preserve"> </w:t>
      </w:r>
      <w:r w:rsidRPr="00CB3FF1">
        <w:rPr>
          <w:rFonts w:eastAsia="KIBSE+F1"/>
          <w:i w:val="0"/>
          <w:iCs/>
          <w:color w:val="000000"/>
          <w:spacing w:val="12"/>
          <w:sz w:val="22"/>
          <w:szCs w:val="22"/>
          <w:lang w:val="vi-VN"/>
        </w:rPr>
        <w:t>“</w:t>
      </w:r>
      <w:proofErr w:type="spellStart"/>
      <w:r w:rsidRPr="00CB3FF1">
        <w:rPr>
          <w:rFonts w:eastAsia="KIBSE+F1"/>
          <w:i w:val="0"/>
          <w:iCs/>
          <w:color w:val="000000"/>
          <w:spacing w:val="-2"/>
          <w:w w:val="101"/>
          <w:sz w:val="22"/>
          <w:szCs w:val="22"/>
        </w:rPr>
        <w:t>P</w:t>
      </w:r>
      <w:r w:rsidRPr="00CB3FF1">
        <w:rPr>
          <w:rFonts w:eastAsia="KIBSE+F1"/>
          <w:i w:val="0"/>
          <w:iCs/>
          <w:color w:val="000000"/>
          <w:spacing w:val="1"/>
          <w:w w:val="101"/>
          <w:sz w:val="22"/>
          <w:szCs w:val="22"/>
        </w:rPr>
        <w:t>hò</w:t>
      </w:r>
      <w:r w:rsidRPr="00CB3FF1">
        <w:rPr>
          <w:rFonts w:eastAsia="KIBSE+F1"/>
          <w:i w:val="0"/>
          <w:iCs/>
          <w:color w:val="000000"/>
          <w:spacing w:val="-1"/>
          <w:w w:val="101"/>
          <w:sz w:val="22"/>
          <w:szCs w:val="22"/>
        </w:rPr>
        <w:t>n</w:t>
      </w:r>
      <w:r w:rsidRPr="00CB3FF1">
        <w:rPr>
          <w:rFonts w:eastAsia="KIBSE+F1"/>
          <w:i w:val="0"/>
          <w:iCs/>
          <w:color w:val="000000"/>
          <w:spacing w:val="1"/>
          <w:w w:val="101"/>
          <w:sz w:val="22"/>
          <w:szCs w:val="22"/>
        </w:rPr>
        <w:t>g</w:t>
      </w:r>
      <w:proofErr w:type="spellEnd"/>
      <w:r w:rsidRPr="00CB3FF1">
        <w:rPr>
          <w:rFonts w:eastAsia="KIBSE+F1"/>
          <w:i w:val="0"/>
          <w:iCs/>
          <w:color w:val="000000"/>
          <w:w w:val="101"/>
          <w:sz w:val="22"/>
          <w:szCs w:val="22"/>
          <w:lang w:val="vi-VN"/>
        </w:rPr>
        <w:t xml:space="preserve"> ngừa </w:t>
      </w:r>
      <w:r w:rsidRPr="00CB3FF1">
        <w:rPr>
          <w:rFonts w:eastAsia="KIBSE+F1"/>
          <w:i w:val="0"/>
          <w:iCs/>
          <w:color w:val="000000"/>
          <w:w w:val="101"/>
          <w:sz w:val="22"/>
          <w:szCs w:val="22"/>
        </w:rPr>
        <w:t>tai</w:t>
      </w:r>
      <w:r w:rsidRPr="00CB3FF1">
        <w:rPr>
          <w:rFonts w:eastAsia="KIBSE+F1"/>
          <w:i w:val="0"/>
          <w:iCs/>
          <w:color w:val="000000"/>
          <w:spacing w:val="9"/>
          <w:sz w:val="22"/>
          <w:szCs w:val="22"/>
        </w:rPr>
        <w:t xml:space="preserve"> </w:t>
      </w:r>
      <w:proofErr w:type="spellStart"/>
      <w:r w:rsidRPr="00CB3FF1">
        <w:rPr>
          <w:rFonts w:eastAsia="KIBSE+F1"/>
          <w:i w:val="0"/>
          <w:iCs/>
          <w:color w:val="000000"/>
          <w:w w:val="101"/>
          <w:sz w:val="22"/>
          <w:szCs w:val="22"/>
        </w:rPr>
        <w:t>nạn</w:t>
      </w:r>
      <w:proofErr w:type="spellEnd"/>
      <w:r w:rsidRPr="00CB3FF1">
        <w:rPr>
          <w:rFonts w:eastAsia="KIBSE+F1"/>
          <w:i w:val="0"/>
          <w:iCs/>
          <w:color w:val="000000"/>
          <w:spacing w:val="9"/>
          <w:sz w:val="22"/>
          <w:szCs w:val="22"/>
        </w:rPr>
        <w:t xml:space="preserve"> </w:t>
      </w:r>
      <w:proofErr w:type="spellStart"/>
      <w:r w:rsidRPr="00CB3FF1">
        <w:rPr>
          <w:rFonts w:eastAsia="KIBSE+F1"/>
          <w:i w:val="0"/>
          <w:iCs/>
          <w:color w:val="000000"/>
          <w:w w:val="101"/>
          <w:sz w:val="22"/>
          <w:szCs w:val="22"/>
        </w:rPr>
        <w:t>giao</w:t>
      </w:r>
      <w:proofErr w:type="spellEnd"/>
      <w:r w:rsidRPr="00CB3FF1">
        <w:rPr>
          <w:rFonts w:eastAsia="KIBSE+F1"/>
          <w:i w:val="0"/>
          <w:iCs/>
          <w:color w:val="000000"/>
          <w:spacing w:val="9"/>
          <w:sz w:val="22"/>
          <w:szCs w:val="22"/>
        </w:rPr>
        <w:t xml:space="preserve"> </w:t>
      </w:r>
      <w:proofErr w:type="spellStart"/>
      <w:r w:rsidRPr="00CB3FF1">
        <w:rPr>
          <w:rFonts w:eastAsia="KIBSE+F1"/>
          <w:i w:val="0"/>
          <w:iCs/>
          <w:color w:val="000000"/>
          <w:w w:val="101"/>
          <w:sz w:val="22"/>
          <w:szCs w:val="22"/>
        </w:rPr>
        <w:t>thông</w:t>
      </w:r>
      <w:proofErr w:type="spellEnd"/>
      <w:r w:rsidRPr="00CB3FF1">
        <w:rPr>
          <w:rFonts w:eastAsia="KIBSE+F1"/>
          <w:i w:val="0"/>
          <w:iCs/>
          <w:color w:val="000000"/>
          <w:spacing w:val="11"/>
          <w:sz w:val="22"/>
          <w:szCs w:val="22"/>
        </w:rPr>
        <w:t xml:space="preserve"> </w:t>
      </w:r>
      <w:proofErr w:type="spellStart"/>
      <w:r w:rsidRPr="00CB3FF1">
        <w:rPr>
          <w:rFonts w:eastAsia="KIBSE+F1"/>
          <w:i w:val="0"/>
          <w:iCs/>
          <w:color w:val="000000"/>
          <w:spacing w:val="2"/>
          <w:w w:val="101"/>
          <w:sz w:val="22"/>
          <w:szCs w:val="22"/>
        </w:rPr>
        <w:t>c</w:t>
      </w:r>
      <w:r w:rsidRPr="00CB3FF1">
        <w:rPr>
          <w:rFonts w:eastAsia="KIBSE+F1"/>
          <w:i w:val="0"/>
          <w:iCs/>
          <w:color w:val="000000"/>
          <w:spacing w:val="-2"/>
          <w:w w:val="101"/>
          <w:sz w:val="22"/>
          <w:szCs w:val="22"/>
        </w:rPr>
        <w:t>h</w:t>
      </w:r>
      <w:r w:rsidRPr="00CB3FF1">
        <w:rPr>
          <w:rFonts w:eastAsia="KIBSE+F1"/>
          <w:i w:val="0"/>
          <w:iCs/>
          <w:color w:val="000000"/>
          <w:w w:val="101"/>
          <w:sz w:val="22"/>
          <w:szCs w:val="22"/>
        </w:rPr>
        <w:t>o</w:t>
      </w:r>
      <w:proofErr w:type="spellEnd"/>
      <w:r w:rsidRPr="00CB3FF1">
        <w:rPr>
          <w:rFonts w:eastAsia="KIBSE+F1"/>
          <w:i w:val="0"/>
          <w:iCs/>
          <w:color w:val="000000"/>
          <w:spacing w:val="12"/>
          <w:sz w:val="22"/>
          <w:szCs w:val="22"/>
        </w:rPr>
        <w:t xml:space="preserve"> </w:t>
      </w:r>
      <w:proofErr w:type="spellStart"/>
      <w:r w:rsidRPr="00CB3FF1">
        <w:rPr>
          <w:rFonts w:eastAsia="KIBSE+F1"/>
          <w:i w:val="0"/>
          <w:iCs/>
          <w:color w:val="000000"/>
          <w:w w:val="101"/>
          <w:sz w:val="22"/>
          <w:szCs w:val="22"/>
        </w:rPr>
        <w:t>trẻ</w:t>
      </w:r>
      <w:proofErr w:type="spellEnd"/>
      <w:r w:rsidRPr="00CB3FF1">
        <w:rPr>
          <w:rFonts w:eastAsia="KIBSE+F1"/>
          <w:i w:val="0"/>
          <w:iCs/>
          <w:color w:val="000000"/>
          <w:spacing w:val="9"/>
          <w:sz w:val="22"/>
          <w:szCs w:val="22"/>
        </w:rPr>
        <w:t xml:space="preserve"> </w:t>
      </w:r>
      <w:proofErr w:type="spellStart"/>
      <w:r w:rsidRPr="00CB3FF1">
        <w:rPr>
          <w:rFonts w:eastAsia="KIBSE+F1"/>
          <w:i w:val="0"/>
          <w:iCs/>
          <w:color w:val="000000"/>
          <w:spacing w:val="2"/>
          <w:w w:val="101"/>
          <w:sz w:val="22"/>
          <w:szCs w:val="22"/>
        </w:rPr>
        <w:t>e</w:t>
      </w:r>
      <w:r w:rsidRPr="00CB3FF1">
        <w:rPr>
          <w:rFonts w:eastAsia="KIBSE+F1"/>
          <w:i w:val="0"/>
          <w:iCs/>
          <w:color w:val="000000"/>
          <w:w w:val="101"/>
          <w:sz w:val="22"/>
          <w:szCs w:val="22"/>
        </w:rPr>
        <w:t>m</w:t>
      </w:r>
      <w:proofErr w:type="spellEnd"/>
      <w:r w:rsidRPr="00CB3FF1">
        <w:rPr>
          <w:rFonts w:eastAsia="KIBSE+F1"/>
          <w:i w:val="0"/>
          <w:iCs/>
          <w:color w:val="000000"/>
          <w:w w:val="101"/>
          <w:sz w:val="22"/>
          <w:szCs w:val="22"/>
          <w:lang w:val="vi-VN"/>
        </w:rPr>
        <w:t>”</w:t>
      </w:r>
      <w:r w:rsidRPr="00CB3FF1">
        <w:rPr>
          <w:i w:val="0"/>
          <w:iCs/>
          <w:color w:val="000000"/>
          <w:sz w:val="22"/>
          <w:szCs w:val="22"/>
          <w:lang w:val="vi-VN"/>
        </w:rPr>
        <w:t xml:space="preserve"> </w:t>
      </w:r>
      <w:proofErr w:type="spellStart"/>
      <w:r w:rsidRPr="00CB3FF1">
        <w:rPr>
          <w:rFonts w:eastAsia="KIBSE+F1"/>
          <w:i w:val="0"/>
          <w:iCs/>
          <w:color w:val="000000"/>
          <w:spacing w:val="2"/>
          <w:w w:val="101"/>
          <w:sz w:val="22"/>
          <w:szCs w:val="22"/>
        </w:rPr>
        <w:t>v</w:t>
      </w:r>
      <w:r w:rsidRPr="00CB3FF1">
        <w:rPr>
          <w:rFonts w:eastAsia="KIBSE+F1"/>
          <w:i w:val="0"/>
          <w:iCs/>
          <w:color w:val="000000"/>
          <w:spacing w:val="-1"/>
          <w:w w:val="101"/>
          <w:sz w:val="22"/>
          <w:szCs w:val="22"/>
        </w:rPr>
        <w:t>ớ</w:t>
      </w:r>
      <w:r w:rsidRPr="00CB3FF1">
        <w:rPr>
          <w:rFonts w:eastAsia="KIBSE+F1"/>
          <w:i w:val="0"/>
          <w:iCs/>
          <w:color w:val="000000"/>
          <w:w w:val="101"/>
          <w:sz w:val="22"/>
          <w:szCs w:val="22"/>
        </w:rPr>
        <w:t>i</w:t>
      </w:r>
      <w:proofErr w:type="spellEnd"/>
      <w:r w:rsidRPr="00CB3FF1">
        <w:rPr>
          <w:rFonts w:eastAsia="KIBSE+F1"/>
          <w:i w:val="0"/>
          <w:iCs/>
          <w:color w:val="000000"/>
          <w:spacing w:val="4"/>
          <w:sz w:val="22"/>
          <w:szCs w:val="22"/>
        </w:rPr>
        <w:t xml:space="preserve"> </w:t>
      </w:r>
      <w:r w:rsidRPr="00CB3FF1">
        <w:rPr>
          <w:rFonts w:eastAsia="KIBSE+F1"/>
          <w:i w:val="0"/>
          <w:iCs/>
          <w:color w:val="000000"/>
          <w:w w:val="101"/>
          <w:sz w:val="22"/>
          <w:szCs w:val="22"/>
        </w:rPr>
        <w:t>ĐTB</w:t>
      </w:r>
      <w:r w:rsidRPr="00CB3FF1">
        <w:rPr>
          <w:rFonts w:eastAsia="KIBSE+F1"/>
          <w:i w:val="0"/>
          <w:iCs/>
          <w:color w:val="000000"/>
          <w:sz w:val="22"/>
          <w:szCs w:val="22"/>
        </w:rPr>
        <w:t xml:space="preserve"> </w:t>
      </w:r>
      <w:r w:rsidRPr="00CB3FF1">
        <w:rPr>
          <w:rFonts w:eastAsia="KIBSE+F1"/>
          <w:i w:val="0"/>
          <w:iCs/>
          <w:color w:val="000000"/>
          <w:w w:val="101"/>
          <w:sz w:val="22"/>
          <w:szCs w:val="22"/>
          <w:lang w:val="vi-VN"/>
        </w:rPr>
        <w:t>=3.09</w:t>
      </w:r>
      <w:r w:rsidRPr="00CB3FF1">
        <w:rPr>
          <w:rFonts w:eastAsia="KIBSE+F1"/>
          <w:i w:val="0"/>
          <w:iCs/>
          <w:color w:val="000000"/>
          <w:w w:val="101"/>
          <w:sz w:val="22"/>
          <w:szCs w:val="22"/>
        </w:rPr>
        <w:t>.</w:t>
      </w:r>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Tiếp</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spacing w:val="-1"/>
          <w:w w:val="101"/>
          <w:sz w:val="22"/>
          <w:szCs w:val="22"/>
        </w:rPr>
        <w:t>t</w:t>
      </w:r>
      <w:r w:rsidRPr="00CB3FF1">
        <w:rPr>
          <w:rFonts w:eastAsia="KIBSE+F1"/>
          <w:i w:val="0"/>
          <w:iCs/>
          <w:color w:val="000000"/>
          <w:spacing w:val="2"/>
          <w:w w:val="101"/>
          <w:sz w:val="22"/>
          <w:szCs w:val="22"/>
        </w:rPr>
        <w:t>h</w:t>
      </w:r>
      <w:r w:rsidRPr="00CB3FF1">
        <w:rPr>
          <w:rFonts w:eastAsia="KIBSE+F1"/>
          <w:i w:val="0"/>
          <w:iCs/>
          <w:color w:val="000000"/>
          <w:spacing w:val="-2"/>
          <w:w w:val="101"/>
          <w:sz w:val="22"/>
          <w:szCs w:val="22"/>
        </w:rPr>
        <w:t>e</w:t>
      </w:r>
      <w:r w:rsidRPr="00CB3FF1">
        <w:rPr>
          <w:rFonts w:eastAsia="KIBSE+F1"/>
          <w:i w:val="0"/>
          <w:iCs/>
          <w:color w:val="000000"/>
          <w:w w:val="101"/>
          <w:sz w:val="22"/>
          <w:szCs w:val="22"/>
        </w:rPr>
        <w:t>o</w:t>
      </w:r>
      <w:proofErr w:type="spellEnd"/>
      <w:r w:rsidRPr="00CB3FF1">
        <w:rPr>
          <w:rFonts w:eastAsia="KIBSE+F1"/>
          <w:i w:val="0"/>
          <w:iCs/>
          <w:color w:val="000000"/>
          <w:spacing w:val="3"/>
          <w:sz w:val="22"/>
          <w:szCs w:val="22"/>
        </w:rPr>
        <w:t xml:space="preserve"> </w:t>
      </w:r>
      <w:proofErr w:type="spellStart"/>
      <w:r w:rsidRPr="00CB3FF1">
        <w:rPr>
          <w:rFonts w:eastAsia="KIBSE+F1"/>
          <w:i w:val="0"/>
          <w:iCs/>
          <w:color w:val="000000"/>
          <w:spacing w:val="1"/>
          <w:w w:val="101"/>
          <w:sz w:val="22"/>
          <w:szCs w:val="22"/>
        </w:rPr>
        <w:t>l</w:t>
      </w:r>
      <w:r w:rsidRPr="00CB3FF1">
        <w:rPr>
          <w:rFonts w:eastAsia="KIBSE+F1"/>
          <w:i w:val="0"/>
          <w:iCs/>
          <w:color w:val="000000"/>
          <w:w w:val="101"/>
          <w:sz w:val="22"/>
          <w:szCs w:val="22"/>
        </w:rPr>
        <w:t>à</w:t>
      </w:r>
      <w:proofErr w:type="spellEnd"/>
      <w:r w:rsidRPr="00CB3FF1">
        <w:rPr>
          <w:rFonts w:eastAsia="KIBSE+F1"/>
          <w:i w:val="0"/>
          <w:iCs/>
          <w:color w:val="000000"/>
          <w:spacing w:val="1"/>
          <w:sz w:val="22"/>
          <w:szCs w:val="22"/>
        </w:rPr>
        <w:t xml:space="preserve"> </w:t>
      </w:r>
      <w:r w:rsidRPr="00CB3FF1">
        <w:rPr>
          <w:rFonts w:eastAsia="KIBSE+F1"/>
          <w:i w:val="0"/>
          <w:iCs/>
          <w:color w:val="000000"/>
          <w:spacing w:val="1"/>
          <w:sz w:val="22"/>
          <w:szCs w:val="22"/>
          <w:lang w:val="vi-VN"/>
        </w:rPr>
        <w:t>“</w:t>
      </w:r>
      <w:proofErr w:type="spellStart"/>
      <w:r w:rsidRPr="00CB3FF1">
        <w:rPr>
          <w:rFonts w:eastAsia="KIBSE+F1"/>
          <w:i w:val="0"/>
          <w:iCs/>
          <w:color w:val="000000"/>
          <w:w w:val="101"/>
          <w:sz w:val="22"/>
          <w:szCs w:val="22"/>
        </w:rPr>
        <w:t>Phòn</w:t>
      </w:r>
      <w:r w:rsidRPr="00CB3FF1">
        <w:rPr>
          <w:rFonts w:eastAsia="KIBSE+F1"/>
          <w:i w:val="0"/>
          <w:iCs/>
          <w:color w:val="000000"/>
          <w:spacing w:val="-1"/>
          <w:w w:val="101"/>
          <w:sz w:val="22"/>
          <w:szCs w:val="22"/>
        </w:rPr>
        <w:t>g</w:t>
      </w:r>
      <w:proofErr w:type="spellEnd"/>
      <w:r w:rsidRPr="00CB3FF1">
        <w:rPr>
          <w:rFonts w:eastAsia="KIBSE+F1"/>
          <w:i w:val="0"/>
          <w:iCs/>
          <w:color w:val="000000"/>
          <w:w w:val="101"/>
          <w:sz w:val="22"/>
          <w:szCs w:val="22"/>
          <w:lang w:val="vi-VN"/>
        </w:rPr>
        <w:t xml:space="preserve"> ngừa </w:t>
      </w:r>
      <w:proofErr w:type="spellStart"/>
      <w:r w:rsidRPr="00CB3FF1">
        <w:rPr>
          <w:rFonts w:eastAsia="KIBSE+F1"/>
          <w:i w:val="0"/>
          <w:iCs/>
          <w:color w:val="000000"/>
          <w:w w:val="101"/>
          <w:sz w:val="22"/>
          <w:szCs w:val="22"/>
        </w:rPr>
        <w:t>đuối</w:t>
      </w:r>
      <w:proofErr w:type="spellEnd"/>
      <w:r w:rsidRPr="00CB3FF1">
        <w:rPr>
          <w:rFonts w:eastAsia="KIBSE+F1"/>
          <w:i w:val="0"/>
          <w:iCs/>
          <w:color w:val="000000"/>
          <w:sz w:val="22"/>
          <w:szCs w:val="22"/>
        </w:rPr>
        <w:t xml:space="preserve"> </w:t>
      </w:r>
      <w:proofErr w:type="spellStart"/>
      <w:r w:rsidRPr="00CB3FF1">
        <w:rPr>
          <w:rFonts w:eastAsia="KIBSE+F1"/>
          <w:i w:val="0"/>
          <w:iCs/>
          <w:color w:val="000000"/>
          <w:spacing w:val="2"/>
          <w:w w:val="101"/>
          <w:sz w:val="22"/>
          <w:szCs w:val="22"/>
        </w:rPr>
        <w:t>n</w:t>
      </w:r>
      <w:r w:rsidRPr="00CB3FF1">
        <w:rPr>
          <w:rFonts w:eastAsia="KIBSE+F1"/>
          <w:i w:val="0"/>
          <w:iCs/>
          <w:color w:val="000000"/>
          <w:w w:val="101"/>
          <w:sz w:val="22"/>
          <w:szCs w:val="22"/>
        </w:rPr>
        <w:t>ước</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w w:val="101"/>
          <w:sz w:val="22"/>
          <w:szCs w:val="22"/>
        </w:rPr>
        <w:t>trẻ</w:t>
      </w:r>
      <w:proofErr w:type="spellEnd"/>
      <w:r w:rsidRPr="00CB3FF1">
        <w:rPr>
          <w:rFonts w:eastAsia="KIBSE+F1"/>
          <w:i w:val="0"/>
          <w:iCs/>
          <w:color w:val="000000"/>
          <w:spacing w:val="-1"/>
          <w:sz w:val="22"/>
          <w:szCs w:val="22"/>
        </w:rPr>
        <w:t xml:space="preserve"> </w:t>
      </w:r>
      <w:proofErr w:type="spellStart"/>
      <w:r w:rsidRPr="00CB3FF1">
        <w:rPr>
          <w:rFonts w:eastAsia="KIBSE+F1"/>
          <w:i w:val="0"/>
          <w:iCs/>
          <w:color w:val="000000"/>
          <w:spacing w:val="4"/>
          <w:w w:val="101"/>
          <w:sz w:val="22"/>
          <w:szCs w:val="22"/>
        </w:rPr>
        <w:t>e</w:t>
      </w:r>
      <w:r w:rsidRPr="00CB3FF1">
        <w:rPr>
          <w:rFonts w:eastAsia="KIBSE+F1"/>
          <w:i w:val="0"/>
          <w:iCs/>
          <w:color w:val="000000"/>
          <w:w w:val="101"/>
          <w:sz w:val="22"/>
          <w:szCs w:val="22"/>
        </w:rPr>
        <w:t>m</w:t>
      </w:r>
      <w:proofErr w:type="spellEnd"/>
      <w:r w:rsidRPr="00CB3FF1">
        <w:rPr>
          <w:rFonts w:eastAsia="KIBSE+F1"/>
          <w:i w:val="0"/>
          <w:iCs/>
          <w:color w:val="000000"/>
          <w:w w:val="101"/>
          <w:sz w:val="22"/>
          <w:szCs w:val="22"/>
          <w:lang w:val="vi-VN"/>
        </w:rPr>
        <w:t>”</w:t>
      </w:r>
      <w:r w:rsidRPr="00CB3FF1">
        <w:rPr>
          <w:rFonts w:eastAsia="KIBSE+F1"/>
          <w:i w:val="0"/>
          <w:iCs/>
          <w:color w:val="000000"/>
          <w:spacing w:val="-3"/>
          <w:sz w:val="22"/>
          <w:szCs w:val="22"/>
        </w:rPr>
        <w:t xml:space="preserve"> </w:t>
      </w:r>
      <w:proofErr w:type="spellStart"/>
      <w:r w:rsidRPr="00CB3FF1">
        <w:rPr>
          <w:rFonts w:eastAsia="KIBSE+F1"/>
          <w:i w:val="0"/>
          <w:iCs/>
          <w:color w:val="000000"/>
          <w:spacing w:val="1"/>
          <w:w w:val="101"/>
          <w:sz w:val="22"/>
          <w:szCs w:val="22"/>
        </w:rPr>
        <w:t>có</w:t>
      </w:r>
      <w:proofErr w:type="spellEnd"/>
      <w:r w:rsidRPr="00CB3FF1">
        <w:rPr>
          <w:rFonts w:eastAsia="KIBSE+F1"/>
          <w:i w:val="0"/>
          <w:iCs/>
          <w:color w:val="000000"/>
          <w:sz w:val="22"/>
          <w:szCs w:val="22"/>
        </w:rPr>
        <w:t xml:space="preserve"> </w:t>
      </w:r>
      <w:r w:rsidRPr="00CB3FF1">
        <w:rPr>
          <w:rFonts w:eastAsia="KIBSE+F1"/>
          <w:i w:val="0"/>
          <w:iCs/>
          <w:color w:val="000000"/>
          <w:spacing w:val="1"/>
          <w:w w:val="101"/>
          <w:sz w:val="22"/>
          <w:szCs w:val="22"/>
        </w:rPr>
        <w:t>Đ</w:t>
      </w:r>
      <w:r w:rsidRPr="00CB3FF1">
        <w:rPr>
          <w:rFonts w:eastAsia="KIBSE+F1"/>
          <w:i w:val="0"/>
          <w:iCs/>
          <w:color w:val="000000"/>
          <w:spacing w:val="-1"/>
          <w:w w:val="101"/>
          <w:sz w:val="22"/>
          <w:szCs w:val="22"/>
        </w:rPr>
        <w:t>T</w:t>
      </w:r>
      <w:r w:rsidRPr="00CB3FF1">
        <w:rPr>
          <w:rFonts w:eastAsia="KIBSE+F1"/>
          <w:i w:val="0"/>
          <w:iCs/>
          <w:color w:val="000000"/>
          <w:w w:val="101"/>
          <w:sz w:val="22"/>
          <w:szCs w:val="22"/>
        </w:rPr>
        <w:t>B</w:t>
      </w:r>
      <w:r w:rsidRPr="00CB3FF1">
        <w:rPr>
          <w:rFonts w:eastAsia="KIBSE+F1"/>
          <w:i w:val="0"/>
          <w:iCs/>
          <w:color w:val="000000"/>
          <w:spacing w:val="1"/>
          <w:sz w:val="22"/>
          <w:szCs w:val="22"/>
        </w:rPr>
        <w:t xml:space="preserve"> </w:t>
      </w:r>
      <w:r w:rsidRPr="00CB3FF1">
        <w:rPr>
          <w:rFonts w:eastAsia="KIBSE+F1"/>
          <w:i w:val="0"/>
          <w:iCs/>
          <w:color w:val="000000"/>
          <w:w w:val="101"/>
          <w:sz w:val="22"/>
          <w:szCs w:val="22"/>
          <w:lang w:val="vi-VN"/>
        </w:rPr>
        <w:t>=</w:t>
      </w:r>
      <w:r w:rsidRPr="00CB3FF1">
        <w:rPr>
          <w:rFonts w:eastAsia="KIBSE+F1"/>
          <w:i w:val="0"/>
          <w:iCs/>
          <w:color w:val="000000"/>
          <w:spacing w:val="-1"/>
          <w:sz w:val="22"/>
          <w:szCs w:val="22"/>
        </w:rPr>
        <w:t xml:space="preserve"> </w:t>
      </w:r>
      <w:r w:rsidRPr="00CB3FF1">
        <w:rPr>
          <w:rFonts w:eastAsia="KIBSE+F1"/>
          <w:i w:val="0"/>
          <w:iCs/>
          <w:color w:val="000000"/>
          <w:spacing w:val="2"/>
          <w:w w:val="101"/>
          <w:sz w:val="22"/>
          <w:szCs w:val="22"/>
          <w:lang w:val="vi-VN"/>
        </w:rPr>
        <w:t>3.0</w:t>
      </w:r>
      <w:r w:rsidRPr="00CB3FF1">
        <w:rPr>
          <w:rFonts w:eastAsia="KIBSE+F1"/>
          <w:i w:val="0"/>
          <w:iCs/>
          <w:color w:val="000000"/>
          <w:w w:val="101"/>
          <w:sz w:val="22"/>
          <w:szCs w:val="22"/>
          <w:lang w:val="vi-VN"/>
        </w:rPr>
        <w:t>4 và giáo dục “</w:t>
      </w:r>
      <w:r w:rsidRPr="00CB3FF1">
        <w:rPr>
          <w:i w:val="0"/>
          <w:iCs/>
          <w:color w:val="000000"/>
          <w:sz w:val="22"/>
          <w:szCs w:val="22"/>
          <w:lang w:val="vi-VN"/>
        </w:rPr>
        <w:t xml:space="preserve">Giáo dục phòng ngừa rơi, ngã cho trẻ” và “Giáo dục phòng ngừa cháy bỏng, điện giật cho trẻ” có ĐTB= 2,89 và 2,86. </w:t>
      </w:r>
      <w:proofErr w:type="spellStart"/>
      <w:r w:rsidRPr="00CB3FF1">
        <w:rPr>
          <w:rFonts w:eastAsia="KIBSE+F1"/>
          <w:i w:val="0"/>
          <w:iCs/>
          <w:color w:val="000000"/>
          <w:w w:val="101"/>
          <w:sz w:val="22"/>
          <w:szCs w:val="22"/>
        </w:rPr>
        <w:t>Có</w:t>
      </w:r>
      <w:proofErr w:type="spellEnd"/>
      <w:r w:rsidRPr="00CB3FF1">
        <w:rPr>
          <w:rFonts w:eastAsia="KIBSE+F1"/>
          <w:i w:val="0"/>
          <w:iCs/>
          <w:color w:val="000000"/>
          <w:spacing w:val="45"/>
          <w:sz w:val="22"/>
          <w:szCs w:val="22"/>
        </w:rPr>
        <w:t xml:space="preserve"> </w:t>
      </w:r>
      <w:r w:rsidRPr="00CB3FF1">
        <w:rPr>
          <w:rFonts w:eastAsia="KIBSE+F1"/>
          <w:i w:val="0"/>
          <w:iCs/>
          <w:color w:val="000000"/>
          <w:w w:val="101"/>
          <w:sz w:val="22"/>
          <w:szCs w:val="22"/>
        </w:rPr>
        <w:t>2/4</w:t>
      </w:r>
      <w:r w:rsidRPr="00CB3FF1">
        <w:rPr>
          <w:rFonts w:eastAsia="KIBSE+F1"/>
          <w:i w:val="0"/>
          <w:iCs/>
          <w:color w:val="000000"/>
          <w:spacing w:val="45"/>
          <w:sz w:val="22"/>
          <w:szCs w:val="22"/>
        </w:rPr>
        <w:t xml:space="preserve"> </w:t>
      </w:r>
      <w:proofErr w:type="spellStart"/>
      <w:r w:rsidRPr="00CB3FF1">
        <w:rPr>
          <w:rFonts w:eastAsia="KIBSE+F1"/>
          <w:i w:val="0"/>
          <w:iCs/>
          <w:color w:val="000000"/>
          <w:spacing w:val="-1"/>
          <w:w w:val="101"/>
          <w:sz w:val="22"/>
          <w:szCs w:val="22"/>
        </w:rPr>
        <w:t>n</w:t>
      </w:r>
      <w:r w:rsidRPr="00CB3FF1">
        <w:rPr>
          <w:rFonts w:eastAsia="KIBSE+F1"/>
          <w:i w:val="0"/>
          <w:iCs/>
          <w:color w:val="000000"/>
          <w:spacing w:val="2"/>
          <w:w w:val="101"/>
          <w:sz w:val="22"/>
          <w:szCs w:val="22"/>
        </w:rPr>
        <w:t>ộ</w:t>
      </w:r>
      <w:r w:rsidRPr="00CB3FF1">
        <w:rPr>
          <w:rFonts w:eastAsia="KIBSE+F1"/>
          <w:i w:val="0"/>
          <w:iCs/>
          <w:color w:val="000000"/>
          <w:w w:val="101"/>
          <w:sz w:val="22"/>
          <w:szCs w:val="22"/>
        </w:rPr>
        <w:t>i</w:t>
      </w:r>
      <w:proofErr w:type="spellEnd"/>
      <w:r w:rsidRPr="00CB3FF1">
        <w:rPr>
          <w:rFonts w:eastAsia="KIBSE+F1"/>
          <w:i w:val="0"/>
          <w:iCs/>
          <w:color w:val="000000"/>
          <w:spacing w:val="44"/>
          <w:sz w:val="22"/>
          <w:szCs w:val="22"/>
        </w:rPr>
        <w:t xml:space="preserve"> </w:t>
      </w:r>
      <w:r w:rsidRPr="00CB3FF1">
        <w:rPr>
          <w:rFonts w:eastAsia="KIBSE+F1"/>
          <w:i w:val="0"/>
          <w:iCs/>
          <w:color w:val="000000"/>
          <w:spacing w:val="-2"/>
          <w:w w:val="101"/>
          <w:sz w:val="22"/>
          <w:szCs w:val="22"/>
        </w:rPr>
        <w:t>d</w:t>
      </w:r>
      <w:r w:rsidRPr="00CB3FF1">
        <w:rPr>
          <w:rFonts w:eastAsia="KIBSE+F1"/>
          <w:i w:val="0"/>
          <w:iCs/>
          <w:color w:val="000000"/>
          <w:spacing w:val="2"/>
          <w:w w:val="101"/>
          <w:sz w:val="22"/>
          <w:szCs w:val="22"/>
        </w:rPr>
        <w:t>u</w:t>
      </w:r>
      <w:r w:rsidRPr="00CB3FF1">
        <w:rPr>
          <w:rFonts w:eastAsia="KIBSE+F1"/>
          <w:i w:val="0"/>
          <w:iCs/>
          <w:color w:val="000000"/>
          <w:spacing w:val="-1"/>
          <w:w w:val="101"/>
          <w:sz w:val="22"/>
          <w:szCs w:val="22"/>
        </w:rPr>
        <w:t>n</w:t>
      </w:r>
      <w:r w:rsidRPr="00CB3FF1">
        <w:rPr>
          <w:rFonts w:eastAsia="KIBSE+F1"/>
          <w:i w:val="0"/>
          <w:iCs/>
          <w:color w:val="000000"/>
          <w:w w:val="101"/>
          <w:sz w:val="22"/>
          <w:szCs w:val="22"/>
        </w:rPr>
        <w:t>g</w:t>
      </w:r>
      <w:r w:rsidRPr="00CB3FF1">
        <w:rPr>
          <w:rFonts w:eastAsia="KIBSE+F1"/>
          <w:i w:val="0"/>
          <w:iCs/>
          <w:color w:val="000000"/>
          <w:spacing w:val="45"/>
          <w:sz w:val="22"/>
          <w:szCs w:val="22"/>
        </w:rPr>
        <w:t xml:space="preserve"> </w:t>
      </w:r>
      <w:proofErr w:type="spellStart"/>
      <w:r w:rsidRPr="00CB3FF1">
        <w:rPr>
          <w:rFonts w:eastAsia="KIBSE+F1"/>
          <w:i w:val="0"/>
          <w:iCs/>
          <w:color w:val="000000"/>
          <w:spacing w:val="1"/>
          <w:w w:val="101"/>
          <w:sz w:val="22"/>
          <w:szCs w:val="22"/>
        </w:rPr>
        <w:t>c</w:t>
      </w:r>
      <w:r w:rsidRPr="00CB3FF1">
        <w:rPr>
          <w:rFonts w:eastAsia="KIBSE+F1"/>
          <w:i w:val="0"/>
          <w:iCs/>
          <w:color w:val="000000"/>
          <w:spacing w:val="-2"/>
          <w:w w:val="101"/>
          <w:sz w:val="22"/>
          <w:szCs w:val="22"/>
        </w:rPr>
        <w:t>h</w:t>
      </w:r>
      <w:r w:rsidRPr="00CB3FF1">
        <w:rPr>
          <w:rFonts w:eastAsia="KIBSE+F1"/>
          <w:i w:val="0"/>
          <w:iCs/>
          <w:color w:val="000000"/>
          <w:w w:val="101"/>
          <w:sz w:val="22"/>
          <w:szCs w:val="22"/>
        </w:rPr>
        <w:t>ỉ</w:t>
      </w:r>
      <w:proofErr w:type="spellEnd"/>
      <w:r w:rsidRPr="00CB3FF1">
        <w:rPr>
          <w:rFonts w:eastAsia="KIBSE+F1"/>
          <w:i w:val="0"/>
          <w:iCs/>
          <w:color w:val="000000"/>
          <w:spacing w:val="43"/>
          <w:sz w:val="22"/>
          <w:szCs w:val="22"/>
        </w:rPr>
        <w:t xml:space="preserve"> </w:t>
      </w:r>
      <w:proofErr w:type="spellStart"/>
      <w:r w:rsidRPr="00CB3FF1">
        <w:rPr>
          <w:rFonts w:eastAsia="KIBSE+F1"/>
          <w:i w:val="0"/>
          <w:iCs/>
          <w:color w:val="000000"/>
          <w:spacing w:val="3"/>
          <w:w w:val="101"/>
          <w:sz w:val="22"/>
          <w:szCs w:val="22"/>
        </w:rPr>
        <w:t>n</w:t>
      </w:r>
      <w:r w:rsidRPr="00CB3FF1">
        <w:rPr>
          <w:rFonts w:eastAsia="KIBSE+F1"/>
          <w:i w:val="0"/>
          <w:iCs/>
          <w:color w:val="000000"/>
          <w:w w:val="101"/>
          <w:sz w:val="22"/>
          <w:szCs w:val="22"/>
        </w:rPr>
        <w:t>hận</w:t>
      </w:r>
      <w:proofErr w:type="spellEnd"/>
      <w:r w:rsidRPr="00CB3FF1">
        <w:rPr>
          <w:rFonts w:eastAsia="KIBSE+F1"/>
          <w:i w:val="0"/>
          <w:iCs/>
          <w:color w:val="000000"/>
          <w:spacing w:val="40"/>
          <w:sz w:val="22"/>
          <w:szCs w:val="22"/>
        </w:rPr>
        <w:t xml:space="preserve"> </w:t>
      </w:r>
      <w:proofErr w:type="spellStart"/>
      <w:r w:rsidRPr="00CB3FF1">
        <w:rPr>
          <w:rFonts w:eastAsia="KIBSE+F1"/>
          <w:i w:val="0"/>
          <w:iCs/>
          <w:color w:val="000000"/>
          <w:w w:val="101"/>
          <w:sz w:val="22"/>
          <w:szCs w:val="22"/>
        </w:rPr>
        <w:t>đ</w:t>
      </w:r>
      <w:r w:rsidRPr="00CB3FF1">
        <w:rPr>
          <w:rFonts w:eastAsia="KIBSE+F1"/>
          <w:i w:val="0"/>
          <w:iCs/>
          <w:color w:val="000000"/>
          <w:spacing w:val="2"/>
          <w:w w:val="101"/>
          <w:sz w:val="22"/>
          <w:szCs w:val="22"/>
        </w:rPr>
        <w:t>ư</w:t>
      </w:r>
      <w:r w:rsidRPr="00CB3FF1">
        <w:rPr>
          <w:rFonts w:eastAsia="KIBSE+F1"/>
          <w:i w:val="0"/>
          <w:iCs/>
          <w:color w:val="000000"/>
          <w:spacing w:val="1"/>
          <w:w w:val="101"/>
          <w:sz w:val="22"/>
          <w:szCs w:val="22"/>
        </w:rPr>
        <w:t>ợ</w:t>
      </w:r>
      <w:r w:rsidRPr="00CB3FF1">
        <w:rPr>
          <w:rFonts w:eastAsia="KIBSE+F1"/>
          <w:i w:val="0"/>
          <w:iCs/>
          <w:color w:val="000000"/>
          <w:w w:val="101"/>
          <w:sz w:val="22"/>
          <w:szCs w:val="22"/>
        </w:rPr>
        <w:t>c</w:t>
      </w:r>
      <w:proofErr w:type="spellEnd"/>
      <w:r w:rsidRPr="00CB3FF1">
        <w:rPr>
          <w:rFonts w:eastAsia="KIBSE+F1"/>
          <w:i w:val="0"/>
          <w:iCs/>
          <w:color w:val="000000"/>
          <w:spacing w:val="44"/>
          <w:sz w:val="22"/>
          <w:szCs w:val="22"/>
        </w:rPr>
        <w:t xml:space="preserve"> </w:t>
      </w:r>
      <w:proofErr w:type="spellStart"/>
      <w:r w:rsidRPr="00CB3FF1">
        <w:rPr>
          <w:rFonts w:eastAsia="KIBSE+F1"/>
          <w:i w:val="0"/>
          <w:iCs/>
          <w:color w:val="000000"/>
          <w:spacing w:val="-1"/>
          <w:w w:val="101"/>
          <w:sz w:val="22"/>
          <w:szCs w:val="22"/>
        </w:rPr>
        <w:t>đ</w:t>
      </w:r>
      <w:r w:rsidRPr="00CB3FF1">
        <w:rPr>
          <w:rFonts w:eastAsia="KIBSE+F1"/>
          <w:i w:val="0"/>
          <w:iCs/>
          <w:color w:val="000000"/>
          <w:spacing w:val="1"/>
          <w:w w:val="101"/>
          <w:sz w:val="22"/>
          <w:szCs w:val="22"/>
        </w:rPr>
        <w:t>á</w:t>
      </w:r>
      <w:r w:rsidRPr="00CB3FF1">
        <w:rPr>
          <w:rFonts w:eastAsia="KIBSE+F1"/>
          <w:i w:val="0"/>
          <w:iCs/>
          <w:color w:val="000000"/>
          <w:w w:val="101"/>
          <w:sz w:val="22"/>
          <w:szCs w:val="22"/>
        </w:rPr>
        <w:t>nh</w:t>
      </w:r>
      <w:proofErr w:type="spellEnd"/>
      <w:r w:rsidRPr="00CB3FF1">
        <w:rPr>
          <w:rFonts w:eastAsia="KIBSE+F1"/>
          <w:i w:val="0"/>
          <w:iCs/>
          <w:color w:val="000000"/>
          <w:spacing w:val="40"/>
          <w:sz w:val="22"/>
          <w:szCs w:val="22"/>
        </w:rPr>
        <w:t xml:space="preserve"> </w:t>
      </w:r>
      <w:proofErr w:type="spellStart"/>
      <w:r w:rsidRPr="00CB3FF1">
        <w:rPr>
          <w:rFonts w:eastAsia="KIBSE+F1"/>
          <w:i w:val="0"/>
          <w:iCs/>
          <w:color w:val="000000"/>
          <w:spacing w:val="3"/>
          <w:w w:val="101"/>
          <w:sz w:val="22"/>
          <w:szCs w:val="22"/>
        </w:rPr>
        <w:t>g</w:t>
      </w:r>
      <w:r w:rsidRPr="00CB3FF1">
        <w:rPr>
          <w:rFonts w:eastAsia="KIBSE+F1"/>
          <w:i w:val="0"/>
          <w:iCs/>
          <w:color w:val="000000"/>
          <w:spacing w:val="-1"/>
          <w:w w:val="101"/>
          <w:sz w:val="22"/>
          <w:szCs w:val="22"/>
        </w:rPr>
        <w:t>i</w:t>
      </w:r>
      <w:r w:rsidRPr="00CB3FF1">
        <w:rPr>
          <w:rFonts w:eastAsia="KIBSE+F1"/>
          <w:i w:val="0"/>
          <w:iCs/>
          <w:color w:val="000000"/>
          <w:w w:val="101"/>
          <w:sz w:val="22"/>
          <w:szCs w:val="22"/>
        </w:rPr>
        <w:t>á</w:t>
      </w:r>
      <w:proofErr w:type="spellEnd"/>
      <w:r w:rsidRPr="00CB3FF1">
        <w:rPr>
          <w:rFonts w:eastAsia="KIBSE+F1"/>
          <w:i w:val="0"/>
          <w:iCs/>
          <w:color w:val="000000"/>
          <w:spacing w:val="45"/>
          <w:sz w:val="22"/>
          <w:szCs w:val="22"/>
        </w:rPr>
        <w:t xml:space="preserve"> </w:t>
      </w:r>
      <w:r w:rsidRPr="00CB3FF1">
        <w:rPr>
          <w:rFonts w:eastAsia="KIBSE+F1"/>
          <w:i w:val="0"/>
          <w:iCs/>
          <w:color w:val="000000"/>
          <w:w w:val="101"/>
          <w:sz w:val="22"/>
          <w:szCs w:val="22"/>
        </w:rPr>
        <w:t>ở</w:t>
      </w:r>
      <w:r w:rsidRPr="00CB3FF1">
        <w:rPr>
          <w:rFonts w:eastAsia="KIBSE+F1"/>
          <w:i w:val="0"/>
          <w:iCs/>
          <w:color w:val="000000"/>
          <w:spacing w:val="46"/>
          <w:sz w:val="22"/>
          <w:szCs w:val="22"/>
        </w:rPr>
        <w:t xml:space="preserve"> </w:t>
      </w:r>
      <w:proofErr w:type="spellStart"/>
      <w:r w:rsidRPr="00CB3FF1">
        <w:rPr>
          <w:rFonts w:eastAsia="KIBSE+F1"/>
          <w:i w:val="0"/>
          <w:iCs/>
          <w:color w:val="000000"/>
          <w:spacing w:val="-5"/>
          <w:w w:val="101"/>
          <w:sz w:val="22"/>
          <w:szCs w:val="22"/>
        </w:rPr>
        <w:t>m</w:t>
      </w:r>
      <w:r w:rsidRPr="00CB3FF1">
        <w:rPr>
          <w:rFonts w:eastAsia="KIBSE+F1"/>
          <w:i w:val="0"/>
          <w:iCs/>
          <w:color w:val="000000"/>
          <w:spacing w:val="1"/>
          <w:w w:val="101"/>
          <w:sz w:val="22"/>
          <w:szCs w:val="22"/>
        </w:rPr>
        <w:t>ứ</w:t>
      </w:r>
      <w:proofErr w:type="spellEnd"/>
      <w:r w:rsidRPr="00CB3FF1">
        <w:rPr>
          <w:rFonts w:eastAsia="KIBSE+F1"/>
          <w:i w:val="0"/>
          <w:iCs/>
          <w:color w:val="000000"/>
          <w:spacing w:val="1"/>
          <w:w w:val="101"/>
          <w:sz w:val="22"/>
          <w:szCs w:val="22"/>
          <w:lang w:val="vi-VN"/>
        </w:rPr>
        <w:t>c thực hiện thấp hơn</w:t>
      </w:r>
      <w:r w:rsidRPr="00CB3FF1">
        <w:rPr>
          <w:rFonts w:eastAsia="KIBSE+F1"/>
          <w:i w:val="0"/>
          <w:iCs/>
          <w:color w:val="000000"/>
          <w:spacing w:val="43"/>
          <w:sz w:val="22"/>
          <w:szCs w:val="22"/>
        </w:rPr>
        <w:t xml:space="preserve"> </w:t>
      </w:r>
      <w:proofErr w:type="spellStart"/>
      <w:r w:rsidRPr="00CB3FF1">
        <w:rPr>
          <w:rFonts w:eastAsia="KIBSE+F1"/>
          <w:i w:val="0"/>
          <w:iCs/>
          <w:color w:val="000000"/>
          <w:w w:val="101"/>
          <w:sz w:val="22"/>
          <w:szCs w:val="22"/>
        </w:rPr>
        <w:t>l</w:t>
      </w:r>
      <w:r w:rsidRPr="00CB3FF1">
        <w:rPr>
          <w:rFonts w:eastAsia="KIBSE+F1"/>
          <w:i w:val="0"/>
          <w:iCs/>
          <w:color w:val="000000"/>
          <w:spacing w:val="2"/>
          <w:w w:val="101"/>
          <w:sz w:val="22"/>
          <w:szCs w:val="22"/>
        </w:rPr>
        <w:t>à</w:t>
      </w:r>
      <w:proofErr w:type="spellEnd"/>
      <w:r w:rsidRPr="00CB3FF1">
        <w:rPr>
          <w:rFonts w:eastAsia="KIBSE+F1"/>
          <w:i w:val="0"/>
          <w:iCs/>
          <w:color w:val="000000"/>
          <w:w w:val="101"/>
          <w:sz w:val="22"/>
          <w:szCs w:val="22"/>
        </w:rPr>
        <w:t>:</w:t>
      </w:r>
      <w:r w:rsidRPr="00CB3FF1">
        <w:rPr>
          <w:rFonts w:eastAsia="KIBSE+F1"/>
          <w:i w:val="0"/>
          <w:iCs/>
          <w:color w:val="000000"/>
          <w:spacing w:val="43"/>
          <w:sz w:val="22"/>
          <w:szCs w:val="22"/>
        </w:rPr>
        <w:t xml:space="preserve"> </w:t>
      </w:r>
      <w:proofErr w:type="spellStart"/>
      <w:r w:rsidRPr="00CB3FF1">
        <w:rPr>
          <w:rFonts w:eastAsia="KIBSE+F1"/>
          <w:i w:val="0"/>
          <w:iCs/>
          <w:color w:val="000000"/>
          <w:w w:val="101"/>
          <w:sz w:val="22"/>
          <w:szCs w:val="22"/>
        </w:rPr>
        <w:t>Ph</w:t>
      </w:r>
      <w:r w:rsidRPr="00CB3FF1">
        <w:rPr>
          <w:rFonts w:eastAsia="KIBSE+F1"/>
          <w:i w:val="0"/>
          <w:iCs/>
          <w:color w:val="000000"/>
          <w:spacing w:val="-2"/>
          <w:w w:val="101"/>
          <w:sz w:val="22"/>
          <w:szCs w:val="22"/>
        </w:rPr>
        <w:t>ò</w:t>
      </w:r>
      <w:r w:rsidRPr="00CB3FF1">
        <w:rPr>
          <w:rFonts w:eastAsia="KIBSE+F1"/>
          <w:i w:val="0"/>
          <w:iCs/>
          <w:color w:val="000000"/>
          <w:w w:val="101"/>
          <w:sz w:val="22"/>
          <w:szCs w:val="22"/>
        </w:rPr>
        <w:t>n</w:t>
      </w:r>
      <w:r w:rsidRPr="00CB3FF1">
        <w:rPr>
          <w:rFonts w:eastAsia="KIBSE+F1"/>
          <w:i w:val="0"/>
          <w:iCs/>
          <w:color w:val="000000"/>
          <w:spacing w:val="-2"/>
          <w:w w:val="101"/>
          <w:sz w:val="22"/>
          <w:szCs w:val="22"/>
        </w:rPr>
        <w:t>g</w:t>
      </w:r>
      <w:proofErr w:type="spellEnd"/>
      <w:r w:rsidRPr="00CB3FF1">
        <w:rPr>
          <w:rFonts w:eastAsia="KIBSE+F1"/>
          <w:i w:val="0"/>
          <w:iCs/>
          <w:color w:val="000000"/>
          <w:spacing w:val="-2"/>
          <w:w w:val="101"/>
          <w:sz w:val="22"/>
          <w:szCs w:val="22"/>
          <w:lang w:val="vi-VN"/>
        </w:rPr>
        <w:t xml:space="preserve"> ngừa ngộ độc thực ăn và </w:t>
      </w:r>
      <w:proofErr w:type="spellStart"/>
      <w:r w:rsidRPr="00CB3FF1">
        <w:rPr>
          <w:rFonts w:eastAsia="KIBSE+F1"/>
          <w:i w:val="0"/>
          <w:iCs/>
          <w:color w:val="000000"/>
          <w:spacing w:val="3"/>
          <w:w w:val="101"/>
          <w:sz w:val="22"/>
          <w:szCs w:val="22"/>
        </w:rPr>
        <w:t>đ</w:t>
      </w:r>
      <w:r w:rsidRPr="00CB3FF1">
        <w:rPr>
          <w:rFonts w:eastAsia="KIBSE+F1"/>
          <w:i w:val="0"/>
          <w:iCs/>
          <w:color w:val="000000"/>
          <w:w w:val="101"/>
          <w:sz w:val="22"/>
          <w:szCs w:val="22"/>
        </w:rPr>
        <w:t>ộng</w:t>
      </w:r>
      <w:proofErr w:type="spellEnd"/>
      <w:r w:rsidRPr="00CB3FF1">
        <w:rPr>
          <w:rFonts w:eastAsia="KIBSE+F1"/>
          <w:i w:val="0"/>
          <w:iCs/>
          <w:color w:val="000000"/>
          <w:spacing w:val="37"/>
          <w:sz w:val="22"/>
          <w:szCs w:val="22"/>
        </w:rPr>
        <w:t xml:space="preserve"> </w:t>
      </w:r>
      <w:proofErr w:type="spellStart"/>
      <w:r w:rsidRPr="00CB3FF1">
        <w:rPr>
          <w:rFonts w:eastAsia="KIBSE+F1"/>
          <w:i w:val="0"/>
          <w:iCs/>
          <w:color w:val="000000"/>
          <w:spacing w:val="3"/>
          <w:w w:val="101"/>
          <w:sz w:val="22"/>
          <w:szCs w:val="22"/>
        </w:rPr>
        <w:t>v</w:t>
      </w:r>
      <w:r w:rsidRPr="00CB3FF1">
        <w:rPr>
          <w:rFonts w:eastAsia="KIBSE+F1"/>
          <w:i w:val="0"/>
          <w:iCs/>
          <w:color w:val="000000"/>
          <w:spacing w:val="1"/>
          <w:w w:val="101"/>
          <w:sz w:val="22"/>
          <w:szCs w:val="22"/>
        </w:rPr>
        <w:t>ậ</w:t>
      </w:r>
      <w:r w:rsidRPr="00CB3FF1">
        <w:rPr>
          <w:rFonts w:eastAsia="KIBSE+F1"/>
          <w:i w:val="0"/>
          <w:iCs/>
          <w:color w:val="000000"/>
          <w:w w:val="101"/>
          <w:sz w:val="22"/>
          <w:szCs w:val="22"/>
        </w:rPr>
        <w:t>t</w:t>
      </w:r>
      <w:proofErr w:type="spellEnd"/>
      <w:r w:rsidRPr="00CB3FF1">
        <w:rPr>
          <w:rFonts w:eastAsia="KIBSE+F1"/>
          <w:i w:val="0"/>
          <w:iCs/>
          <w:color w:val="000000"/>
          <w:spacing w:val="39"/>
          <w:sz w:val="22"/>
          <w:szCs w:val="22"/>
        </w:rPr>
        <w:t xml:space="preserve"> </w:t>
      </w:r>
      <w:proofErr w:type="spellStart"/>
      <w:r w:rsidRPr="00CB3FF1">
        <w:rPr>
          <w:rFonts w:eastAsia="KIBSE+F1"/>
          <w:i w:val="0"/>
          <w:iCs/>
          <w:color w:val="000000"/>
          <w:spacing w:val="2"/>
          <w:w w:val="101"/>
          <w:sz w:val="22"/>
          <w:szCs w:val="22"/>
        </w:rPr>
        <w:t>c</w:t>
      </w:r>
      <w:r w:rsidRPr="00CB3FF1">
        <w:rPr>
          <w:rFonts w:eastAsia="KIBSE+F1"/>
          <w:i w:val="0"/>
          <w:iCs/>
          <w:color w:val="000000"/>
          <w:w w:val="101"/>
          <w:sz w:val="22"/>
          <w:szCs w:val="22"/>
        </w:rPr>
        <w:t>ắn</w:t>
      </w:r>
      <w:proofErr w:type="spellEnd"/>
      <w:r w:rsidRPr="00CB3FF1">
        <w:rPr>
          <w:rFonts w:eastAsia="KIBSE+F1"/>
          <w:i w:val="0"/>
          <w:iCs/>
          <w:color w:val="000000"/>
          <w:spacing w:val="40"/>
          <w:sz w:val="22"/>
          <w:szCs w:val="22"/>
        </w:rPr>
        <w:t xml:space="preserve"> </w:t>
      </w:r>
      <w:proofErr w:type="spellStart"/>
      <w:r w:rsidRPr="00CB3FF1">
        <w:rPr>
          <w:rFonts w:eastAsia="KIBSE+F1"/>
          <w:i w:val="0"/>
          <w:iCs/>
          <w:color w:val="000000"/>
          <w:spacing w:val="-1"/>
          <w:w w:val="101"/>
          <w:sz w:val="22"/>
          <w:szCs w:val="22"/>
        </w:rPr>
        <w:t>c</w:t>
      </w:r>
      <w:r w:rsidRPr="00CB3FF1">
        <w:rPr>
          <w:rFonts w:eastAsia="KIBSE+F1"/>
          <w:i w:val="0"/>
          <w:iCs/>
          <w:color w:val="000000"/>
          <w:spacing w:val="1"/>
          <w:w w:val="101"/>
          <w:sz w:val="22"/>
          <w:szCs w:val="22"/>
        </w:rPr>
        <w:t>h</w:t>
      </w:r>
      <w:r w:rsidRPr="00CB3FF1">
        <w:rPr>
          <w:rFonts w:eastAsia="KIBSE+F1"/>
          <w:i w:val="0"/>
          <w:iCs/>
          <w:color w:val="000000"/>
          <w:w w:val="101"/>
          <w:sz w:val="22"/>
          <w:szCs w:val="22"/>
        </w:rPr>
        <w:t>o</w:t>
      </w:r>
      <w:proofErr w:type="spellEnd"/>
      <w:r w:rsidRPr="00CB3FF1">
        <w:rPr>
          <w:rFonts w:eastAsia="KIBSE+F1"/>
          <w:i w:val="0"/>
          <w:iCs/>
          <w:color w:val="000000"/>
          <w:spacing w:val="40"/>
          <w:sz w:val="22"/>
          <w:szCs w:val="22"/>
        </w:rPr>
        <w:t xml:space="preserve"> </w:t>
      </w:r>
      <w:r w:rsidRPr="00CB3FF1">
        <w:rPr>
          <w:rFonts w:eastAsia="KIBSE+F1"/>
          <w:i w:val="0"/>
          <w:iCs/>
          <w:color w:val="000000"/>
          <w:spacing w:val="4"/>
          <w:w w:val="101"/>
          <w:sz w:val="22"/>
          <w:szCs w:val="22"/>
        </w:rPr>
        <w:t>tr</w:t>
      </w:r>
      <w:r w:rsidRPr="00CB3FF1">
        <w:rPr>
          <w:rFonts w:eastAsia="KIBSE+F1"/>
          <w:i w:val="0"/>
          <w:iCs/>
          <w:color w:val="000000"/>
          <w:spacing w:val="4"/>
          <w:w w:val="101"/>
          <w:sz w:val="22"/>
          <w:szCs w:val="22"/>
          <w:lang w:val="vi-VN"/>
        </w:rPr>
        <w:t>ẻ có</w:t>
      </w:r>
      <w:r w:rsidRPr="00CB3FF1">
        <w:rPr>
          <w:rFonts w:eastAsia="KIBSE+F1"/>
          <w:i w:val="0"/>
          <w:iCs/>
          <w:color w:val="000000"/>
          <w:spacing w:val="40"/>
          <w:sz w:val="22"/>
          <w:szCs w:val="22"/>
          <w:lang w:val="vi-VN"/>
        </w:rPr>
        <w:t xml:space="preserve"> </w:t>
      </w:r>
      <w:r w:rsidRPr="00CB3FF1">
        <w:rPr>
          <w:rFonts w:eastAsia="KIBSE+F1"/>
          <w:i w:val="0"/>
          <w:iCs/>
          <w:color w:val="000000"/>
          <w:spacing w:val="2"/>
          <w:w w:val="101"/>
          <w:sz w:val="22"/>
          <w:szCs w:val="22"/>
        </w:rPr>
        <w:t>Đ</w:t>
      </w:r>
      <w:r w:rsidRPr="00CB3FF1">
        <w:rPr>
          <w:rFonts w:eastAsia="KIBSE+F1"/>
          <w:i w:val="0"/>
          <w:iCs/>
          <w:color w:val="000000"/>
          <w:w w:val="101"/>
          <w:sz w:val="22"/>
          <w:szCs w:val="22"/>
        </w:rPr>
        <w:t>T</w:t>
      </w:r>
      <w:r w:rsidRPr="00CB3FF1">
        <w:rPr>
          <w:rFonts w:eastAsia="KIBSE+F1"/>
          <w:i w:val="0"/>
          <w:iCs/>
          <w:color w:val="000000"/>
          <w:spacing w:val="2"/>
          <w:w w:val="101"/>
          <w:sz w:val="22"/>
          <w:szCs w:val="22"/>
        </w:rPr>
        <w:t>B</w:t>
      </w:r>
      <w:r w:rsidRPr="00CB3FF1">
        <w:rPr>
          <w:rFonts w:eastAsia="KIBSE+F1"/>
          <w:i w:val="0"/>
          <w:iCs/>
          <w:color w:val="000000"/>
          <w:w w:val="101"/>
          <w:sz w:val="22"/>
          <w:szCs w:val="22"/>
          <w:lang w:val="vi-VN"/>
        </w:rPr>
        <w:t xml:space="preserve"> = </w:t>
      </w:r>
      <w:r w:rsidRPr="00CB3FF1">
        <w:rPr>
          <w:rFonts w:eastAsia="KIBSE+F1"/>
          <w:i w:val="0"/>
          <w:iCs/>
          <w:color w:val="000000"/>
          <w:w w:val="101"/>
          <w:sz w:val="22"/>
          <w:szCs w:val="22"/>
        </w:rPr>
        <w:t>2</w:t>
      </w:r>
      <w:r w:rsidRPr="00CB3FF1">
        <w:rPr>
          <w:rFonts w:eastAsia="KIBSE+F1"/>
          <w:i w:val="0"/>
          <w:iCs/>
          <w:color w:val="000000"/>
          <w:w w:val="101"/>
          <w:sz w:val="22"/>
          <w:szCs w:val="22"/>
          <w:lang w:val="vi-VN"/>
        </w:rPr>
        <w:t>,72</w:t>
      </w:r>
      <w:r w:rsidRPr="00CB3FF1">
        <w:rPr>
          <w:rFonts w:eastAsia="KIBSE+F1"/>
          <w:i w:val="0"/>
          <w:iCs/>
          <w:color w:val="000000"/>
          <w:w w:val="101"/>
          <w:sz w:val="22"/>
          <w:szCs w:val="22"/>
        </w:rPr>
        <w:t>;</w:t>
      </w:r>
      <w:r w:rsidRPr="00CB3FF1">
        <w:rPr>
          <w:rFonts w:eastAsia="KIBSE+F1"/>
          <w:i w:val="0"/>
          <w:iCs/>
          <w:color w:val="000000"/>
          <w:spacing w:val="41"/>
          <w:sz w:val="22"/>
          <w:szCs w:val="22"/>
        </w:rPr>
        <w:t xml:space="preserve"> </w:t>
      </w:r>
      <w:proofErr w:type="spellStart"/>
      <w:r w:rsidRPr="00CB3FF1">
        <w:rPr>
          <w:rFonts w:eastAsia="KIBSE+F1"/>
          <w:i w:val="0"/>
          <w:iCs/>
          <w:color w:val="000000"/>
          <w:w w:val="101"/>
          <w:sz w:val="22"/>
          <w:szCs w:val="22"/>
        </w:rPr>
        <w:t>Phòng</w:t>
      </w:r>
      <w:proofErr w:type="spellEnd"/>
      <w:r w:rsidRPr="00CB3FF1">
        <w:rPr>
          <w:rFonts w:eastAsia="KIBSE+F1"/>
          <w:i w:val="0"/>
          <w:iCs/>
          <w:color w:val="000000"/>
          <w:spacing w:val="40"/>
          <w:sz w:val="22"/>
          <w:szCs w:val="22"/>
        </w:rPr>
        <w:t xml:space="preserve"> </w:t>
      </w:r>
      <w:proofErr w:type="spellStart"/>
      <w:r w:rsidRPr="00CB3FF1">
        <w:rPr>
          <w:rFonts w:eastAsia="KIBSE+F1"/>
          <w:i w:val="0"/>
          <w:iCs/>
          <w:color w:val="000000"/>
          <w:w w:val="101"/>
          <w:sz w:val="22"/>
          <w:szCs w:val="22"/>
        </w:rPr>
        <w:t>n</w:t>
      </w:r>
      <w:r w:rsidRPr="00CB3FF1">
        <w:rPr>
          <w:rFonts w:eastAsia="KIBSE+F1"/>
          <w:i w:val="0"/>
          <w:iCs/>
          <w:color w:val="000000"/>
          <w:spacing w:val="1"/>
          <w:w w:val="101"/>
          <w:sz w:val="22"/>
          <w:szCs w:val="22"/>
        </w:rPr>
        <w:t>g</w:t>
      </w:r>
      <w:r w:rsidRPr="00CB3FF1">
        <w:rPr>
          <w:rFonts w:eastAsia="KIBSE+F1"/>
          <w:i w:val="0"/>
          <w:iCs/>
          <w:color w:val="000000"/>
          <w:w w:val="101"/>
          <w:sz w:val="22"/>
          <w:szCs w:val="22"/>
        </w:rPr>
        <w:t>ừa</w:t>
      </w:r>
      <w:proofErr w:type="spellEnd"/>
      <w:r w:rsidRPr="00CB3FF1">
        <w:rPr>
          <w:rFonts w:eastAsia="KIBSE+F1"/>
          <w:i w:val="0"/>
          <w:iCs/>
          <w:color w:val="000000"/>
          <w:w w:val="101"/>
          <w:sz w:val="22"/>
          <w:szCs w:val="22"/>
          <w:lang w:val="vi-VN"/>
        </w:rPr>
        <w:t xml:space="preserve"> bạo lực và trẻ tự gây tổn thương cho bản thân </w:t>
      </w:r>
      <w:r w:rsidRPr="00CB3FF1">
        <w:rPr>
          <w:rFonts w:eastAsia="KIBSE+F1"/>
          <w:i w:val="0"/>
          <w:iCs/>
          <w:color w:val="000000"/>
          <w:spacing w:val="39"/>
          <w:sz w:val="22"/>
          <w:szCs w:val="22"/>
          <w:lang w:val="vi-VN"/>
        </w:rPr>
        <w:t xml:space="preserve">với </w:t>
      </w:r>
      <w:r w:rsidRPr="00CB3FF1">
        <w:rPr>
          <w:rFonts w:eastAsia="KIBSE+F1"/>
          <w:i w:val="0"/>
          <w:iCs/>
          <w:color w:val="000000"/>
          <w:w w:val="101"/>
          <w:sz w:val="22"/>
          <w:szCs w:val="22"/>
        </w:rPr>
        <w:t>ĐTB</w:t>
      </w:r>
      <w:r w:rsidRPr="00CB3FF1">
        <w:rPr>
          <w:rFonts w:eastAsia="KIBSE+F1"/>
          <w:i w:val="0"/>
          <w:iCs/>
          <w:color w:val="000000"/>
          <w:w w:val="101"/>
          <w:sz w:val="22"/>
          <w:szCs w:val="22"/>
          <w:lang w:val="vi-VN"/>
        </w:rPr>
        <w:t xml:space="preserve"> = </w:t>
      </w:r>
      <w:r w:rsidRPr="00CB3FF1">
        <w:rPr>
          <w:rFonts w:eastAsia="KIBSE+F1"/>
          <w:i w:val="0"/>
          <w:iCs/>
          <w:color w:val="000000"/>
          <w:spacing w:val="2"/>
          <w:w w:val="101"/>
          <w:sz w:val="22"/>
          <w:szCs w:val="22"/>
        </w:rPr>
        <w:t>2</w:t>
      </w:r>
      <w:r w:rsidRPr="00CB3FF1">
        <w:rPr>
          <w:rFonts w:eastAsia="KIBSE+F1"/>
          <w:i w:val="0"/>
          <w:iCs/>
          <w:color w:val="000000"/>
          <w:w w:val="101"/>
          <w:sz w:val="22"/>
          <w:szCs w:val="22"/>
          <w:lang w:val="vi-VN"/>
        </w:rPr>
        <w:t>,68</w:t>
      </w:r>
      <w:r w:rsidRPr="00CB3FF1">
        <w:rPr>
          <w:rFonts w:eastAsia="KIBSE+F1"/>
          <w:i w:val="0"/>
          <w:iCs/>
          <w:color w:val="000000"/>
          <w:w w:val="101"/>
          <w:sz w:val="22"/>
          <w:szCs w:val="22"/>
        </w:rPr>
        <w:t>.</w:t>
      </w:r>
      <w:r w:rsidRPr="00CB3FF1">
        <w:rPr>
          <w:i w:val="0"/>
          <w:iCs/>
          <w:color w:val="000000"/>
          <w:sz w:val="22"/>
          <w:szCs w:val="22"/>
          <w:lang w:val="vi-VN"/>
        </w:rPr>
        <w:t xml:space="preserve"> Với kết quả này</w:t>
      </w:r>
      <w:r w:rsidRPr="00CB3FF1">
        <w:rPr>
          <w:rFonts w:eastAsia="KIBSE+F1"/>
          <w:i w:val="0"/>
          <w:iCs/>
          <w:color w:val="000000"/>
          <w:spacing w:val="2"/>
          <w:sz w:val="22"/>
          <w:szCs w:val="22"/>
          <w:lang w:val="vi-VN"/>
        </w:rPr>
        <w:t xml:space="preserve"> cho thấy, các nội </w:t>
      </w:r>
      <w:r w:rsidRPr="00CB3FF1">
        <w:rPr>
          <w:rFonts w:eastAsia="KIBSE+F1"/>
          <w:i w:val="0"/>
          <w:iCs/>
          <w:color w:val="000000"/>
          <w:spacing w:val="2"/>
          <w:sz w:val="22"/>
          <w:szCs w:val="22"/>
          <w:lang w:val="vi-VN"/>
        </w:rPr>
        <w:lastRenderedPageBreak/>
        <w:t xml:space="preserve">dung </w:t>
      </w:r>
      <w:r w:rsidRPr="00CB3FF1">
        <w:rPr>
          <w:rFonts w:eastAsia="KIBSE+F1"/>
          <w:i w:val="0"/>
          <w:iCs/>
          <w:color w:val="000000"/>
          <w:spacing w:val="2"/>
          <w:sz w:val="22"/>
          <w:szCs w:val="22"/>
        </w:rPr>
        <w:t>HĐGD PNTNTT</w:t>
      </w:r>
      <w:r w:rsidRPr="00CB3FF1">
        <w:rPr>
          <w:rFonts w:eastAsia="KIBSE+F1"/>
          <w:i w:val="0"/>
          <w:iCs/>
          <w:color w:val="000000"/>
          <w:spacing w:val="2"/>
          <w:sz w:val="22"/>
          <w:szCs w:val="22"/>
          <w:lang w:val="vi-VN"/>
        </w:rPr>
        <w:t xml:space="preserve"> cho trẻ MG ở các trường MN huyện Củ Chi cần thực hiện thường xuyên hơn, lồng ghép với nhiều hoạt động thực tiễn của trẻ thì sẽ mang lại hiệu quả cao.</w:t>
      </w:r>
    </w:p>
    <w:p w14:paraId="4E2565C9" w14:textId="77777777" w:rsidR="00CB3FF1" w:rsidRPr="00CB3FF1" w:rsidRDefault="00CB3FF1" w:rsidP="00CB3FF1">
      <w:pPr>
        <w:pStyle w:val="0004"/>
        <w:spacing w:after="120" w:line="240" w:lineRule="auto"/>
        <w:rPr>
          <w:b/>
          <w:bCs/>
          <w:sz w:val="22"/>
          <w:szCs w:val="22"/>
          <w:lang w:val="vi-VN"/>
        </w:rPr>
      </w:pPr>
      <w:r w:rsidRPr="00CB3FF1">
        <w:rPr>
          <w:b/>
          <w:bCs/>
          <w:sz w:val="22"/>
          <w:szCs w:val="22"/>
        </w:rPr>
        <w:t xml:space="preserve">3.3. </w:t>
      </w:r>
      <w:proofErr w:type="spellStart"/>
      <w:r w:rsidRPr="00CB3FF1">
        <w:rPr>
          <w:b/>
          <w:bCs/>
          <w:sz w:val="22"/>
          <w:szCs w:val="22"/>
        </w:rPr>
        <w:t>Thực</w:t>
      </w:r>
      <w:proofErr w:type="spellEnd"/>
      <w:r w:rsidRPr="00CB3FF1">
        <w:rPr>
          <w:b/>
          <w:bCs/>
          <w:sz w:val="22"/>
          <w:szCs w:val="22"/>
        </w:rPr>
        <w:t xml:space="preserve"> </w:t>
      </w:r>
      <w:proofErr w:type="spellStart"/>
      <w:r w:rsidRPr="00CB3FF1">
        <w:rPr>
          <w:b/>
          <w:bCs/>
          <w:sz w:val="22"/>
          <w:szCs w:val="22"/>
        </w:rPr>
        <w:t>trạng</w:t>
      </w:r>
      <w:proofErr w:type="spellEnd"/>
      <w:r w:rsidRPr="00CB3FF1">
        <w:rPr>
          <w:b/>
          <w:bCs/>
          <w:sz w:val="22"/>
          <w:szCs w:val="22"/>
        </w:rPr>
        <w:t xml:space="preserve"> </w:t>
      </w:r>
      <w:proofErr w:type="spellStart"/>
      <w:r w:rsidRPr="00CB3FF1">
        <w:rPr>
          <w:b/>
          <w:bCs/>
          <w:sz w:val="22"/>
          <w:szCs w:val="22"/>
        </w:rPr>
        <w:t>thực</w:t>
      </w:r>
      <w:proofErr w:type="spellEnd"/>
      <w:r w:rsidRPr="00CB3FF1">
        <w:rPr>
          <w:b/>
          <w:bCs/>
          <w:sz w:val="22"/>
          <w:szCs w:val="22"/>
        </w:rPr>
        <w:t xml:space="preserve"> </w:t>
      </w:r>
      <w:proofErr w:type="spellStart"/>
      <w:r w:rsidRPr="00CB3FF1">
        <w:rPr>
          <w:b/>
          <w:bCs/>
          <w:sz w:val="22"/>
          <w:szCs w:val="22"/>
        </w:rPr>
        <w:t>hiện</w:t>
      </w:r>
      <w:proofErr w:type="spellEnd"/>
      <w:r w:rsidRPr="00CB3FF1">
        <w:rPr>
          <w:b/>
          <w:bCs/>
          <w:sz w:val="22"/>
          <w:szCs w:val="22"/>
          <w:lang w:val="vi-VN"/>
        </w:rPr>
        <w:t xml:space="preserve"> </w:t>
      </w:r>
      <w:proofErr w:type="spellStart"/>
      <w:r w:rsidRPr="00CB3FF1">
        <w:rPr>
          <w:b/>
          <w:bCs/>
          <w:sz w:val="22"/>
          <w:szCs w:val="22"/>
        </w:rPr>
        <w:t>phương</w:t>
      </w:r>
      <w:proofErr w:type="spellEnd"/>
      <w:r w:rsidRPr="00CB3FF1">
        <w:rPr>
          <w:b/>
          <w:bCs/>
          <w:sz w:val="22"/>
          <w:szCs w:val="22"/>
          <w:lang w:val="vi-VN"/>
        </w:rPr>
        <w:t xml:space="preserve"> thức </w:t>
      </w:r>
      <w:proofErr w:type="spellStart"/>
      <w:r w:rsidRPr="00CB3FF1">
        <w:rPr>
          <w:b/>
          <w:bCs/>
          <w:sz w:val="22"/>
          <w:szCs w:val="22"/>
        </w:rPr>
        <w:t>tổ</w:t>
      </w:r>
      <w:proofErr w:type="spellEnd"/>
      <w:r w:rsidRPr="00CB3FF1">
        <w:rPr>
          <w:b/>
          <w:bCs/>
          <w:sz w:val="22"/>
          <w:szCs w:val="22"/>
        </w:rPr>
        <w:t xml:space="preserve"> </w:t>
      </w:r>
      <w:proofErr w:type="spellStart"/>
      <w:r w:rsidRPr="00CB3FF1">
        <w:rPr>
          <w:b/>
          <w:bCs/>
          <w:sz w:val="22"/>
          <w:szCs w:val="22"/>
        </w:rPr>
        <w:t>chức</w:t>
      </w:r>
      <w:proofErr w:type="spellEnd"/>
      <w:r w:rsidRPr="00CB3FF1">
        <w:rPr>
          <w:b/>
          <w:bCs/>
          <w:sz w:val="22"/>
          <w:szCs w:val="22"/>
        </w:rPr>
        <w:t xml:space="preserve"> </w:t>
      </w:r>
      <w:r w:rsidRPr="00CB3FF1">
        <w:rPr>
          <w:b/>
          <w:bCs/>
          <w:sz w:val="22"/>
          <w:szCs w:val="22"/>
          <w:lang w:val="vi-VN"/>
        </w:rPr>
        <w:t>giáo dục phòng ngừa tai nạn thương tích cho trẻ mẫu giáo ở các trường mầm non huyện Củ Chi, Thành phố Hồ Chí Minh</w:t>
      </w:r>
    </w:p>
    <w:p w14:paraId="0BBE9D0D" w14:textId="4AB1F536" w:rsidR="00CB3FF1" w:rsidRPr="00323E6C" w:rsidRDefault="00CB3FF1" w:rsidP="00323E6C">
      <w:pPr>
        <w:pStyle w:val="0004"/>
        <w:spacing w:after="120" w:line="240" w:lineRule="auto"/>
        <w:jc w:val="center"/>
        <w:rPr>
          <w:i w:val="0"/>
          <w:sz w:val="22"/>
          <w:szCs w:val="22"/>
        </w:rPr>
      </w:pPr>
      <w:r w:rsidRPr="00323E6C">
        <w:rPr>
          <w:b/>
          <w:i w:val="0"/>
          <w:sz w:val="22"/>
          <w:szCs w:val="22"/>
          <w:lang w:val="vi-VN"/>
        </w:rPr>
        <w:t>Bảng 3.</w:t>
      </w:r>
      <w:r w:rsidRPr="00323E6C">
        <w:rPr>
          <w:i w:val="0"/>
          <w:sz w:val="22"/>
          <w:szCs w:val="22"/>
          <w:lang w:val="vi-VN"/>
        </w:rPr>
        <w:t xml:space="preserve"> Đánh giá của CBQL, GV về mức độ sử dụng phương thức tổ chức hoạt động giáo dục phòng ngừa tai nạn thương tích cho trẻ MG ở các trườ</w:t>
      </w:r>
      <w:r w:rsidR="00323E6C">
        <w:rPr>
          <w:i w:val="0"/>
          <w:sz w:val="22"/>
          <w:szCs w:val="22"/>
          <w:lang w:val="vi-VN"/>
        </w:rPr>
        <w:t xml:space="preserve">ng </w:t>
      </w:r>
      <w:proofErr w:type="spellStart"/>
      <w:r w:rsidR="00323E6C">
        <w:rPr>
          <w:i w:val="0"/>
          <w:sz w:val="22"/>
          <w:szCs w:val="22"/>
        </w:rPr>
        <w:t>mần</w:t>
      </w:r>
      <w:proofErr w:type="spellEnd"/>
      <w:r w:rsidR="00323E6C">
        <w:rPr>
          <w:i w:val="0"/>
          <w:sz w:val="22"/>
          <w:szCs w:val="22"/>
        </w:rPr>
        <w:t xml:space="preserve"> non.</w:t>
      </w:r>
    </w:p>
    <w:tbl>
      <w:tblPr>
        <w:tblW w:w="9345" w:type="dxa"/>
        <w:tblBorders>
          <w:top w:val="single" w:sz="4" w:space="0" w:color="auto"/>
          <w:bottom w:val="single" w:sz="4" w:space="0" w:color="auto"/>
          <w:insideH w:val="single" w:sz="4" w:space="0" w:color="auto"/>
        </w:tblBorders>
        <w:tblLook w:val="0000" w:firstRow="0" w:lastRow="0" w:firstColumn="0" w:lastColumn="0" w:noHBand="0" w:noVBand="0"/>
      </w:tblPr>
      <w:tblGrid>
        <w:gridCol w:w="759"/>
        <w:gridCol w:w="5931"/>
        <w:gridCol w:w="913"/>
        <w:gridCol w:w="912"/>
        <w:gridCol w:w="830"/>
      </w:tblGrid>
      <w:tr w:rsidR="00CB3FF1" w:rsidRPr="00CB3FF1" w14:paraId="4964A335" w14:textId="77777777" w:rsidTr="00323E6C">
        <w:trPr>
          <w:trHeight w:val="363"/>
        </w:trPr>
        <w:tc>
          <w:tcPr>
            <w:tcW w:w="759" w:type="dxa"/>
            <w:vMerge w:val="restart"/>
          </w:tcPr>
          <w:p w14:paraId="2A9BA4B6"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TT</w:t>
            </w:r>
          </w:p>
        </w:tc>
        <w:tc>
          <w:tcPr>
            <w:tcW w:w="5931" w:type="dxa"/>
            <w:vMerge w:val="restart"/>
          </w:tcPr>
          <w:p w14:paraId="300A9B4E"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 xml:space="preserve">Phương thức </w:t>
            </w:r>
            <w:r w:rsidRPr="00CB3FF1">
              <w:rPr>
                <w:b/>
                <w:bCs/>
                <w:i w:val="0"/>
                <w:iCs/>
                <w:sz w:val="22"/>
                <w:szCs w:val="22"/>
              </w:rPr>
              <w:t>HĐGD PNTNTT</w:t>
            </w:r>
            <w:r w:rsidRPr="00CB3FF1">
              <w:rPr>
                <w:b/>
                <w:bCs/>
                <w:i w:val="0"/>
                <w:iCs/>
                <w:sz w:val="22"/>
                <w:szCs w:val="22"/>
                <w:lang w:val="vi-VN"/>
              </w:rPr>
              <w:t xml:space="preserve"> cho trẻ mẫu giáo</w:t>
            </w:r>
          </w:p>
        </w:tc>
        <w:tc>
          <w:tcPr>
            <w:tcW w:w="2655" w:type="dxa"/>
            <w:gridSpan w:val="3"/>
          </w:tcPr>
          <w:p w14:paraId="21F4DA3A"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Mức độ đánh giá</w:t>
            </w:r>
          </w:p>
        </w:tc>
      </w:tr>
      <w:tr w:rsidR="00CB3FF1" w:rsidRPr="00CB3FF1" w14:paraId="18665606" w14:textId="77777777" w:rsidTr="00323E6C">
        <w:trPr>
          <w:trHeight w:val="858"/>
        </w:trPr>
        <w:tc>
          <w:tcPr>
            <w:tcW w:w="759" w:type="dxa"/>
            <w:vMerge/>
          </w:tcPr>
          <w:p w14:paraId="34D614AD" w14:textId="77777777" w:rsidR="00CB3FF1" w:rsidRPr="00CB3FF1" w:rsidRDefault="00CB3FF1" w:rsidP="00CB3FF1">
            <w:pPr>
              <w:pStyle w:val="0004"/>
              <w:spacing w:after="120" w:line="240" w:lineRule="auto"/>
              <w:jc w:val="center"/>
              <w:rPr>
                <w:b/>
                <w:bCs/>
                <w:i w:val="0"/>
                <w:iCs/>
                <w:sz w:val="22"/>
                <w:szCs w:val="22"/>
                <w:lang w:val="vi-VN"/>
              </w:rPr>
            </w:pPr>
          </w:p>
        </w:tc>
        <w:tc>
          <w:tcPr>
            <w:tcW w:w="5931" w:type="dxa"/>
            <w:vMerge/>
          </w:tcPr>
          <w:p w14:paraId="13E40452" w14:textId="77777777" w:rsidR="00CB3FF1" w:rsidRPr="00CB3FF1" w:rsidRDefault="00CB3FF1" w:rsidP="00CB3FF1">
            <w:pPr>
              <w:pStyle w:val="0004"/>
              <w:spacing w:after="120" w:line="240" w:lineRule="auto"/>
              <w:jc w:val="center"/>
              <w:rPr>
                <w:b/>
                <w:bCs/>
                <w:i w:val="0"/>
                <w:iCs/>
                <w:sz w:val="22"/>
                <w:szCs w:val="22"/>
                <w:lang w:val="vi-VN"/>
              </w:rPr>
            </w:pPr>
          </w:p>
        </w:tc>
        <w:tc>
          <w:tcPr>
            <w:tcW w:w="913" w:type="dxa"/>
          </w:tcPr>
          <w:p w14:paraId="2D867E9A"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Điểm trung bình</w:t>
            </w:r>
          </w:p>
        </w:tc>
        <w:tc>
          <w:tcPr>
            <w:tcW w:w="912" w:type="dxa"/>
          </w:tcPr>
          <w:p w14:paraId="1BB3B85C"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Độ lệch chuẩn</w:t>
            </w:r>
          </w:p>
        </w:tc>
        <w:tc>
          <w:tcPr>
            <w:tcW w:w="830" w:type="dxa"/>
          </w:tcPr>
          <w:p w14:paraId="58B44FCD"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Xếp hạng</w:t>
            </w:r>
          </w:p>
        </w:tc>
      </w:tr>
      <w:tr w:rsidR="00CB3FF1" w:rsidRPr="00CB3FF1" w14:paraId="1FC9EF3F" w14:textId="77777777" w:rsidTr="00323E6C">
        <w:trPr>
          <w:trHeight w:val="596"/>
        </w:trPr>
        <w:tc>
          <w:tcPr>
            <w:tcW w:w="759" w:type="dxa"/>
          </w:tcPr>
          <w:p w14:paraId="28FEE2E5"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1</w:t>
            </w:r>
          </w:p>
        </w:tc>
        <w:tc>
          <w:tcPr>
            <w:tcW w:w="5931" w:type="dxa"/>
          </w:tcPr>
          <w:p w14:paraId="5553464E" w14:textId="77777777" w:rsidR="00CB3FF1" w:rsidRPr="00CB3FF1" w:rsidRDefault="00CB3FF1" w:rsidP="00CB3FF1">
            <w:pPr>
              <w:pStyle w:val="0004"/>
              <w:spacing w:after="120" w:line="240" w:lineRule="auto"/>
              <w:rPr>
                <w:i w:val="0"/>
                <w:iCs/>
                <w:color w:val="000000"/>
                <w:sz w:val="22"/>
                <w:szCs w:val="22"/>
                <w:lang w:val="vi-VN"/>
              </w:rPr>
            </w:pPr>
            <w:r w:rsidRPr="00CB3FF1">
              <w:rPr>
                <w:i w:val="0"/>
                <w:iCs/>
                <w:color w:val="000000"/>
                <w:sz w:val="22"/>
                <w:szCs w:val="22"/>
              </w:rPr>
              <w:t>T</w:t>
            </w:r>
            <w:r w:rsidRPr="00CB3FF1">
              <w:rPr>
                <w:i w:val="0"/>
                <w:iCs/>
                <w:color w:val="000000"/>
                <w:sz w:val="22"/>
                <w:szCs w:val="22"/>
                <w:lang w:val="vi-VN"/>
              </w:rPr>
              <w:t xml:space="preserve">ổ chức </w:t>
            </w:r>
            <w:r w:rsidRPr="00CB3FF1">
              <w:rPr>
                <w:i w:val="0"/>
                <w:iCs/>
                <w:color w:val="000000"/>
                <w:sz w:val="22"/>
                <w:szCs w:val="22"/>
              </w:rPr>
              <w:t>HĐGD</w:t>
            </w:r>
            <w:r w:rsidRPr="00CB3FF1">
              <w:rPr>
                <w:i w:val="0"/>
                <w:iCs/>
                <w:color w:val="000000"/>
                <w:sz w:val="22"/>
                <w:szCs w:val="22"/>
                <w:lang w:val="vi-VN"/>
              </w:rPr>
              <w:t xml:space="preserve"> </w:t>
            </w:r>
            <w:r w:rsidRPr="00CB3FF1">
              <w:rPr>
                <w:i w:val="0"/>
                <w:iCs/>
                <w:color w:val="000000"/>
                <w:sz w:val="22"/>
                <w:szCs w:val="22"/>
              </w:rPr>
              <w:t>PN</w:t>
            </w:r>
            <w:r w:rsidRPr="00CB3FF1">
              <w:rPr>
                <w:i w:val="0"/>
                <w:iCs/>
                <w:color w:val="000000"/>
                <w:sz w:val="22"/>
                <w:szCs w:val="22"/>
                <w:lang w:val="vi-VN"/>
              </w:rPr>
              <w:t>TNTT cho trẻ thông qua các tình huống x</w:t>
            </w:r>
            <w:proofErr w:type="spellStart"/>
            <w:r w:rsidRPr="00CB3FF1">
              <w:rPr>
                <w:i w:val="0"/>
                <w:iCs/>
                <w:color w:val="000000"/>
                <w:sz w:val="22"/>
                <w:szCs w:val="22"/>
              </w:rPr>
              <w:t>ảy</w:t>
            </w:r>
            <w:proofErr w:type="spellEnd"/>
            <w:r w:rsidRPr="00CB3FF1">
              <w:rPr>
                <w:i w:val="0"/>
                <w:iCs/>
                <w:color w:val="000000"/>
                <w:sz w:val="22"/>
                <w:szCs w:val="22"/>
                <w:lang w:val="vi-VN"/>
              </w:rPr>
              <w:t xml:space="preserve"> ra trong ngày</w:t>
            </w:r>
          </w:p>
        </w:tc>
        <w:tc>
          <w:tcPr>
            <w:tcW w:w="913" w:type="dxa"/>
          </w:tcPr>
          <w:p w14:paraId="76BCF360"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3,03</w:t>
            </w:r>
          </w:p>
        </w:tc>
        <w:tc>
          <w:tcPr>
            <w:tcW w:w="912" w:type="dxa"/>
            <w:vAlign w:val="center"/>
          </w:tcPr>
          <w:p w14:paraId="49D1B04C" w14:textId="77777777" w:rsidR="00CB3FF1" w:rsidRPr="00CB3FF1" w:rsidRDefault="00CB3FF1" w:rsidP="00CB3FF1">
            <w:pPr>
              <w:pStyle w:val="0004"/>
              <w:spacing w:after="120" w:line="240" w:lineRule="auto"/>
              <w:rPr>
                <w:i w:val="0"/>
                <w:iCs/>
                <w:sz w:val="22"/>
                <w:szCs w:val="22"/>
                <w:lang w:val="vi-VN"/>
              </w:rPr>
            </w:pPr>
            <w:r w:rsidRPr="00CB3FF1">
              <w:rPr>
                <w:i w:val="0"/>
                <w:iCs/>
                <w:sz w:val="22"/>
                <w:szCs w:val="22"/>
              </w:rPr>
              <w:t>0</w:t>
            </w:r>
            <w:r w:rsidRPr="00CB3FF1">
              <w:rPr>
                <w:i w:val="0"/>
                <w:iCs/>
                <w:sz w:val="22"/>
                <w:szCs w:val="22"/>
                <w:lang w:val="vi-VN"/>
              </w:rPr>
              <w:t>,</w:t>
            </w:r>
            <w:r w:rsidRPr="00CB3FF1">
              <w:rPr>
                <w:i w:val="0"/>
                <w:iCs/>
                <w:sz w:val="22"/>
                <w:szCs w:val="22"/>
              </w:rPr>
              <w:t>67</w:t>
            </w:r>
          </w:p>
        </w:tc>
        <w:tc>
          <w:tcPr>
            <w:tcW w:w="830" w:type="dxa"/>
          </w:tcPr>
          <w:p w14:paraId="0C65285B"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w:t>
            </w:r>
          </w:p>
        </w:tc>
      </w:tr>
      <w:tr w:rsidR="00CB3FF1" w:rsidRPr="00CB3FF1" w14:paraId="4B997612" w14:textId="77777777" w:rsidTr="00323E6C">
        <w:trPr>
          <w:trHeight w:val="610"/>
        </w:trPr>
        <w:tc>
          <w:tcPr>
            <w:tcW w:w="759" w:type="dxa"/>
          </w:tcPr>
          <w:p w14:paraId="20EC029B"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w:t>
            </w:r>
          </w:p>
        </w:tc>
        <w:tc>
          <w:tcPr>
            <w:tcW w:w="5931" w:type="dxa"/>
          </w:tcPr>
          <w:p w14:paraId="192CA910" w14:textId="77777777" w:rsidR="00CB3FF1" w:rsidRPr="00CB3FF1" w:rsidRDefault="00CB3FF1" w:rsidP="00CB3FF1">
            <w:pPr>
              <w:pStyle w:val="0004"/>
              <w:spacing w:after="120" w:line="240" w:lineRule="auto"/>
              <w:rPr>
                <w:i w:val="0"/>
                <w:iCs/>
                <w:color w:val="000000"/>
                <w:sz w:val="22"/>
                <w:szCs w:val="22"/>
                <w:lang w:val="vi-VN"/>
              </w:rPr>
            </w:pPr>
            <w:r w:rsidRPr="00CB3FF1">
              <w:rPr>
                <w:i w:val="0"/>
                <w:iCs/>
                <w:color w:val="000000"/>
                <w:sz w:val="22"/>
                <w:szCs w:val="22"/>
              </w:rPr>
              <w:t>T</w:t>
            </w:r>
            <w:r w:rsidRPr="00CB3FF1">
              <w:rPr>
                <w:i w:val="0"/>
                <w:iCs/>
                <w:color w:val="000000"/>
                <w:sz w:val="22"/>
                <w:szCs w:val="22"/>
                <w:lang w:val="vi-VN"/>
              </w:rPr>
              <w:t xml:space="preserve">ổ chức </w:t>
            </w:r>
            <w:r w:rsidRPr="00CB3FF1">
              <w:rPr>
                <w:i w:val="0"/>
                <w:iCs/>
                <w:color w:val="000000"/>
                <w:sz w:val="22"/>
                <w:szCs w:val="22"/>
              </w:rPr>
              <w:t>HĐGD</w:t>
            </w:r>
            <w:r w:rsidRPr="00CB3FF1">
              <w:rPr>
                <w:i w:val="0"/>
                <w:iCs/>
                <w:color w:val="000000"/>
                <w:sz w:val="22"/>
                <w:szCs w:val="22"/>
                <w:lang w:val="vi-VN"/>
              </w:rPr>
              <w:t xml:space="preserve"> </w:t>
            </w:r>
            <w:r w:rsidRPr="00CB3FF1">
              <w:rPr>
                <w:i w:val="0"/>
                <w:iCs/>
                <w:color w:val="000000"/>
                <w:sz w:val="22"/>
                <w:szCs w:val="22"/>
              </w:rPr>
              <w:t>PN</w:t>
            </w:r>
            <w:r w:rsidRPr="00CB3FF1">
              <w:rPr>
                <w:i w:val="0"/>
                <w:iCs/>
                <w:color w:val="000000"/>
                <w:sz w:val="22"/>
                <w:szCs w:val="22"/>
                <w:lang w:val="vi-VN"/>
              </w:rPr>
              <w:t>TNTT cho trẻ thông qua hoạt động vui chơi, chủ yếu là các trò chơi theo chủ đề</w:t>
            </w:r>
          </w:p>
        </w:tc>
        <w:tc>
          <w:tcPr>
            <w:tcW w:w="913" w:type="dxa"/>
          </w:tcPr>
          <w:p w14:paraId="615E797E"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3,05</w:t>
            </w:r>
          </w:p>
        </w:tc>
        <w:tc>
          <w:tcPr>
            <w:tcW w:w="912" w:type="dxa"/>
            <w:vAlign w:val="center"/>
          </w:tcPr>
          <w:p w14:paraId="0067B6D6"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w:t>
            </w:r>
            <w:r w:rsidRPr="00CB3FF1">
              <w:rPr>
                <w:i w:val="0"/>
                <w:iCs/>
                <w:sz w:val="22"/>
                <w:szCs w:val="22"/>
              </w:rPr>
              <w:t>65</w:t>
            </w:r>
          </w:p>
        </w:tc>
        <w:tc>
          <w:tcPr>
            <w:tcW w:w="830" w:type="dxa"/>
          </w:tcPr>
          <w:p w14:paraId="25DDDDFA"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w:t>
            </w:r>
          </w:p>
        </w:tc>
      </w:tr>
      <w:tr w:rsidR="00CB3FF1" w:rsidRPr="00CB3FF1" w14:paraId="36F4482E" w14:textId="77777777" w:rsidTr="00323E6C">
        <w:trPr>
          <w:trHeight w:val="596"/>
        </w:trPr>
        <w:tc>
          <w:tcPr>
            <w:tcW w:w="759" w:type="dxa"/>
          </w:tcPr>
          <w:p w14:paraId="595365E2"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w:t>
            </w:r>
          </w:p>
        </w:tc>
        <w:tc>
          <w:tcPr>
            <w:tcW w:w="5931" w:type="dxa"/>
          </w:tcPr>
          <w:p w14:paraId="6F7864AB" w14:textId="77777777" w:rsidR="00CB3FF1" w:rsidRPr="00CB3FF1" w:rsidRDefault="00CB3FF1" w:rsidP="00CB3FF1">
            <w:pPr>
              <w:pStyle w:val="0004"/>
              <w:spacing w:after="120" w:line="240" w:lineRule="auto"/>
              <w:rPr>
                <w:i w:val="0"/>
                <w:iCs/>
                <w:color w:val="000000"/>
                <w:sz w:val="22"/>
                <w:szCs w:val="22"/>
                <w:lang w:val="vi-VN"/>
              </w:rPr>
            </w:pPr>
            <w:r w:rsidRPr="00CB3FF1">
              <w:rPr>
                <w:i w:val="0"/>
                <w:iCs/>
                <w:color w:val="000000"/>
                <w:sz w:val="22"/>
                <w:szCs w:val="22"/>
              </w:rPr>
              <w:t>T</w:t>
            </w:r>
            <w:r w:rsidRPr="00CB3FF1">
              <w:rPr>
                <w:i w:val="0"/>
                <w:iCs/>
                <w:color w:val="000000"/>
                <w:sz w:val="22"/>
                <w:szCs w:val="22"/>
                <w:lang w:val="vi-VN"/>
              </w:rPr>
              <w:t xml:space="preserve">ổ chức </w:t>
            </w:r>
            <w:r w:rsidRPr="00CB3FF1">
              <w:rPr>
                <w:i w:val="0"/>
                <w:iCs/>
                <w:color w:val="000000"/>
                <w:sz w:val="22"/>
                <w:szCs w:val="22"/>
              </w:rPr>
              <w:t>HĐGD</w:t>
            </w:r>
            <w:r w:rsidRPr="00CB3FF1">
              <w:rPr>
                <w:i w:val="0"/>
                <w:iCs/>
                <w:color w:val="000000"/>
                <w:sz w:val="22"/>
                <w:szCs w:val="22"/>
                <w:lang w:val="vi-VN"/>
              </w:rPr>
              <w:t xml:space="preserve"> </w:t>
            </w:r>
            <w:r w:rsidRPr="00CB3FF1">
              <w:rPr>
                <w:i w:val="0"/>
                <w:iCs/>
                <w:color w:val="000000"/>
                <w:sz w:val="22"/>
                <w:szCs w:val="22"/>
              </w:rPr>
              <w:t>PN</w:t>
            </w:r>
            <w:r w:rsidRPr="00CB3FF1">
              <w:rPr>
                <w:i w:val="0"/>
                <w:iCs/>
                <w:color w:val="000000"/>
                <w:sz w:val="22"/>
                <w:szCs w:val="22"/>
                <w:lang w:val="vi-VN"/>
              </w:rPr>
              <w:t>TNTT cho trẻ thông qua hoạt động trải nghiệm, khám phá khoa học</w:t>
            </w:r>
          </w:p>
        </w:tc>
        <w:tc>
          <w:tcPr>
            <w:tcW w:w="913" w:type="dxa"/>
          </w:tcPr>
          <w:p w14:paraId="78BADE97"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2,85</w:t>
            </w:r>
          </w:p>
        </w:tc>
        <w:tc>
          <w:tcPr>
            <w:tcW w:w="912" w:type="dxa"/>
            <w:vAlign w:val="center"/>
          </w:tcPr>
          <w:p w14:paraId="33FA4B68"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,7</w:t>
            </w:r>
            <w:r w:rsidRPr="00CB3FF1">
              <w:rPr>
                <w:i w:val="0"/>
                <w:iCs/>
                <w:sz w:val="22"/>
                <w:szCs w:val="22"/>
              </w:rPr>
              <w:t>1</w:t>
            </w:r>
          </w:p>
        </w:tc>
        <w:tc>
          <w:tcPr>
            <w:tcW w:w="830" w:type="dxa"/>
          </w:tcPr>
          <w:p w14:paraId="242B94B2"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6</w:t>
            </w:r>
          </w:p>
        </w:tc>
      </w:tr>
      <w:tr w:rsidR="00CB3FF1" w:rsidRPr="00CB3FF1" w14:paraId="1FB8DA0F" w14:textId="77777777" w:rsidTr="00323E6C">
        <w:trPr>
          <w:trHeight w:val="596"/>
        </w:trPr>
        <w:tc>
          <w:tcPr>
            <w:tcW w:w="759" w:type="dxa"/>
          </w:tcPr>
          <w:p w14:paraId="5481EC8B"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4</w:t>
            </w:r>
          </w:p>
        </w:tc>
        <w:tc>
          <w:tcPr>
            <w:tcW w:w="5931" w:type="dxa"/>
          </w:tcPr>
          <w:p w14:paraId="175C768D" w14:textId="77777777" w:rsidR="00CB3FF1" w:rsidRPr="00CB3FF1" w:rsidRDefault="00CB3FF1" w:rsidP="00CB3FF1">
            <w:pPr>
              <w:pStyle w:val="0004"/>
              <w:spacing w:after="120" w:line="240" w:lineRule="auto"/>
              <w:rPr>
                <w:i w:val="0"/>
                <w:iCs/>
                <w:color w:val="000000"/>
                <w:sz w:val="22"/>
                <w:szCs w:val="22"/>
                <w:lang w:val="vi-VN"/>
              </w:rPr>
            </w:pPr>
            <w:r w:rsidRPr="00CB3FF1">
              <w:rPr>
                <w:i w:val="0"/>
                <w:iCs/>
                <w:color w:val="000000"/>
                <w:sz w:val="22"/>
                <w:szCs w:val="22"/>
              </w:rPr>
              <w:t>T</w:t>
            </w:r>
            <w:r w:rsidRPr="00CB3FF1">
              <w:rPr>
                <w:i w:val="0"/>
                <w:iCs/>
                <w:color w:val="000000"/>
                <w:sz w:val="22"/>
                <w:szCs w:val="22"/>
                <w:lang w:val="vi-VN"/>
              </w:rPr>
              <w:t>ổ chức</w:t>
            </w:r>
            <w:r w:rsidRPr="00CB3FF1">
              <w:rPr>
                <w:i w:val="0"/>
                <w:iCs/>
                <w:color w:val="000000"/>
                <w:sz w:val="22"/>
                <w:szCs w:val="22"/>
              </w:rPr>
              <w:t xml:space="preserve"> HĐGD</w:t>
            </w:r>
            <w:r w:rsidRPr="00CB3FF1">
              <w:rPr>
                <w:i w:val="0"/>
                <w:iCs/>
                <w:color w:val="000000"/>
                <w:sz w:val="22"/>
                <w:szCs w:val="22"/>
                <w:lang w:val="vi-VN"/>
              </w:rPr>
              <w:t xml:space="preserve"> </w:t>
            </w:r>
            <w:r w:rsidRPr="00CB3FF1">
              <w:rPr>
                <w:i w:val="0"/>
                <w:iCs/>
                <w:color w:val="000000"/>
                <w:sz w:val="22"/>
                <w:szCs w:val="22"/>
              </w:rPr>
              <w:t>PN</w:t>
            </w:r>
            <w:r w:rsidRPr="00CB3FF1">
              <w:rPr>
                <w:i w:val="0"/>
                <w:iCs/>
                <w:color w:val="000000"/>
                <w:sz w:val="22"/>
                <w:szCs w:val="22"/>
                <w:lang w:val="vi-VN"/>
              </w:rPr>
              <w:t>TNTT cho trẻ thông qua các tiết học mẫu giáo (chủ đề)</w:t>
            </w:r>
          </w:p>
        </w:tc>
        <w:tc>
          <w:tcPr>
            <w:tcW w:w="913" w:type="dxa"/>
          </w:tcPr>
          <w:p w14:paraId="513CC1D5"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2,93</w:t>
            </w:r>
          </w:p>
        </w:tc>
        <w:tc>
          <w:tcPr>
            <w:tcW w:w="912" w:type="dxa"/>
            <w:vAlign w:val="center"/>
          </w:tcPr>
          <w:p w14:paraId="22E4F494"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w:t>
            </w:r>
            <w:r w:rsidRPr="00CB3FF1">
              <w:rPr>
                <w:i w:val="0"/>
                <w:iCs/>
                <w:sz w:val="22"/>
                <w:szCs w:val="22"/>
              </w:rPr>
              <w:t>69</w:t>
            </w:r>
          </w:p>
        </w:tc>
        <w:tc>
          <w:tcPr>
            <w:tcW w:w="830" w:type="dxa"/>
          </w:tcPr>
          <w:p w14:paraId="44879055"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4</w:t>
            </w:r>
          </w:p>
        </w:tc>
      </w:tr>
      <w:tr w:rsidR="00CB3FF1" w:rsidRPr="00CB3FF1" w14:paraId="3D3C3630" w14:textId="77777777" w:rsidTr="00323E6C">
        <w:trPr>
          <w:trHeight w:val="858"/>
        </w:trPr>
        <w:tc>
          <w:tcPr>
            <w:tcW w:w="759" w:type="dxa"/>
          </w:tcPr>
          <w:p w14:paraId="11922860"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5</w:t>
            </w:r>
          </w:p>
        </w:tc>
        <w:tc>
          <w:tcPr>
            <w:tcW w:w="5931" w:type="dxa"/>
          </w:tcPr>
          <w:p w14:paraId="2F23A3D2" w14:textId="77777777" w:rsidR="00CB3FF1" w:rsidRPr="00CB3FF1" w:rsidRDefault="00CB3FF1" w:rsidP="00CB3FF1">
            <w:pPr>
              <w:pStyle w:val="0004"/>
              <w:spacing w:after="120" w:line="240" w:lineRule="auto"/>
              <w:rPr>
                <w:i w:val="0"/>
                <w:iCs/>
                <w:color w:val="000000"/>
                <w:sz w:val="22"/>
                <w:szCs w:val="22"/>
                <w:lang w:val="vi-VN"/>
              </w:rPr>
            </w:pPr>
            <w:r w:rsidRPr="00CB3FF1">
              <w:rPr>
                <w:i w:val="0"/>
                <w:iCs/>
                <w:color w:val="000000"/>
                <w:sz w:val="22"/>
                <w:szCs w:val="22"/>
              </w:rPr>
              <w:t>T</w:t>
            </w:r>
            <w:r w:rsidRPr="00CB3FF1">
              <w:rPr>
                <w:i w:val="0"/>
                <w:iCs/>
                <w:color w:val="000000"/>
                <w:sz w:val="22"/>
                <w:szCs w:val="22"/>
                <w:lang w:val="vi-VN"/>
              </w:rPr>
              <w:t xml:space="preserve">ổ chức </w:t>
            </w:r>
            <w:r w:rsidRPr="00CB3FF1">
              <w:rPr>
                <w:i w:val="0"/>
                <w:iCs/>
                <w:color w:val="000000"/>
                <w:sz w:val="22"/>
                <w:szCs w:val="22"/>
              </w:rPr>
              <w:t>HĐGD</w:t>
            </w:r>
            <w:r w:rsidRPr="00CB3FF1">
              <w:rPr>
                <w:i w:val="0"/>
                <w:iCs/>
                <w:color w:val="000000"/>
                <w:sz w:val="22"/>
                <w:szCs w:val="22"/>
                <w:lang w:val="vi-VN"/>
              </w:rPr>
              <w:t xml:space="preserve"> </w:t>
            </w:r>
            <w:r w:rsidRPr="00CB3FF1">
              <w:rPr>
                <w:i w:val="0"/>
                <w:iCs/>
                <w:color w:val="000000"/>
                <w:sz w:val="22"/>
                <w:szCs w:val="22"/>
              </w:rPr>
              <w:t>PN</w:t>
            </w:r>
            <w:r w:rsidRPr="00CB3FF1">
              <w:rPr>
                <w:i w:val="0"/>
                <w:iCs/>
                <w:color w:val="000000"/>
                <w:sz w:val="22"/>
                <w:szCs w:val="22"/>
                <w:lang w:val="vi-VN"/>
              </w:rPr>
              <w:t>TNTT cho trẻ thông qua các hoạt động phối hợp với các tổ chức xã hội (Hội bảo vệ trẻ em, TT Y tế…)</w:t>
            </w:r>
          </w:p>
        </w:tc>
        <w:tc>
          <w:tcPr>
            <w:tcW w:w="913" w:type="dxa"/>
          </w:tcPr>
          <w:p w14:paraId="05508AEE"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2,96</w:t>
            </w:r>
          </w:p>
        </w:tc>
        <w:tc>
          <w:tcPr>
            <w:tcW w:w="912" w:type="dxa"/>
            <w:vAlign w:val="center"/>
          </w:tcPr>
          <w:p w14:paraId="7DEE858E"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w:t>
            </w:r>
            <w:r w:rsidRPr="00CB3FF1">
              <w:rPr>
                <w:i w:val="0"/>
                <w:iCs/>
                <w:sz w:val="22"/>
                <w:szCs w:val="22"/>
              </w:rPr>
              <w:t>66</w:t>
            </w:r>
          </w:p>
        </w:tc>
        <w:tc>
          <w:tcPr>
            <w:tcW w:w="830" w:type="dxa"/>
          </w:tcPr>
          <w:p w14:paraId="42868229"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1</w:t>
            </w:r>
          </w:p>
        </w:tc>
      </w:tr>
      <w:tr w:rsidR="00CB3FF1" w:rsidRPr="00CB3FF1" w14:paraId="05B7CD5B" w14:textId="77777777" w:rsidTr="00323E6C">
        <w:trPr>
          <w:trHeight w:val="596"/>
        </w:trPr>
        <w:tc>
          <w:tcPr>
            <w:tcW w:w="759" w:type="dxa"/>
          </w:tcPr>
          <w:p w14:paraId="49F79A5E"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6</w:t>
            </w:r>
          </w:p>
        </w:tc>
        <w:tc>
          <w:tcPr>
            <w:tcW w:w="5931" w:type="dxa"/>
          </w:tcPr>
          <w:p w14:paraId="3AE9D434" w14:textId="77777777" w:rsidR="00CB3FF1" w:rsidRPr="00CB3FF1" w:rsidRDefault="00CB3FF1" w:rsidP="00CB3FF1">
            <w:pPr>
              <w:pStyle w:val="0004"/>
              <w:spacing w:after="120" w:line="240" w:lineRule="auto"/>
              <w:rPr>
                <w:i w:val="0"/>
                <w:iCs/>
                <w:color w:val="000000"/>
                <w:sz w:val="22"/>
                <w:szCs w:val="22"/>
                <w:lang w:val="vi-VN"/>
              </w:rPr>
            </w:pPr>
            <w:r w:rsidRPr="00CB3FF1">
              <w:rPr>
                <w:i w:val="0"/>
                <w:iCs/>
                <w:color w:val="000000"/>
                <w:sz w:val="22"/>
                <w:szCs w:val="22"/>
              </w:rPr>
              <w:t>T</w:t>
            </w:r>
            <w:r w:rsidRPr="00CB3FF1">
              <w:rPr>
                <w:i w:val="0"/>
                <w:iCs/>
                <w:color w:val="000000"/>
                <w:sz w:val="22"/>
                <w:szCs w:val="22"/>
                <w:lang w:val="vi-VN"/>
              </w:rPr>
              <w:t xml:space="preserve">ổ chức </w:t>
            </w:r>
            <w:r w:rsidRPr="00CB3FF1">
              <w:rPr>
                <w:i w:val="0"/>
                <w:iCs/>
                <w:color w:val="000000"/>
                <w:sz w:val="22"/>
                <w:szCs w:val="22"/>
              </w:rPr>
              <w:t>HĐGD</w:t>
            </w:r>
            <w:r w:rsidRPr="00CB3FF1">
              <w:rPr>
                <w:i w:val="0"/>
                <w:iCs/>
                <w:color w:val="000000"/>
                <w:sz w:val="22"/>
                <w:szCs w:val="22"/>
                <w:lang w:val="vi-VN"/>
              </w:rPr>
              <w:t xml:space="preserve"> </w:t>
            </w:r>
            <w:r w:rsidRPr="00CB3FF1">
              <w:rPr>
                <w:i w:val="0"/>
                <w:iCs/>
                <w:color w:val="000000"/>
                <w:sz w:val="22"/>
                <w:szCs w:val="22"/>
              </w:rPr>
              <w:t>PN</w:t>
            </w:r>
            <w:r w:rsidRPr="00CB3FF1">
              <w:rPr>
                <w:i w:val="0"/>
                <w:iCs/>
                <w:color w:val="000000"/>
                <w:sz w:val="22"/>
                <w:szCs w:val="22"/>
                <w:lang w:val="vi-VN"/>
              </w:rPr>
              <w:t>TNTT cho trẻ thông qua việc phối hợp với cha mẹ trẻ (tập huấn, trao đổi ở buổi họp)</w:t>
            </w:r>
          </w:p>
        </w:tc>
        <w:tc>
          <w:tcPr>
            <w:tcW w:w="913" w:type="dxa"/>
          </w:tcPr>
          <w:p w14:paraId="377E9061"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2,88</w:t>
            </w:r>
          </w:p>
        </w:tc>
        <w:tc>
          <w:tcPr>
            <w:tcW w:w="912" w:type="dxa"/>
            <w:vAlign w:val="center"/>
          </w:tcPr>
          <w:p w14:paraId="0D75A9A4"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w:t>
            </w:r>
            <w:r w:rsidRPr="00CB3FF1">
              <w:rPr>
                <w:i w:val="0"/>
                <w:iCs/>
                <w:sz w:val="22"/>
                <w:szCs w:val="22"/>
              </w:rPr>
              <w:t>69</w:t>
            </w:r>
          </w:p>
        </w:tc>
        <w:tc>
          <w:tcPr>
            <w:tcW w:w="830" w:type="dxa"/>
          </w:tcPr>
          <w:p w14:paraId="75F9A83B"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5</w:t>
            </w:r>
          </w:p>
        </w:tc>
      </w:tr>
      <w:tr w:rsidR="00CB3FF1" w:rsidRPr="00CB3FF1" w14:paraId="36D58516" w14:textId="77777777" w:rsidTr="00323E6C">
        <w:trPr>
          <w:trHeight w:val="348"/>
        </w:trPr>
        <w:tc>
          <w:tcPr>
            <w:tcW w:w="759" w:type="dxa"/>
          </w:tcPr>
          <w:p w14:paraId="774DE184" w14:textId="77777777" w:rsidR="00CB3FF1" w:rsidRPr="00CB3FF1" w:rsidRDefault="00CB3FF1" w:rsidP="00CB3FF1">
            <w:pPr>
              <w:pStyle w:val="0004"/>
              <w:spacing w:after="120" w:line="240" w:lineRule="auto"/>
              <w:jc w:val="center"/>
              <w:rPr>
                <w:i w:val="0"/>
                <w:iCs/>
                <w:sz w:val="22"/>
                <w:szCs w:val="22"/>
                <w:lang w:val="vi-VN"/>
              </w:rPr>
            </w:pPr>
          </w:p>
        </w:tc>
        <w:tc>
          <w:tcPr>
            <w:tcW w:w="5931" w:type="dxa"/>
          </w:tcPr>
          <w:p w14:paraId="01D16D68" w14:textId="77777777" w:rsidR="00CB3FF1" w:rsidRPr="00CB3FF1" w:rsidRDefault="00CB3FF1" w:rsidP="00CB3FF1">
            <w:pPr>
              <w:pStyle w:val="0004"/>
              <w:spacing w:after="120" w:line="240" w:lineRule="auto"/>
              <w:rPr>
                <w:b/>
                <w:bCs/>
                <w:i w:val="0"/>
                <w:iCs/>
                <w:color w:val="000000"/>
                <w:sz w:val="22"/>
                <w:szCs w:val="22"/>
                <w:lang w:val="vi-VN"/>
              </w:rPr>
            </w:pPr>
            <w:r w:rsidRPr="00CB3FF1">
              <w:rPr>
                <w:b/>
                <w:bCs/>
                <w:i w:val="0"/>
                <w:iCs/>
                <w:color w:val="000000"/>
                <w:sz w:val="22"/>
                <w:szCs w:val="22"/>
                <w:lang w:val="vi-VN"/>
              </w:rPr>
              <w:t xml:space="preserve">                             </w:t>
            </w:r>
            <w:r w:rsidRPr="00CB3FF1">
              <w:rPr>
                <w:b/>
                <w:bCs/>
                <w:i w:val="0"/>
                <w:iCs/>
                <w:color w:val="000000"/>
                <w:sz w:val="22"/>
                <w:szCs w:val="22"/>
              </w:rPr>
              <w:t>ĐTB</w:t>
            </w:r>
            <w:r w:rsidRPr="00CB3FF1">
              <w:rPr>
                <w:b/>
                <w:bCs/>
                <w:i w:val="0"/>
                <w:iCs/>
                <w:color w:val="000000"/>
                <w:sz w:val="22"/>
                <w:szCs w:val="22"/>
                <w:lang w:val="vi-VN"/>
              </w:rPr>
              <w:t xml:space="preserve"> Chung</w:t>
            </w:r>
          </w:p>
        </w:tc>
        <w:tc>
          <w:tcPr>
            <w:tcW w:w="913" w:type="dxa"/>
          </w:tcPr>
          <w:p w14:paraId="5A5EEA59"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2,95</w:t>
            </w:r>
          </w:p>
        </w:tc>
        <w:tc>
          <w:tcPr>
            <w:tcW w:w="912" w:type="dxa"/>
            <w:vAlign w:val="center"/>
          </w:tcPr>
          <w:p w14:paraId="065141B0"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 xml:space="preserve">  0,61</w:t>
            </w:r>
          </w:p>
        </w:tc>
        <w:tc>
          <w:tcPr>
            <w:tcW w:w="830" w:type="dxa"/>
          </w:tcPr>
          <w:p w14:paraId="7651AFE3" w14:textId="77777777" w:rsidR="00CB3FF1" w:rsidRPr="00CB3FF1" w:rsidRDefault="00CB3FF1" w:rsidP="00CB3FF1">
            <w:pPr>
              <w:pStyle w:val="0004"/>
              <w:spacing w:after="120" w:line="240" w:lineRule="auto"/>
              <w:jc w:val="center"/>
              <w:rPr>
                <w:i w:val="0"/>
                <w:iCs/>
                <w:sz w:val="22"/>
                <w:szCs w:val="22"/>
                <w:lang w:val="vi-VN"/>
              </w:rPr>
            </w:pPr>
          </w:p>
        </w:tc>
      </w:tr>
    </w:tbl>
    <w:p w14:paraId="385F6CF1" w14:textId="77777777" w:rsidR="00CB3FF1" w:rsidRPr="00CB3FF1" w:rsidRDefault="00CB3FF1" w:rsidP="00CB3FF1">
      <w:pPr>
        <w:pStyle w:val="0004"/>
        <w:spacing w:after="120" w:line="240" w:lineRule="auto"/>
        <w:rPr>
          <w:i w:val="0"/>
          <w:iCs/>
          <w:color w:val="000000"/>
          <w:sz w:val="22"/>
          <w:szCs w:val="22"/>
          <w:lang w:val="vi-VN"/>
        </w:rPr>
      </w:pPr>
      <w:r w:rsidRPr="00CB3FF1">
        <w:rPr>
          <w:i w:val="0"/>
          <w:iCs/>
          <w:sz w:val="22"/>
          <w:szCs w:val="22"/>
          <w:lang w:val="vi-VN"/>
        </w:rPr>
        <w:t>Kết quả khảo sát thực trạng mức độ sử dụng các phương thức</w:t>
      </w:r>
      <w:r w:rsidRPr="00CB3FF1">
        <w:rPr>
          <w:i w:val="0"/>
          <w:iCs/>
          <w:sz w:val="22"/>
          <w:szCs w:val="22"/>
        </w:rPr>
        <w:t xml:space="preserve"> </w:t>
      </w:r>
      <w:proofErr w:type="spellStart"/>
      <w:r w:rsidRPr="00CB3FF1">
        <w:rPr>
          <w:i w:val="0"/>
          <w:iCs/>
          <w:sz w:val="22"/>
          <w:szCs w:val="22"/>
        </w:rPr>
        <w:t>tổ</w:t>
      </w:r>
      <w:proofErr w:type="spellEnd"/>
      <w:r w:rsidRPr="00CB3FF1">
        <w:rPr>
          <w:i w:val="0"/>
          <w:iCs/>
          <w:sz w:val="22"/>
          <w:szCs w:val="22"/>
        </w:rPr>
        <w:t xml:space="preserve"> </w:t>
      </w:r>
      <w:proofErr w:type="spellStart"/>
      <w:r w:rsidRPr="00CB3FF1">
        <w:rPr>
          <w:i w:val="0"/>
          <w:iCs/>
          <w:sz w:val="22"/>
          <w:szCs w:val="22"/>
        </w:rPr>
        <w:t>chức</w:t>
      </w:r>
      <w:proofErr w:type="spellEnd"/>
      <w:r w:rsidRPr="00CB3FF1">
        <w:rPr>
          <w:i w:val="0"/>
          <w:iCs/>
          <w:sz w:val="22"/>
          <w:szCs w:val="22"/>
        </w:rPr>
        <w:t xml:space="preserve"> HĐGD PNTNTT</w:t>
      </w:r>
      <w:r w:rsidRPr="00CB3FF1">
        <w:rPr>
          <w:i w:val="0"/>
          <w:iCs/>
          <w:sz w:val="22"/>
          <w:szCs w:val="22"/>
          <w:lang w:val="vi-VN"/>
        </w:rPr>
        <w:t xml:space="preserve"> cho trẻ ở các trường mầm non huyện Củ Chi cho thấy, các trường đã </w:t>
      </w:r>
      <w:proofErr w:type="spellStart"/>
      <w:r w:rsidRPr="00CB3FF1">
        <w:rPr>
          <w:rFonts w:eastAsia="KIBSE+F1"/>
          <w:i w:val="0"/>
          <w:iCs/>
          <w:color w:val="000000"/>
          <w:w w:val="101"/>
          <w:sz w:val="22"/>
          <w:szCs w:val="22"/>
        </w:rPr>
        <w:t>th</w:t>
      </w:r>
      <w:r w:rsidRPr="00CB3FF1">
        <w:rPr>
          <w:rFonts w:eastAsia="KIBSE+F1"/>
          <w:i w:val="0"/>
          <w:iCs/>
          <w:color w:val="000000"/>
          <w:spacing w:val="3"/>
          <w:w w:val="101"/>
          <w:sz w:val="22"/>
          <w:szCs w:val="22"/>
        </w:rPr>
        <w:t>ự</w:t>
      </w:r>
      <w:r w:rsidRPr="00CB3FF1">
        <w:rPr>
          <w:rFonts w:eastAsia="KIBSE+F1"/>
          <w:i w:val="0"/>
          <w:iCs/>
          <w:color w:val="000000"/>
          <w:spacing w:val="1"/>
          <w:w w:val="101"/>
          <w:sz w:val="22"/>
          <w:szCs w:val="22"/>
        </w:rPr>
        <w:t>c</w:t>
      </w:r>
      <w:proofErr w:type="spellEnd"/>
      <w:r w:rsidRPr="00CB3FF1">
        <w:rPr>
          <w:rFonts w:eastAsia="KIBSE+F1"/>
          <w:i w:val="0"/>
          <w:iCs/>
          <w:color w:val="000000"/>
          <w:spacing w:val="11"/>
          <w:sz w:val="22"/>
          <w:szCs w:val="22"/>
        </w:rPr>
        <w:t xml:space="preserve"> </w:t>
      </w:r>
      <w:proofErr w:type="spellStart"/>
      <w:r w:rsidRPr="00CB3FF1">
        <w:rPr>
          <w:rFonts w:eastAsia="KIBSE+F1"/>
          <w:i w:val="0"/>
          <w:iCs/>
          <w:color w:val="000000"/>
          <w:spacing w:val="2"/>
          <w:w w:val="101"/>
          <w:sz w:val="22"/>
          <w:szCs w:val="22"/>
        </w:rPr>
        <w:t>h</w:t>
      </w:r>
      <w:r w:rsidRPr="00CB3FF1">
        <w:rPr>
          <w:rFonts w:eastAsia="KIBSE+F1"/>
          <w:i w:val="0"/>
          <w:iCs/>
          <w:color w:val="000000"/>
          <w:w w:val="101"/>
          <w:sz w:val="22"/>
          <w:szCs w:val="22"/>
        </w:rPr>
        <w:t>i</w:t>
      </w:r>
      <w:r w:rsidRPr="00CB3FF1">
        <w:rPr>
          <w:rFonts w:eastAsia="KIBSE+F1"/>
          <w:i w:val="0"/>
          <w:iCs/>
          <w:color w:val="000000"/>
          <w:spacing w:val="3"/>
          <w:w w:val="101"/>
          <w:sz w:val="22"/>
          <w:szCs w:val="22"/>
        </w:rPr>
        <w:t>ệ</w:t>
      </w:r>
      <w:r w:rsidRPr="00CB3FF1">
        <w:rPr>
          <w:rFonts w:eastAsia="KIBSE+F1"/>
          <w:i w:val="0"/>
          <w:iCs/>
          <w:color w:val="000000"/>
          <w:w w:val="101"/>
          <w:sz w:val="22"/>
          <w:szCs w:val="22"/>
        </w:rPr>
        <w:t>n</w:t>
      </w:r>
      <w:proofErr w:type="spellEnd"/>
      <w:r w:rsidRPr="00CB3FF1">
        <w:rPr>
          <w:rFonts w:eastAsia="KIBSE+F1"/>
          <w:i w:val="0"/>
          <w:iCs/>
          <w:color w:val="000000"/>
          <w:spacing w:val="14"/>
          <w:sz w:val="22"/>
          <w:szCs w:val="22"/>
        </w:rPr>
        <w:t xml:space="preserve"> </w:t>
      </w:r>
      <w:proofErr w:type="spellStart"/>
      <w:r w:rsidRPr="00CB3FF1">
        <w:rPr>
          <w:rFonts w:eastAsia="KIBSE+F1"/>
          <w:i w:val="0"/>
          <w:iCs/>
          <w:color w:val="000000"/>
          <w:spacing w:val="14"/>
          <w:sz w:val="22"/>
          <w:szCs w:val="22"/>
        </w:rPr>
        <w:t>khá</w:t>
      </w:r>
      <w:proofErr w:type="spellEnd"/>
      <w:r w:rsidRPr="00CB3FF1">
        <w:rPr>
          <w:rFonts w:eastAsia="KIBSE+F1"/>
          <w:i w:val="0"/>
          <w:iCs/>
          <w:color w:val="000000"/>
          <w:spacing w:val="14"/>
          <w:sz w:val="22"/>
          <w:szCs w:val="22"/>
          <w:lang w:val="vi-VN"/>
        </w:rPr>
        <w:t xml:space="preserve"> </w:t>
      </w:r>
      <w:proofErr w:type="spellStart"/>
      <w:r w:rsidRPr="00CB3FF1">
        <w:rPr>
          <w:rFonts w:eastAsia="KIBSE+F1"/>
          <w:i w:val="0"/>
          <w:iCs/>
          <w:color w:val="000000"/>
          <w:spacing w:val="14"/>
          <w:sz w:val="22"/>
          <w:szCs w:val="22"/>
        </w:rPr>
        <w:t>đa</w:t>
      </w:r>
      <w:proofErr w:type="spellEnd"/>
      <w:r w:rsidRPr="00CB3FF1">
        <w:rPr>
          <w:rFonts w:eastAsia="KIBSE+F1"/>
          <w:i w:val="0"/>
          <w:iCs/>
          <w:color w:val="000000"/>
          <w:spacing w:val="14"/>
          <w:sz w:val="22"/>
          <w:szCs w:val="22"/>
          <w:lang w:val="vi-VN"/>
        </w:rPr>
        <w:t xml:space="preserve"> dạng các phương thức khác nhau với mức độ sử dụng khá thường xuyên với ĐTB=2,95. </w:t>
      </w:r>
      <w:proofErr w:type="spellStart"/>
      <w:r w:rsidRPr="00CB3FF1">
        <w:rPr>
          <w:i w:val="0"/>
          <w:iCs/>
          <w:sz w:val="22"/>
          <w:szCs w:val="22"/>
        </w:rPr>
        <w:t>Trong</w:t>
      </w:r>
      <w:proofErr w:type="spellEnd"/>
      <w:r w:rsidRPr="00CB3FF1">
        <w:rPr>
          <w:i w:val="0"/>
          <w:iCs/>
          <w:sz w:val="22"/>
          <w:szCs w:val="22"/>
        </w:rPr>
        <w:t xml:space="preserve"> </w:t>
      </w:r>
      <w:proofErr w:type="spellStart"/>
      <w:r w:rsidRPr="00CB3FF1">
        <w:rPr>
          <w:i w:val="0"/>
          <w:iCs/>
          <w:sz w:val="22"/>
          <w:szCs w:val="22"/>
        </w:rPr>
        <w:t>các</w:t>
      </w:r>
      <w:proofErr w:type="spellEnd"/>
      <w:r w:rsidRPr="00CB3FF1">
        <w:rPr>
          <w:i w:val="0"/>
          <w:iCs/>
          <w:sz w:val="22"/>
          <w:szCs w:val="22"/>
        </w:rPr>
        <w:t xml:space="preserve"> </w:t>
      </w:r>
      <w:proofErr w:type="spellStart"/>
      <w:r w:rsidRPr="00CB3FF1">
        <w:rPr>
          <w:i w:val="0"/>
          <w:iCs/>
          <w:sz w:val="22"/>
          <w:szCs w:val="22"/>
        </w:rPr>
        <w:t>phương</w:t>
      </w:r>
      <w:proofErr w:type="spellEnd"/>
      <w:r w:rsidRPr="00CB3FF1">
        <w:rPr>
          <w:i w:val="0"/>
          <w:iCs/>
          <w:sz w:val="22"/>
          <w:szCs w:val="22"/>
        </w:rPr>
        <w:t xml:space="preserve"> </w:t>
      </w:r>
      <w:proofErr w:type="spellStart"/>
      <w:r w:rsidRPr="00CB3FF1">
        <w:rPr>
          <w:i w:val="0"/>
          <w:iCs/>
          <w:sz w:val="22"/>
          <w:szCs w:val="22"/>
        </w:rPr>
        <w:t>thức</w:t>
      </w:r>
      <w:proofErr w:type="spellEnd"/>
      <w:r w:rsidRPr="00CB3FF1">
        <w:rPr>
          <w:i w:val="0"/>
          <w:iCs/>
          <w:sz w:val="22"/>
          <w:szCs w:val="22"/>
        </w:rPr>
        <w:t xml:space="preserve"> </w:t>
      </w:r>
      <w:proofErr w:type="spellStart"/>
      <w:r w:rsidRPr="00CB3FF1">
        <w:rPr>
          <w:i w:val="0"/>
          <w:iCs/>
          <w:sz w:val="22"/>
          <w:szCs w:val="22"/>
        </w:rPr>
        <w:t>trên</w:t>
      </w:r>
      <w:proofErr w:type="spellEnd"/>
      <w:r w:rsidRPr="00CB3FF1">
        <w:rPr>
          <w:i w:val="0"/>
          <w:iCs/>
          <w:sz w:val="22"/>
          <w:szCs w:val="22"/>
        </w:rPr>
        <w:t xml:space="preserve"> </w:t>
      </w:r>
      <w:proofErr w:type="spellStart"/>
      <w:r w:rsidRPr="00CB3FF1">
        <w:rPr>
          <w:i w:val="0"/>
          <w:iCs/>
          <w:sz w:val="22"/>
          <w:szCs w:val="22"/>
        </w:rPr>
        <w:t>thì</w:t>
      </w:r>
      <w:proofErr w:type="spellEnd"/>
      <w:r w:rsidRPr="00CB3FF1">
        <w:rPr>
          <w:i w:val="0"/>
          <w:iCs/>
          <w:sz w:val="22"/>
          <w:szCs w:val="22"/>
        </w:rPr>
        <w:t xml:space="preserve"> </w:t>
      </w:r>
      <w:proofErr w:type="spellStart"/>
      <w:r w:rsidRPr="00CB3FF1">
        <w:rPr>
          <w:i w:val="0"/>
          <w:iCs/>
          <w:sz w:val="22"/>
          <w:szCs w:val="22"/>
        </w:rPr>
        <w:t>phương</w:t>
      </w:r>
      <w:proofErr w:type="spellEnd"/>
      <w:r w:rsidRPr="00CB3FF1">
        <w:rPr>
          <w:i w:val="0"/>
          <w:iCs/>
          <w:sz w:val="22"/>
          <w:szCs w:val="22"/>
        </w:rPr>
        <w:t xml:space="preserve"> </w:t>
      </w:r>
      <w:proofErr w:type="spellStart"/>
      <w:r w:rsidRPr="00CB3FF1">
        <w:rPr>
          <w:i w:val="0"/>
          <w:iCs/>
          <w:sz w:val="22"/>
          <w:szCs w:val="22"/>
        </w:rPr>
        <w:t>thức</w:t>
      </w:r>
      <w:proofErr w:type="spellEnd"/>
      <w:r w:rsidRPr="00CB3FF1">
        <w:rPr>
          <w:i w:val="0"/>
          <w:iCs/>
          <w:sz w:val="22"/>
          <w:szCs w:val="22"/>
        </w:rPr>
        <w:t xml:space="preserve"> </w:t>
      </w:r>
      <w:proofErr w:type="spellStart"/>
      <w:r w:rsidRPr="00CB3FF1">
        <w:rPr>
          <w:i w:val="0"/>
          <w:iCs/>
          <w:sz w:val="22"/>
          <w:szCs w:val="22"/>
        </w:rPr>
        <w:t>được</w:t>
      </w:r>
      <w:proofErr w:type="spellEnd"/>
      <w:r w:rsidRPr="00CB3FF1">
        <w:rPr>
          <w:i w:val="0"/>
          <w:iCs/>
          <w:sz w:val="22"/>
          <w:szCs w:val="22"/>
        </w:rPr>
        <w:t xml:space="preserve"> </w:t>
      </w:r>
      <w:proofErr w:type="spellStart"/>
      <w:r w:rsidRPr="00CB3FF1">
        <w:rPr>
          <w:i w:val="0"/>
          <w:iCs/>
          <w:sz w:val="22"/>
          <w:szCs w:val="22"/>
        </w:rPr>
        <w:t>đánh</w:t>
      </w:r>
      <w:proofErr w:type="spellEnd"/>
      <w:r w:rsidRPr="00CB3FF1">
        <w:rPr>
          <w:i w:val="0"/>
          <w:iCs/>
          <w:sz w:val="22"/>
          <w:szCs w:val="22"/>
        </w:rPr>
        <w:t xml:space="preserve"> </w:t>
      </w:r>
      <w:proofErr w:type="spellStart"/>
      <w:r w:rsidRPr="00CB3FF1">
        <w:rPr>
          <w:i w:val="0"/>
          <w:iCs/>
          <w:sz w:val="22"/>
          <w:szCs w:val="22"/>
        </w:rPr>
        <w:t>giá</w:t>
      </w:r>
      <w:proofErr w:type="spellEnd"/>
      <w:r w:rsidRPr="00CB3FF1">
        <w:rPr>
          <w:i w:val="0"/>
          <w:iCs/>
          <w:sz w:val="22"/>
          <w:szCs w:val="22"/>
        </w:rPr>
        <w:t xml:space="preserve"> </w:t>
      </w:r>
      <w:proofErr w:type="spellStart"/>
      <w:r w:rsidRPr="00CB3FF1">
        <w:rPr>
          <w:i w:val="0"/>
          <w:iCs/>
          <w:sz w:val="22"/>
          <w:szCs w:val="22"/>
        </w:rPr>
        <w:t>cơ</w:t>
      </w:r>
      <w:proofErr w:type="spellEnd"/>
      <w:r w:rsidRPr="00CB3FF1">
        <w:rPr>
          <w:i w:val="0"/>
          <w:iCs/>
          <w:sz w:val="22"/>
          <w:szCs w:val="22"/>
        </w:rPr>
        <w:t xml:space="preserve"> </w:t>
      </w:r>
      <w:proofErr w:type="spellStart"/>
      <w:r w:rsidRPr="00CB3FF1">
        <w:rPr>
          <w:i w:val="0"/>
          <w:iCs/>
          <w:sz w:val="22"/>
          <w:szCs w:val="22"/>
        </w:rPr>
        <w:t>mức</w:t>
      </w:r>
      <w:proofErr w:type="spellEnd"/>
      <w:r w:rsidRPr="00CB3FF1">
        <w:rPr>
          <w:i w:val="0"/>
          <w:iCs/>
          <w:sz w:val="22"/>
          <w:szCs w:val="22"/>
        </w:rPr>
        <w:t xml:space="preserve"> </w:t>
      </w:r>
      <w:proofErr w:type="spellStart"/>
      <w:r w:rsidRPr="00CB3FF1">
        <w:rPr>
          <w:i w:val="0"/>
          <w:iCs/>
          <w:sz w:val="22"/>
          <w:szCs w:val="22"/>
        </w:rPr>
        <w:t>sử</w:t>
      </w:r>
      <w:proofErr w:type="spellEnd"/>
      <w:r w:rsidRPr="00CB3FF1">
        <w:rPr>
          <w:i w:val="0"/>
          <w:iCs/>
          <w:sz w:val="22"/>
          <w:szCs w:val="22"/>
        </w:rPr>
        <w:t xml:space="preserve"> </w:t>
      </w:r>
      <w:proofErr w:type="spellStart"/>
      <w:r w:rsidRPr="00CB3FF1">
        <w:rPr>
          <w:i w:val="0"/>
          <w:iCs/>
          <w:sz w:val="22"/>
          <w:szCs w:val="22"/>
        </w:rPr>
        <w:t>dụng</w:t>
      </w:r>
      <w:proofErr w:type="spellEnd"/>
      <w:r w:rsidRPr="00CB3FF1">
        <w:rPr>
          <w:i w:val="0"/>
          <w:iCs/>
          <w:sz w:val="22"/>
          <w:szCs w:val="22"/>
        </w:rPr>
        <w:t xml:space="preserve"> </w:t>
      </w:r>
      <w:proofErr w:type="spellStart"/>
      <w:r w:rsidRPr="00CB3FF1">
        <w:rPr>
          <w:i w:val="0"/>
          <w:iCs/>
          <w:sz w:val="22"/>
          <w:szCs w:val="22"/>
        </w:rPr>
        <w:t>thường</w:t>
      </w:r>
      <w:proofErr w:type="spellEnd"/>
      <w:r w:rsidRPr="00CB3FF1">
        <w:rPr>
          <w:i w:val="0"/>
          <w:iCs/>
          <w:sz w:val="22"/>
          <w:szCs w:val="22"/>
        </w:rPr>
        <w:t xml:space="preserve"> </w:t>
      </w:r>
      <w:proofErr w:type="spellStart"/>
      <w:r w:rsidRPr="00CB3FF1">
        <w:rPr>
          <w:i w:val="0"/>
          <w:iCs/>
          <w:sz w:val="22"/>
          <w:szCs w:val="22"/>
        </w:rPr>
        <w:t>xuyên</w:t>
      </w:r>
      <w:proofErr w:type="spellEnd"/>
      <w:r w:rsidRPr="00CB3FF1">
        <w:rPr>
          <w:i w:val="0"/>
          <w:iCs/>
          <w:sz w:val="22"/>
          <w:szCs w:val="22"/>
        </w:rPr>
        <w:t xml:space="preserve"> </w:t>
      </w:r>
      <w:proofErr w:type="spellStart"/>
      <w:r w:rsidRPr="00CB3FF1">
        <w:rPr>
          <w:i w:val="0"/>
          <w:iCs/>
          <w:sz w:val="22"/>
          <w:szCs w:val="22"/>
        </w:rPr>
        <w:t>nhất</w:t>
      </w:r>
      <w:proofErr w:type="spellEnd"/>
      <w:r w:rsidRPr="00CB3FF1">
        <w:rPr>
          <w:i w:val="0"/>
          <w:iCs/>
          <w:sz w:val="22"/>
          <w:szCs w:val="22"/>
        </w:rPr>
        <w:t xml:space="preserve"> </w:t>
      </w:r>
      <w:proofErr w:type="spellStart"/>
      <w:r w:rsidRPr="00CB3FF1">
        <w:rPr>
          <w:i w:val="0"/>
          <w:iCs/>
          <w:sz w:val="22"/>
          <w:szCs w:val="22"/>
        </w:rPr>
        <w:t>là</w:t>
      </w:r>
      <w:proofErr w:type="spellEnd"/>
      <w:r w:rsidRPr="00CB3FF1">
        <w:rPr>
          <w:rFonts w:eastAsia="KIBSE+F1"/>
          <w:i w:val="0"/>
          <w:iCs/>
          <w:color w:val="000000"/>
          <w:spacing w:val="14"/>
          <w:sz w:val="22"/>
          <w:szCs w:val="22"/>
          <w:lang w:val="vi-VN"/>
        </w:rPr>
        <w:t xml:space="preserve"> “</w:t>
      </w:r>
      <w:r w:rsidRPr="00CB3FF1">
        <w:rPr>
          <w:i w:val="0"/>
          <w:iCs/>
          <w:color w:val="000000"/>
          <w:sz w:val="22"/>
          <w:szCs w:val="22"/>
          <w:lang w:val="vi-VN"/>
        </w:rPr>
        <w:t xml:space="preserve">Nhà trường đã tổ chức </w:t>
      </w:r>
      <w:r w:rsidRPr="00CB3FF1">
        <w:rPr>
          <w:i w:val="0"/>
          <w:iCs/>
          <w:color w:val="000000"/>
          <w:sz w:val="22"/>
          <w:szCs w:val="22"/>
        </w:rPr>
        <w:t>HĐGD PNTNTT</w:t>
      </w:r>
      <w:r w:rsidRPr="00CB3FF1">
        <w:rPr>
          <w:i w:val="0"/>
          <w:iCs/>
          <w:color w:val="000000"/>
          <w:sz w:val="22"/>
          <w:szCs w:val="22"/>
          <w:lang w:val="vi-VN"/>
        </w:rPr>
        <w:t xml:space="preserve"> cho trẻ thông qua hoạt động vui chơi, chủ yếu là các trò chơi theo chủ đề”</w:t>
      </w:r>
      <w:r w:rsidRPr="00CB3FF1">
        <w:rPr>
          <w:rFonts w:eastAsia="KIBSE+F1"/>
          <w:i w:val="0"/>
          <w:iCs/>
          <w:color w:val="000000"/>
          <w:spacing w:val="14"/>
          <w:sz w:val="22"/>
          <w:szCs w:val="22"/>
          <w:lang w:val="vi-VN"/>
        </w:rPr>
        <w:t xml:space="preserve"> với </w:t>
      </w:r>
      <w:r w:rsidRPr="00CB3FF1">
        <w:rPr>
          <w:i w:val="0"/>
          <w:iCs/>
          <w:color w:val="000000"/>
          <w:sz w:val="22"/>
          <w:szCs w:val="22"/>
          <w:lang w:val="vi-VN"/>
        </w:rPr>
        <w:t xml:space="preserve">ĐTB = 3,05. Các phương thức tiếp theo là “Nhà trường đã tổ chức </w:t>
      </w:r>
      <w:r w:rsidRPr="00CB3FF1">
        <w:rPr>
          <w:i w:val="0"/>
          <w:iCs/>
          <w:color w:val="000000"/>
          <w:sz w:val="22"/>
          <w:szCs w:val="22"/>
        </w:rPr>
        <w:t>HĐGD PNTNTT</w:t>
      </w:r>
      <w:r w:rsidRPr="00CB3FF1">
        <w:rPr>
          <w:i w:val="0"/>
          <w:iCs/>
          <w:color w:val="000000"/>
          <w:sz w:val="22"/>
          <w:szCs w:val="22"/>
          <w:lang w:val="vi-VN"/>
        </w:rPr>
        <w:t xml:space="preserve"> cho trẻ thông qua các tình huống xẩy ra trong ngày” với ĐTB =3,03. Hai phương thức được các trường mầm non sử dụng khá thường xuyên ở mức thấp là “</w:t>
      </w:r>
      <w:r w:rsidRPr="00CB3FF1">
        <w:rPr>
          <w:rFonts w:eastAsia="KIBSE+F1"/>
          <w:i w:val="0"/>
          <w:iCs/>
          <w:color w:val="000000"/>
          <w:sz w:val="22"/>
          <w:szCs w:val="22"/>
          <w:lang w:val="vi-VN"/>
        </w:rPr>
        <w:t xml:space="preserve">GD </w:t>
      </w:r>
      <w:r w:rsidRPr="00CB3FF1">
        <w:rPr>
          <w:rFonts w:eastAsia="KIBSE+F1"/>
          <w:i w:val="0"/>
          <w:iCs/>
          <w:color w:val="000000"/>
          <w:spacing w:val="1"/>
          <w:w w:val="101"/>
          <w:sz w:val="22"/>
          <w:szCs w:val="22"/>
          <w:lang w:val="vi-VN"/>
        </w:rPr>
        <w:t>phòng ngừa</w:t>
      </w:r>
      <w:r w:rsidRPr="00CB3FF1">
        <w:rPr>
          <w:rFonts w:eastAsia="KIBSE+F1"/>
          <w:i w:val="0"/>
          <w:iCs/>
          <w:color w:val="000000"/>
          <w:spacing w:val="-1"/>
          <w:w w:val="101"/>
          <w:sz w:val="22"/>
          <w:szCs w:val="22"/>
          <w:lang w:val="vi-VN"/>
        </w:rPr>
        <w:t xml:space="preserve"> </w:t>
      </w:r>
      <w:r w:rsidRPr="00CB3FF1">
        <w:rPr>
          <w:i w:val="0"/>
          <w:iCs/>
          <w:color w:val="000000"/>
          <w:sz w:val="22"/>
          <w:szCs w:val="22"/>
          <w:lang w:val="vi-VN"/>
        </w:rPr>
        <w:t>TNTT thông qua phối hợp với cha mẹ của trẻ (tập huấn, trao đổi ở các buổi họp…)” và “</w:t>
      </w:r>
      <w:r w:rsidRPr="00CB3FF1">
        <w:rPr>
          <w:rFonts w:eastAsia="KIBSE+F1"/>
          <w:i w:val="0"/>
          <w:iCs/>
          <w:color w:val="000000"/>
          <w:sz w:val="22"/>
          <w:szCs w:val="22"/>
          <w:lang w:val="vi-VN"/>
        </w:rPr>
        <w:t xml:space="preserve">GD </w:t>
      </w:r>
      <w:r w:rsidRPr="00CB3FF1">
        <w:rPr>
          <w:rFonts w:eastAsia="KIBSE+F1"/>
          <w:i w:val="0"/>
          <w:iCs/>
          <w:color w:val="000000"/>
          <w:spacing w:val="1"/>
          <w:w w:val="101"/>
          <w:sz w:val="22"/>
          <w:szCs w:val="22"/>
          <w:lang w:val="vi-VN"/>
        </w:rPr>
        <w:t>phòng ngừa</w:t>
      </w:r>
      <w:r w:rsidRPr="00CB3FF1">
        <w:rPr>
          <w:rFonts w:eastAsia="KIBSE+F1"/>
          <w:i w:val="0"/>
          <w:iCs/>
          <w:color w:val="000000"/>
          <w:spacing w:val="-1"/>
          <w:w w:val="101"/>
          <w:sz w:val="22"/>
          <w:szCs w:val="22"/>
          <w:lang w:val="vi-VN"/>
        </w:rPr>
        <w:t xml:space="preserve"> </w:t>
      </w:r>
      <w:r w:rsidRPr="00CB3FF1">
        <w:rPr>
          <w:i w:val="0"/>
          <w:iCs/>
          <w:color w:val="000000"/>
          <w:sz w:val="22"/>
          <w:szCs w:val="22"/>
          <w:lang w:val="vi-VN"/>
        </w:rPr>
        <w:t>TNTT thông qua hoạt động trải nghiệm, khám phá khoa học” với ĐTB = 2,88 và 2,85. Với các số liệu trên cho thấy, các mâm non ở huyện Củ Chi cần được sử dụng thường xuyên hơn nữa và đặ biệt là hai phương thức có điểm cao. Các phương thức khác cần được quan tâm nhiều hơn nữa như qua các hoạt động trải nghiệm và phối hợp với cha mẹ của trẻ vì đây là phương thức sẽ nâng cao năng lực, kỹ năng phòng tránh TNTT ở trẻ.</w:t>
      </w:r>
    </w:p>
    <w:p w14:paraId="3FE32C1F" w14:textId="77777777" w:rsidR="00CB3FF1" w:rsidRPr="00CB3FF1" w:rsidRDefault="00CB3FF1" w:rsidP="00CB3FF1">
      <w:pPr>
        <w:pStyle w:val="0004"/>
        <w:spacing w:after="120" w:line="240" w:lineRule="auto"/>
        <w:rPr>
          <w:rFonts w:eastAsia="KIBSE+F1"/>
          <w:i w:val="0"/>
          <w:iCs/>
          <w:color w:val="000000"/>
          <w:spacing w:val="14"/>
          <w:sz w:val="22"/>
          <w:szCs w:val="22"/>
          <w:lang w:val="vi-VN"/>
        </w:rPr>
      </w:pPr>
      <w:r w:rsidRPr="00CB3FF1">
        <w:rPr>
          <w:b/>
          <w:bCs/>
          <w:spacing w:val="2"/>
          <w:sz w:val="22"/>
          <w:szCs w:val="22"/>
          <w:lang w:val="vi-VN"/>
        </w:rPr>
        <w:t>3.4. Thực trạng mức độ tham gia của các lực lượng vào hoạt động giáo dục</w:t>
      </w:r>
      <w:r w:rsidRPr="00CB3FF1">
        <w:rPr>
          <w:b/>
          <w:bCs/>
          <w:sz w:val="22"/>
          <w:szCs w:val="22"/>
          <w:lang w:val="vi-VN"/>
        </w:rPr>
        <w:t xml:space="preserve"> phòng ngừa tai nạn thương tích cho trẻ mẫu giáo ở các trường mầm non huyện Củ Chi, Thành phố Hồ Chí Minh</w:t>
      </w:r>
    </w:p>
    <w:p w14:paraId="0920818C" w14:textId="703915EF" w:rsidR="00CB3FF1" w:rsidRPr="00323E6C" w:rsidRDefault="00CB3FF1" w:rsidP="00CB3FF1">
      <w:pPr>
        <w:pStyle w:val="0004"/>
        <w:spacing w:after="120" w:line="240" w:lineRule="auto"/>
        <w:jc w:val="center"/>
        <w:rPr>
          <w:i w:val="0"/>
          <w:sz w:val="22"/>
          <w:szCs w:val="22"/>
        </w:rPr>
      </w:pPr>
      <w:r w:rsidRPr="00323E6C">
        <w:rPr>
          <w:b/>
          <w:i w:val="0"/>
          <w:sz w:val="22"/>
          <w:szCs w:val="22"/>
          <w:lang w:val="vi-VN"/>
        </w:rPr>
        <w:t>Bảng 4.</w:t>
      </w:r>
      <w:r w:rsidRPr="00323E6C">
        <w:rPr>
          <w:i w:val="0"/>
          <w:sz w:val="22"/>
          <w:szCs w:val="22"/>
          <w:lang w:val="vi-VN"/>
        </w:rPr>
        <w:t xml:space="preserve"> Đánh giá của CBQL, GV về các lực lượng tham gia hoạt động giáo dục phòng ngừa tai nạn thương tích cho trẻ MG ở các trường mầm non</w:t>
      </w:r>
      <w:r w:rsidR="00323E6C">
        <w:rPr>
          <w:i w:val="0"/>
          <w:sz w:val="22"/>
          <w:szCs w:val="22"/>
        </w:rPr>
        <w:t>.</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757"/>
        <w:gridCol w:w="5913"/>
        <w:gridCol w:w="911"/>
        <w:gridCol w:w="909"/>
        <w:gridCol w:w="827"/>
      </w:tblGrid>
      <w:tr w:rsidR="00CB3FF1" w:rsidRPr="00CB3FF1" w14:paraId="3FA89EA9" w14:textId="77777777" w:rsidTr="00323E6C">
        <w:trPr>
          <w:trHeight w:val="365"/>
        </w:trPr>
        <w:tc>
          <w:tcPr>
            <w:tcW w:w="757" w:type="dxa"/>
            <w:vMerge w:val="restart"/>
          </w:tcPr>
          <w:p w14:paraId="3F169AFF"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TT</w:t>
            </w:r>
          </w:p>
        </w:tc>
        <w:tc>
          <w:tcPr>
            <w:tcW w:w="5913" w:type="dxa"/>
            <w:vMerge w:val="restart"/>
          </w:tcPr>
          <w:p w14:paraId="6144F8E2"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Các lực lượng tham gia HĐ</w:t>
            </w:r>
            <w:r w:rsidRPr="00CB3FF1">
              <w:rPr>
                <w:rFonts w:eastAsia="KIBSE+F1"/>
                <w:b/>
                <w:bCs/>
                <w:i w:val="0"/>
                <w:iCs/>
                <w:color w:val="000000"/>
                <w:sz w:val="22"/>
                <w:szCs w:val="22"/>
                <w:lang w:val="vi-VN"/>
              </w:rPr>
              <w:t xml:space="preserve">GD </w:t>
            </w:r>
            <w:r w:rsidRPr="00CB3FF1">
              <w:rPr>
                <w:rFonts w:eastAsia="KIBSE+F1"/>
                <w:b/>
                <w:bCs/>
                <w:i w:val="0"/>
                <w:iCs/>
                <w:color w:val="000000"/>
                <w:spacing w:val="1"/>
                <w:w w:val="101"/>
                <w:sz w:val="22"/>
                <w:szCs w:val="22"/>
              </w:rPr>
              <w:t>PN</w:t>
            </w:r>
            <w:r w:rsidRPr="00CB3FF1">
              <w:rPr>
                <w:b/>
                <w:bCs/>
                <w:i w:val="0"/>
                <w:iCs/>
                <w:sz w:val="22"/>
                <w:szCs w:val="22"/>
                <w:lang w:val="vi-VN"/>
              </w:rPr>
              <w:t>TNTT cho trẻ mẫu giáo</w:t>
            </w:r>
          </w:p>
        </w:tc>
        <w:tc>
          <w:tcPr>
            <w:tcW w:w="2647" w:type="dxa"/>
            <w:gridSpan w:val="3"/>
          </w:tcPr>
          <w:p w14:paraId="2E0CE48C"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Mức độ đánh giá</w:t>
            </w:r>
          </w:p>
        </w:tc>
      </w:tr>
      <w:tr w:rsidR="00CB3FF1" w:rsidRPr="00CB3FF1" w14:paraId="250C30D0" w14:textId="77777777" w:rsidTr="00323E6C">
        <w:trPr>
          <w:trHeight w:val="862"/>
        </w:trPr>
        <w:tc>
          <w:tcPr>
            <w:tcW w:w="757" w:type="dxa"/>
            <w:vMerge/>
          </w:tcPr>
          <w:p w14:paraId="42DB7E07" w14:textId="77777777" w:rsidR="00CB3FF1" w:rsidRPr="00CB3FF1" w:rsidRDefault="00CB3FF1" w:rsidP="00CB3FF1">
            <w:pPr>
              <w:pStyle w:val="0004"/>
              <w:spacing w:after="120" w:line="240" w:lineRule="auto"/>
              <w:jc w:val="center"/>
              <w:rPr>
                <w:b/>
                <w:bCs/>
                <w:i w:val="0"/>
                <w:iCs/>
                <w:sz w:val="22"/>
                <w:szCs w:val="22"/>
                <w:lang w:val="vi-VN"/>
              </w:rPr>
            </w:pPr>
          </w:p>
        </w:tc>
        <w:tc>
          <w:tcPr>
            <w:tcW w:w="5913" w:type="dxa"/>
            <w:vMerge/>
          </w:tcPr>
          <w:p w14:paraId="797EBB11" w14:textId="77777777" w:rsidR="00CB3FF1" w:rsidRPr="00CB3FF1" w:rsidRDefault="00CB3FF1" w:rsidP="00CB3FF1">
            <w:pPr>
              <w:pStyle w:val="0004"/>
              <w:spacing w:after="120" w:line="240" w:lineRule="auto"/>
              <w:jc w:val="center"/>
              <w:rPr>
                <w:b/>
                <w:bCs/>
                <w:i w:val="0"/>
                <w:iCs/>
                <w:sz w:val="22"/>
                <w:szCs w:val="22"/>
                <w:lang w:val="vi-VN"/>
              </w:rPr>
            </w:pPr>
          </w:p>
        </w:tc>
        <w:tc>
          <w:tcPr>
            <w:tcW w:w="911" w:type="dxa"/>
          </w:tcPr>
          <w:p w14:paraId="0DDB63EE"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Điểm trung bình</w:t>
            </w:r>
          </w:p>
        </w:tc>
        <w:tc>
          <w:tcPr>
            <w:tcW w:w="909" w:type="dxa"/>
          </w:tcPr>
          <w:p w14:paraId="3495528A"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Độ lệch chuẩn</w:t>
            </w:r>
          </w:p>
        </w:tc>
        <w:tc>
          <w:tcPr>
            <w:tcW w:w="826" w:type="dxa"/>
          </w:tcPr>
          <w:p w14:paraId="5F8C50FF"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Xếp hạng</w:t>
            </w:r>
          </w:p>
        </w:tc>
      </w:tr>
      <w:tr w:rsidR="00CB3FF1" w:rsidRPr="00CB3FF1" w14:paraId="544DBEA6" w14:textId="77777777" w:rsidTr="00323E6C">
        <w:trPr>
          <w:trHeight w:val="614"/>
        </w:trPr>
        <w:tc>
          <w:tcPr>
            <w:tcW w:w="757" w:type="dxa"/>
          </w:tcPr>
          <w:p w14:paraId="5FB95DCC" w14:textId="77777777" w:rsidR="00CB3FF1" w:rsidRPr="00CB3FF1" w:rsidRDefault="00CB3FF1" w:rsidP="00CB3FF1">
            <w:pPr>
              <w:pStyle w:val="0004"/>
              <w:spacing w:after="120" w:line="240" w:lineRule="auto"/>
              <w:rPr>
                <w:i w:val="0"/>
                <w:iCs/>
                <w:sz w:val="22"/>
                <w:szCs w:val="22"/>
                <w:lang w:val="vi-VN"/>
              </w:rPr>
            </w:pPr>
            <w:r w:rsidRPr="00CB3FF1">
              <w:rPr>
                <w:i w:val="0"/>
                <w:iCs/>
                <w:sz w:val="22"/>
                <w:szCs w:val="22"/>
                <w:lang w:val="vi-VN"/>
              </w:rPr>
              <w:t>1</w:t>
            </w:r>
          </w:p>
        </w:tc>
        <w:tc>
          <w:tcPr>
            <w:tcW w:w="5913" w:type="dxa"/>
          </w:tcPr>
          <w:p w14:paraId="65504AD3" w14:textId="77777777" w:rsidR="00CB3FF1" w:rsidRPr="00CB3FF1" w:rsidRDefault="00CB3FF1" w:rsidP="00CB3FF1">
            <w:pPr>
              <w:pStyle w:val="0004"/>
              <w:spacing w:after="120" w:line="240" w:lineRule="auto"/>
              <w:rPr>
                <w:i w:val="0"/>
                <w:iCs/>
                <w:color w:val="000000"/>
                <w:sz w:val="22"/>
                <w:szCs w:val="22"/>
                <w:lang w:val="vi-VN"/>
              </w:rPr>
            </w:pPr>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Đội</w:t>
            </w:r>
            <w:proofErr w:type="spellEnd"/>
            <w:r w:rsidRPr="00CB3FF1">
              <w:rPr>
                <w:rFonts w:eastAsia="Microsoft Sans Serif"/>
                <w:i w:val="0"/>
                <w:iCs/>
                <w:color w:val="000000"/>
                <w:sz w:val="22"/>
                <w:szCs w:val="22"/>
                <w:lang w:val="vi-VN"/>
              </w:rPr>
              <w:t xml:space="preserve"> ngũ g</w:t>
            </w:r>
            <w:proofErr w:type="spellStart"/>
            <w:r w:rsidRPr="00CB3FF1">
              <w:rPr>
                <w:rFonts w:eastAsia="Microsoft Sans Serif"/>
                <w:i w:val="0"/>
                <w:iCs/>
                <w:color w:val="000000"/>
                <w:sz w:val="22"/>
                <w:szCs w:val="22"/>
              </w:rPr>
              <w:t>iáo</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viên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là</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những</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người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trực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tiếp</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triển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khai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các</w:t>
            </w:r>
            <w:proofErr w:type="spellEnd"/>
            <w:r w:rsidRPr="00CB3FF1">
              <w:rPr>
                <w:rFonts w:eastAsia="Microsoft Sans Serif"/>
                <w:i w:val="0"/>
                <w:iCs/>
                <w:color w:val="000000"/>
                <w:sz w:val="22"/>
                <w:szCs w:val="22"/>
              </w:rPr>
              <w:t xml:space="preserve"> HĐGD PNTNTT</w:t>
            </w:r>
            <w:r w:rsidRPr="00CB3FF1">
              <w:rPr>
                <w:rFonts w:eastAsia="Microsoft Sans Serif"/>
                <w:i w:val="0"/>
                <w:iCs/>
                <w:color w:val="000000"/>
                <w:sz w:val="22"/>
                <w:szCs w:val="22"/>
                <w:lang w:val="vi-VN"/>
              </w:rPr>
              <w:t xml:space="preserve"> cho trẻ</w:t>
            </w:r>
          </w:p>
        </w:tc>
        <w:tc>
          <w:tcPr>
            <w:tcW w:w="911" w:type="dxa"/>
            <w:vAlign w:val="center"/>
          </w:tcPr>
          <w:p w14:paraId="54537A2F" w14:textId="77777777" w:rsidR="00CB3FF1" w:rsidRPr="00CB3FF1" w:rsidRDefault="00CB3FF1" w:rsidP="00CB3FF1">
            <w:pPr>
              <w:pStyle w:val="0004"/>
              <w:spacing w:after="120" w:line="240" w:lineRule="auto"/>
              <w:rPr>
                <w:i w:val="0"/>
                <w:iCs/>
                <w:sz w:val="22"/>
                <w:szCs w:val="22"/>
                <w:lang w:val="vi-VN"/>
              </w:rPr>
            </w:pPr>
            <w:r w:rsidRPr="00CB3FF1">
              <w:rPr>
                <w:rFonts w:eastAsia="Microsoft Sans Serif"/>
                <w:i w:val="0"/>
                <w:iCs/>
                <w:color w:val="000000"/>
                <w:sz w:val="22"/>
                <w:szCs w:val="22"/>
                <w:lang w:val="vi-VN"/>
              </w:rPr>
              <w:t>3,</w:t>
            </w:r>
            <w:r w:rsidRPr="00CB3FF1">
              <w:rPr>
                <w:rFonts w:eastAsia="Microsoft Sans Serif"/>
                <w:i w:val="0"/>
                <w:iCs/>
                <w:color w:val="000000"/>
                <w:sz w:val="22"/>
                <w:szCs w:val="22"/>
              </w:rPr>
              <w:t>35</w:t>
            </w:r>
          </w:p>
        </w:tc>
        <w:tc>
          <w:tcPr>
            <w:tcW w:w="909" w:type="dxa"/>
            <w:vAlign w:val="center"/>
          </w:tcPr>
          <w:p w14:paraId="21834EBE" w14:textId="77777777" w:rsidR="00CB3FF1" w:rsidRPr="00CB3FF1" w:rsidRDefault="00CB3FF1" w:rsidP="00CB3FF1">
            <w:pPr>
              <w:pStyle w:val="0004"/>
              <w:spacing w:after="120" w:line="240" w:lineRule="auto"/>
              <w:rPr>
                <w:i w:val="0"/>
                <w:iCs/>
                <w:sz w:val="22"/>
                <w:szCs w:val="22"/>
                <w:lang w:val="vi-VN"/>
              </w:rPr>
            </w:pPr>
            <w:r w:rsidRPr="00CB3FF1">
              <w:rPr>
                <w:i w:val="0"/>
                <w:iCs/>
                <w:sz w:val="22"/>
                <w:szCs w:val="22"/>
              </w:rPr>
              <w:t>0</w:t>
            </w:r>
            <w:r w:rsidRPr="00CB3FF1">
              <w:rPr>
                <w:i w:val="0"/>
                <w:iCs/>
                <w:sz w:val="22"/>
                <w:szCs w:val="22"/>
                <w:lang w:val="vi-VN"/>
              </w:rPr>
              <w:t>,</w:t>
            </w:r>
            <w:r w:rsidRPr="00CB3FF1">
              <w:rPr>
                <w:i w:val="0"/>
                <w:iCs/>
                <w:sz w:val="22"/>
                <w:szCs w:val="22"/>
              </w:rPr>
              <w:t>69</w:t>
            </w:r>
          </w:p>
        </w:tc>
        <w:tc>
          <w:tcPr>
            <w:tcW w:w="826" w:type="dxa"/>
          </w:tcPr>
          <w:p w14:paraId="4570978E" w14:textId="77777777" w:rsidR="00CB3FF1" w:rsidRPr="00CB3FF1" w:rsidRDefault="00CB3FF1" w:rsidP="00CB3FF1">
            <w:pPr>
              <w:pStyle w:val="0004"/>
              <w:spacing w:after="120" w:line="240" w:lineRule="auto"/>
              <w:jc w:val="center"/>
              <w:rPr>
                <w:i w:val="0"/>
                <w:iCs/>
                <w:sz w:val="22"/>
                <w:szCs w:val="22"/>
                <w:lang w:val="vi-VN"/>
              </w:rPr>
            </w:pPr>
          </w:p>
          <w:p w14:paraId="0B72F5D6"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lastRenderedPageBreak/>
              <w:t>1</w:t>
            </w:r>
          </w:p>
        </w:tc>
      </w:tr>
      <w:tr w:rsidR="00CB3FF1" w:rsidRPr="00CB3FF1" w14:paraId="2CE038DC" w14:textId="77777777" w:rsidTr="00323E6C">
        <w:trPr>
          <w:trHeight w:val="716"/>
        </w:trPr>
        <w:tc>
          <w:tcPr>
            <w:tcW w:w="757" w:type="dxa"/>
          </w:tcPr>
          <w:p w14:paraId="4597D114" w14:textId="77777777" w:rsidR="00CB3FF1" w:rsidRPr="00CB3FF1" w:rsidRDefault="00CB3FF1" w:rsidP="00CB3FF1">
            <w:pPr>
              <w:pStyle w:val="0004"/>
              <w:spacing w:after="120" w:line="240" w:lineRule="auto"/>
              <w:rPr>
                <w:i w:val="0"/>
                <w:iCs/>
                <w:sz w:val="22"/>
                <w:szCs w:val="22"/>
                <w:lang w:val="vi-VN"/>
              </w:rPr>
            </w:pPr>
            <w:r w:rsidRPr="00CB3FF1">
              <w:rPr>
                <w:i w:val="0"/>
                <w:iCs/>
                <w:sz w:val="22"/>
                <w:szCs w:val="22"/>
                <w:lang w:val="vi-VN"/>
              </w:rPr>
              <w:lastRenderedPageBreak/>
              <w:t>2</w:t>
            </w:r>
          </w:p>
        </w:tc>
        <w:tc>
          <w:tcPr>
            <w:tcW w:w="5913" w:type="dxa"/>
          </w:tcPr>
          <w:p w14:paraId="6C3CBFE2" w14:textId="77777777" w:rsidR="00CB3FF1" w:rsidRPr="00CB3FF1" w:rsidRDefault="00CB3FF1" w:rsidP="00CB3FF1">
            <w:pPr>
              <w:pStyle w:val="0004"/>
              <w:spacing w:after="120" w:line="240" w:lineRule="auto"/>
              <w:rPr>
                <w:i w:val="0"/>
                <w:iCs/>
                <w:color w:val="000000"/>
                <w:sz w:val="22"/>
                <w:szCs w:val="22"/>
                <w:lang w:val="vi-VN"/>
              </w:rPr>
            </w:pPr>
            <w:proofErr w:type="spellStart"/>
            <w:r w:rsidRPr="00CB3FF1">
              <w:rPr>
                <w:rFonts w:eastAsia="Microsoft Sans Serif"/>
                <w:i w:val="0"/>
                <w:iCs/>
                <w:color w:val="000000"/>
                <w:sz w:val="22"/>
                <w:szCs w:val="22"/>
              </w:rPr>
              <w:t>Các</w:t>
            </w:r>
            <w:proofErr w:type="spellEnd"/>
            <w:r w:rsidRPr="00CB3FF1">
              <w:rPr>
                <w:rFonts w:eastAsia="Microsoft Sans Serif"/>
                <w:i w:val="0"/>
                <w:iCs/>
                <w:color w:val="000000"/>
                <w:sz w:val="22"/>
                <w:szCs w:val="22"/>
                <w:lang w:val="vi-VN"/>
              </w:rPr>
              <w:t xml:space="preserve"> tổ chức xã hội (Công an, Y tế, …</w:t>
            </w:r>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tư</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vấn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hỗ</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trợ</w:t>
            </w:r>
            <w:proofErr w:type="spellEnd"/>
            <w:r w:rsidRPr="00CB3FF1">
              <w:rPr>
                <w:rFonts w:eastAsia="Microsoft Sans Serif"/>
                <w:i w:val="0"/>
                <w:iCs/>
                <w:color w:val="000000"/>
                <w:sz w:val="22"/>
                <w:szCs w:val="22"/>
                <w:lang w:val="vi-VN"/>
              </w:rPr>
              <w:t xml:space="preserve"> về</w:t>
            </w:r>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kiến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thức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chuyên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môn</w:t>
            </w:r>
            <w:proofErr w:type="spellEnd"/>
            <w:r w:rsidRPr="00CB3FF1">
              <w:rPr>
                <w:rFonts w:eastAsia="Microsoft Sans Serif"/>
                <w:i w:val="0"/>
                <w:iCs/>
                <w:color w:val="000000"/>
                <w:sz w:val="22"/>
                <w:szCs w:val="22"/>
              </w:rPr>
              <w:t>.</w:t>
            </w:r>
          </w:p>
        </w:tc>
        <w:tc>
          <w:tcPr>
            <w:tcW w:w="911" w:type="dxa"/>
            <w:vAlign w:val="center"/>
          </w:tcPr>
          <w:p w14:paraId="719A3636" w14:textId="77777777" w:rsidR="00CB3FF1" w:rsidRPr="00CB3FF1" w:rsidRDefault="00CB3FF1" w:rsidP="00CB3FF1">
            <w:pPr>
              <w:pStyle w:val="0004"/>
              <w:spacing w:after="120" w:line="240" w:lineRule="auto"/>
              <w:rPr>
                <w:i w:val="0"/>
                <w:iCs/>
                <w:sz w:val="22"/>
                <w:szCs w:val="22"/>
                <w:lang w:val="vi-VN"/>
              </w:rPr>
            </w:pPr>
            <w:r w:rsidRPr="00CB3FF1">
              <w:rPr>
                <w:rFonts w:eastAsia="Microsoft Sans Serif"/>
                <w:i w:val="0"/>
                <w:iCs/>
                <w:color w:val="000000"/>
                <w:sz w:val="22"/>
                <w:szCs w:val="22"/>
                <w:lang w:val="vi-VN"/>
              </w:rPr>
              <w:t>2,</w:t>
            </w:r>
            <w:r w:rsidRPr="00CB3FF1">
              <w:rPr>
                <w:rFonts w:eastAsia="Microsoft Sans Serif"/>
                <w:i w:val="0"/>
                <w:iCs/>
                <w:color w:val="000000"/>
                <w:sz w:val="22"/>
                <w:szCs w:val="22"/>
              </w:rPr>
              <w:t>66</w:t>
            </w:r>
          </w:p>
        </w:tc>
        <w:tc>
          <w:tcPr>
            <w:tcW w:w="909" w:type="dxa"/>
            <w:vAlign w:val="center"/>
          </w:tcPr>
          <w:p w14:paraId="441EB239" w14:textId="77777777" w:rsidR="00CB3FF1" w:rsidRPr="00CB3FF1" w:rsidRDefault="00CB3FF1" w:rsidP="00CB3FF1">
            <w:pPr>
              <w:pStyle w:val="0004"/>
              <w:spacing w:after="120" w:line="240" w:lineRule="auto"/>
              <w:rPr>
                <w:i w:val="0"/>
                <w:iCs/>
                <w:sz w:val="22"/>
                <w:szCs w:val="22"/>
                <w:lang w:val="vi-VN"/>
              </w:rPr>
            </w:pPr>
            <w:r w:rsidRPr="00CB3FF1">
              <w:rPr>
                <w:i w:val="0"/>
                <w:iCs/>
                <w:sz w:val="22"/>
                <w:szCs w:val="22"/>
              </w:rPr>
              <w:t>0</w:t>
            </w:r>
            <w:r w:rsidRPr="00CB3FF1">
              <w:rPr>
                <w:i w:val="0"/>
                <w:iCs/>
                <w:sz w:val="22"/>
                <w:szCs w:val="22"/>
                <w:lang w:val="vi-VN"/>
              </w:rPr>
              <w:t>,</w:t>
            </w:r>
            <w:r w:rsidRPr="00CB3FF1">
              <w:rPr>
                <w:i w:val="0"/>
                <w:iCs/>
                <w:sz w:val="22"/>
                <w:szCs w:val="22"/>
              </w:rPr>
              <w:t>70</w:t>
            </w:r>
          </w:p>
        </w:tc>
        <w:tc>
          <w:tcPr>
            <w:tcW w:w="826" w:type="dxa"/>
          </w:tcPr>
          <w:p w14:paraId="68A8113E" w14:textId="77777777" w:rsidR="00CB3FF1" w:rsidRPr="00CB3FF1" w:rsidRDefault="00CB3FF1" w:rsidP="00CB3FF1">
            <w:pPr>
              <w:pStyle w:val="0004"/>
              <w:spacing w:after="120" w:line="240" w:lineRule="auto"/>
              <w:jc w:val="center"/>
              <w:rPr>
                <w:i w:val="0"/>
                <w:iCs/>
                <w:sz w:val="22"/>
                <w:szCs w:val="22"/>
                <w:lang w:val="vi-VN"/>
              </w:rPr>
            </w:pPr>
          </w:p>
          <w:p w14:paraId="12AA5DE1"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w:t>
            </w:r>
          </w:p>
        </w:tc>
      </w:tr>
      <w:tr w:rsidR="00CB3FF1" w:rsidRPr="00CB3FF1" w14:paraId="50BD5026" w14:textId="77777777" w:rsidTr="00323E6C">
        <w:trPr>
          <w:trHeight w:val="716"/>
        </w:trPr>
        <w:tc>
          <w:tcPr>
            <w:tcW w:w="757" w:type="dxa"/>
          </w:tcPr>
          <w:p w14:paraId="30F22BA3" w14:textId="77777777" w:rsidR="00CB3FF1" w:rsidRPr="00CB3FF1" w:rsidRDefault="00CB3FF1" w:rsidP="00CB3FF1">
            <w:pPr>
              <w:pStyle w:val="0004"/>
              <w:spacing w:after="120" w:line="240" w:lineRule="auto"/>
              <w:rPr>
                <w:i w:val="0"/>
                <w:iCs/>
                <w:sz w:val="22"/>
                <w:szCs w:val="22"/>
                <w:lang w:val="vi-VN"/>
              </w:rPr>
            </w:pPr>
            <w:r w:rsidRPr="00CB3FF1">
              <w:rPr>
                <w:i w:val="0"/>
                <w:iCs/>
                <w:sz w:val="22"/>
                <w:szCs w:val="22"/>
                <w:lang w:val="vi-VN"/>
              </w:rPr>
              <w:t>3</w:t>
            </w:r>
          </w:p>
        </w:tc>
        <w:tc>
          <w:tcPr>
            <w:tcW w:w="5913" w:type="dxa"/>
          </w:tcPr>
          <w:p w14:paraId="5580CC47" w14:textId="77777777" w:rsidR="00CB3FF1" w:rsidRPr="00CB3FF1" w:rsidRDefault="00CB3FF1" w:rsidP="00CB3FF1">
            <w:pPr>
              <w:pStyle w:val="0004"/>
              <w:spacing w:after="120" w:line="240" w:lineRule="auto"/>
              <w:rPr>
                <w:i w:val="0"/>
                <w:iCs/>
                <w:color w:val="000000"/>
                <w:sz w:val="22"/>
                <w:szCs w:val="22"/>
                <w:lang w:val="vi-VN"/>
              </w:rPr>
            </w:pPr>
            <w:r w:rsidRPr="00CB3FF1">
              <w:rPr>
                <w:rFonts w:eastAsia="Microsoft Sans Serif"/>
                <w:i w:val="0"/>
                <w:iCs/>
                <w:color w:val="000000"/>
                <w:sz w:val="22"/>
                <w:szCs w:val="22"/>
              </w:rPr>
              <w:t>Ban</w:t>
            </w:r>
            <w:r w:rsidRPr="00CB3FF1">
              <w:rPr>
                <w:rFonts w:eastAsia="Microsoft Sans Serif"/>
                <w:i w:val="0"/>
                <w:iCs/>
                <w:color w:val="000000"/>
                <w:sz w:val="22"/>
                <w:szCs w:val="22"/>
                <w:lang w:val="vi-VN"/>
              </w:rPr>
              <w:t xml:space="preserve"> giám hiệu nhà trường</w:t>
            </w:r>
            <w:r w:rsidRPr="00CB3FF1">
              <w:rPr>
                <w:rFonts w:eastAsia="Microsoft Sans Serif"/>
                <w:i w:val="0"/>
                <w:iCs/>
                <w:color w:val="000000"/>
                <w:sz w:val="22"/>
                <w:szCs w:val="22"/>
              </w:rPr>
              <w:t xml:space="preserve"> - </w:t>
            </w:r>
            <w:proofErr w:type="spellStart"/>
            <w:r w:rsidRPr="00CB3FF1">
              <w:rPr>
                <w:rFonts w:eastAsia="Microsoft Sans Serif"/>
                <w:i w:val="0"/>
                <w:iCs/>
                <w:color w:val="000000"/>
                <w:sz w:val="22"/>
                <w:szCs w:val="22"/>
              </w:rPr>
              <w:t>lập</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kế</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hoạch</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chỉ</w:t>
            </w:r>
            <w:proofErr w:type="spellEnd"/>
            <w:r w:rsidRPr="00CB3FF1">
              <w:rPr>
                <w:rFonts w:eastAsia="Microsoft Sans Serif"/>
                <w:i w:val="0"/>
                <w:iCs/>
                <w:color w:val="000000"/>
                <w:sz w:val="22"/>
                <w:szCs w:val="22"/>
                <w:lang w:val="vi-VN"/>
              </w:rPr>
              <w:t xml:space="preserve"> đạo </w:t>
            </w:r>
            <w:proofErr w:type="spellStart"/>
            <w:r w:rsidRPr="00CB3FF1">
              <w:rPr>
                <w:rFonts w:eastAsia="Microsoft Sans Serif"/>
                <w:i w:val="0"/>
                <w:iCs/>
                <w:color w:val="000000"/>
                <w:sz w:val="22"/>
                <w:szCs w:val="22"/>
              </w:rPr>
              <w:t>tạo</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điều</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kiện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môi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trường</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cho</w:t>
            </w:r>
            <w:proofErr w:type="spellEnd"/>
            <w:r w:rsidRPr="00CB3FF1">
              <w:rPr>
                <w:rFonts w:eastAsia="Microsoft Sans Serif"/>
                <w:i w:val="0"/>
                <w:iCs/>
                <w:color w:val="000000"/>
                <w:sz w:val="22"/>
                <w:szCs w:val="22"/>
                <w:lang w:val="vi-VN"/>
              </w:rPr>
              <w:t xml:space="preserve"> tổ chức </w:t>
            </w:r>
            <w:r w:rsidRPr="00CB3FF1">
              <w:rPr>
                <w:rFonts w:eastAsia="Microsoft Sans Serif"/>
                <w:i w:val="0"/>
                <w:iCs/>
                <w:color w:val="000000"/>
                <w:sz w:val="22"/>
                <w:szCs w:val="22"/>
              </w:rPr>
              <w:t>HĐGD PNTNTT</w:t>
            </w:r>
            <w:r w:rsidRPr="00CB3FF1">
              <w:rPr>
                <w:rFonts w:eastAsia="Microsoft Sans Serif"/>
                <w:i w:val="0"/>
                <w:iCs/>
                <w:color w:val="000000"/>
                <w:sz w:val="22"/>
                <w:szCs w:val="22"/>
                <w:lang w:val="vi-VN"/>
              </w:rPr>
              <w:t xml:space="preserve"> cho trẻ</w:t>
            </w:r>
          </w:p>
        </w:tc>
        <w:tc>
          <w:tcPr>
            <w:tcW w:w="911" w:type="dxa"/>
            <w:vAlign w:val="center"/>
          </w:tcPr>
          <w:p w14:paraId="4929A53F" w14:textId="77777777" w:rsidR="00CB3FF1" w:rsidRPr="00CB3FF1" w:rsidRDefault="00CB3FF1" w:rsidP="00CB3FF1">
            <w:pPr>
              <w:pStyle w:val="0004"/>
              <w:spacing w:after="120" w:line="240" w:lineRule="auto"/>
              <w:rPr>
                <w:i w:val="0"/>
                <w:iCs/>
                <w:sz w:val="22"/>
                <w:szCs w:val="22"/>
                <w:lang w:val="vi-VN"/>
              </w:rPr>
            </w:pPr>
            <w:r w:rsidRPr="00CB3FF1">
              <w:rPr>
                <w:rFonts w:eastAsia="Microsoft Sans Serif"/>
                <w:i w:val="0"/>
                <w:iCs/>
                <w:color w:val="000000"/>
                <w:sz w:val="22"/>
                <w:szCs w:val="22"/>
                <w:lang w:val="vi-VN"/>
              </w:rPr>
              <w:t>3,</w:t>
            </w:r>
            <w:r w:rsidRPr="00CB3FF1">
              <w:rPr>
                <w:rFonts w:eastAsia="Microsoft Sans Serif"/>
                <w:i w:val="0"/>
                <w:iCs/>
                <w:color w:val="000000"/>
                <w:sz w:val="22"/>
                <w:szCs w:val="22"/>
              </w:rPr>
              <w:t>28</w:t>
            </w:r>
          </w:p>
        </w:tc>
        <w:tc>
          <w:tcPr>
            <w:tcW w:w="909" w:type="dxa"/>
            <w:vAlign w:val="center"/>
          </w:tcPr>
          <w:p w14:paraId="5DB5397A" w14:textId="77777777" w:rsidR="00CB3FF1" w:rsidRPr="00CB3FF1" w:rsidRDefault="00CB3FF1" w:rsidP="00CB3FF1">
            <w:pPr>
              <w:pStyle w:val="0004"/>
              <w:spacing w:after="120" w:line="240" w:lineRule="auto"/>
              <w:rPr>
                <w:i w:val="0"/>
                <w:iCs/>
                <w:sz w:val="22"/>
                <w:szCs w:val="22"/>
                <w:lang w:val="vi-VN"/>
              </w:rPr>
            </w:pPr>
            <w:r w:rsidRPr="00CB3FF1">
              <w:rPr>
                <w:i w:val="0"/>
                <w:iCs/>
                <w:sz w:val="22"/>
                <w:szCs w:val="22"/>
              </w:rPr>
              <w:t>0</w:t>
            </w:r>
            <w:r w:rsidRPr="00CB3FF1">
              <w:rPr>
                <w:i w:val="0"/>
                <w:iCs/>
                <w:sz w:val="22"/>
                <w:szCs w:val="22"/>
                <w:lang w:val="vi-VN"/>
              </w:rPr>
              <w:t>,</w:t>
            </w:r>
            <w:r w:rsidRPr="00CB3FF1">
              <w:rPr>
                <w:i w:val="0"/>
                <w:iCs/>
                <w:sz w:val="22"/>
                <w:szCs w:val="22"/>
              </w:rPr>
              <w:t>73</w:t>
            </w:r>
          </w:p>
        </w:tc>
        <w:tc>
          <w:tcPr>
            <w:tcW w:w="826" w:type="dxa"/>
          </w:tcPr>
          <w:p w14:paraId="0C6AE420" w14:textId="77777777" w:rsidR="00CB3FF1" w:rsidRPr="00CB3FF1" w:rsidRDefault="00CB3FF1" w:rsidP="00CB3FF1">
            <w:pPr>
              <w:pStyle w:val="0004"/>
              <w:spacing w:after="120" w:line="240" w:lineRule="auto"/>
              <w:jc w:val="center"/>
              <w:rPr>
                <w:i w:val="0"/>
                <w:iCs/>
                <w:sz w:val="22"/>
                <w:szCs w:val="22"/>
                <w:lang w:val="vi-VN"/>
              </w:rPr>
            </w:pPr>
          </w:p>
          <w:p w14:paraId="7BBE5B31"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w:t>
            </w:r>
          </w:p>
        </w:tc>
      </w:tr>
      <w:tr w:rsidR="00CB3FF1" w:rsidRPr="00CB3FF1" w14:paraId="1E3F6A41" w14:textId="77777777" w:rsidTr="00323E6C">
        <w:trPr>
          <w:trHeight w:val="731"/>
        </w:trPr>
        <w:tc>
          <w:tcPr>
            <w:tcW w:w="757" w:type="dxa"/>
          </w:tcPr>
          <w:p w14:paraId="09B8AAA2" w14:textId="77777777" w:rsidR="00CB3FF1" w:rsidRPr="00CB3FF1" w:rsidRDefault="00CB3FF1" w:rsidP="00CB3FF1">
            <w:pPr>
              <w:pStyle w:val="0004"/>
              <w:spacing w:after="120" w:line="240" w:lineRule="auto"/>
              <w:rPr>
                <w:i w:val="0"/>
                <w:iCs/>
                <w:sz w:val="22"/>
                <w:szCs w:val="22"/>
                <w:lang w:val="vi-VN"/>
              </w:rPr>
            </w:pPr>
            <w:r w:rsidRPr="00CB3FF1">
              <w:rPr>
                <w:i w:val="0"/>
                <w:iCs/>
                <w:sz w:val="22"/>
                <w:szCs w:val="22"/>
                <w:lang w:val="vi-VN"/>
              </w:rPr>
              <w:t>4</w:t>
            </w:r>
          </w:p>
        </w:tc>
        <w:tc>
          <w:tcPr>
            <w:tcW w:w="5913" w:type="dxa"/>
          </w:tcPr>
          <w:p w14:paraId="0C76C0C0" w14:textId="77777777" w:rsidR="00CB3FF1" w:rsidRPr="00CB3FF1" w:rsidRDefault="00CB3FF1" w:rsidP="00CB3FF1">
            <w:pPr>
              <w:pStyle w:val="0004"/>
              <w:spacing w:after="120" w:line="240" w:lineRule="auto"/>
              <w:rPr>
                <w:i w:val="0"/>
                <w:iCs/>
                <w:color w:val="000000"/>
                <w:sz w:val="22"/>
                <w:szCs w:val="22"/>
                <w:lang w:val="vi-VN"/>
              </w:rPr>
            </w:pPr>
            <w:proofErr w:type="spellStart"/>
            <w:r w:rsidRPr="00CB3FF1">
              <w:rPr>
                <w:rFonts w:eastAsia="Microsoft Sans Serif"/>
                <w:i w:val="0"/>
                <w:iCs/>
                <w:color w:val="000000"/>
                <w:sz w:val="22"/>
                <w:szCs w:val="22"/>
              </w:rPr>
              <w:t>Phụ</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huynh</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của</w:t>
            </w:r>
            <w:proofErr w:type="spellEnd"/>
            <w:r w:rsidRPr="00CB3FF1">
              <w:rPr>
                <w:rFonts w:eastAsia="Microsoft Sans Serif"/>
                <w:i w:val="0"/>
                <w:iCs/>
                <w:color w:val="000000"/>
                <w:sz w:val="22"/>
                <w:szCs w:val="22"/>
                <w:lang w:val="vi-VN"/>
              </w:rPr>
              <w:t xml:space="preserve"> </w:t>
            </w:r>
            <w:proofErr w:type="spellStart"/>
            <w:r w:rsidRPr="00CB3FF1">
              <w:rPr>
                <w:rFonts w:eastAsia="Microsoft Sans Serif"/>
                <w:i w:val="0"/>
                <w:iCs/>
                <w:color w:val="000000"/>
                <w:sz w:val="22"/>
                <w:szCs w:val="22"/>
              </w:rPr>
              <w:t>trẻ</w:t>
            </w:r>
            <w:proofErr w:type="spellEnd"/>
            <w:r w:rsidRPr="00CB3FF1">
              <w:rPr>
                <w:rFonts w:eastAsia="Microsoft Sans Serif"/>
                <w:i w:val="0"/>
                <w:iCs/>
                <w:color w:val="000000"/>
                <w:sz w:val="22"/>
                <w:szCs w:val="22"/>
                <w:lang w:val="vi-VN"/>
              </w:rPr>
              <w:t xml:space="preserve"> </w:t>
            </w:r>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phối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hợp</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hỗ</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trợ</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và</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thực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hành</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về</w:t>
            </w:r>
            <w:proofErr w:type="spellEnd"/>
            <w:r w:rsidRPr="00CB3FF1">
              <w:rPr>
                <w:rFonts w:eastAsia="Microsoft Sans Serif"/>
                <w:i w:val="0"/>
                <w:iCs/>
                <w:color w:val="000000"/>
                <w:sz w:val="22"/>
                <w:szCs w:val="22"/>
                <w:lang w:val="vi-VN"/>
              </w:rPr>
              <w:t xml:space="preserve"> phòng ngừa TNTT </w:t>
            </w:r>
            <w:proofErr w:type="spellStart"/>
            <w:r w:rsidRPr="00CB3FF1">
              <w:rPr>
                <w:rFonts w:eastAsia="Microsoft Sans Serif"/>
                <w:i w:val="0"/>
                <w:iCs/>
                <w:color w:val="000000"/>
                <w:sz w:val="22"/>
                <w:szCs w:val="22"/>
              </w:rPr>
              <w:t>tại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nhà</w:t>
            </w:r>
            <w:proofErr w:type="spellEnd"/>
            <w:r w:rsidRPr="00CB3FF1">
              <w:rPr>
                <w:rFonts w:eastAsia="Microsoft Sans Serif"/>
                <w:i w:val="0"/>
                <w:iCs/>
                <w:color w:val="000000"/>
                <w:sz w:val="22"/>
                <w:szCs w:val="22"/>
              </w:rPr>
              <w:t>.</w:t>
            </w:r>
          </w:p>
        </w:tc>
        <w:tc>
          <w:tcPr>
            <w:tcW w:w="911" w:type="dxa"/>
            <w:vAlign w:val="center"/>
          </w:tcPr>
          <w:p w14:paraId="42CD4C8F" w14:textId="77777777" w:rsidR="00CB3FF1" w:rsidRPr="00CB3FF1" w:rsidRDefault="00CB3FF1" w:rsidP="00CB3FF1">
            <w:pPr>
              <w:pStyle w:val="0004"/>
              <w:spacing w:after="120" w:line="240" w:lineRule="auto"/>
              <w:rPr>
                <w:i w:val="0"/>
                <w:iCs/>
                <w:sz w:val="22"/>
                <w:szCs w:val="22"/>
                <w:lang w:val="vi-VN"/>
              </w:rPr>
            </w:pPr>
            <w:r w:rsidRPr="00CB3FF1">
              <w:rPr>
                <w:rFonts w:eastAsia="Microsoft Sans Serif"/>
                <w:i w:val="0"/>
                <w:iCs/>
                <w:color w:val="000000"/>
                <w:sz w:val="22"/>
                <w:szCs w:val="22"/>
                <w:lang w:val="vi-VN"/>
              </w:rPr>
              <w:t>2,</w:t>
            </w:r>
            <w:r w:rsidRPr="00CB3FF1">
              <w:rPr>
                <w:rFonts w:eastAsia="Microsoft Sans Serif"/>
                <w:i w:val="0"/>
                <w:iCs/>
                <w:color w:val="000000"/>
                <w:sz w:val="22"/>
                <w:szCs w:val="22"/>
              </w:rPr>
              <w:t>6</w:t>
            </w:r>
            <w:r w:rsidRPr="00CB3FF1">
              <w:rPr>
                <w:rFonts w:eastAsia="Microsoft Sans Serif"/>
                <w:i w:val="0"/>
                <w:iCs/>
                <w:color w:val="000000"/>
                <w:sz w:val="22"/>
                <w:szCs w:val="22"/>
                <w:lang w:val="vi-VN"/>
              </w:rPr>
              <w:t>3</w:t>
            </w:r>
          </w:p>
        </w:tc>
        <w:tc>
          <w:tcPr>
            <w:tcW w:w="909" w:type="dxa"/>
            <w:vAlign w:val="center"/>
          </w:tcPr>
          <w:p w14:paraId="58FED660" w14:textId="77777777" w:rsidR="00CB3FF1" w:rsidRPr="00CB3FF1" w:rsidRDefault="00CB3FF1" w:rsidP="00CB3FF1">
            <w:pPr>
              <w:pStyle w:val="0004"/>
              <w:spacing w:after="120" w:line="240" w:lineRule="auto"/>
              <w:rPr>
                <w:i w:val="0"/>
                <w:iCs/>
                <w:sz w:val="22"/>
                <w:szCs w:val="22"/>
                <w:lang w:val="vi-VN"/>
              </w:rPr>
            </w:pPr>
            <w:r w:rsidRPr="00CB3FF1">
              <w:rPr>
                <w:i w:val="0"/>
                <w:iCs/>
                <w:sz w:val="22"/>
                <w:szCs w:val="22"/>
              </w:rPr>
              <w:t>0</w:t>
            </w:r>
            <w:r w:rsidRPr="00CB3FF1">
              <w:rPr>
                <w:i w:val="0"/>
                <w:iCs/>
                <w:sz w:val="22"/>
                <w:szCs w:val="22"/>
                <w:lang w:val="vi-VN"/>
              </w:rPr>
              <w:t>,</w:t>
            </w:r>
            <w:r w:rsidRPr="00CB3FF1">
              <w:rPr>
                <w:i w:val="0"/>
                <w:iCs/>
                <w:sz w:val="22"/>
                <w:szCs w:val="22"/>
              </w:rPr>
              <w:t>56</w:t>
            </w:r>
          </w:p>
        </w:tc>
        <w:tc>
          <w:tcPr>
            <w:tcW w:w="826" w:type="dxa"/>
          </w:tcPr>
          <w:p w14:paraId="43730534" w14:textId="77777777" w:rsidR="00CB3FF1" w:rsidRPr="00CB3FF1" w:rsidRDefault="00CB3FF1" w:rsidP="00CB3FF1">
            <w:pPr>
              <w:pStyle w:val="0004"/>
              <w:spacing w:after="120" w:line="240" w:lineRule="auto"/>
              <w:jc w:val="center"/>
              <w:rPr>
                <w:i w:val="0"/>
                <w:iCs/>
                <w:sz w:val="22"/>
                <w:szCs w:val="22"/>
                <w:lang w:val="vi-VN"/>
              </w:rPr>
            </w:pPr>
          </w:p>
          <w:p w14:paraId="2E9B7E0C"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4</w:t>
            </w:r>
          </w:p>
        </w:tc>
      </w:tr>
      <w:tr w:rsidR="00CB3FF1" w:rsidRPr="00CB3FF1" w14:paraId="2F08EB89" w14:textId="77777777" w:rsidTr="00323E6C">
        <w:trPr>
          <w:trHeight w:val="351"/>
        </w:trPr>
        <w:tc>
          <w:tcPr>
            <w:tcW w:w="757" w:type="dxa"/>
          </w:tcPr>
          <w:p w14:paraId="01DBF591" w14:textId="77777777" w:rsidR="00CB3FF1" w:rsidRPr="00CB3FF1" w:rsidRDefault="00CB3FF1" w:rsidP="00CB3FF1">
            <w:pPr>
              <w:pStyle w:val="0004"/>
              <w:spacing w:after="120" w:line="240" w:lineRule="auto"/>
              <w:rPr>
                <w:i w:val="0"/>
                <w:iCs/>
                <w:sz w:val="22"/>
                <w:szCs w:val="22"/>
                <w:lang w:val="vi-VN"/>
              </w:rPr>
            </w:pPr>
          </w:p>
        </w:tc>
        <w:tc>
          <w:tcPr>
            <w:tcW w:w="5913" w:type="dxa"/>
          </w:tcPr>
          <w:p w14:paraId="6E6866C2" w14:textId="77777777" w:rsidR="00CB3FF1" w:rsidRPr="00CB3FF1" w:rsidRDefault="00CB3FF1" w:rsidP="00CB3FF1">
            <w:pPr>
              <w:pStyle w:val="0004"/>
              <w:spacing w:after="120" w:line="240" w:lineRule="auto"/>
              <w:jc w:val="center"/>
              <w:rPr>
                <w:rFonts w:eastAsia="Microsoft Sans Serif"/>
                <w:b/>
                <w:bCs/>
                <w:i w:val="0"/>
                <w:iCs/>
                <w:color w:val="000000"/>
                <w:sz w:val="22"/>
                <w:szCs w:val="22"/>
                <w:lang w:val="vi-VN"/>
              </w:rPr>
            </w:pPr>
            <w:r w:rsidRPr="00CB3FF1">
              <w:rPr>
                <w:rFonts w:eastAsia="Microsoft Sans Serif"/>
                <w:b/>
                <w:bCs/>
                <w:i w:val="0"/>
                <w:iCs/>
                <w:color w:val="000000"/>
                <w:sz w:val="22"/>
                <w:szCs w:val="22"/>
              </w:rPr>
              <w:t>ĐTB</w:t>
            </w:r>
            <w:r w:rsidRPr="00CB3FF1">
              <w:rPr>
                <w:rFonts w:eastAsia="Microsoft Sans Serif"/>
                <w:b/>
                <w:bCs/>
                <w:i w:val="0"/>
                <w:iCs/>
                <w:color w:val="000000"/>
                <w:sz w:val="22"/>
                <w:szCs w:val="22"/>
                <w:lang w:val="vi-VN"/>
              </w:rPr>
              <w:t xml:space="preserve"> chung</w:t>
            </w:r>
          </w:p>
        </w:tc>
        <w:tc>
          <w:tcPr>
            <w:tcW w:w="911" w:type="dxa"/>
            <w:vAlign w:val="center"/>
          </w:tcPr>
          <w:p w14:paraId="363B0B54" w14:textId="77777777" w:rsidR="00CB3FF1" w:rsidRPr="00CB3FF1" w:rsidRDefault="00CB3FF1" w:rsidP="00CB3FF1">
            <w:pPr>
              <w:pStyle w:val="0004"/>
              <w:spacing w:after="120" w:line="240" w:lineRule="auto"/>
              <w:rPr>
                <w:rFonts w:eastAsia="Microsoft Sans Serif"/>
                <w:b/>
                <w:bCs/>
                <w:i w:val="0"/>
                <w:iCs/>
                <w:color w:val="000000"/>
                <w:sz w:val="22"/>
                <w:szCs w:val="22"/>
                <w:lang w:val="vi-VN"/>
              </w:rPr>
            </w:pPr>
            <w:r w:rsidRPr="00CB3FF1">
              <w:rPr>
                <w:rFonts w:eastAsia="Microsoft Sans Serif"/>
                <w:b/>
                <w:bCs/>
                <w:i w:val="0"/>
                <w:iCs/>
                <w:color w:val="000000"/>
                <w:sz w:val="22"/>
                <w:szCs w:val="22"/>
                <w:lang w:val="vi-VN"/>
              </w:rPr>
              <w:t>2,98</w:t>
            </w:r>
          </w:p>
        </w:tc>
        <w:tc>
          <w:tcPr>
            <w:tcW w:w="909" w:type="dxa"/>
            <w:vAlign w:val="center"/>
          </w:tcPr>
          <w:p w14:paraId="122E60D2" w14:textId="77777777" w:rsidR="00CB3FF1" w:rsidRPr="00CB3FF1" w:rsidRDefault="00CB3FF1" w:rsidP="00CB3FF1">
            <w:pPr>
              <w:pStyle w:val="0004"/>
              <w:spacing w:after="120" w:line="240" w:lineRule="auto"/>
              <w:rPr>
                <w:b/>
                <w:bCs/>
                <w:i w:val="0"/>
                <w:iCs/>
                <w:sz w:val="22"/>
                <w:szCs w:val="22"/>
                <w:lang w:val="vi-VN"/>
              </w:rPr>
            </w:pPr>
            <w:r w:rsidRPr="00CB3FF1">
              <w:rPr>
                <w:b/>
                <w:bCs/>
                <w:i w:val="0"/>
                <w:iCs/>
                <w:sz w:val="22"/>
                <w:szCs w:val="22"/>
                <w:lang w:val="vi-VN"/>
              </w:rPr>
              <w:t>0,51</w:t>
            </w:r>
          </w:p>
        </w:tc>
        <w:tc>
          <w:tcPr>
            <w:tcW w:w="826" w:type="dxa"/>
          </w:tcPr>
          <w:p w14:paraId="184520D3" w14:textId="77777777" w:rsidR="00CB3FF1" w:rsidRPr="00CB3FF1" w:rsidRDefault="00CB3FF1" w:rsidP="00CB3FF1">
            <w:pPr>
              <w:pStyle w:val="0004"/>
              <w:spacing w:after="120" w:line="240" w:lineRule="auto"/>
              <w:jc w:val="center"/>
              <w:rPr>
                <w:i w:val="0"/>
                <w:iCs/>
                <w:sz w:val="22"/>
                <w:szCs w:val="22"/>
                <w:lang w:val="vi-VN"/>
              </w:rPr>
            </w:pPr>
          </w:p>
        </w:tc>
      </w:tr>
    </w:tbl>
    <w:p w14:paraId="0440B90B" w14:textId="77777777" w:rsidR="00CB3FF1" w:rsidRPr="00CB3FF1" w:rsidRDefault="00CB3FF1" w:rsidP="00CB3FF1">
      <w:pPr>
        <w:pStyle w:val="0004"/>
        <w:spacing w:after="120" w:line="240" w:lineRule="auto"/>
        <w:rPr>
          <w:rFonts w:eastAsia="Microsoft Sans Serif"/>
          <w:i w:val="0"/>
          <w:iCs/>
          <w:color w:val="000000"/>
          <w:sz w:val="22"/>
          <w:szCs w:val="22"/>
          <w:lang w:val="vi-VN" w:eastAsia="vi-VN" w:bidi="vi-VN"/>
        </w:rPr>
      </w:pPr>
      <w:r w:rsidRPr="00CB3FF1">
        <w:rPr>
          <w:rFonts w:eastAsia="Microsoft Sans Serif"/>
          <w:i w:val="0"/>
          <w:iCs/>
          <w:color w:val="000000"/>
          <w:sz w:val="22"/>
          <w:szCs w:val="22"/>
          <w:lang w:val="vi-VN" w:eastAsia="vi-VN" w:bidi="vi-VN"/>
        </w:rPr>
        <w:t xml:space="preserve">Kết quả khảo sát về thực trạng mức độ tham gia của các lực lượng trong và ngoài nhà trường vào tổ chức </w:t>
      </w:r>
      <w:r w:rsidRPr="00CB3FF1">
        <w:rPr>
          <w:rFonts w:eastAsia="Microsoft Sans Serif"/>
          <w:i w:val="0"/>
          <w:iCs/>
          <w:color w:val="000000"/>
          <w:sz w:val="22"/>
          <w:szCs w:val="22"/>
          <w:lang w:eastAsia="vi-VN" w:bidi="vi-VN"/>
        </w:rPr>
        <w:t>HĐGD PNTNTT</w:t>
      </w:r>
      <w:r w:rsidRPr="00CB3FF1">
        <w:rPr>
          <w:rFonts w:eastAsia="Microsoft Sans Serif"/>
          <w:i w:val="0"/>
          <w:iCs/>
          <w:color w:val="000000"/>
          <w:sz w:val="22"/>
          <w:szCs w:val="22"/>
          <w:lang w:val="vi-VN" w:eastAsia="vi-VN" w:bidi="vi-VN"/>
        </w:rPr>
        <w:t xml:space="preserve"> cho trẻ MG ở các trường mầm non huyện Củ Chi, TP HCM đạt mức khá thường xuyên với ĐTB chung là 2,98. Điều này có thể nhận thấy tất cả các lực lượng trên đều rất quan trọng trong việc nâng cao hiệu quả </w:t>
      </w:r>
      <w:r w:rsidRPr="00CB3FF1">
        <w:rPr>
          <w:rFonts w:eastAsia="Microsoft Sans Serif"/>
          <w:i w:val="0"/>
          <w:iCs/>
          <w:color w:val="000000"/>
          <w:sz w:val="22"/>
          <w:szCs w:val="22"/>
          <w:lang w:eastAsia="vi-VN" w:bidi="vi-VN"/>
        </w:rPr>
        <w:t>HĐGD PNTNTT</w:t>
      </w:r>
      <w:r w:rsidRPr="00CB3FF1">
        <w:rPr>
          <w:rFonts w:eastAsia="Microsoft Sans Serif"/>
          <w:i w:val="0"/>
          <w:iCs/>
          <w:color w:val="000000"/>
          <w:sz w:val="22"/>
          <w:szCs w:val="22"/>
          <w:lang w:val="vi-VN" w:eastAsia="vi-VN" w:bidi="vi-VN"/>
        </w:rPr>
        <w:t xml:space="preserve"> cho trẻ. Trong các lực lượng trên thì đội ngũ GV được đánh giá cao nhất mức rất thường xuyên với ĐTB= 3,35. Tiếp đó, vai trò của lãnh đạo nhà trường trong việc lập kế hoạch, chỉ đạo, tạo điều kiện và môi trường thuận lợi cho công tác </w:t>
      </w:r>
      <w:r w:rsidRPr="00CB3FF1">
        <w:rPr>
          <w:rFonts w:eastAsia="KIBSE+F1"/>
          <w:i w:val="0"/>
          <w:iCs/>
          <w:color w:val="000000"/>
          <w:sz w:val="22"/>
          <w:szCs w:val="22"/>
          <w:lang w:val="vi-VN"/>
        </w:rPr>
        <w:t xml:space="preserve">GD </w:t>
      </w:r>
      <w:r w:rsidRPr="00CB3FF1">
        <w:rPr>
          <w:rFonts w:eastAsia="KIBSE+F1"/>
          <w:i w:val="0"/>
          <w:iCs/>
          <w:color w:val="000000"/>
          <w:spacing w:val="1"/>
          <w:w w:val="101"/>
          <w:sz w:val="22"/>
          <w:szCs w:val="22"/>
          <w:lang w:val="vi-VN"/>
        </w:rPr>
        <w:t>phòng ngừa</w:t>
      </w:r>
      <w:r w:rsidRPr="00CB3FF1">
        <w:rPr>
          <w:rFonts w:eastAsia="Microsoft Sans Serif"/>
          <w:i w:val="0"/>
          <w:iCs/>
          <w:color w:val="000000"/>
          <w:sz w:val="22"/>
          <w:szCs w:val="22"/>
          <w:lang w:val="vi-VN" w:eastAsia="vi-VN" w:bidi="vi-VN"/>
        </w:rPr>
        <w:t xml:space="preserve"> TNTT cho trẻ cũng được đánh giá mức rất thường xuyên với ĐTB=3,28. Sự quan tâm, chỉ đạo và tạo điều kiện từ phía lãnh đạo nhà trường là rất quan trọng để các hoạt động được triển khai một cách đồng bộ, hiệu quả. Bên cạnh đó, </w:t>
      </w:r>
      <w:proofErr w:type="spellStart"/>
      <w:r w:rsidRPr="00CB3FF1">
        <w:rPr>
          <w:rFonts w:eastAsia="Microsoft Sans Serif"/>
          <w:i w:val="0"/>
          <w:iCs/>
          <w:color w:val="000000"/>
          <w:sz w:val="22"/>
          <w:szCs w:val="22"/>
        </w:rPr>
        <w:t>các</w:t>
      </w:r>
      <w:proofErr w:type="spellEnd"/>
      <w:r w:rsidRPr="00CB3FF1">
        <w:rPr>
          <w:rFonts w:eastAsia="Microsoft Sans Serif"/>
          <w:i w:val="0"/>
          <w:iCs/>
          <w:color w:val="000000"/>
          <w:sz w:val="22"/>
          <w:szCs w:val="22"/>
          <w:lang w:val="vi-VN"/>
        </w:rPr>
        <w:t xml:space="preserve"> tổ chức xã hội (công an, y tế… và sự tham</w:t>
      </w:r>
      <w:r w:rsidRPr="00CB3FF1">
        <w:rPr>
          <w:rFonts w:eastAsia="Microsoft Sans Serif"/>
          <w:i w:val="0"/>
          <w:iCs/>
          <w:color w:val="000000"/>
          <w:sz w:val="22"/>
          <w:szCs w:val="22"/>
          <w:lang w:val="vi-VN" w:eastAsia="vi-VN" w:bidi="vi-VN"/>
        </w:rPr>
        <w:t xml:space="preserve"> gia của phụ cha mẹ trẻ trong việc phối hợp, hỗ trợ và thực hành tại nhà là rất quan trọng. Tuy nhiên, mức độ của hai lực lượng này còn chế và nhà trường cần tận dụng ảnh hưởng và vai trò của họ để nâng cao hiệu quả </w:t>
      </w:r>
      <w:r w:rsidRPr="00CB3FF1">
        <w:rPr>
          <w:rFonts w:eastAsia="Microsoft Sans Serif"/>
          <w:i w:val="0"/>
          <w:iCs/>
          <w:color w:val="000000"/>
          <w:sz w:val="22"/>
          <w:szCs w:val="22"/>
          <w:lang w:eastAsia="vi-VN" w:bidi="vi-VN"/>
        </w:rPr>
        <w:t>HĐGD PNTNTT</w:t>
      </w:r>
      <w:r w:rsidRPr="00CB3FF1">
        <w:rPr>
          <w:rFonts w:eastAsia="Microsoft Sans Serif"/>
          <w:i w:val="0"/>
          <w:iCs/>
          <w:color w:val="000000"/>
          <w:sz w:val="22"/>
          <w:szCs w:val="22"/>
          <w:lang w:val="vi-VN" w:eastAsia="vi-VN" w:bidi="vi-VN"/>
        </w:rPr>
        <w:t xml:space="preserve"> cho trẻ.</w:t>
      </w:r>
    </w:p>
    <w:p w14:paraId="42079F68" w14:textId="77777777" w:rsidR="00CB3FF1" w:rsidRPr="00CB3FF1" w:rsidRDefault="00CB3FF1" w:rsidP="00CB3FF1">
      <w:pPr>
        <w:pStyle w:val="0004"/>
        <w:spacing w:after="120" w:line="240" w:lineRule="auto"/>
        <w:rPr>
          <w:b/>
          <w:bCs/>
          <w:sz w:val="22"/>
          <w:szCs w:val="22"/>
          <w:lang w:val="vi-VN"/>
        </w:rPr>
      </w:pPr>
      <w:r w:rsidRPr="00CB3FF1">
        <w:rPr>
          <w:b/>
          <w:bCs/>
          <w:sz w:val="22"/>
          <w:szCs w:val="22"/>
        </w:rPr>
        <w:t>3.</w:t>
      </w:r>
      <w:r w:rsidRPr="00CB3FF1">
        <w:rPr>
          <w:b/>
          <w:bCs/>
          <w:sz w:val="22"/>
          <w:szCs w:val="22"/>
          <w:lang w:val="vi-VN"/>
        </w:rPr>
        <w:t>5</w:t>
      </w:r>
      <w:r w:rsidRPr="00CB3FF1">
        <w:rPr>
          <w:b/>
          <w:bCs/>
          <w:sz w:val="22"/>
          <w:szCs w:val="22"/>
        </w:rPr>
        <w:t xml:space="preserve">. </w:t>
      </w:r>
      <w:proofErr w:type="spellStart"/>
      <w:r w:rsidRPr="00CB3FF1">
        <w:rPr>
          <w:b/>
          <w:bCs/>
          <w:sz w:val="22"/>
          <w:szCs w:val="22"/>
        </w:rPr>
        <w:t>Thực</w:t>
      </w:r>
      <w:proofErr w:type="spellEnd"/>
      <w:r w:rsidRPr="00CB3FF1">
        <w:rPr>
          <w:b/>
          <w:bCs/>
          <w:sz w:val="22"/>
          <w:szCs w:val="22"/>
        </w:rPr>
        <w:t xml:space="preserve"> </w:t>
      </w:r>
      <w:proofErr w:type="spellStart"/>
      <w:r w:rsidRPr="00CB3FF1">
        <w:rPr>
          <w:b/>
          <w:bCs/>
          <w:sz w:val="22"/>
          <w:szCs w:val="22"/>
        </w:rPr>
        <w:t>trạng</w:t>
      </w:r>
      <w:proofErr w:type="spellEnd"/>
      <w:r w:rsidRPr="00CB3FF1">
        <w:rPr>
          <w:b/>
          <w:bCs/>
          <w:sz w:val="22"/>
          <w:szCs w:val="22"/>
          <w:lang w:val="vi-VN"/>
        </w:rPr>
        <w:t xml:space="preserve"> điều kiện, nguồn lực phục vụ cho tổ chức hoạt động giáo dục phòng ngừa tai nạn thương tích cho trẻ mẫu giáo các trường mầm non huyện Củ Chi</w:t>
      </w:r>
      <w:r w:rsidRPr="00CB3FF1">
        <w:rPr>
          <w:b/>
          <w:bCs/>
          <w:sz w:val="22"/>
          <w:szCs w:val="22"/>
        </w:rPr>
        <w:t xml:space="preserve">, </w:t>
      </w:r>
      <w:proofErr w:type="spellStart"/>
      <w:r w:rsidRPr="00CB3FF1">
        <w:rPr>
          <w:b/>
          <w:bCs/>
          <w:sz w:val="22"/>
          <w:szCs w:val="22"/>
        </w:rPr>
        <w:t>Thành</w:t>
      </w:r>
      <w:proofErr w:type="spellEnd"/>
      <w:r w:rsidRPr="00CB3FF1">
        <w:rPr>
          <w:b/>
          <w:bCs/>
          <w:sz w:val="22"/>
          <w:szCs w:val="22"/>
        </w:rPr>
        <w:t xml:space="preserve"> </w:t>
      </w:r>
      <w:proofErr w:type="spellStart"/>
      <w:r w:rsidRPr="00CB3FF1">
        <w:rPr>
          <w:b/>
          <w:bCs/>
          <w:sz w:val="22"/>
          <w:szCs w:val="22"/>
        </w:rPr>
        <w:t>Phố</w:t>
      </w:r>
      <w:proofErr w:type="spellEnd"/>
      <w:r w:rsidRPr="00CB3FF1">
        <w:rPr>
          <w:b/>
          <w:bCs/>
          <w:sz w:val="22"/>
          <w:szCs w:val="22"/>
        </w:rPr>
        <w:t xml:space="preserve"> </w:t>
      </w:r>
      <w:proofErr w:type="spellStart"/>
      <w:r w:rsidRPr="00CB3FF1">
        <w:rPr>
          <w:b/>
          <w:bCs/>
          <w:sz w:val="22"/>
          <w:szCs w:val="22"/>
        </w:rPr>
        <w:t>Hồ</w:t>
      </w:r>
      <w:proofErr w:type="spellEnd"/>
      <w:r w:rsidRPr="00CB3FF1">
        <w:rPr>
          <w:b/>
          <w:bCs/>
          <w:sz w:val="22"/>
          <w:szCs w:val="22"/>
        </w:rPr>
        <w:t xml:space="preserve"> </w:t>
      </w:r>
      <w:proofErr w:type="spellStart"/>
      <w:r w:rsidRPr="00CB3FF1">
        <w:rPr>
          <w:b/>
          <w:bCs/>
          <w:sz w:val="22"/>
          <w:szCs w:val="22"/>
        </w:rPr>
        <w:t>Chí</w:t>
      </w:r>
      <w:proofErr w:type="spellEnd"/>
      <w:r w:rsidRPr="00CB3FF1">
        <w:rPr>
          <w:b/>
          <w:bCs/>
          <w:sz w:val="22"/>
          <w:szCs w:val="22"/>
        </w:rPr>
        <w:t xml:space="preserve"> Minh</w:t>
      </w:r>
    </w:p>
    <w:p w14:paraId="397B2C67" w14:textId="75E60FAB" w:rsidR="00CB3FF1" w:rsidRPr="00323E6C" w:rsidRDefault="00CB3FF1" w:rsidP="00CB3FF1">
      <w:pPr>
        <w:pStyle w:val="0004"/>
        <w:spacing w:after="120" w:line="240" w:lineRule="auto"/>
        <w:jc w:val="center"/>
        <w:rPr>
          <w:i w:val="0"/>
          <w:sz w:val="22"/>
          <w:szCs w:val="22"/>
        </w:rPr>
      </w:pPr>
      <w:r w:rsidRPr="00323E6C">
        <w:rPr>
          <w:b/>
          <w:i w:val="0"/>
          <w:sz w:val="22"/>
          <w:szCs w:val="22"/>
          <w:lang w:val="vi-VN"/>
        </w:rPr>
        <w:t>Bảng 5.</w:t>
      </w:r>
      <w:r w:rsidRPr="00323E6C">
        <w:rPr>
          <w:i w:val="0"/>
          <w:sz w:val="22"/>
          <w:szCs w:val="22"/>
          <w:lang w:val="vi-VN"/>
        </w:rPr>
        <w:t xml:space="preserve"> Đánh giá của CBQL, GV, NV về điều kiện, các nguồn lực tổ chức cho hoạt động giáo dục phòng ngừa TNTT  cho trẻ</w:t>
      </w:r>
      <w:r w:rsidR="00323E6C">
        <w:rPr>
          <w:i w:val="0"/>
          <w:sz w:val="22"/>
          <w:szCs w:val="22"/>
          <w:lang w:val="vi-VN"/>
        </w:rPr>
        <w:t xml:space="preserve"> MG</w:t>
      </w:r>
      <w:r w:rsidR="00323E6C">
        <w:rPr>
          <w:i w:val="0"/>
          <w:sz w:val="22"/>
          <w:szCs w:val="22"/>
        </w:rPr>
        <w:t>.</w:t>
      </w:r>
    </w:p>
    <w:tbl>
      <w:tblPr>
        <w:tblW w:w="9337" w:type="dxa"/>
        <w:tblBorders>
          <w:top w:val="single" w:sz="4" w:space="0" w:color="auto"/>
          <w:bottom w:val="single" w:sz="4" w:space="0" w:color="auto"/>
          <w:insideH w:val="single" w:sz="4" w:space="0" w:color="auto"/>
        </w:tblBorders>
        <w:tblLook w:val="0000" w:firstRow="0" w:lastRow="0" w:firstColumn="0" w:lastColumn="0" w:noHBand="0" w:noVBand="0"/>
      </w:tblPr>
      <w:tblGrid>
        <w:gridCol w:w="749"/>
        <w:gridCol w:w="5917"/>
        <w:gridCol w:w="904"/>
        <w:gridCol w:w="952"/>
        <w:gridCol w:w="815"/>
      </w:tblGrid>
      <w:tr w:rsidR="00CB3FF1" w:rsidRPr="00CB3FF1" w14:paraId="0480C7E2" w14:textId="77777777" w:rsidTr="00323E6C">
        <w:trPr>
          <w:trHeight w:val="360"/>
        </w:trPr>
        <w:tc>
          <w:tcPr>
            <w:tcW w:w="749" w:type="dxa"/>
            <w:vMerge w:val="restart"/>
          </w:tcPr>
          <w:p w14:paraId="45633A2B"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TT</w:t>
            </w:r>
          </w:p>
        </w:tc>
        <w:tc>
          <w:tcPr>
            <w:tcW w:w="5917" w:type="dxa"/>
            <w:vMerge w:val="restart"/>
          </w:tcPr>
          <w:p w14:paraId="0ABB59CB"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rPr>
              <w:t>Đ</w:t>
            </w:r>
            <w:r w:rsidRPr="00CB3FF1">
              <w:rPr>
                <w:b/>
                <w:bCs/>
                <w:i w:val="0"/>
                <w:iCs/>
                <w:sz w:val="22"/>
                <w:szCs w:val="22"/>
                <w:lang w:val="vi-VN"/>
              </w:rPr>
              <w:t xml:space="preserve">iều kiện, nguồn lực tổ chức </w:t>
            </w:r>
            <w:r w:rsidRPr="00CB3FF1">
              <w:rPr>
                <w:b/>
                <w:bCs/>
                <w:i w:val="0"/>
                <w:iCs/>
                <w:sz w:val="22"/>
                <w:szCs w:val="22"/>
              </w:rPr>
              <w:t>HĐGD PNTNTT</w:t>
            </w:r>
            <w:r w:rsidRPr="00CB3FF1">
              <w:rPr>
                <w:b/>
                <w:bCs/>
                <w:i w:val="0"/>
                <w:iCs/>
                <w:sz w:val="22"/>
                <w:szCs w:val="22"/>
                <w:lang w:val="vi-VN"/>
              </w:rPr>
              <w:t xml:space="preserve"> cho trẻ MG</w:t>
            </w:r>
          </w:p>
        </w:tc>
        <w:tc>
          <w:tcPr>
            <w:tcW w:w="2671" w:type="dxa"/>
            <w:gridSpan w:val="3"/>
          </w:tcPr>
          <w:p w14:paraId="50706FE0"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Mức độ đánh giá</w:t>
            </w:r>
          </w:p>
        </w:tc>
      </w:tr>
      <w:tr w:rsidR="00CB3FF1" w:rsidRPr="00CB3FF1" w14:paraId="5140896E" w14:textId="77777777" w:rsidTr="00323E6C">
        <w:trPr>
          <w:trHeight w:val="851"/>
        </w:trPr>
        <w:tc>
          <w:tcPr>
            <w:tcW w:w="749" w:type="dxa"/>
            <w:vMerge/>
          </w:tcPr>
          <w:p w14:paraId="5B80E4F8" w14:textId="77777777" w:rsidR="00CB3FF1" w:rsidRPr="00CB3FF1" w:rsidRDefault="00CB3FF1" w:rsidP="00CB3FF1">
            <w:pPr>
              <w:pStyle w:val="0004"/>
              <w:spacing w:after="120" w:line="240" w:lineRule="auto"/>
              <w:jc w:val="center"/>
              <w:rPr>
                <w:b/>
                <w:bCs/>
                <w:i w:val="0"/>
                <w:iCs/>
                <w:sz w:val="22"/>
                <w:szCs w:val="22"/>
                <w:lang w:val="vi-VN"/>
              </w:rPr>
            </w:pPr>
          </w:p>
        </w:tc>
        <w:tc>
          <w:tcPr>
            <w:tcW w:w="5917" w:type="dxa"/>
            <w:vMerge/>
          </w:tcPr>
          <w:p w14:paraId="7ADCDCF3" w14:textId="77777777" w:rsidR="00CB3FF1" w:rsidRPr="00CB3FF1" w:rsidRDefault="00CB3FF1" w:rsidP="00CB3FF1">
            <w:pPr>
              <w:pStyle w:val="0004"/>
              <w:spacing w:after="120" w:line="240" w:lineRule="auto"/>
              <w:jc w:val="center"/>
              <w:rPr>
                <w:b/>
                <w:bCs/>
                <w:i w:val="0"/>
                <w:iCs/>
                <w:sz w:val="22"/>
                <w:szCs w:val="22"/>
                <w:lang w:val="vi-VN"/>
              </w:rPr>
            </w:pPr>
          </w:p>
        </w:tc>
        <w:tc>
          <w:tcPr>
            <w:tcW w:w="904" w:type="dxa"/>
          </w:tcPr>
          <w:p w14:paraId="061554D6"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Điểm trung bình</w:t>
            </w:r>
          </w:p>
        </w:tc>
        <w:tc>
          <w:tcPr>
            <w:tcW w:w="952" w:type="dxa"/>
          </w:tcPr>
          <w:p w14:paraId="7B644146"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Độ lệch chuẩn</w:t>
            </w:r>
          </w:p>
        </w:tc>
        <w:tc>
          <w:tcPr>
            <w:tcW w:w="814" w:type="dxa"/>
          </w:tcPr>
          <w:p w14:paraId="502908B9"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Xếp hạng</w:t>
            </w:r>
          </w:p>
        </w:tc>
      </w:tr>
      <w:tr w:rsidR="00CB3FF1" w:rsidRPr="00CB3FF1" w14:paraId="27F4AAB4" w14:textId="77777777" w:rsidTr="00323E6C">
        <w:trPr>
          <w:trHeight w:val="707"/>
        </w:trPr>
        <w:tc>
          <w:tcPr>
            <w:tcW w:w="749" w:type="dxa"/>
          </w:tcPr>
          <w:p w14:paraId="33E53434"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1</w:t>
            </w:r>
          </w:p>
        </w:tc>
        <w:tc>
          <w:tcPr>
            <w:tcW w:w="5917" w:type="dxa"/>
          </w:tcPr>
          <w:p w14:paraId="7B10704D" w14:textId="77777777" w:rsidR="00CB3FF1" w:rsidRPr="00CB3FF1" w:rsidRDefault="00CB3FF1" w:rsidP="00CB3FF1">
            <w:pPr>
              <w:pStyle w:val="0004"/>
              <w:spacing w:after="120" w:line="240" w:lineRule="auto"/>
              <w:rPr>
                <w:i w:val="0"/>
                <w:iCs/>
                <w:color w:val="000000"/>
                <w:sz w:val="22"/>
                <w:szCs w:val="22"/>
                <w:lang w:val="vi-VN"/>
              </w:rPr>
            </w:pPr>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Giáo</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viên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được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tập</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huấn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kiến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thức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kỹ</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năng</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triển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khai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các</w:t>
            </w:r>
            <w:proofErr w:type="spellEnd"/>
            <w:r w:rsidRPr="00CB3FF1">
              <w:rPr>
                <w:rFonts w:eastAsia="Microsoft Sans Serif"/>
                <w:i w:val="0"/>
                <w:iCs/>
                <w:color w:val="000000"/>
                <w:sz w:val="22"/>
                <w:szCs w:val="22"/>
              </w:rPr>
              <w:t xml:space="preserve"> HĐGD PNTNTT</w:t>
            </w:r>
            <w:r w:rsidRPr="00CB3FF1">
              <w:rPr>
                <w:rFonts w:eastAsia="Microsoft Sans Serif"/>
                <w:i w:val="0"/>
                <w:iCs/>
                <w:color w:val="000000"/>
                <w:sz w:val="22"/>
                <w:szCs w:val="22"/>
                <w:lang w:val="vi-VN"/>
              </w:rPr>
              <w:t xml:space="preserve"> cho trẻ</w:t>
            </w:r>
          </w:p>
        </w:tc>
        <w:tc>
          <w:tcPr>
            <w:tcW w:w="904" w:type="dxa"/>
            <w:vAlign w:val="center"/>
          </w:tcPr>
          <w:p w14:paraId="40B129C4" w14:textId="77777777" w:rsidR="00CB3FF1" w:rsidRPr="00CB3FF1" w:rsidRDefault="00CB3FF1" w:rsidP="00CB3FF1">
            <w:pPr>
              <w:pStyle w:val="0004"/>
              <w:spacing w:after="120" w:line="240" w:lineRule="auto"/>
              <w:jc w:val="center"/>
              <w:rPr>
                <w:i w:val="0"/>
                <w:iCs/>
                <w:sz w:val="22"/>
                <w:szCs w:val="22"/>
                <w:lang w:val="vi-VN"/>
              </w:rPr>
            </w:pPr>
            <w:r w:rsidRPr="00CB3FF1">
              <w:rPr>
                <w:rFonts w:eastAsia="Microsoft Sans Serif"/>
                <w:i w:val="0"/>
                <w:iCs/>
                <w:color w:val="000000"/>
                <w:sz w:val="22"/>
                <w:szCs w:val="22"/>
                <w:lang w:val="vi-VN"/>
              </w:rPr>
              <w:t>3,</w:t>
            </w:r>
            <w:r w:rsidRPr="00CB3FF1">
              <w:rPr>
                <w:rFonts w:eastAsia="Microsoft Sans Serif"/>
                <w:i w:val="0"/>
                <w:iCs/>
                <w:color w:val="000000"/>
                <w:sz w:val="22"/>
                <w:szCs w:val="22"/>
              </w:rPr>
              <w:t>1</w:t>
            </w:r>
            <w:r w:rsidRPr="00CB3FF1">
              <w:rPr>
                <w:rFonts w:eastAsia="Microsoft Sans Serif"/>
                <w:i w:val="0"/>
                <w:iCs/>
                <w:color w:val="000000"/>
                <w:sz w:val="22"/>
                <w:szCs w:val="22"/>
                <w:lang w:val="vi-VN"/>
              </w:rPr>
              <w:t>8</w:t>
            </w:r>
          </w:p>
        </w:tc>
        <w:tc>
          <w:tcPr>
            <w:tcW w:w="952" w:type="dxa"/>
            <w:vAlign w:val="center"/>
          </w:tcPr>
          <w:p w14:paraId="679C1E57"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,6</w:t>
            </w:r>
            <w:r w:rsidRPr="00CB3FF1">
              <w:rPr>
                <w:i w:val="0"/>
                <w:iCs/>
                <w:sz w:val="22"/>
                <w:szCs w:val="22"/>
              </w:rPr>
              <w:t>1</w:t>
            </w:r>
          </w:p>
        </w:tc>
        <w:tc>
          <w:tcPr>
            <w:tcW w:w="814" w:type="dxa"/>
          </w:tcPr>
          <w:p w14:paraId="6B44DD26" w14:textId="77777777" w:rsidR="00CB3FF1" w:rsidRPr="00CB3FF1" w:rsidRDefault="00CB3FF1" w:rsidP="00CB3FF1">
            <w:pPr>
              <w:pStyle w:val="0004"/>
              <w:spacing w:after="120" w:line="240" w:lineRule="auto"/>
              <w:jc w:val="center"/>
              <w:rPr>
                <w:i w:val="0"/>
                <w:iCs/>
                <w:sz w:val="22"/>
                <w:szCs w:val="22"/>
                <w:lang w:val="vi-VN"/>
              </w:rPr>
            </w:pPr>
          </w:p>
          <w:p w14:paraId="4BE4EA13"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w:t>
            </w:r>
          </w:p>
        </w:tc>
      </w:tr>
      <w:tr w:rsidR="00CB3FF1" w:rsidRPr="00CB3FF1" w14:paraId="4ABE8A0D" w14:textId="77777777" w:rsidTr="00323E6C">
        <w:trPr>
          <w:trHeight w:val="606"/>
        </w:trPr>
        <w:tc>
          <w:tcPr>
            <w:tcW w:w="749" w:type="dxa"/>
          </w:tcPr>
          <w:p w14:paraId="70458006"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2</w:t>
            </w:r>
          </w:p>
        </w:tc>
        <w:tc>
          <w:tcPr>
            <w:tcW w:w="5917" w:type="dxa"/>
          </w:tcPr>
          <w:p w14:paraId="354D4EB5" w14:textId="77777777" w:rsidR="00CB3FF1" w:rsidRPr="00CB3FF1" w:rsidRDefault="00CB3FF1" w:rsidP="00CB3FF1">
            <w:pPr>
              <w:pStyle w:val="0004"/>
              <w:spacing w:after="120" w:line="240" w:lineRule="auto"/>
              <w:rPr>
                <w:i w:val="0"/>
                <w:iCs/>
                <w:color w:val="000000"/>
                <w:sz w:val="22"/>
                <w:szCs w:val="22"/>
                <w:lang w:val="vi-VN"/>
              </w:rPr>
            </w:pPr>
            <w:proofErr w:type="spellStart"/>
            <w:r w:rsidRPr="00CB3FF1">
              <w:rPr>
                <w:rFonts w:eastAsia="Microsoft Sans Serif"/>
                <w:i w:val="0"/>
                <w:iCs/>
                <w:color w:val="000000"/>
                <w:sz w:val="22"/>
                <w:szCs w:val="22"/>
              </w:rPr>
              <w:t>Sự</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tham</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gia</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tích</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cực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của</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phụ</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huynh</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trong</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việc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hướng</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dẫn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trẻ</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tại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gia</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đình</w:t>
            </w:r>
            <w:proofErr w:type="spellEnd"/>
            <w:r w:rsidRPr="00CB3FF1">
              <w:rPr>
                <w:rFonts w:eastAsia="Microsoft Sans Serif"/>
                <w:i w:val="0"/>
                <w:iCs/>
                <w:color w:val="000000"/>
                <w:sz w:val="22"/>
                <w:szCs w:val="22"/>
                <w:lang w:val="vi-VN"/>
              </w:rPr>
              <w:t xml:space="preserve"> để hạn chế thấp nhất TNTT</w:t>
            </w:r>
          </w:p>
        </w:tc>
        <w:tc>
          <w:tcPr>
            <w:tcW w:w="904" w:type="dxa"/>
            <w:vAlign w:val="center"/>
          </w:tcPr>
          <w:p w14:paraId="71D13836" w14:textId="77777777" w:rsidR="00CB3FF1" w:rsidRPr="00CB3FF1" w:rsidRDefault="00CB3FF1" w:rsidP="00CB3FF1">
            <w:pPr>
              <w:pStyle w:val="0004"/>
              <w:spacing w:after="120" w:line="240" w:lineRule="auto"/>
              <w:jc w:val="center"/>
              <w:rPr>
                <w:i w:val="0"/>
                <w:iCs/>
                <w:sz w:val="22"/>
                <w:szCs w:val="22"/>
                <w:lang w:val="vi-VN"/>
              </w:rPr>
            </w:pPr>
            <w:r w:rsidRPr="00CB3FF1">
              <w:rPr>
                <w:rFonts w:eastAsia="Microsoft Sans Serif"/>
                <w:i w:val="0"/>
                <w:iCs/>
                <w:color w:val="000000"/>
                <w:sz w:val="22"/>
                <w:szCs w:val="22"/>
                <w:lang w:val="vi-VN"/>
              </w:rPr>
              <w:t>2,</w:t>
            </w:r>
            <w:r w:rsidRPr="00CB3FF1">
              <w:rPr>
                <w:rFonts w:eastAsia="Microsoft Sans Serif"/>
                <w:i w:val="0"/>
                <w:iCs/>
                <w:color w:val="000000"/>
                <w:sz w:val="22"/>
                <w:szCs w:val="22"/>
              </w:rPr>
              <w:t>6</w:t>
            </w:r>
            <w:r w:rsidRPr="00CB3FF1">
              <w:rPr>
                <w:rFonts w:eastAsia="Microsoft Sans Serif"/>
                <w:i w:val="0"/>
                <w:iCs/>
                <w:color w:val="000000"/>
                <w:sz w:val="22"/>
                <w:szCs w:val="22"/>
                <w:lang w:val="vi-VN"/>
              </w:rPr>
              <w:t>7</w:t>
            </w:r>
          </w:p>
        </w:tc>
        <w:tc>
          <w:tcPr>
            <w:tcW w:w="952" w:type="dxa"/>
            <w:vAlign w:val="center"/>
          </w:tcPr>
          <w:p w14:paraId="0266743F"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,57</w:t>
            </w:r>
          </w:p>
        </w:tc>
        <w:tc>
          <w:tcPr>
            <w:tcW w:w="814" w:type="dxa"/>
          </w:tcPr>
          <w:p w14:paraId="2F86357B"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6</w:t>
            </w:r>
          </w:p>
        </w:tc>
      </w:tr>
      <w:tr w:rsidR="00CB3FF1" w:rsidRPr="00CB3FF1" w14:paraId="0F89A7A0" w14:textId="77777777" w:rsidTr="00323E6C">
        <w:trPr>
          <w:trHeight w:val="591"/>
        </w:trPr>
        <w:tc>
          <w:tcPr>
            <w:tcW w:w="749" w:type="dxa"/>
          </w:tcPr>
          <w:p w14:paraId="0AC2E174"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w:t>
            </w:r>
          </w:p>
        </w:tc>
        <w:tc>
          <w:tcPr>
            <w:tcW w:w="5917" w:type="dxa"/>
          </w:tcPr>
          <w:p w14:paraId="714FD29D" w14:textId="77777777" w:rsidR="00CB3FF1" w:rsidRPr="00CB3FF1" w:rsidRDefault="00CB3FF1" w:rsidP="00CB3FF1">
            <w:pPr>
              <w:pStyle w:val="0004"/>
              <w:spacing w:after="120" w:line="240" w:lineRule="auto"/>
              <w:rPr>
                <w:i w:val="0"/>
                <w:iCs/>
                <w:color w:val="000000"/>
                <w:sz w:val="22"/>
                <w:szCs w:val="22"/>
                <w:lang w:val="vi-VN"/>
              </w:rPr>
            </w:pPr>
            <w:proofErr w:type="spellStart"/>
            <w:r w:rsidRPr="00CB3FF1">
              <w:rPr>
                <w:rFonts w:eastAsia="Microsoft Sans Serif"/>
                <w:i w:val="0"/>
                <w:iCs/>
                <w:color w:val="000000"/>
                <w:sz w:val="22"/>
                <w:szCs w:val="22"/>
              </w:rPr>
              <w:t>Phối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hợp</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chặt</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chẽ</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giữa</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nhà</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trường</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và</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các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lực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lượng</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có</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liên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quan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như</w:t>
            </w:r>
            <w:proofErr w:type="spellEnd"/>
            <w:r w:rsidRPr="00CB3FF1">
              <w:rPr>
                <w:rFonts w:eastAsia="Microsoft Sans Serif"/>
                <w:i w:val="0"/>
                <w:iCs/>
                <w:color w:val="000000"/>
                <w:sz w:val="22"/>
                <w:szCs w:val="22"/>
              </w:rPr>
              <w:t xml:space="preserve"> y </w:t>
            </w:r>
            <w:proofErr w:type="spellStart"/>
            <w:r w:rsidRPr="00CB3FF1">
              <w:rPr>
                <w:rFonts w:eastAsia="Microsoft Sans Serif"/>
                <w:i w:val="0"/>
                <w:iCs/>
                <w:color w:val="000000"/>
                <w:sz w:val="22"/>
                <w:szCs w:val="22"/>
              </w:rPr>
              <w:t>tế</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công</w:t>
            </w:r>
            <w:proofErr w:type="spellEnd"/>
            <w:r w:rsidRPr="00CB3FF1">
              <w:rPr>
                <w:rFonts w:eastAsia="Microsoft Sans Serif"/>
                <w:i w:val="0"/>
                <w:iCs/>
                <w:color w:val="000000"/>
                <w:sz w:val="22"/>
                <w:szCs w:val="22"/>
              </w:rPr>
              <w:t xml:space="preserve"> </w:t>
            </w:r>
            <w:proofErr w:type="gramStart"/>
            <w:r w:rsidRPr="00CB3FF1">
              <w:rPr>
                <w:rFonts w:eastAsia="Microsoft Sans Serif"/>
                <w:i w:val="0"/>
                <w:iCs/>
                <w:color w:val="000000"/>
                <w:sz w:val="22"/>
                <w:szCs w:val="22"/>
              </w:rPr>
              <w:t>an,...</w:t>
            </w:r>
            <w:proofErr w:type="gramEnd"/>
          </w:p>
        </w:tc>
        <w:tc>
          <w:tcPr>
            <w:tcW w:w="904" w:type="dxa"/>
            <w:vAlign w:val="center"/>
          </w:tcPr>
          <w:p w14:paraId="1E4FC913" w14:textId="77777777" w:rsidR="00CB3FF1" w:rsidRPr="00CB3FF1" w:rsidRDefault="00CB3FF1" w:rsidP="00CB3FF1">
            <w:pPr>
              <w:pStyle w:val="0004"/>
              <w:spacing w:after="120" w:line="240" w:lineRule="auto"/>
              <w:jc w:val="center"/>
              <w:rPr>
                <w:i w:val="0"/>
                <w:iCs/>
                <w:sz w:val="22"/>
                <w:szCs w:val="22"/>
                <w:lang w:val="vi-VN"/>
              </w:rPr>
            </w:pPr>
            <w:r w:rsidRPr="00CB3FF1">
              <w:rPr>
                <w:rFonts w:eastAsia="Microsoft Sans Serif"/>
                <w:i w:val="0"/>
                <w:iCs/>
                <w:color w:val="000000"/>
                <w:sz w:val="22"/>
                <w:szCs w:val="22"/>
                <w:lang w:val="vi-VN"/>
              </w:rPr>
              <w:t>2,</w:t>
            </w:r>
            <w:r w:rsidRPr="00CB3FF1">
              <w:rPr>
                <w:rFonts w:eastAsia="Microsoft Sans Serif"/>
                <w:i w:val="0"/>
                <w:iCs/>
                <w:color w:val="000000"/>
                <w:sz w:val="22"/>
                <w:szCs w:val="22"/>
              </w:rPr>
              <w:t>8</w:t>
            </w:r>
            <w:r w:rsidRPr="00CB3FF1">
              <w:rPr>
                <w:rFonts w:eastAsia="Microsoft Sans Serif"/>
                <w:i w:val="0"/>
                <w:iCs/>
                <w:color w:val="000000"/>
                <w:sz w:val="22"/>
                <w:szCs w:val="22"/>
                <w:lang w:val="vi-VN"/>
              </w:rPr>
              <w:t>8</w:t>
            </w:r>
          </w:p>
        </w:tc>
        <w:tc>
          <w:tcPr>
            <w:tcW w:w="952" w:type="dxa"/>
            <w:vAlign w:val="center"/>
          </w:tcPr>
          <w:p w14:paraId="75E19113"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,4</w:t>
            </w:r>
            <w:r w:rsidRPr="00CB3FF1">
              <w:rPr>
                <w:i w:val="0"/>
                <w:iCs/>
                <w:sz w:val="22"/>
                <w:szCs w:val="22"/>
              </w:rPr>
              <w:t>1</w:t>
            </w:r>
          </w:p>
        </w:tc>
        <w:tc>
          <w:tcPr>
            <w:tcW w:w="814" w:type="dxa"/>
          </w:tcPr>
          <w:p w14:paraId="6987886D"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4</w:t>
            </w:r>
          </w:p>
        </w:tc>
      </w:tr>
      <w:tr w:rsidR="00CB3FF1" w:rsidRPr="00CB3FF1" w14:paraId="4202D36B" w14:textId="77777777" w:rsidTr="00323E6C">
        <w:trPr>
          <w:trHeight w:val="591"/>
        </w:trPr>
        <w:tc>
          <w:tcPr>
            <w:tcW w:w="749" w:type="dxa"/>
          </w:tcPr>
          <w:p w14:paraId="2EF0596D"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4</w:t>
            </w:r>
          </w:p>
        </w:tc>
        <w:tc>
          <w:tcPr>
            <w:tcW w:w="5917" w:type="dxa"/>
          </w:tcPr>
          <w:p w14:paraId="55A37C32" w14:textId="77777777" w:rsidR="00CB3FF1" w:rsidRPr="00CB3FF1" w:rsidRDefault="00CB3FF1" w:rsidP="00CB3FF1">
            <w:pPr>
              <w:pStyle w:val="0004"/>
              <w:spacing w:after="120" w:line="240" w:lineRule="auto"/>
              <w:rPr>
                <w:i w:val="0"/>
                <w:iCs/>
                <w:color w:val="000000"/>
                <w:sz w:val="22"/>
                <w:szCs w:val="22"/>
                <w:lang w:val="vi-VN"/>
              </w:rPr>
            </w:pPr>
            <w:proofErr w:type="spellStart"/>
            <w:r w:rsidRPr="00CB3FF1">
              <w:rPr>
                <w:rFonts w:eastAsia="Microsoft Sans Serif"/>
                <w:i w:val="0"/>
                <w:iCs/>
                <w:color w:val="000000"/>
                <w:sz w:val="22"/>
                <w:szCs w:val="22"/>
              </w:rPr>
              <w:t>Nhà</w:t>
            </w:r>
            <w:proofErr w:type="spellEnd"/>
            <w:r w:rsidRPr="00CB3FF1">
              <w:rPr>
                <w:rFonts w:eastAsia="Microsoft Sans Serif"/>
                <w:i w:val="0"/>
                <w:iCs/>
                <w:color w:val="000000"/>
                <w:sz w:val="22"/>
                <w:szCs w:val="22"/>
                <w:lang w:val="vi-VN"/>
              </w:rPr>
              <w:t xml:space="preserve"> trường chú trọng triển khai phương án đảm bảo </w:t>
            </w:r>
            <w:r w:rsidRPr="00CB3FF1">
              <w:rPr>
                <w:rFonts w:eastAsia="Microsoft Sans Serif"/>
                <w:i w:val="0"/>
                <w:iCs/>
                <w:color w:val="000000"/>
                <w:sz w:val="22"/>
                <w:szCs w:val="22"/>
              </w:rPr>
              <w:t xml:space="preserve">an </w:t>
            </w:r>
            <w:proofErr w:type="spellStart"/>
            <w:r w:rsidRPr="00CB3FF1">
              <w:rPr>
                <w:rFonts w:eastAsia="Microsoft Sans Serif"/>
                <w:i w:val="0"/>
                <w:iCs/>
                <w:color w:val="000000"/>
                <w:sz w:val="22"/>
                <w:szCs w:val="22"/>
              </w:rPr>
              <w:t>toàn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thân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thiện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cảm</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giác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thoải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mái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cho</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trẻ</w:t>
            </w:r>
            <w:proofErr w:type="spellEnd"/>
            <w:r w:rsidRPr="00CB3FF1">
              <w:rPr>
                <w:rFonts w:eastAsia="Microsoft Sans Serif"/>
                <w:i w:val="0"/>
                <w:iCs/>
                <w:color w:val="000000"/>
                <w:sz w:val="22"/>
                <w:szCs w:val="22"/>
              </w:rPr>
              <w:t xml:space="preserve"> </w:t>
            </w:r>
          </w:p>
        </w:tc>
        <w:tc>
          <w:tcPr>
            <w:tcW w:w="904" w:type="dxa"/>
            <w:vAlign w:val="center"/>
          </w:tcPr>
          <w:p w14:paraId="7BE05C95" w14:textId="77777777" w:rsidR="00CB3FF1" w:rsidRPr="00CB3FF1" w:rsidRDefault="00CB3FF1" w:rsidP="00CB3FF1">
            <w:pPr>
              <w:pStyle w:val="0004"/>
              <w:spacing w:after="120" w:line="240" w:lineRule="auto"/>
              <w:jc w:val="center"/>
              <w:rPr>
                <w:i w:val="0"/>
                <w:iCs/>
                <w:sz w:val="22"/>
                <w:szCs w:val="22"/>
                <w:lang w:val="vi-VN"/>
              </w:rPr>
            </w:pPr>
            <w:r w:rsidRPr="00CB3FF1">
              <w:rPr>
                <w:rFonts w:eastAsia="Microsoft Sans Serif"/>
                <w:i w:val="0"/>
                <w:iCs/>
                <w:color w:val="000000"/>
                <w:sz w:val="22"/>
                <w:szCs w:val="22"/>
                <w:lang w:val="vi-VN"/>
              </w:rPr>
              <w:t>3,</w:t>
            </w:r>
            <w:r w:rsidRPr="00CB3FF1">
              <w:rPr>
                <w:rFonts w:eastAsia="Microsoft Sans Serif"/>
                <w:i w:val="0"/>
                <w:iCs/>
                <w:color w:val="000000"/>
                <w:sz w:val="22"/>
                <w:szCs w:val="22"/>
              </w:rPr>
              <w:t>2</w:t>
            </w:r>
            <w:r w:rsidRPr="00CB3FF1">
              <w:rPr>
                <w:rFonts w:eastAsia="Microsoft Sans Serif"/>
                <w:i w:val="0"/>
                <w:iCs/>
                <w:color w:val="000000"/>
                <w:sz w:val="22"/>
                <w:szCs w:val="22"/>
                <w:lang w:val="vi-VN"/>
              </w:rPr>
              <w:t>5</w:t>
            </w:r>
          </w:p>
        </w:tc>
        <w:tc>
          <w:tcPr>
            <w:tcW w:w="952" w:type="dxa"/>
            <w:vAlign w:val="center"/>
          </w:tcPr>
          <w:p w14:paraId="694CB8D6"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w:t>
            </w:r>
            <w:r w:rsidRPr="00CB3FF1">
              <w:rPr>
                <w:i w:val="0"/>
                <w:iCs/>
                <w:sz w:val="22"/>
                <w:szCs w:val="22"/>
              </w:rPr>
              <w:t>69</w:t>
            </w:r>
          </w:p>
        </w:tc>
        <w:tc>
          <w:tcPr>
            <w:tcW w:w="814" w:type="dxa"/>
          </w:tcPr>
          <w:p w14:paraId="3F5BDB8F"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1</w:t>
            </w:r>
          </w:p>
        </w:tc>
      </w:tr>
      <w:tr w:rsidR="00CB3FF1" w:rsidRPr="00CB3FF1" w14:paraId="7821694D" w14:textId="77777777" w:rsidTr="00323E6C">
        <w:trPr>
          <w:trHeight w:val="606"/>
        </w:trPr>
        <w:tc>
          <w:tcPr>
            <w:tcW w:w="749" w:type="dxa"/>
          </w:tcPr>
          <w:p w14:paraId="01757AE1"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5</w:t>
            </w:r>
          </w:p>
        </w:tc>
        <w:tc>
          <w:tcPr>
            <w:tcW w:w="5917" w:type="dxa"/>
          </w:tcPr>
          <w:p w14:paraId="12F7B666" w14:textId="77777777" w:rsidR="00CB3FF1" w:rsidRPr="00CB3FF1" w:rsidRDefault="00CB3FF1" w:rsidP="00CB3FF1">
            <w:pPr>
              <w:pStyle w:val="0004"/>
              <w:spacing w:after="120" w:line="240" w:lineRule="auto"/>
              <w:rPr>
                <w:i w:val="0"/>
                <w:iCs/>
                <w:color w:val="000000"/>
                <w:sz w:val="22"/>
                <w:szCs w:val="22"/>
                <w:lang w:val="vi-VN"/>
              </w:rPr>
            </w:pPr>
            <w:proofErr w:type="spellStart"/>
            <w:r w:rsidRPr="00CB3FF1">
              <w:rPr>
                <w:rFonts w:eastAsia="Microsoft Sans Serif"/>
                <w:i w:val="0"/>
                <w:iCs/>
                <w:color w:val="000000"/>
                <w:sz w:val="22"/>
                <w:szCs w:val="22"/>
              </w:rPr>
              <w:t>Tài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liệu</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nội</w:t>
            </w:r>
            <w:proofErr w:type="spellEnd"/>
            <w:r w:rsidRPr="00CB3FF1">
              <w:rPr>
                <w:rFonts w:eastAsia="Microsoft Sans Serif"/>
                <w:i w:val="0"/>
                <w:iCs/>
                <w:color w:val="000000"/>
                <w:sz w:val="22"/>
                <w:szCs w:val="22"/>
              </w:rPr>
              <w:t xml:space="preserve"> dung </w:t>
            </w:r>
            <w:r w:rsidRPr="00CB3FF1">
              <w:rPr>
                <w:rFonts w:eastAsia="KIBSE+F1"/>
                <w:i w:val="0"/>
                <w:iCs/>
                <w:color w:val="000000"/>
                <w:sz w:val="22"/>
                <w:szCs w:val="22"/>
                <w:lang w:val="vi-VN"/>
              </w:rPr>
              <w:t xml:space="preserve">GD </w:t>
            </w:r>
            <w:r w:rsidRPr="00CB3FF1">
              <w:rPr>
                <w:rFonts w:eastAsia="KIBSE+F1"/>
                <w:i w:val="0"/>
                <w:iCs/>
                <w:color w:val="000000"/>
                <w:spacing w:val="1"/>
                <w:w w:val="101"/>
                <w:sz w:val="22"/>
                <w:szCs w:val="22"/>
                <w:lang w:val="vi-VN"/>
              </w:rPr>
              <w:t>phòng ngừa</w:t>
            </w:r>
            <w:r w:rsidRPr="00CB3FF1">
              <w:rPr>
                <w:rFonts w:eastAsia="KIBSE+F1"/>
                <w:i w:val="0"/>
                <w:iCs/>
                <w:color w:val="000000"/>
                <w:spacing w:val="-1"/>
                <w:w w:val="101"/>
                <w:sz w:val="22"/>
                <w:szCs w:val="22"/>
                <w:lang w:val="vi-VN"/>
              </w:rPr>
              <w:t xml:space="preserve"> </w:t>
            </w:r>
            <w:r w:rsidRPr="00CB3FF1">
              <w:rPr>
                <w:rFonts w:eastAsia="Microsoft Sans Serif"/>
                <w:i w:val="0"/>
                <w:iCs/>
                <w:color w:val="000000"/>
                <w:sz w:val="22"/>
                <w:szCs w:val="22"/>
                <w:lang w:val="vi-VN"/>
              </w:rPr>
              <w:t xml:space="preserve">TNTT </w:t>
            </w:r>
            <w:proofErr w:type="spellStart"/>
            <w:r w:rsidRPr="00CB3FF1">
              <w:rPr>
                <w:rFonts w:eastAsia="Microsoft Sans Serif"/>
                <w:i w:val="0"/>
                <w:iCs/>
                <w:color w:val="000000"/>
                <w:sz w:val="22"/>
                <w:szCs w:val="22"/>
              </w:rPr>
              <w:t>dễ</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hiểu</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bám</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sát</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thực</w:t>
            </w:r>
            <w:proofErr w:type="spellEnd"/>
            <w:r w:rsidRPr="00CB3FF1">
              <w:rPr>
                <w:rFonts w:eastAsia="Microsoft Sans Serif"/>
                <w:i w:val="0"/>
                <w:iCs/>
                <w:color w:val="000000"/>
                <w:sz w:val="22"/>
                <w:szCs w:val="22"/>
                <w:lang w:val="vi-VN"/>
              </w:rPr>
              <w:t xml:space="preserve"> tiễn hiện nay ở </w:t>
            </w:r>
            <w:proofErr w:type="spellStart"/>
            <w:r w:rsidRPr="00CB3FF1">
              <w:rPr>
                <w:rFonts w:eastAsia="Microsoft Sans Serif"/>
                <w:i w:val="0"/>
                <w:iCs/>
                <w:color w:val="000000"/>
                <w:sz w:val="22"/>
                <w:szCs w:val="22"/>
              </w:rPr>
              <w:t>trẻ</w:t>
            </w:r>
            <w:proofErr w:type="spellEnd"/>
            <w:r w:rsidRPr="00CB3FF1">
              <w:rPr>
                <w:rFonts w:eastAsia="Microsoft Sans Serif"/>
                <w:i w:val="0"/>
                <w:iCs/>
                <w:color w:val="000000"/>
                <w:sz w:val="22"/>
                <w:szCs w:val="22"/>
              </w:rPr>
              <w:t>.</w:t>
            </w:r>
          </w:p>
        </w:tc>
        <w:tc>
          <w:tcPr>
            <w:tcW w:w="904" w:type="dxa"/>
            <w:vAlign w:val="center"/>
          </w:tcPr>
          <w:p w14:paraId="441D246C" w14:textId="77777777" w:rsidR="00CB3FF1" w:rsidRPr="00CB3FF1" w:rsidRDefault="00CB3FF1" w:rsidP="00CB3FF1">
            <w:pPr>
              <w:pStyle w:val="0004"/>
              <w:spacing w:after="120" w:line="240" w:lineRule="auto"/>
              <w:jc w:val="center"/>
              <w:rPr>
                <w:i w:val="0"/>
                <w:iCs/>
                <w:sz w:val="22"/>
                <w:szCs w:val="22"/>
                <w:lang w:val="vi-VN"/>
              </w:rPr>
            </w:pPr>
            <w:r w:rsidRPr="00CB3FF1">
              <w:rPr>
                <w:rFonts w:eastAsia="Microsoft Sans Serif"/>
                <w:i w:val="0"/>
                <w:iCs/>
                <w:color w:val="000000"/>
                <w:sz w:val="22"/>
                <w:szCs w:val="22"/>
                <w:lang w:val="vi-VN"/>
              </w:rPr>
              <w:t>3,13</w:t>
            </w:r>
          </w:p>
        </w:tc>
        <w:tc>
          <w:tcPr>
            <w:tcW w:w="952" w:type="dxa"/>
            <w:vAlign w:val="center"/>
          </w:tcPr>
          <w:p w14:paraId="2D0B1F83"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,63</w:t>
            </w:r>
          </w:p>
        </w:tc>
        <w:tc>
          <w:tcPr>
            <w:tcW w:w="814" w:type="dxa"/>
          </w:tcPr>
          <w:p w14:paraId="1EC49F56"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3</w:t>
            </w:r>
          </w:p>
        </w:tc>
      </w:tr>
      <w:tr w:rsidR="00CB3FF1" w:rsidRPr="00CB3FF1" w14:paraId="4AB2F9F3" w14:textId="77777777" w:rsidTr="00323E6C">
        <w:trPr>
          <w:trHeight w:val="591"/>
        </w:trPr>
        <w:tc>
          <w:tcPr>
            <w:tcW w:w="749" w:type="dxa"/>
          </w:tcPr>
          <w:p w14:paraId="34D19E9E"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6</w:t>
            </w:r>
          </w:p>
        </w:tc>
        <w:tc>
          <w:tcPr>
            <w:tcW w:w="5917" w:type="dxa"/>
          </w:tcPr>
          <w:p w14:paraId="68BEDFC0" w14:textId="77777777" w:rsidR="00CB3FF1" w:rsidRPr="00CB3FF1" w:rsidRDefault="00CB3FF1" w:rsidP="00CB3FF1">
            <w:pPr>
              <w:pStyle w:val="0004"/>
              <w:spacing w:after="120" w:line="240" w:lineRule="auto"/>
              <w:rPr>
                <w:i w:val="0"/>
                <w:iCs/>
                <w:color w:val="000000"/>
                <w:sz w:val="22"/>
                <w:szCs w:val="22"/>
                <w:lang w:val="vi-VN"/>
              </w:rPr>
            </w:pPr>
            <w:proofErr w:type="spellStart"/>
            <w:r w:rsidRPr="00CB3FF1">
              <w:rPr>
                <w:rFonts w:eastAsia="Microsoft Sans Serif"/>
                <w:i w:val="0"/>
                <w:iCs/>
                <w:color w:val="000000"/>
                <w:sz w:val="22"/>
                <w:szCs w:val="22"/>
              </w:rPr>
              <w:t>Nguồn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lực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tài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chính</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đảm</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bảo</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cho</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tổ</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chức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các</w:t>
            </w:r>
            <w:proofErr w:type="spellEnd"/>
            <w:r w:rsidRPr="00CB3FF1">
              <w:rPr>
                <w:rFonts w:eastAsia="Microsoft Sans Serif"/>
                <w:i w:val="0"/>
                <w:iCs/>
                <w:color w:val="000000"/>
                <w:sz w:val="22"/>
                <w:szCs w:val="22"/>
              </w:rPr>
              <w:t xml:space="preserve"> HĐGD PNTNTT</w:t>
            </w:r>
            <w:r w:rsidRPr="00CB3FF1">
              <w:rPr>
                <w:rFonts w:eastAsia="Microsoft Sans Serif"/>
                <w:i w:val="0"/>
                <w:iCs/>
                <w:color w:val="000000"/>
                <w:sz w:val="22"/>
                <w:szCs w:val="22"/>
                <w:lang w:val="vi-VN"/>
              </w:rPr>
              <w:t xml:space="preserve"> cho trẻ</w:t>
            </w:r>
          </w:p>
        </w:tc>
        <w:tc>
          <w:tcPr>
            <w:tcW w:w="904" w:type="dxa"/>
            <w:vAlign w:val="center"/>
          </w:tcPr>
          <w:p w14:paraId="7D9AA61B" w14:textId="77777777" w:rsidR="00CB3FF1" w:rsidRPr="00CB3FF1" w:rsidRDefault="00CB3FF1" w:rsidP="00CB3FF1">
            <w:pPr>
              <w:pStyle w:val="0004"/>
              <w:spacing w:after="120" w:line="240" w:lineRule="auto"/>
              <w:jc w:val="center"/>
              <w:rPr>
                <w:i w:val="0"/>
                <w:iCs/>
                <w:sz w:val="22"/>
                <w:szCs w:val="22"/>
                <w:lang w:val="vi-VN"/>
              </w:rPr>
            </w:pPr>
            <w:r w:rsidRPr="00CB3FF1">
              <w:rPr>
                <w:rFonts w:eastAsia="Microsoft Sans Serif"/>
                <w:i w:val="0"/>
                <w:iCs/>
                <w:color w:val="000000"/>
                <w:sz w:val="22"/>
                <w:szCs w:val="22"/>
                <w:lang w:val="vi-VN"/>
              </w:rPr>
              <w:t>2,74</w:t>
            </w:r>
          </w:p>
        </w:tc>
        <w:tc>
          <w:tcPr>
            <w:tcW w:w="952" w:type="dxa"/>
            <w:vAlign w:val="center"/>
          </w:tcPr>
          <w:p w14:paraId="30E36673"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rPr>
              <w:t>0</w:t>
            </w:r>
            <w:r w:rsidRPr="00CB3FF1">
              <w:rPr>
                <w:i w:val="0"/>
                <w:iCs/>
                <w:sz w:val="22"/>
                <w:szCs w:val="22"/>
                <w:lang w:val="vi-VN"/>
              </w:rPr>
              <w:t>,</w:t>
            </w:r>
            <w:r w:rsidRPr="00CB3FF1">
              <w:rPr>
                <w:i w:val="0"/>
                <w:iCs/>
                <w:sz w:val="22"/>
                <w:szCs w:val="22"/>
              </w:rPr>
              <w:t>7</w:t>
            </w:r>
            <w:r w:rsidRPr="00CB3FF1">
              <w:rPr>
                <w:i w:val="0"/>
                <w:iCs/>
                <w:sz w:val="22"/>
                <w:szCs w:val="22"/>
                <w:lang w:val="vi-VN"/>
              </w:rPr>
              <w:t>2</w:t>
            </w:r>
          </w:p>
        </w:tc>
        <w:tc>
          <w:tcPr>
            <w:tcW w:w="814" w:type="dxa"/>
          </w:tcPr>
          <w:p w14:paraId="1EDE215F" w14:textId="77777777" w:rsidR="00CB3FF1" w:rsidRPr="00CB3FF1" w:rsidRDefault="00CB3FF1" w:rsidP="00CB3FF1">
            <w:pPr>
              <w:pStyle w:val="0004"/>
              <w:spacing w:after="120" w:line="240" w:lineRule="auto"/>
              <w:jc w:val="center"/>
              <w:rPr>
                <w:i w:val="0"/>
                <w:iCs/>
                <w:sz w:val="22"/>
                <w:szCs w:val="22"/>
                <w:lang w:val="vi-VN"/>
              </w:rPr>
            </w:pPr>
            <w:r w:rsidRPr="00CB3FF1">
              <w:rPr>
                <w:i w:val="0"/>
                <w:iCs/>
                <w:sz w:val="22"/>
                <w:szCs w:val="22"/>
                <w:lang w:val="vi-VN"/>
              </w:rPr>
              <w:t>5</w:t>
            </w:r>
          </w:p>
        </w:tc>
      </w:tr>
      <w:tr w:rsidR="00CB3FF1" w:rsidRPr="00CB3FF1" w14:paraId="7FEAB79E" w14:textId="77777777" w:rsidTr="00323E6C">
        <w:trPr>
          <w:trHeight w:val="346"/>
        </w:trPr>
        <w:tc>
          <w:tcPr>
            <w:tcW w:w="6666" w:type="dxa"/>
            <w:gridSpan w:val="2"/>
          </w:tcPr>
          <w:p w14:paraId="4F2BC135" w14:textId="77777777" w:rsidR="00CB3FF1" w:rsidRPr="00CB3FF1" w:rsidRDefault="00CB3FF1" w:rsidP="00CB3FF1">
            <w:pPr>
              <w:pStyle w:val="0004"/>
              <w:spacing w:after="120" w:line="240" w:lineRule="auto"/>
              <w:jc w:val="center"/>
              <w:rPr>
                <w:b/>
                <w:bCs/>
                <w:i w:val="0"/>
                <w:iCs/>
                <w:sz w:val="22"/>
                <w:szCs w:val="22"/>
                <w:lang w:val="vi-VN"/>
              </w:rPr>
            </w:pPr>
            <w:r w:rsidRPr="00CB3FF1">
              <w:rPr>
                <w:b/>
                <w:bCs/>
                <w:i w:val="0"/>
                <w:iCs/>
                <w:sz w:val="22"/>
                <w:szCs w:val="22"/>
                <w:lang w:val="vi-VN"/>
              </w:rPr>
              <w:t>ĐTB Chung</w:t>
            </w:r>
          </w:p>
        </w:tc>
        <w:tc>
          <w:tcPr>
            <w:tcW w:w="2671" w:type="dxa"/>
            <w:gridSpan w:val="3"/>
          </w:tcPr>
          <w:p w14:paraId="5C9FF79A" w14:textId="77777777" w:rsidR="00CB3FF1" w:rsidRPr="00CB3FF1" w:rsidRDefault="00CB3FF1" w:rsidP="00CB3FF1">
            <w:pPr>
              <w:pStyle w:val="0004"/>
              <w:spacing w:after="120" w:line="240" w:lineRule="auto"/>
              <w:rPr>
                <w:b/>
                <w:bCs/>
                <w:i w:val="0"/>
                <w:iCs/>
                <w:sz w:val="22"/>
                <w:szCs w:val="22"/>
                <w:lang w:val="vi-VN"/>
              </w:rPr>
            </w:pPr>
            <w:r w:rsidRPr="00CB3FF1">
              <w:rPr>
                <w:b/>
                <w:bCs/>
                <w:i w:val="0"/>
                <w:iCs/>
                <w:sz w:val="22"/>
                <w:szCs w:val="22"/>
                <w:lang w:val="vi-VN"/>
              </w:rPr>
              <w:t xml:space="preserve">  </w:t>
            </w:r>
            <w:r w:rsidRPr="00CB3FF1">
              <w:rPr>
                <w:b/>
                <w:bCs/>
                <w:i w:val="0"/>
                <w:iCs/>
                <w:sz w:val="22"/>
                <w:szCs w:val="22"/>
                <w:lang w:val="vi-VN"/>
              </w:rPr>
              <w:fldChar w:fldCharType="begin"/>
            </w:r>
            <w:r w:rsidRPr="00CB3FF1">
              <w:rPr>
                <w:b/>
                <w:bCs/>
                <w:i w:val="0"/>
                <w:iCs/>
                <w:sz w:val="22"/>
                <w:szCs w:val="22"/>
                <w:lang w:val="vi-VN"/>
              </w:rPr>
              <w:instrText xml:space="preserve"> =SUM(ABOVE) </w:instrText>
            </w:r>
            <w:r w:rsidR="00000000">
              <w:rPr>
                <w:b/>
                <w:bCs/>
                <w:i w:val="0"/>
                <w:iCs/>
                <w:sz w:val="22"/>
                <w:szCs w:val="22"/>
                <w:lang w:val="vi-VN"/>
              </w:rPr>
              <w:fldChar w:fldCharType="separate"/>
            </w:r>
            <w:r w:rsidRPr="00CB3FF1">
              <w:rPr>
                <w:b/>
                <w:bCs/>
                <w:i w:val="0"/>
                <w:iCs/>
                <w:sz w:val="22"/>
                <w:szCs w:val="22"/>
                <w:lang w:val="vi-VN"/>
              </w:rPr>
              <w:fldChar w:fldCharType="end"/>
            </w:r>
            <w:r w:rsidRPr="00CB3FF1">
              <w:rPr>
                <w:b/>
                <w:bCs/>
                <w:i w:val="0"/>
                <w:iCs/>
                <w:sz w:val="22"/>
                <w:szCs w:val="22"/>
                <w:lang w:val="vi-VN"/>
              </w:rPr>
              <w:fldChar w:fldCharType="begin"/>
            </w:r>
            <w:r w:rsidRPr="00CB3FF1">
              <w:rPr>
                <w:b/>
                <w:bCs/>
                <w:i w:val="0"/>
                <w:iCs/>
                <w:sz w:val="22"/>
                <w:szCs w:val="22"/>
                <w:lang w:val="vi-VN"/>
              </w:rPr>
              <w:instrText xml:space="preserve"> =SUM(ABOVE) </w:instrText>
            </w:r>
            <w:r w:rsidR="00000000">
              <w:rPr>
                <w:b/>
                <w:bCs/>
                <w:i w:val="0"/>
                <w:iCs/>
                <w:sz w:val="22"/>
                <w:szCs w:val="22"/>
                <w:lang w:val="vi-VN"/>
              </w:rPr>
              <w:fldChar w:fldCharType="separate"/>
            </w:r>
            <w:r w:rsidRPr="00CB3FF1">
              <w:rPr>
                <w:b/>
                <w:bCs/>
                <w:i w:val="0"/>
                <w:iCs/>
                <w:sz w:val="22"/>
                <w:szCs w:val="22"/>
                <w:lang w:val="vi-VN"/>
              </w:rPr>
              <w:fldChar w:fldCharType="end"/>
            </w:r>
            <w:r w:rsidRPr="00CB3FF1">
              <w:rPr>
                <w:b/>
                <w:bCs/>
                <w:i w:val="0"/>
                <w:iCs/>
                <w:sz w:val="22"/>
                <w:szCs w:val="22"/>
                <w:lang w:val="vi-VN"/>
              </w:rPr>
              <w:t>2,97</w:t>
            </w:r>
            <w:r w:rsidRPr="00CB3FF1">
              <w:rPr>
                <w:b/>
                <w:bCs/>
                <w:i w:val="0"/>
                <w:iCs/>
                <w:sz w:val="22"/>
                <w:szCs w:val="22"/>
                <w:lang w:val="vi-VN"/>
              </w:rPr>
              <w:fldChar w:fldCharType="begin"/>
            </w:r>
            <w:r w:rsidRPr="00CB3FF1">
              <w:rPr>
                <w:b/>
                <w:bCs/>
                <w:i w:val="0"/>
                <w:iCs/>
                <w:sz w:val="22"/>
                <w:szCs w:val="22"/>
                <w:lang w:val="vi-VN"/>
              </w:rPr>
              <w:instrText xml:space="preserve"> =SUM(ABOVE) \# "0,00" </w:instrText>
            </w:r>
            <w:r w:rsidR="00000000">
              <w:rPr>
                <w:b/>
                <w:bCs/>
                <w:i w:val="0"/>
                <w:iCs/>
                <w:sz w:val="22"/>
                <w:szCs w:val="22"/>
                <w:lang w:val="vi-VN"/>
              </w:rPr>
              <w:fldChar w:fldCharType="separate"/>
            </w:r>
            <w:r w:rsidRPr="00CB3FF1">
              <w:rPr>
                <w:b/>
                <w:bCs/>
                <w:i w:val="0"/>
                <w:iCs/>
                <w:sz w:val="22"/>
                <w:szCs w:val="22"/>
                <w:lang w:val="vi-VN"/>
              </w:rPr>
              <w:fldChar w:fldCharType="end"/>
            </w:r>
            <w:r w:rsidRPr="00CB3FF1">
              <w:rPr>
                <w:b/>
                <w:bCs/>
                <w:i w:val="0"/>
                <w:iCs/>
                <w:sz w:val="22"/>
                <w:szCs w:val="22"/>
                <w:lang w:val="vi-VN"/>
              </w:rPr>
              <w:fldChar w:fldCharType="begin"/>
            </w:r>
            <w:r w:rsidRPr="00CB3FF1">
              <w:rPr>
                <w:b/>
                <w:bCs/>
                <w:i w:val="0"/>
                <w:iCs/>
                <w:sz w:val="22"/>
                <w:szCs w:val="22"/>
                <w:lang w:val="vi-VN"/>
              </w:rPr>
              <w:instrText xml:space="preserve"> =SUM(ABOVE) \# "0,00" </w:instrText>
            </w:r>
            <w:r w:rsidR="00000000">
              <w:rPr>
                <w:b/>
                <w:bCs/>
                <w:i w:val="0"/>
                <w:iCs/>
                <w:sz w:val="22"/>
                <w:szCs w:val="22"/>
                <w:lang w:val="vi-VN"/>
              </w:rPr>
              <w:fldChar w:fldCharType="separate"/>
            </w:r>
            <w:r w:rsidRPr="00CB3FF1">
              <w:rPr>
                <w:b/>
                <w:bCs/>
                <w:i w:val="0"/>
                <w:iCs/>
                <w:sz w:val="22"/>
                <w:szCs w:val="22"/>
                <w:lang w:val="vi-VN"/>
              </w:rPr>
              <w:fldChar w:fldCharType="end"/>
            </w:r>
            <w:r w:rsidRPr="00CB3FF1">
              <w:rPr>
                <w:b/>
                <w:bCs/>
                <w:i w:val="0"/>
                <w:iCs/>
                <w:sz w:val="22"/>
                <w:szCs w:val="22"/>
                <w:lang w:val="vi-VN"/>
              </w:rPr>
              <w:fldChar w:fldCharType="begin"/>
            </w:r>
            <w:r w:rsidRPr="00CB3FF1">
              <w:rPr>
                <w:b/>
                <w:bCs/>
                <w:i w:val="0"/>
                <w:iCs/>
                <w:sz w:val="22"/>
                <w:szCs w:val="22"/>
                <w:lang w:val="vi-VN"/>
              </w:rPr>
              <w:instrText xml:space="preserve"> =SUM(ABOVE) </w:instrText>
            </w:r>
            <w:r w:rsidR="00000000">
              <w:rPr>
                <w:b/>
                <w:bCs/>
                <w:i w:val="0"/>
                <w:iCs/>
                <w:sz w:val="22"/>
                <w:szCs w:val="22"/>
                <w:lang w:val="vi-VN"/>
              </w:rPr>
              <w:fldChar w:fldCharType="separate"/>
            </w:r>
            <w:r w:rsidRPr="00CB3FF1">
              <w:rPr>
                <w:b/>
                <w:bCs/>
                <w:i w:val="0"/>
                <w:iCs/>
                <w:sz w:val="22"/>
                <w:szCs w:val="22"/>
                <w:lang w:val="vi-VN"/>
              </w:rPr>
              <w:fldChar w:fldCharType="end"/>
            </w:r>
          </w:p>
        </w:tc>
      </w:tr>
    </w:tbl>
    <w:p w14:paraId="6A931F15" w14:textId="77777777" w:rsidR="00CB3FF1" w:rsidRPr="00CB3FF1" w:rsidRDefault="00CB3FF1" w:rsidP="00CB3FF1">
      <w:pPr>
        <w:pStyle w:val="0004"/>
        <w:spacing w:after="120" w:line="240" w:lineRule="auto"/>
        <w:rPr>
          <w:rFonts w:eastAsia="Microsoft Sans Serif"/>
          <w:i w:val="0"/>
          <w:iCs/>
          <w:color w:val="000000"/>
          <w:sz w:val="22"/>
          <w:szCs w:val="22"/>
          <w:lang w:val="vi-VN" w:eastAsia="vi-VN" w:bidi="vi-VN"/>
        </w:rPr>
      </w:pPr>
      <w:r w:rsidRPr="00CB3FF1">
        <w:rPr>
          <w:rFonts w:eastAsia="Microsoft Sans Serif"/>
          <w:i w:val="0"/>
          <w:iCs/>
          <w:color w:val="000000"/>
          <w:sz w:val="22"/>
          <w:szCs w:val="22"/>
          <w:lang w:val="vi-VN" w:eastAsia="vi-VN" w:bidi="vi-VN"/>
        </w:rPr>
        <w:t xml:space="preserve">Kết quả khảo sát về các điều kiện, nguồn lực phục vụ cho tổ chức </w:t>
      </w:r>
      <w:r w:rsidRPr="00CB3FF1">
        <w:rPr>
          <w:rFonts w:eastAsia="Microsoft Sans Serif"/>
          <w:i w:val="0"/>
          <w:iCs/>
          <w:color w:val="000000"/>
          <w:sz w:val="22"/>
          <w:szCs w:val="22"/>
          <w:lang w:eastAsia="vi-VN" w:bidi="vi-VN"/>
        </w:rPr>
        <w:t>HĐGD PNTNTT</w:t>
      </w:r>
      <w:r w:rsidRPr="00CB3FF1">
        <w:rPr>
          <w:rFonts w:eastAsia="Microsoft Sans Serif"/>
          <w:i w:val="0"/>
          <w:iCs/>
          <w:color w:val="000000"/>
          <w:sz w:val="22"/>
          <w:szCs w:val="22"/>
          <w:lang w:val="vi-VN" w:eastAsia="vi-VN" w:bidi="vi-VN"/>
        </w:rPr>
        <w:t xml:space="preserve"> </w:t>
      </w:r>
      <w:proofErr w:type="spellStart"/>
      <w:r w:rsidRPr="00CB3FF1">
        <w:rPr>
          <w:rFonts w:eastAsia="Microsoft Sans Serif"/>
          <w:i w:val="0"/>
          <w:iCs/>
          <w:color w:val="000000"/>
          <w:sz w:val="22"/>
          <w:szCs w:val="22"/>
          <w:lang w:eastAsia="vi-VN" w:bidi="vi-VN"/>
        </w:rPr>
        <w:t>cho</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trẻ</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mẫu</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giáo</w:t>
      </w:r>
      <w:proofErr w:type="spellEnd"/>
      <w:r w:rsidRPr="00CB3FF1">
        <w:rPr>
          <w:rFonts w:eastAsia="Microsoft Sans Serif"/>
          <w:i w:val="0"/>
          <w:iCs/>
          <w:color w:val="000000"/>
          <w:sz w:val="22"/>
          <w:szCs w:val="22"/>
          <w:lang w:eastAsia="vi-VN" w:bidi="vi-VN"/>
        </w:rPr>
        <w:t xml:space="preserve"> ở</w:t>
      </w:r>
      <w:r w:rsidRPr="00CB3FF1">
        <w:rPr>
          <w:rFonts w:eastAsia="Microsoft Sans Serif"/>
          <w:i w:val="0"/>
          <w:iCs/>
          <w:color w:val="000000"/>
          <w:sz w:val="22"/>
          <w:szCs w:val="22"/>
          <w:lang w:val="vi-VN" w:eastAsia="vi-VN" w:bidi="vi-VN"/>
        </w:rPr>
        <w:t xml:space="preserve"> </w:t>
      </w:r>
      <w:proofErr w:type="spellStart"/>
      <w:r w:rsidRPr="00CB3FF1">
        <w:rPr>
          <w:rFonts w:eastAsia="Microsoft Sans Serif"/>
          <w:i w:val="0"/>
          <w:iCs/>
          <w:color w:val="000000"/>
          <w:sz w:val="22"/>
          <w:szCs w:val="22"/>
          <w:lang w:eastAsia="vi-VN" w:bidi="vi-VN"/>
        </w:rPr>
        <w:t>các</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trường</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mầm</w:t>
      </w:r>
      <w:proofErr w:type="spellEnd"/>
      <w:r w:rsidRPr="00CB3FF1">
        <w:rPr>
          <w:rFonts w:eastAsia="Microsoft Sans Serif"/>
          <w:i w:val="0"/>
          <w:iCs/>
          <w:color w:val="000000"/>
          <w:sz w:val="22"/>
          <w:szCs w:val="22"/>
          <w:lang w:eastAsia="vi-VN" w:bidi="vi-VN"/>
        </w:rPr>
        <w:t xml:space="preserve"> non </w:t>
      </w:r>
      <w:proofErr w:type="spellStart"/>
      <w:r w:rsidRPr="00CB3FF1">
        <w:rPr>
          <w:rFonts w:eastAsia="Microsoft Sans Serif"/>
          <w:i w:val="0"/>
          <w:iCs/>
          <w:color w:val="000000"/>
          <w:sz w:val="22"/>
          <w:szCs w:val="22"/>
          <w:lang w:eastAsia="vi-VN" w:bidi="vi-VN"/>
        </w:rPr>
        <w:t>huyện</w:t>
      </w:r>
      <w:proofErr w:type="spellEnd"/>
      <w:r w:rsidRPr="00CB3FF1">
        <w:rPr>
          <w:rFonts w:eastAsia="Microsoft Sans Serif"/>
          <w:i w:val="0"/>
          <w:iCs/>
          <w:color w:val="000000"/>
          <w:sz w:val="22"/>
          <w:szCs w:val="22"/>
          <w:lang w:val="vi-VN" w:eastAsia="vi-VN" w:bidi="vi-VN"/>
        </w:rPr>
        <w:t xml:space="preserve"> Củ Chi, TP HCM đạt mức khá với ĐTB chung là 2,97</w:t>
      </w:r>
      <w:r w:rsidRPr="00CB3FF1">
        <w:rPr>
          <w:rFonts w:eastAsia="Microsoft Sans Serif"/>
          <w:i w:val="0"/>
          <w:iCs/>
          <w:color w:val="000000"/>
          <w:sz w:val="22"/>
          <w:szCs w:val="22"/>
          <w:lang w:eastAsia="vi-VN" w:bidi="vi-VN"/>
        </w:rPr>
        <w:t>.</w:t>
      </w:r>
      <w:r w:rsidRPr="00CB3FF1">
        <w:rPr>
          <w:rFonts w:eastAsia="Microsoft Sans Serif"/>
          <w:i w:val="0"/>
          <w:iCs/>
          <w:color w:val="000000"/>
          <w:sz w:val="22"/>
          <w:szCs w:val="22"/>
          <w:lang w:val="vi-VN" w:eastAsia="vi-VN" w:bidi="vi-VN"/>
        </w:rPr>
        <w:t xml:space="preserve"> </w:t>
      </w:r>
      <w:proofErr w:type="spellStart"/>
      <w:r w:rsidRPr="00CB3FF1">
        <w:rPr>
          <w:rFonts w:eastAsia="Microsoft Sans Serif"/>
          <w:i w:val="0"/>
          <w:iCs/>
          <w:color w:val="000000"/>
          <w:sz w:val="22"/>
          <w:szCs w:val="22"/>
        </w:rPr>
        <w:t>Trong</w:t>
      </w:r>
      <w:proofErr w:type="spellEnd"/>
      <w:r w:rsidRPr="00CB3FF1">
        <w:rPr>
          <w:rFonts w:eastAsia="Microsoft Sans Serif"/>
          <w:i w:val="0"/>
          <w:iCs/>
          <w:color w:val="000000"/>
          <w:sz w:val="22"/>
          <w:szCs w:val="22"/>
          <w:lang w:val="vi-VN"/>
        </w:rPr>
        <w:t xml:space="preserve"> các điều kiện, nguồn lực thì nội dung “</w:t>
      </w:r>
      <w:proofErr w:type="spellStart"/>
      <w:r w:rsidRPr="00CB3FF1">
        <w:rPr>
          <w:rFonts w:eastAsia="Microsoft Sans Serif"/>
          <w:i w:val="0"/>
          <w:iCs/>
          <w:color w:val="000000"/>
          <w:sz w:val="22"/>
          <w:szCs w:val="22"/>
        </w:rPr>
        <w:t>Nhà</w:t>
      </w:r>
      <w:proofErr w:type="spellEnd"/>
      <w:r w:rsidRPr="00CB3FF1">
        <w:rPr>
          <w:rFonts w:eastAsia="Microsoft Sans Serif"/>
          <w:i w:val="0"/>
          <w:iCs/>
          <w:color w:val="000000"/>
          <w:sz w:val="22"/>
          <w:szCs w:val="22"/>
          <w:lang w:val="vi-VN"/>
        </w:rPr>
        <w:t xml:space="preserve"> trường chú trọng các điều kiện đảm bảo </w:t>
      </w:r>
      <w:r w:rsidRPr="00CB3FF1">
        <w:rPr>
          <w:rFonts w:eastAsia="Microsoft Sans Serif"/>
          <w:i w:val="0"/>
          <w:iCs/>
          <w:color w:val="000000"/>
          <w:sz w:val="22"/>
          <w:szCs w:val="22"/>
        </w:rPr>
        <w:t xml:space="preserve">an </w:t>
      </w:r>
      <w:proofErr w:type="spellStart"/>
      <w:r w:rsidRPr="00CB3FF1">
        <w:rPr>
          <w:rFonts w:eastAsia="Microsoft Sans Serif"/>
          <w:i w:val="0"/>
          <w:iCs/>
          <w:color w:val="000000"/>
          <w:sz w:val="22"/>
          <w:szCs w:val="22"/>
        </w:rPr>
        <w:t>toàn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thân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thiện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tạo</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cảm</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giác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thoải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mái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cho</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trẻ</w:t>
      </w:r>
      <w:proofErr w:type="spellEnd"/>
      <w:r w:rsidRPr="00CB3FF1">
        <w:rPr>
          <w:rFonts w:eastAsia="Microsoft Sans Serif"/>
          <w:i w:val="0"/>
          <w:iCs/>
          <w:color w:val="000000"/>
          <w:sz w:val="22"/>
          <w:szCs w:val="22"/>
          <w:lang w:val="vi-VN"/>
        </w:rPr>
        <w:t>” được đánh giá mức tốt</w:t>
      </w:r>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với</w:t>
      </w:r>
      <w:proofErr w:type="spellEnd"/>
      <w:r w:rsidRPr="00CB3FF1">
        <w:rPr>
          <w:rFonts w:eastAsia="Microsoft Sans Serif"/>
          <w:i w:val="0"/>
          <w:iCs/>
          <w:color w:val="000000"/>
          <w:sz w:val="22"/>
          <w:szCs w:val="22"/>
          <w:lang w:eastAsia="vi-VN" w:bidi="vi-VN"/>
        </w:rPr>
        <w:t xml:space="preserve"> ĐTB</w:t>
      </w:r>
      <w:r w:rsidRPr="00CB3FF1">
        <w:rPr>
          <w:rFonts w:eastAsia="Microsoft Sans Serif"/>
          <w:i w:val="0"/>
          <w:iCs/>
          <w:color w:val="000000"/>
          <w:sz w:val="22"/>
          <w:szCs w:val="22"/>
          <w:lang w:val="vi-VN" w:eastAsia="vi-VN" w:bidi="vi-VN"/>
        </w:rPr>
        <w:t>= 3,</w:t>
      </w:r>
      <w:r w:rsidRPr="00CB3FF1">
        <w:rPr>
          <w:rFonts w:eastAsia="Microsoft Sans Serif"/>
          <w:i w:val="0"/>
          <w:iCs/>
          <w:color w:val="000000"/>
          <w:sz w:val="22"/>
          <w:szCs w:val="22"/>
          <w:lang w:eastAsia="vi-VN" w:bidi="vi-VN"/>
        </w:rPr>
        <w:t>2</w:t>
      </w:r>
      <w:r w:rsidRPr="00CB3FF1">
        <w:rPr>
          <w:rFonts w:eastAsia="Microsoft Sans Serif"/>
          <w:i w:val="0"/>
          <w:iCs/>
          <w:color w:val="000000"/>
          <w:sz w:val="22"/>
          <w:szCs w:val="22"/>
          <w:lang w:val="vi-VN" w:eastAsia="vi-VN" w:bidi="vi-VN"/>
        </w:rPr>
        <w:t>5</w:t>
      </w:r>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Tiếp</w:t>
      </w:r>
      <w:proofErr w:type="spellEnd"/>
      <w:r w:rsidRPr="00CB3FF1">
        <w:rPr>
          <w:rFonts w:eastAsia="Microsoft Sans Serif"/>
          <w:i w:val="0"/>
          <w:iCs/>
          <w:color w:val="000000"/>
          <w:sz w:val="22"/>
          <w:szCs w:val="22"/>
          <w:lang w:val="vi-VN" w:eastAsia="vi-VN" w:bidi="vi-VN"/>
        </w:rPr>
        <w:t xml:space="preserve"> theo là nội dung “</w:t>
      </w:r>
      <w:proofErr w:type="spellStart"/>
      <w:r w:rsidRPr="00CB3FF1">
        <w:rPr>
          <w:rFonts w:eastAsia="Microsoft Sans Serif"/>
          <w:i w:val="0"/>
          <w:iCs/>
          <w:color w:val="000000"/>
          <w:sz w:val="22"/>
          <w:szCs w:val="22"/>
        </w:rPr>
        <w:t>Giáo</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viên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được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tập</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huấn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kiến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thức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lastRenderedPageBreak/>
        <w:t>kỹ</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năng</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triển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khai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các</w:t>
      </w:r>
      <w:proofErr w:type="spellEnd"/>
      <w:r w:rsidRPr="00CB3FF1">
        <w:rPr>
          <w:rFonts w:eastAsia="Microsoft Sans Serif"/>
          <w:i w:val="0"/>
          <w:iCs/>
          <w:color w:val="000000"/>
          <w:sz w:val="22"/>
          <w:szCs w:val="22"/>
        </w:rPr>
        <w:t xml:space="preserve"> HĐGD PNTNTT</w:t>
      </w:r>
      <w:r w:rsidRPr="00CB3FF1">
        <w:rPr>
          <w:rFonts w:eastAsia="Microsoft Sans Serif"/>
          <w:i w:val="0"/>
          <w:iCs/>
          <w:color w:val="000000"/>
          <w:sz w:val="22"/>
          <w:szCs w:val="22"/>
          <w:lang w:val="vi-VN"/>
        </w:rPr>
        <w:t xml:space="preserve"> cho trẻ” và “</w:t>
      </w:r>
      <w:proofErr w:type="spellStart"/>
      <w:r w:rsidRPr="00CB3FF1">
        <w:rPr>
          <w:rFonts w:eastAsia="Microsoft Sans Serif"/>
          <w:i w:val="0"/>
          <w:iCs/>
          <w:color w:val="000000"/>
          <w:sz w:val="22"/>
          <w:szCs w:val="22"/>
        </w:rPr>
        <w:t>Tài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liệu</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nội</w:t>
      </w:r>
      <w:proofErr w:type="spellEnd"/>
      <w:r w:rsidRPr="00CB3FF1">
        <w:rPr>
          <w:rFonts w:eastAsia="Microsoft Sans Serif"/>
          <w:i w:val="0"/>
          <w:iCs/>
          <w:color w:val="000000"/>
          <w:sz w:val="22"/>
          <w:szCs w:val="22"/>
        </w:rPr>
        <w:t xml:space="preserve"> dung </w:t>
      </w:r>
      <w:proofErr w:type="spellStart"/>
      <w:r w:rsidRPr="00CB3FF1">
        <w:rPr>
          <w:rFonts w:eastAsia="KIBSE+F1"/>
          <w:i w:val="0"/>
          <w:iCs/>
          <w:color w:val="000000"/>
          <w:sz w:val="22"/>
          <w:szCs w:val="22"/>
        </w:rPr>
        <w:t>giáo</w:t>
      </w:r>
      <w:proofErr w:type="spellEnd"/>
      <w:r w:rsidRPr="00CB3FF1">
        <w:rPr>
          <w:rFonts w:eastAsia="KIBSE+F1"/>
          <w:i w:val="0"/>
          <w:iCs/>
          <w:color w:val="000000"/>
          <w:sz w:val="22"/>
          <w:szCs w:val="22"/>
        </w:rPr>
        <w:t xml:space="preserve"> </w:t>
      </w:r>
      <w:proofErr w:type="spellStart"/>
      <w:r w:rsidRPr="00CB3FF1">
        <w:rPr>
          <w:rFonts w:eastAsia="KIBSE+F1"/>
          <w:i w:val="0"/>
          <w:iCs/>
          <w:color w:val="000000"/>
          <w:sz w:val="22"/>
          <w:szCs w:val="22"/>
        </w:rPr>
        <w:t>dục</w:t>
      </w:r>
      <w:proofErr w:type="spellEnd"/>
      <w:r w:rsidRPr="00CB3FF1">
        <w:rPr>
          <w:rFonts w:eastAsia="KIBSE+F1"/>
          <w:i w:val="0"/>
          <w:iCs/>
          <w:color w:val="000000"/>
          <w:sz w:val="22"/>
          <w:szCs w:val="22"/>
          <w:lang w:val="vi-VN"/>
        </w:rPr>
        <w:t xml:space="preserve"> </w:t>
      </w:r>
      <w:r w:rsidRPr="00CB3FF1">
        <w:rPr>
          <w:rFonts w:eastAsia="KIBSE+F1"/>
          <w:i w:val="0"/>
          <w:iCs/>
          <w:color w:val="000000"/>
          <w:spacing w:val="1"/>
          <w:w w:val="101"/>
          <w:sz w:val="22"/>
          <w:szCs w:val="22"/>
        </w:rPr>
        <w:t>PN</w:t>
      </w:r>
      <w:r w:rsidRPr="00CB3FF1">
        <w:rPr>
          <w:rFonts w:eastAsia="Microsoft Sans Serif"/>
          <w:i w:val="0"/>
          <w:iCs/>
          <w:color w:val="000000"/>
          <w:sz w:val="22"/>
          <w:szCs w:val="22"/>
          <w:lang w:val="vi-VN"/>
        </w:rPr>
        <w:t xml:space="preserve">TNTT </w:t>
      </w:r>
      <w:proofErr w:type="spellStart"/>
      <w:r w:rsidRPr="00CB3FF1">
        <w:rPr>
          <w:rFonts w:eastAsia="Microsoft Sans Serif"/>
          <w:i w:val="0"/>
          <w:iCs/>
          <w:color w:val="000000"/>
          <w:sz w:val="22"/>
          <w:szCs w:val="22"/>
        </w:rPr>
        <w:t>dễ</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hiểu</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bám</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sát</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thực</w:t>
      </w:r>
      <w:proofErr w:type="spellEnd"/>
      <w:r w:rsidRPr="00CB3FF1">
        <w:rPr>
          <w:rFonts w:eastAsia="Microsoft Sans Serif"/>
          <w:i w:val="0"/>
          <w:iCs/>
          <w:color w:val="000000"/>
          <w:sz w:val="22"/>
          <w:szCs w:val="22"/>
          <w:lang w:val="vi-VN"/>
        </w:rPr>
        <w:t xml:space="preserve"> tiễn hiện nay ở </w:t>
      </w:r>
      <w:proofErr w:type="spellStart"/>
      <w:r w:rsidRPr="00CB3FF1">
        <w:rPr>
          <w:rFonts w:eastAsia="Microsoft Sans Serif"/>
          <w:i w:val="0"/>
          <w:iCs/>
          <w:color w:val="000000"/>
          <w:sz w:val="22"/>
          <w:szCs w:val="22"/>
        </w:rPr>
        <w:t>trẻ</w:t>
      </w:r>
      <w:proofErr w:type="spellEnd"/>
      <w:r w:rsidRPr="00CB3FF1">
        <w:rPr>
          <w:rFonts w:eastAsia="Microsoft Sans Serif"/>
          <w:i w:val="0"/>
          <w:iCs/>
          <w:color w:val="000000"/>
          <w:sz w:val="22"/>
          <w:szCs w:val="22"/>
          <w:lang w:val="vi-VN"/>
        </w:rPr>
        <w:t>”</w:t>
      </w:r>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đạt</w:t>
      </w:r>
      <w:proofErr w:type="spellEnd"/>
      <w:r w:rsidRPr="00CB3FF1">
        <w:rPr>
          <w:rFonts w:eastAsia="Microsoft Sans Serif"/>
          <w:i w:val="0"/>
          <w:iCs/>
          <w:color w:val="000000"/>
          <w:sz w:val="22"/>
          <w:szCs w:val="22"/>
          <w:lang w:val="vi-VN" w:eastAsia="vi-VN" w:bidi="vi-VN"/>
        </w:rPr>
        <w:t xml:space="preserve"> mức khá cao với</w:t>
      </w:r>
      <w:r w:rsidRPr="00CB3FF1">
        <w:rPr>
          <w:rFonts w:eastAsia="Microsoft Sans Serif"/>
          <w:i w:val="0"/>
          <w:iCs/>
          <w:color w:val="000000"/>
          <w:sz w:val="22"/>
          <w:szCs w:val="22"/>
          <w:lang w:eastAsia="vi-VN" w:bidi="vi-VN"/>
        </w:rPr>
        <w:t xml:space="preserve"> ĐTB</w:t>
      </w:r>
      <w:r w:rsidRPr="00CB3FF1">
        <w:rPr>
          <w:rFonts w:eastAsia="Microsoft Sans Serif"/>
          <w:i w:val="0"/>
          <w:iCs/>
          <w:color w:val="000000"/>
          <w:sz w:val="22"/>
          <w:szCs w:val="22"/>
          <w:lang w:val="vi-VN" w:eastAsia="vi-VN" w:bidi="vi-VN"/>
        </w:rPr>
        <w:t xml:space="preserve"> =3,</w:t>
      </w:r>
      <w:r w:rsidRPr="00CB3FF1">
        <w:rPr>
          <w:rFonts w:eastAsia="Microsoft Sans Serif"/>
          <w:i w:val="0"/>
          <w:iCs/>
          <w:color w:val="000000"/>
          <w:sz w:val="22"/>
          <w:szCs w:val="22"/>
          <w:lang w:eastAsia="vi-VN" w:bidi="vi-VN"/>
        </w:rPr>
        <w:t>1</w:t>
      </w:r>
      <w:r w:rsidRPr="00CB3FF1">
        <w:rPr>
          <w:rFonts w:eastAsia="Microsoft Sans Serif"/>
          <w:i w:val="0"/>
          <w:iCs/>
          <w:color w:val="000000"/>
          <w:sz w:val="22"/>
          <w:szCs w:val="22"/>
          <w:lang w:val="vi-VN" w:eastAsia="vi-VN" w:bidi="vi-VN"/>
        </w:rPr>
        <w:t xml:space="preserve">8 và 3,13. </w:t>
      </w:r>
      <w:r w:rsidRPr="00CB3FF1">
        <w:rPr>
          <w:rFonts w:eastAsia="Microsoft Sans Serif"/>
          <w:i w:val="0"/>
          <w:iCs/>
          <w:color w:val="000000"/>
          <w:sz w:val="22"/>
          <w:szCs w:val="22"/>
          <w:lang w:val="vi-VN"/>
        </w:rPr>
        <w:t>Nội dung đánh giá mức độ thấp nhất là “</w:t>
      </w:r>
      <w:proofErr w:type="spellStart"/>
      <w:r w:rsidRPr="00CB3FF1">
        <w:rPr>
          <w:rFonts w:eastAsia="Microsoft Sans Serif"/>
          <w:i w:val="0"/>
          <w:iCs/>
          <w:color w:val="000000"/>
          <w:sz w:val="22"/>
          <w:szCs w:val="22"/>
        </w:rPr>
        <w:t>Sự</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tham</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gia</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tích</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cực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của</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phụ</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huynh</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trong</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việc</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hướng</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dẫn</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trẻ</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tại</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gia</w:t>
      </w:r>
      <w:proofErr w:type="spellEnd"/>
      <w:r w:rsidRPr="00CB3FF1">
        <w:rPr>
          <w:rFonts w:eastAsia="Microsoft Sans Serif"/>
          <w:i w:val="0"/>
          <w:iCs/>
          <w:color w:val="000000"/>
          <w:sz w:val="22"/>
          <w:szCs w:val="22"/>
        </w:rPr>
        <w:t xml:space="preserve"> </w:t>
      </w:r>
      <w:proofErr w:type="spellStart"/>
      <w:r w:rsidRPr="00CB3FF1">
        <w:rPr>
          <w:rFonts w:eastAsia="Microsoft Sans Serif"/>
          <w:i w:val="0"/>
          <w:iCs/>
          <w:color w:val="000000"/>
          <w:sz w:val="22"/>
          <w:szCs w:val="22"/>
        </w:rPr>
        <w:t>đình</w:t>
      </w:r>
      <w:proofErr w:type="spellEnd"/>
      <w:r w:rsidRPr="00CB3FF1">
        <w:rPr>
          <w:rFonts w:eastAsia="Microsoft Sans Serif"/>
          <w:i w:val="0"/>
          <w:iCs/>
          <w:color w:val="000000"/>
          <w:sz w:val="22"/>
          <w:szCs w:val="22"/>
          <w:lang w:val="vi-VN"/>
        </w:rPr>
        <w:t xml:space="preserve"> để hạn chế TNTT” với ĐTB =2,67.</w:t>
      </w:r>
      <w:r w:rsidRPr="00CB3FF1">
        <w:rPr>
          <w:rFonts w:eastAsia="Microsoft Sans Serif"/>
          <w:i w:val="0"/>
          <w:iCs/>
          <w:color w:val="000000"/>
          <w:sz w:val="22"/>
          <w:szCs w:val="22"/>
          <w:lang w:val="vi-VN" w:eastAsia="vi-VN" w:bidi="vi-VN"/>
        </w:rPr>
        <w:t xml:space="preserve"> </w:t>
      </w:r>
      <w:proofErr w:type="spellStart"/>
      <w:r w:rsidRPr="00CB3FF1">
        <w:rPr>
          <w:rFonts w:eastAsia="Microsoft Sans Serif"/>
          <w:i w:val="0"/>
          <w:iCs/>
          <w:color w:val="000000"/>
          <w:sz w:val="22"/>
          <w:szCs w:val="22"/>
          <w:lang w:eastAsia="vi-VN" w:bidi="vi-VN"/>
        </w:rPr>
        <w:t>Điều</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này</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cho</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thấy</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sự</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phối</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hợp</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giữa</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nhà</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trường</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và</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gia</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đình</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còn</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nhiều</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hạn</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chế</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cần</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được</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quan</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tâm</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hơn</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nữa</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sẽ</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góp</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phần</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nâng</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cao</w:t>
      </w:r>
      <w:proofErr w:type="spellEnd"/>
      <w:r w:rsidRPr="00CB3FF1">
        <w:rPr>
          <w:rFonts w:eastAsia="Microsoft Sans Serif"/>
          <w:i w:val="0"/>
          <w:iCs/>
          <w:color w:val="000000"/>
          <w:sz w:val="22"/>
          <w:szCs w:val="22"/>
          <w:lang w:eastAsia="vi-VN" w:bidi="vi-VN"/>
        </w:rPr>
        <w:t xml:space="preserve"> </w:t>
      </w:r>
      <w:proofErr w:type="spellStart"/>
      <w:r w:rsidRPr="00CB3FF1">
        <w:rPr>
          <w:rFonts w:eastAsia="Microsoft Sans Serif"/>
          <w:i w:val="0"/>
          <w:iCs/>
          <w:color w:val="000000"/>
          <w:sz w:val="22"/>
          <w:szCs w:val="22"/>
          <w:lang w:eastAsia="vi-VN" w:bidi="vi-VN"/>
        </w:rPr>
        <w:t>hiệu</w:t>
      </w:r>
      <w:proofErr w:type="spellEnd"/>
      <w:r w:rsidRPr="00CB3FF1">
        <w:rPr>
          <w:rFonts w:eastAsia="Microsoft Sans Serif"/>
          <w:i w:val="0"/>
          <w:iCs/>
          <w:color w:val="000000"/>
          <w:sz w:val="22"/>
          <w:szCs w:val="22"/>
          <w:lang w:val="vi-VN" w:eastAsia="vi-VN" w:bidi="vi-VN"/>
        </w:rPr>
        <w:t xml:space="preserve"> quả </w:t>
      </w:r>
      <w:r w:rsidRPr="00CB3FF1">
        <w:rPr>
          <w:rFonts w:eastAsia="Microsoft Sans Serif"/>
          <w:i w:val="0"/>
          <w:iCs/>
          <w:color w:val="000000"/>
          <w:sz w:val="22"/>
          <w:szCs w:val="22"/>
          <w:lang w:eastAsia="vi-VN" w:bidi="vi-VN"/>
        </w:rPr>
        <w:t>HĐGD PNTNTT</w:t>
      </w:r>
      <w:r w:rsidRPr="00CB3FF1">
        <w:rPr>
          <w:rFonts w:eastAsia="Microsoft Sans Serif"/>
          <w:i w:val="0"/>
          <w:iCs/>
          <w:color w:val="000000"/>
          <w:sz w:val="22"/>
          <w:szCs w:val="22"/>
          <w:lang w:val="vi-VN" w:eastAsia="vi-VN" w:bidi="vi-VN"/>
        </w:rPr>
        <w:t xml:space="preserve"> cho trẻ.</w:t>
      </w:r>
    </w:p>
    <w:p w14:paraId="291C5E0B" w14:textId="77777777" w:rsidR="00CB3FF1" w:rsidRPr="00CB3FF1" w:rsidRDefault="00CB3FF1" w:rsidP="00CB3FF1">
      <w:pPr>
        <w:pStyle w:val="0004"/>
        <w:spacing w:after="120" w:line="240" w:lineRule="auto"/>
        <w:rPr>
          <w:b/>
          <w:bCs/>
          <w:sz w:val="22"/>
          <w:szCs w:val="22"/>
          <w:lang w:val="vi-VN"/>
        </w:rPr>
      </w:pPr>
      <w:r w:rsidRPr="00CB3FF1">
        <w:rPr>
          <w:b/>
          <w:bCs/>
          <w:iCs/>
          <w:color w:val="0D0D0D"/>
          <w:sz w:val="22"/>
          <w:szCs w:val="22"/>
        </w:rPr>
        <w:t>3.</w:t>
      </w:r>
      <w:r w:rsidRPr="00CB3FF1">
        <w:rPr>
          <w:b/>
          <w:bCs/>
          <w:i w:val="0"/>
          <w:iCs/>
          <w:color w:val="0D0D0D"/>
          <w:sz w:val="22"/>
          <w:szCs w:val="22"/>
          <w:lang w:val="vi-VN"/>
        </w:rPr>
        <w:t>6</w:t>
      </w:r>
      <w:r w:rsidRPr="00CB3FF1">
        <w:rPr>
          <w:b/>
          <w:bCs/>
          <w:iCs/>
          <w:color w:val="0D0D0D"/>
          <w:sz w:val="22"/>
          <w:szCs w:val="22"/>
        </w:rPr>
        <w:t xml:space="preserve">. </w:t>
      </w:r>
      <w:proofErr w:type="spellStart"/>
      <w:r w:rsidRPr="00CB3FF1">
        <w:rPr>
          <w:b/>
          <w:bCs/>
          <w:iCs/>
          <w:color w:val="0D0D0D"/>
          <w:sz w:val="22"/>
          <w:szCs w:val="22"/>
        </w:rPr>
        <w:t>Thực</w:t>
      </w:r>
      <w:proofErr w:type="spellEnd"/>
      <w:r w:rsidRPr="00CB3FF1">
        <w:rPr>
          <w:b/>
          <w:bCs/>
          <w:iCs/>
          <w:color w:val="0D0D0D"/>
          <w:sz w:val="22"/>
          <w:szCs w:val="22"/>
        </w:rPr>
        <w:t xml:space="preserve"> </w:t>
      </w:r>
      <w:proofErr w:type="spellStart"/>
      <w:r w:rsidRPr="00CB3FF1">
        <w:rPr>
          <w:b/>
          <w:bCs/>
          <w:iCs/>
          <w:color w:val="0D0D0D"/>
          <w:sz w:val="22"/>
          <w:szCs w:val="22"/>
        </w:rPr>
        <w:t>trạng</w:t>
      </w:r>
      <w:proofErr w:type="spellEnd"/>
      <w:r w:rsidRPr="00CB3FF1">
        <w:rPr>
          <w:b/>
          <w:bCs/>
          <w:iCs/>
          <w:color w:val="0D0D0D"/>
          <w:sz w:val="22"/>
          <w:szCs w:val="22"/>
        </w:rPr>
        <w:t xml:space="preserve"> </w:t>
      </w:r>
      <w:proofErr w:type="spellStart"/>
      <w:r w:rsidRPr="00CB3FF1">
        <w:rPr>
          <w:b/>
          <w:bCs/>
          <w:iCs/>
          <w:color w:val="0D0D0D"/>
          <w:sz w:val="22"/>
          <w:szCs w:val="22"/>
        </w:rPr>
        <w:t>về</w:t>
      </w:r>
      <w:proofErr w:type="spellEnd"/>
      <w:r w:rsidRPr="00CB3FF1">
        <w:rPr>
          <w:b/>
          <w:bCs/>
          <w:iCs/>
          <w:color w:val="0D0D0D"/>
          <w:sz w:val="22"/>
          <w:szCs w:val="22"/>
        </w:rPr>
        <w:t xml:space="preserve"> </w:t>
      </w:r>
      <w:proofErr w:type="spellStart"/>
      <w:r w:rsidRPr="00CB3FF1">
        <w:rPr>
          <w:b/>
          <w:bCs/>
          <w:iCs/>
          <w:color w:val="0D0D0D"/>
          <w:sz w:val="22"/>
          <w:szCs w:val="22"/>
        </w:rPr>
        <w:t>kết</w:t>
      </w:r>
      <w:proofErr w:type="spellEnd"/>
      <w:r w:rsidRPr="00CB3FF1">
        <w:rPr>
          <w:b/>
          <w:bCs/>
          <w:iCs/>
          <w:color w:val="0D0D0D"/>
          <w:sz w:val="22"/>
          <w:szCs w:val="22"/>
        </w:rPr>
        <w:t xml:space="preserve"> </w:t>
      </w:r>
      <w:proofErr w:type="spellStart"/>
      <w:r w:rsidRPr="00CB3FF1">
        <w:rPr>
          <w:b/>
          <w:bCs/>
          <w:iCs/>
          <w:color w:val="0D0D0D"/>
          <w:sz w:val="22"/>
          <w:szCs w:val="22"/>
        </w:rPr>
        <w:t>quả</w:t>
      </w:r>
      <w:proofErr w:type="spellEnd"/>
      <w:r w:rsidRPr="00CB3FF1">
        <w:rPr>
          <w:b/>
          <w:bCs/>
          <w:iCs/>
          <w:color w:val="0D0D0D"/>
          <w:sz w:val="22"/>
          <w:szCs w:val="22"/>
        </w:rPr>
        <w:t xml:space="preserve"> </w:t>
      </w:r>
      <w:proofErr w:type="spellStart"/>
      <w:r w:rsidRPr="00CB3FF1">
        <w:rPr>
          <w:b/>
          <w:bCs/>
          <w:iCs/>
          <w:color w:val="0D0D0D"/>
          <w:sz w:val="22"/>
          <w:szCs w:val="22"/>
        </w:rPr>
        <w:t>hoạt</w:t>
      </w:r>
      <w:proofErr w:type="spellEnd"/>
      <w:r w:rsidRPr="00CB3FF1">
        <w:rPr>
          <w:b/>
          <w:bCs/>
          <w:iCs/>
          <w:color w:val="0D0D0D"/>
          <w:sz w:val="22"/>
          <w:szCs w:val="22"/>
        </w:rPr>
        <w:t xml:space="preserve"> </w:t>
      </w:r>
      <w:proofErr w:type="spellStart"/>
      <w:r w:rsidRPr="00CB3FF1">
        <w:rPr>
          <w:b/>
          <w:bCs/>
          <w:iCs/>
          <w:color w:val="0D0D0D"/>
          <w:sz w:val="22"/>
          <w:szCs w:val="22"/>
        </w:rPr>
        <w:t>động</w:t>
      </w:r>
      <w:proofErr w:type="spellEnd"/>
      <w:r w:rsidRPr="00CB3FF1">
        <w:rPr>
          <w:b/>
          <w:bCs/>
          <w:iCs/>
          <w:color w:val="0D0D0D"/>
          <w:sz w:val="22"/>
          <w:szCs w:val="22"/>
        </w:rPr>
        <w:t xml:space="preserve"> </w:t>
      </w:r>
      <w:r w:rsidRPr="00CB3FF1">
        <w:rPr>
          <w:b/>
          <w:bCs/>
          <w:sz w:val="22"/>
          <w:szCs w:val="22"/>
          <w:lang w:val="vi-VN"/>
        </w:rPr>
        <w:t xml:space="preserve">giáo dục phòng ngừa tai nạn thương tích cho trẻ mẫu giáo các trường mầm non huyện Củ Chi, </w:t>
      </w:r>
      <w:proofErr w:type="spellStart"/>
      <w:r w:rsidRPr="00CB3FF1">
        <w:rPr>
          <w:b/>
          <w:bCs/>
          <w:sz w:val="22"/>
          <w:szCs w:val="22"/>
        </w:rPr>
        <w:t>thành</w:t>
      </w:r>
      <w:proofErr w:type="spellEnd"/>
      <w:r w:rsidRPr="00CB3FF1">
        <w:rPr>
          <w:b/>
          <w:bCs/>
          <w:sz w:val="22"/>
          <w:szCs w:val="22"/>
        </w:rPr>
        <w:t xml:space="preserve"> </w:t>
      </w:r>
      <w:proofErr w:type="spellStart"/>
      <w:r w:rsidRPr="00CB3FF1">
        <w:rPr>
          <w:b/>
          <w:bCs/>
          <w:sz w:val="22"/>
          <w:szCs w:val="22"/>
        </w:rPr>
        <w:t>phố</w:t>
      </w:r>
      <w:proofErr w:type="spellEnd"/>
      <w:r w:rsidRPr="00CB3FF1">
        <w:rPr>
          <w:b/>
          <w:bCs/>
          <w:sz w:val="22"/>
          <w:szCs w:val="22"/>
        </w:rPr>
        <w:t xml:space="preserve"> </w:t>
      </w:r>
      <w:proofErr w:type="spellStart"/>
      <w:r w:rsidRPr="00CB3FF1">
        <w:rPr>
          <w:b/>
          <w:bCs/>
          <w:sz w:val="22"/>
          <w:szCs w:val="22"/>
        </w:rPr>
        <w:t>Hồ</w:t>
      </w:r>
      <w:proofErr w:type="spellEnd"/>
      <w:r w:rsidRPr="00CB3FF1">
        <w:rPr>
          <w:b/>
          <w:bCs/>
          <w:sz w:val="22"/>
          <w:szCs w:val="22"/>
        </w:rPr>
        <w:t xml:space="preserve"> </w:t>
      </w:r>
      <w:proofErr w:type="spellStart"/>
      <w:r w:rsidRPr="00CB3FF1">
        <w:rPr>
          <w:b/>
          <w:bCs/>
          <w:sz w:val="22"/>
          <w:szCs w:val="22"/>
        </w:rPr>
        <w:t>Chí</w:t>
      </w:r>
      <w:proofErr w:type="spellEnd"/>
      <w:r w:rsidRPr="00CB3FF1">
        <w:rPr>
          <w:b/>
          <w:bCs/>
          <w:sz w:val="22"/>
          <w:szCs w:val="22"/>
        </w:rPr>
        <w:t xml:space="preserve"> Minh</w:t>
      </w:r>
    </w:p>
    <w:p w14:paraId="405097AD" w14:textId="51F6C46B" w:rsidR="00CB3FF1" w:rsidRPr="00323E6C" w:rsidRDefault="00CB3FF1" w:rsidP="00CB3FF1">
      <w:pPr>
        <w:spacing w:after="120" w:line="240" w:lineRule="auto"/>
        <w:jc w:val="both"/>
        <w:rPr>
          <w:rFonts w:ascii="Times New Roman" w:hAnsi="Times New Roman" w:cs="Times New Roman"/>
          <w:iCs/>
          <w:color w:val="0D0D0D"/>
          <w:spacing w:val="-4"/>
        </w:rPr>
      </w:pPr>
      <w:r w:rsidRPr="00323E6C">
        <w:rPr>
          <w:rFonts w:ascii="Times New Roman" w:hAnsi="Times New Roman" w:cs="Times New Roman"/>
          <w:b/>
          <w:iCs/>
          <w:color w:val="0D0D0D"/>
          <w:spacing w:val="-4"/>
          <w:lang w:val="vi-VN"/>
        </w:rPr>
        <w:t>Bảng</w:t>
      </w:r>
      <w:r w:rsidRPr="00323E6C">
        <w:rPr>
          <w:rFonts w:ascii="Times New Roman" w:hAnsi="Times New Roman" w:cs="Times New Roman"/>
          <w:b/>
          <w:iCs/>
          <w:color w:val="0D0D0D"/>
          <w:spacing w:val="-4"/>
        </w:rPr>
        <w:t xml:space="preserve"> </w:t>
      </w:r>
      <w:r w:rsidRPr="00323E6C">
        <w:rPr>
          <w:rFonts w:ascii="Times New Roman" w:hAnsi="Times New Roman" w:cs="Times New Roman"/>
          <w:b/>
          <w:iCs/>
          <w:color w:val="0D0D0D"/>
          <w:spacing w:val="-4"/>
          <w:lang w:val="vi-VN"/>
        </w:rPr>
        <w:t>6</w:t>
      </w:r>
      <w:r w:rsidRPr="00323E6C">
        <w:rPr>
          <w:rFonts w:ascii="Times New Roman" w:hAnsi="Times New Roman" w:cs="Times New Roman"/>
          <w:b/>
          <w:iCs/>
          <w:color w:val="0D0D0D"/>
          <w:spacing w:val="-4"/>
        </w:rPr>
        <w:t>.</w:t>
      </w:r>
      <w:r w:rsidRPr="00323E6C">
        <w:rPr>
          <w:rFonts w:ascii="Times New Roman" w:hAnsi="Times New Roman" w:cs="Times New Roman"/>
          <w:iCs/>
          <w:color w:val="0D0D0D"/>
          <w:spacing w:val="-4"/>
          <w:lang w:val="vi-VN"/>
        </w:rPr>
        <w:t xml:space="preserve"> Đánh giá của CBQL, GV</w:t>
      </w:r>
      <w:r w:rsidRPr="00323E6C">
        <w:rPr>
          <w:rFonts w:ascii="Times New Roman" w:hAnsi="Times New Roman" w:cs="Times New Roman"/>
          <w:iCs/>
          <w:color w:val="0D0D0D"/>
          <w:spacing w:val="-4"/>
        </w:rPr>
        <w:t xml:space="preserve"> </w:t>
      </w:r>
      <w:r w:rsidRPr="00323E6C">
        <w:rPr>
          <w:rFonts w:ascii="Times New Roman" w:hAnsi="Times New Roman" w:cs="Times New Roman"/>
          <w:iCs/>
          <w:color w:val="0D0D0D"/>
          <w:spacing w:val="-4"/>
          <w:lang w:val="vi-VN"/>
        </w:rPr>
        <w:t>ở các trường mầm non về kết quả hoạt động giáo dục PN TNTT cho trẻ</w:t>
      </w:r>
      <w:r w:rsidR="00323E6C">
        <w:rPr>
          <w:rFonts w:ascii="Times New Roman" w:hAnsi="Times New Roman" w:cs="Times New Roman"/>
          <w:iCs/>
          <w:color w:val="0D0D0D"/>
          <w:spacing w:val="-4"/>
        </w:rPr>
        <w:t>.</w:t>
      </w:r>
    </w:p>
    <w:tbl>
      <w:tblPr>
        <w:tblW w:w="9371"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753"/>
        <w:gridCol w:w="5424"/>
        <w:gridCol w:w="1687"/>
        <w:gridCol w:w="1507"/>
      </w:tblGrid>
      <w:tr w:rsidR="00CB3FF1" w:rsidRPr="00CB3FF1" w14:paraId="65E5CBAB" w14:textId="77777777" w:rsidTr="00323E6C">
        <w:trPr>
          <w:trHeight w:val="370"/>
          <w:jc w:val="center"/>
        </w:trPr>
        <w:tc>
          <w:tcPr>
            <w:tcW w:w="753" w:type="dxa"/>
            <w:vMerge w:val="restart"/>
            <w:vAlign w:val="center"/>
          </w:tcPr>
          <w:p w14:paraId="6ED78CDB" w14:textId="77777777" w:rsidR="00CB3FF1" w:rsidRPr="00CB3FF1" w:rsidRDefault="00CB3FF1" w:rsidP="00CB3FF1">
            <w:pPr>
              <w:spacing w:after="120" w:line="240" w:lineRule="auto"/>
              <w:jc w:val="center"/>
              <w:rPr>
                <w:rFonts w:ascii="Times New Roman" w:hAnsi="Times New Roman" w:cs="Times New Roman"/>
                <w:b/>
                <w:color w:val="0D0D0D"/>
              </w:rPr>
            </w:pPr>
            <w:r w:rsidRPr="00CB3FF1">
              <w:rPr>
                <w:rFonts w:ascii="Times New Roman" w:hAnsi="Times New Roman" w:cs="Times New Roman"/>
                <w:b/>
                <w:color w:val="0D0D0D"/>
              </w:rPr>
              <w:t>TT</w:t>
            </w:r>
          </w:p>
        </w:tc>
        <w:tc>
          <w:tcPr>
            <w:tcW w:w="5423" w:type="dxa"/>
            <w:vMerge w:val="restart"/>
            <w:vAlign w:val="center"/>
          </w:tcPr>
          <w:p w14:paraId="5E43928F" w14:textId="77777777" w:rsidR="00CB3FF1" w:rsidRPr="00CB3FF1" w:rsidRDefault="00CB3FF1" w:rsidP="00CB3FF1">
            <w:pPr>
              <w:spacing w:after="120" w:line="240" w:lineRule="auto"/>
              <w:jc w:val="center"/>
              <w:rPr>
                <w:rFonts w:ascii="Times New Roman" w:hAnsi="Times New Roman" w:cs="Times New Roman"/>
                <w:b/>
                <w:color w:val="0D0D0D"/>
                <w:lang w:val="vi-VN"/>
              </w:rPr>
            </w:pPr>
            <w:proofErr w:type="spellStart"/>
            <w:r w:rsidRPr="00CB3FF1">
              <w:rPr>
                <w:rFonts w:ascii="Times New Roman" w:hAnsi="Times New Roman" w:cs="Times New Roman"/>
                <w:b/>
                <w:color w:val="0D0D0D"/>
              </w:rPr>
              <w:t>Mức</w:t>
            </w:r>
            <w:proofErr w:type="spellEnd"/>
            <w:r w:rsidRPr="00CB3FF1">
              <w:rPr>
                <w:rFonts w:ascii="Times New Roman" w:hAnsi="Times New Roman" w:cs="Times New Roman"/>
                <w:b/>
                <w:color w:val="0D0D0D"/>
              </w:rPr>
              <w:t xml:space="preserve"> </w:t>
            </w:r>
            <w:proofErr w:type="spellStart"/>
            <w:r w:rsidRPr="00CB3FF1">
              <w:rPr>
                <w:rFonts w:ascii="Times New Roman" w:hAnsi="Times New Roman" w:cs="Times New Roman"/>
                <w:b/>
                <w:color w:val="0D0D0D"/>
              </w:rPr>
              <w:t>độ</w:t>
            </w:r>
            <w:proofErr w:type="spellEnd"/>
            <w:r w:rsidRPr="00CB3FF1">
              <w:rPr>
                <w:rFonts w:ascii="Times New Roman" w:hAnsi="Times New Roman" w:cs="Times New Roman"/>
                <w:b/>
                <w:color w:val="0D0D0D"/>
                <w:lang w:val="vi-VN"/>
              </w:rPr>
              <w:t xml:space="preserve"> đạt được</w:t>
            </w:r>
          </w:p>
        </w:tc>
        <w:tc>
          <w:tcPr>
            <w:tcW w:w="3194" w:type="dxa"/>
            <w:gridSpan w:val="2"/>
            <w:vAlign w:val="center"/>
          </w:tcPr>
          <w:p w14:paraId="615A7275" w14:textId="77777777" w:rsidR="00CB3FF1" w:rsidRPr="00CB3FF1" w:rsidRDefault="00CB3FF1" w:rsidP="00CB3FF1">
            <w:pPr>
              <w:spacing w:after="120" w:line="240" w:lineRule="auto"/>
              <w:jc w:val="center"/>
              <w:rPr>
                <w:rFonts w:ascii="Times New Roman" w:hAnsi="Times New Roman" w:cs="Times New Roman"/>
                <w:b/>
                <w:color w:val="0D0D0D"/>
                <w:lang w:val="vi-VN"/>
              </w:rPr>
            </w:pPr>
            <w:r w:rsidRPr="00CB3FF1">
              <w:rPr>
                <w:rFonts w:ascii="Times New Roman" w:hAnsi="Times New Roman" w:cs="Times New Roman"/>
                <w:b/>
                <w:color w:val="0D0D0D"/>
                <w:lang w:val="vi-VN"/>
              </w:rPr>
              <w:t>Mức độ đánh giá</w:t>
            </w:r>
          </w:p>
        </w:tc>
      </w:tr>
      <w:tr w:rsidR="00CB3FF1" w:rsidRPr="00CB3FF1" w14:paraId="25626851" w14:textId="77777777" w:rsidTr="00323E6C">
        <w:trPr>
          <w:trHeight w:val="370"/>
          <w:jc w:val="center"/>
        </w:trPr>
        <w:tc>
          <w:tcPr>
            <w:tcW w:w="753" w:type="dxa"/>
            <w:vMerge/>
            <w:vAlign w:val="center"/>
          </w:tcPr>
          <w:p w14:paraId="3BC33ECE" w14:textId="77777777" w:rsidR="00CB3FF1" w:rsidRPr="00CB3FF1" w:rsidRDefault="00CB3FF1" w:rsidP="00CB3FF1">
            <w:pPr>
              <w:spacing w:after="120" w:line="240" w:lineRule="auto"/>
              <w:jc w:val="center"/>
              <w:rPr>
                <w:rFonts w:ascii="Times New Roman" w:hAnsi="Times New Roman" w:cs="Times New Roman"/>
                <w:b/>
                <w:color w:val="0D0D0D"/>
              </w:rPr>
            </w:pPr>
          </w:p>
        </w:tc>
        <w:tc>
          <w:tcPr>
            <w:tcW w:w="5423" w:type="dxa"/>
            <w:vMerge/>
            <w:vAlign w:val="center"/>
          </w:tcPr>
          <w:p w14:paraId="4C4D3CF4" w14:textId="77777777" w:rsidR="00CB3FF1" w:rsidRPr="00CB3FF1" w:rsidRDefault="00CB3FF1" w:rsidP="00CB3FF1">
            <w:pPr>
              <w:spacing w:after="120" w:line="240" w:lineRule="auto"/>
              <w:jc w:val="center"/>
              <w:rPr>
                <w:rFonts w:ascii="Times New Roman" w:hAnsi="Times New Roman" w:cs="Times New Roman"/>
                <w:b/>
                <w:color w:val="0D0D0D"/>
              </w:rPr>
            </w:pPr>
          </w:p>
        </w:tc>
        <w:tc>
          <w:tcPr>
            <w:tcW w:w="1687" w:type="dxa"/>
            <w:vAlign w:val="center"/>
          </w:tcPr>
          <w:p w14:paraId="4A28277E" w14:textId="77777777" w:rsidR="00CB3FF1" w:rsidRPr="00CB3FF1" w:rsidRDefault="00CB3FF1" w:rsidP="00CB3FF1">
            <w:pPr>
              <w:spacing w:after="120" w:line="240" w:lineRule="auto"/>
              <w:jc w:val="center"/>
              <w:rPr>
                <w:rFonts w:ascii="Times New Roman" w:hAnsi="Times New Roman" w:cs="Times New Roman"/>
                <w:b/>
                <w:color w:val="0D0D0D"/>
              </w:rPr>
            </w:pPr>
            <w:proofErr w:type="spellStart"/>
            <w:r w:rsidRPr="00CB3FF1">
              <w:rPr>
                <w:rFonts w:ascii="Times New Roman" w:hAnsi="Times New Roman" w:cs="Times New Roman"/>
                <w:b/>
                <w:color w:val="0D0D0D"/>
              </w:rPr>
              <w:t>Số</w:t>
            </w:r>
            <w:proofErr w:type="spellEnd"/>
            <w:r w:rsidRPr="00CB3FF1">
              <w:rPr>
                <w:rFonts w:ascii="Times New Roman" w:hAnsi="Times New Roman" w:cs="Times New Roman"/>
                <w:b/>
                <w:color w:val="0D0D0D"/>
              </w:rPr>
              <w:t xml:space="preserve"> </w:t>
            </w:r>
            <w:proofErr w:type="spellStart"/>
            <w:r w:rsidRPr="00CB3FF1">
              <w:rPr>
                <w:rFonts w:ascii="Times New Roman" w:hAnsi="Times New Roman" w:cs="Times New Roman"/>
                <w:b/>
                <w:color w:val="0D0D0D"/>
              </w:rPr>
              <w:t>lượng</w:t>
            </w:r>
            <w:proofErr w:type="spellEnd"/>
          </w:p>
        </w:tc>
        <w:tc>
          <w:tcPr>
            <w:tcW w:w="1507" w:type="dxa"/>
          </w:tcPr>
          <w:p w14:paraId="017FF83A" w14:textId="77777777" w:rsidR="00CB3FF1" w:rsidRPr="00CB3FF1" w:rsidRDefault="00CB3FF1" w:rsidP="00CB3FF1">
            <w:pPr>
              <w:spacing w:after="120" w:line="240" w:lineRule="auto"/>
              <w:jc w:val="center"/>
              <w:rPr>
                <w:rFonts w:ascii="Times New Roman" w:hAnsi="Times New Roman" w:cs="Times New Roman"/>
                <w:b/>
                <w:color w:val="0D0D0D"/>
              </w:rPr>
            </w:pPr>
            <w:proofErr w:type="spellStart"/>
            <w:r w:rsidRPr="00CB3FF1">
              <w:rPr>
                <w:rFonts w:ascii="Times New Roman" w:hAnsi="Times New Roman" w:cs="Times New Roman"/>
                <w:b/>
                <w:color w:val="0D0D0D"/>
              </w:rPr>
              <w:t>Tỷ</w:t>
            </w:r>
            <w:proofErr w:type="spellEnd"/>
            <w:r w:rsidRPr="00CB3FF1">
              <w:rPr>
                <w:rFonts w:ascii="Times New Roman" w:hAnsi="Times New Roman" w:cs="Times New Roman"/>
                <w:b/>
                <w:color w:val="0D0D0D"/>
              </w:rPr>
              <w:t xml:space="preserve"> </w:t>
            </w:r>
            <w:proofErr w:type="spellStart"/>
            <w:r w:rsidRPr="00CB3FF1">
              <w:rPr>
                <w:rFonts w:ascii="Times New Roman" w:hAnsi="Times New Roman" w:cs="Times New Roman"/>
                <w:b/>
                <w:color w:val="0D0D0D"/>
              </w:rPr>
              <w:t>lệ</w:t>
            </w:r>
            <w:proofErr w:type="spellEnd"/>
            <w:r w:rsidRPr="00CB3FF1">
              <w:rPr>
                <w:rFonts w:ascii="Times New Roman" w:hAnsi="Times New Roman" w:cs="Times New Roman"/>
                <w:b/>
                <w:color w:val="0D0D0D"/>
              </w:rPr>
              <w:t xml:space="preserve"> (%)</w:t>
            </w:r>
          </w:p>
        </w:tc>
      </w:tr>
      <w:tr w:rsidR="00CB3FF1" w:rsidRPr="00CB3FF1" w14:paraId="15B2CDF3" w14:textId="77777777" w:rsidTr="00323E6C">
        <w:trPr>
          <w:trHeight w:val="370"/>
          <w:jc w:val="center"/>
        </w:trPr>
        <w:tc>
          <w:tcPr>
            <w:tcW w:w="753" w:type="dxa"/>
            <w:vAlign w:val="center"/>
          </w:tcPr>
          <w:p w14:paraId="4B48BB73" w14:textId="77777777" w:rsidR="00CB3FF1" w:rsidRPr="00CB3FF1" w:rsidRDefault="00CB3FF1" w:rsidP="00CB3FF1">
            <w:pPr>
              <w:spacing w:after="120" w:line="240" w:lineRule="auto"/>
              <w:jc w:val="center"/>
              <w:rPr>
                <w:rFonts w:ascii="Times New Roman" w:hAnsi="Times New Roman" w:cs="Times New Roman"/>
                <w:color w:val="0D0D0D"/>
              </w:rPr>
            </w:pPr>
            <w:r w:rsidRPr="00CB3FF1">
              <w:rPr>
                <w:rFonts w:ascii="Times New Roman" w:hAnsi="Times New Roman" w:cs="Times New Roman"/>
                <w:color w:val="0D0D0D"/>
              </w:rPr>
              <w:t>1</w:t>
            </w:r>
          </w:p>
        </w:tc>
        <w:tc>
          <w:tcPr>
            <w:tcW w:w="5423" w:type="dxa"/>
            <w:vAlign w:val="center"/>
          </w:tcPr>
          <w:p w14:paraId="404C0FD2" w14:textId="77777777" w:rsidR="00CB3FF1" w:rsidRPr="00CB3FF1" w:rsidRDefault="00CB3FF1" w:rsidP="00CB3FF1">
            <w:pPr>
              <w:spacing w:after="120" w:line="240" w:lineRule="auto"/>
              <w:jc w:val="both"/>
              <w:rPr>
                <w:rFonts w:ascii="Times New Roman" w:hAnsi="Times New Roman" w:cs="Times New Roman"/>
                <w:color w:val="0D0D0D"/>
                <w:spacing w:val="-4"/>
                <w:lang w:val="vi-VN"/>
              </w:rPr>
            </w:pPr>
            <w:r w:rsidRPr="00CB3FF1">
              <w:rPr>
                <w:rFonts w:ascii="Times New Roman" w:hAnsi="Times New Roman" w:cs="Times New Roman"/>
                <w:color w:val="0D0D0D"/>
              </w:rPr>
              <w:t>HĐGD PNTNTT</w:t>
            </w:r>
            <w:r w:rsidRPr="00CB3FF1">
              <w:rPr>
                <w:rFonts w:ascii="Times New Roman" w:hAnsi="Times New Roman" w:cs="Times New Roman"/>
                <w:color w:val="0D0D0D"/>
                <w:spacing w:val="-4"/>
                <w:lang w:val="vi-VN"/>
              </w:rPr>
              <w:t xml:space="preserve"> cho trẻ MG </w:t>
            </w:r>
            <w:r w:rsidRPr="00CB3FF1">
              <w:rPr>
                <w:rFonts w:ascii="Times New Roman" w:hAnsi="Times New Roman" w:cs="Times New Roman"/>
                <w:color w:val="0D0D0D"/>
                <w:lang w:val="vi-VN"/>
              </w:rPr>
              <w:t>của trường tôi đạt mức Tốt</w:t>
            </w:r>
          </w:p>
        </w:tc>
        <w:tc>
          <w:tcPr>
            <w:tcW w:w="1687" w:type="dxa"/>
            <w:vAlign w:val="center"/>
          </w:tcPr>
          <w:p w14:paraId="4107AFC6" w14:textId="77777777" w:rsidR="00CB3FF1" w:rsidRPr="00CB3FF1" w:rsidRDefault="00CB3FF1" w:rsidP="00CB3FF1">
            <w:pPr>
              <w:spacing w:after="120" w:line="240" w:lineRule="auto"/>
              <w:jc w:val="center"/>
              <w:rPr>
                <w:rFonts w:ascii="Times New Roman" w:hAnsi="Times New Roman" w:cs="Times New Roman"/>
                <w:color w:val="0D0D0D"/>
                <w:lang w:val="vi-VN"/>
              </w:rPr>
            </w:pPr>
            <w:r w:rsidRPr="00CB3FF1">
              <w:rPr>
                <w:rFonts w:ascii="Times New Roman" w:hAnsi="Times New Roman" w:cs="Times New Roman"/>
                <w:color w:val="0D0D0D"/>
                <w:lang w:val="vi-VN"/>
              </w:rPr>
              <w:t>32</w:t>
            </w:r>
          </w:p>
        </w:tc>
        <w:tc>
          <w:tcPr>
            <w:tcW w:w="1507" w:type="dxa"/>
            <w:vAlign w:val="bottom"/>
          </w:tcPr>
          <w:p w14:paraId="5EEF1984" w14:textId="77777777" w:rsidR="00CB3FF1" w:rsidRPr="00CB3FF1" w:rsidRDefault="00CB3FF1" w:rsidP="00CB3FF1">
            <w:pPr>
              <w:spacing w:after="120" w:line="240" w:lineRule="auto"/>
              <w:jc w:val="center"/>
              <w:rPr>
                <w:rFonts w:ascii="Times New Roman" w:hAnsi="Times New Roman" w:cs="Times New Roman"/>
                <w:color w:val="0D0D0D"/>
                <w:lang w:val="vi-VN"/>
              </w:rPr>
            </w:pPr>
            <w:r w:rsidRPr="00CB3FF1">
              <w:rPr>
                <w:rFonts w:ascii="Times New Roman" w:hAnsi="Times New Roman" w:cs="Times New Roman"/>
                <w:color w:val="0D0D0D"/>
                <w:lang w:val="vi-VN"/>
              </w:rPr>
              <w:t>21,5</w:t>
            </w:r>
          </w:p>
        </w:tc>
      </w:tr>
      <w:tr w:rsidR="00CB3FF1" w:rsidRPr="00CB3FF1" w14:paraId="5E750507" w14:textId="77777777" w:rsidTr="00323E6C">
        <w:trPr>
          <w:trHeight w:val="608"/>
          <w:jc w:val="center"/>
        </w:trPr>
        <w:tc>
          <w:tcPr>
            <w:tcW w:w="753" w:type="dxa"/>
            <w:vAlign w:val="center"/>
          </w:tcPr>
          <w:p w14:paraId="07939376" w14:textId="77777777" w:rsidR="00CB3FF1" w:rsidRPr="00CB3FF1" w:rsidRDefault="00CB3FF1" w:rsidP="00CB3FF1">
            <w:pPr>
              <w:spacing w:after="120" w:line="240" w:lineRule="auto"/>
              <w:jc w:val="center"/>
              <w:rPr>
                <w:rFonts w:ascii="Times New Roman" w:hAnsi="Times New Roman" w:cs="Times New Roman"/>
                <w:color w:val="0D0D0D"/>
              </w:rPr>
            </w:pPr>
            <w:r w:rsidRPr="00CB3FF1">
              <w:rPr>
                <w:rFonts w:ascii="Times New Roman" w:hAnsi="Times New Roman" w:cs="Times New Roman"/>
                <w:color w:val="0D0D0D"/>
              </w:rPr>
              <w:t>2</w:t>
            </w:r>
          </w:p>
        </w:tc>
        <w:tc>
          <w:tcPr>
            <w:tcW w:w="5423" w:type="dxa"/>
            <w:vAlign w:val="center"/>
          </w:tcPr>
          <w:p w14:paraId="438CC17A" w14:textId="77777777" w:rsidR="00CB3FF1" w:rsidRPr="00CB3FF1" w:rsidRDefault="00CB3FF1" w:rsidP="00CB3FF1">
            <w:pPr>
              <w:spacing w:after="120" w:line="240" w:lineRule="auto"/>
              <w:jc w:val="both"/>
              <w:rPr>
                <w:rFonts w:ascii="Times New Roman" w:hAnsi="Times New Roman" w:cs="Times New Roman"/>
                <w:color w:val="0D0D0D"/>
                <w:spacing w:val="-4"/>
                <w:lang w:val="vi-VN"/>
              </w:rPr>
            </w:pPr>
            <w:r w:rsidRPr="00CB3FF1">
              <w:rPr>
                <w:rFonts w:ascii="Times New Roman" w:hAnsi="Times New Roman" w:cs="Times New Roman"/>
                <w:color w:val="0D0D0D"/>
              </w:rPr>
              <w:t>HĐGD PNTNTT</w:t>
            </w:r>
            <w:r w:rsidRPr="00CB3FF1">
              <w:rPr>
                <w:rFonts w:ascii="Times New Roman" w:hAnsi="Times New Roman" w:cs="Times New Roman"/>
                <w:color w:val="0D0D0D"/>
                <w:spacing w:val="-4"/>
                <w:lang w:val="vi-VN"/>
              </w:rPr>
              <w:t xml:space="preserve"> cho trẻ MG </w:t>
            </w:r>
            <w:r w:rsidRPr="00CB3FF1">
              <w:rPr>
                <w:rFonts w:ascii="Times New Roman" w:hAnsi="Times New Roman" w:cs="Times New Roman"/>
                <w:color w:val="0D0D0D"/>
                <w:lang w:val="vi-VN"/>
              </w:rPr>
              <w:t>của trường tôi đạt mức Khá</w:t>
            </w:r>
          </w:p>
        </w:tc>
        <w:tc>
          <w:tcPr>
            <w:tcW w:w="1687" w:type="dxa"/>
            <w:vAlign w:val="center"/>
          </w:tcPr>
          <w:p w14:paraId="09E73439" w14:textId="77777777" w:rsidR="00CB3FF1" w:rsidRPr="00CB3FF1" w:rsidRDefault="00CB3FF1" w:rsidP="00CB3FF1">
            <w:pPr>
              <w:spacing w:after="120" w:line="240" w:lineRule="auto"/>
              <w:jc w:val="center"/>
              <w:rPr>
                <w:rFonts w:ascii="Times New Roman" w:hAnsi="Times New Roman" w:cs="Times New Roman"/>
                <w:color w:val="0D0D0D"/>
                <w:lang w:val="vi-VN"/>
              </w:rPr>
            </w:pPr>
            <w:r w:rsidRPr="00CB3FF1">
              <w:rPr>
                <w:rFonts w:ascii="Times New Roman" w:hAnsi="Times New Roman" w:cs="Times New Roman"/>
                <w:color w:val="0D0D0D"/>
                <w:lang w:val="vi-VN"/>
              </w:rPr>
              <w:t>66</w:t>
            </w:r>
          </w:p>
        </w:tc>
        <w:tc>
          <w:tcPr>
            <w:tcW w:w="1507" w:type="dxa"/>
            <w:vAlign w:val="bottom"/>
          </w:tcPr>
          <w:p w14:paraId="05CB2C74" w14:textId="77777777" w:rsidR="00CB3FF1" w:rsidRPr="00CB3FF1" w:rsidRDefault="00CB3FF1" w:rsidP="00CB3FF1">
            <w:pPr>
              <w:spacing w:after="120" w:line="240" w:lineRule="auto"/>
              <w:jc w:val="center"/>
              <w:rPr>
                <w:rFonts w:ascii="Times New Roman" w:hAnsi="Times New Roman" w:cs="Times New Roman"/>
                <w:color w:val="0D0D0D"/>
                <w:lang w:val="vi-VN"/>
              </w:rPr>
            </w:pPr>
            <w:r w:rsidRPr="00CB3FF1">
              <w:rPr>
                <w:rFonts w:ascii="Times New Roman" w:hAnsi="Times New Roman" w:cs="Times New Roman"/>
                <w:color w:val="0D0D0D"/>
                <w:lang w:val="vi-VN"/>
              </w:rPr>
              <w:t>45,5</w:t>
            </w:r>
          </w:p>
        </w:tc>
      </w:tr>
      <w:tr w:rsidR="00CB3FF1" w:rsidRPr="00CB3FF1" w14:paraId="5CF563FF" w14:textId="77777777" w:rsidTr="00323E6C">
        <w:trPr>
          <w:trHeight w:val="608"/>
          <w:jc w:val="center"/>
        </w:trPr>
        <w:tc>
          <w:tcPr>
            <w:tcW w:w="753" w:type="dxa"/>
            <w:vAlign w:val="center"/>
          </w:tcPr>
          <w:p w14:paraId="4A4EC1CC" w14:textId="77777777" w:rsidR="00CB3FF1" w:rsidRPr="00CB3FF1" w:rsidRDefault="00CB3FF1" w:rsidP="00CB3FF1">
            <w:pPr>
              <w:spacing w:after="120" w:line="240" w:lineRule="auto"/>
              <w:jc w:val="center"/>
              <w:rPr>
                <w:rFonts w:ascii="Times New Roman" w:hAnsi="Times New Roman" w:cs="Times New Roman"/>
                <w:color w:val="0D0D0D"/>
              </w:rPr>
            </w:pPr>
            <w:r w:rsidRPr="00CB3FF1">
              <w:rPr>
                <w:rFonts w:ascii="Times New Roman" w:hAnsi="Times New Roman" w:cs="Times New Roman"/>
                <w:color w:val="0D0D0D"/>
              </w:rPr>
              <w:t>3</w:t>
            </w:r>
          </w:p>
        </w:tc>
        <w:tc>
          <w:tcPr>
            <w:tcW w:w="5423" w:type="dxa"/>
            <w:vAlign w:val="center"/>
          </w:tcPr>
          <w:p w14:paraId="4A6D8A4C" w14:textId="77777777" w:rsidR="00CB3FF1" w:rsidRPr="00CB3FF1" w:rsidRDefault="00CB3FF1" w:rsidP="00CB3FF1">
            <w:pPr>
              <w:spacing w:after="120" w:line="240" w:lineRule="auto"/>
              <w:jc w:val="both"/>
              <w:rPr>
                <w:rFonts w:ascii="Times New Roman" w:hAnsi="Times New Roman" w:cs="Times New Roman"/>
                <w:color w:val="0D0D0D"/>
                <w:spacing w:val="-4"/>
                <w:lang w:val="vi-VN"/>
              </w:rPr>
            </w:pPr>
            <w:r w:rsidRPr="00CB3FF1">
              <w:rPr>
                <w:rFonts w:ascii="Times New Roman" w:hAnsi="Times New Roman" w:cs="Times New Roman"/>
                <w:color w:val="0D0D0D"/>
              </w:rPr>
              <w:t>HĐGD PNTNTT</w:t>
            </w:r>
            <w:r w:rsidRPr="00CB3FF1">
              <w:rPr>
                <w:rFonts w:ascii="Times New Roman" w:hAnsi="Times New Roman" w:cs="Times New Roman"/>
                <w:color w:val="0D0D0D"/>
                <w:spacing w:val="-4"/>
                <w:lang w:val="vi-VN"/>
              </w:rPr>
              <w:t xml:space="preserve"> cho trẻ MG </w:t>
            </w:r>
            <w:r w:rsidRPr="00CB3FF1">
              <w:rPr>
                <w:rFonts w:ascii="Times New Roman" w:hAnsi="Times New Roman" w:cs="Times New Roman"/>
                <w:color w:val="0D0D0D"/>
                <w:lang w:val="vi-VN"/>
              </w:rPr>
              <w:t>của trường tôi đạt mức Trung bình</w:t>
            </w:r>
          </w:p>
        </w:tc>
        <w:tc>
          <w:tcPr>
            <w:tcW w:w="1687" w:type="dxa"/>
            <w:vAlign w:val="center"/>
          </w:tcPr>
          <w:p w14:paraId="675F619F" w14:textId="77777777" w:rsidR="00CB3FF1" w:rsidRPr="00CB3FF1" w:rsidRDefault="00CB3FF1" w:rsidP="00CB3FF1">
            <w:pPr>
              <w:spacing w:after="120" w:line="240" w:lineRule="auto"/>
              <w:jc w:val="center"/>
              <w:rPr>
                <w:rFonts w:ascii="Times New Roman" w:hAnsi="Times New Roman" w:cs="Times New Roman"/>
                <w:color w:val="0D0D0D"/>
                <w:lang w:val="vi-VN"/>
              </w:rPr>
            </w:pPr>
            <w:r w:rsidRPr="00CB3FF1">
              <w:rPr>
                <w:rFonts w:ascii="Times New Roman" w:hAnsi="Times New Roman" w:cs="Times New Roman"/>
                <w:color w:val="0D0D0D"/>
                <w:lang w:val="vi-VN"/>
              </w:rPr>
              <w:t>47</w:t>
            </w:r>
          </w:p>
        </w:tc>
        <w:tc>
          <w:tcPr>
            <w:tcW w:w="1507" w:type="dxa"/>
            <w:vAlign w:val="bottom"/>
          </w:tcPr>
          <w:p w14:paraId="5130ECB3" w14:textId="77777777" w:rsidR="00CB3FF1" w:rsidRPr="00CB3FF1" w:rsidRDefault="00CB3FF1" w:rsidP="00CB3FF1">
            <w:pPr>
              <w:spacing w:after="120" w:line="240" w:lineRule="auto"/>
              <w:jc w:val="center"/>
              <w:rPr>
                <w:rFonts w:ascii="Times New Roman" w:hAnsi="Times New Roman" w:cs="Times New Roman"/>
                <w:color w:val="0D0D0D"/>
                <w:lang w:val="vi-VN"/>
              </w:rPr>
            </w:pPr>
            <w:r w:rsidRPr="00CB3FF1">
              <w:rPr>
                <w:rFonts w:ascii="Times New Roman" w:hAnsi="Times New Roman" w:cs="Times New Roman"/>
                <w:color w:val="0D0D0D"/>
                <w:lang w:val="vi-VN"/>
              </w:rPr>
              <w:t>33,0</w:t>
            </w:r>
          </w:p>
        </w:tc>
      </w:tr>
      <w:tr w:rsidR="00CB3FF1" w:rsidRPr="00CB3FF1" w14:paraId="687E159B" w14:textId="77777777" w:rsidTr="00323E6C">
        <w:trPr>
          <w:trHeight w:val="622"/>
          <w:jc w:val="center"/>
        </w:trPr>
        <w:tc>
          <w:tcPr>
            <w:tcW w:w="753" w:type="dxa"/>
            <w:vAlign w:val="center"/>
          </w:tcPr>
          <w:p w14:paraId="4D0A06BA" w14:textId="77777777" w:rsidR="00CB3FF1" w:rsidRPr="00CB3FF1" w:rsidRDefault="00CB3FF1" w:rsidP="00CB3FF1">
            <w:pPr>
              <w:spacing w:after="120" w:line="240" w:lineRule="auto"/>
              <w:jc w:val="center"/>
              <w:rPr>
                <w:rFonts w:ascii="Times New Roman" w:hAnsi="Times New Roman" w:cs="Times New Roman"/>
                <w:color w:val="0D0D0D"/>
              </w:rPr>
            </w:pPr>
            <w:r w:rsidRPr="00CB3FF1">
              <w:rPr>
                <w:rFonts w:ascii="Times New Roman" w:hAnsi="Times New Roman" w:cs="Times New Roman"/>
                <w:color w:val="0D0D0D"/>
              </w:rPr>
              <w:t>4</w:t>
            </w:r>
          </w:p>
        </w:tc>
        <w:tc>
          <w:tcPr>
            <w:tcW w:w="5423" w:type="dxa"/>
            <w:vAlign w:val="center"/>
          </w:tcPr>
          <w:p w14:paraId="14B0E64A" w14:textId="77777777" w:rsidR="00CB3FF1" w:rsidRPr="00CB3FF1" w:rsidRDefault="00CB3FF1" w:rsidP="00CB3FF1">
            <w:pPr>
              <w:spacing w:after="120" w:line="240" w:lineRule="auto"/>
              <w:jc w:val="both"/>
              <w:rPr>
                <w:rFonts w:ascii="Times New Roman" w:hAnsi="Times New Roman" w:cs="Times New Roman"/>
                <w:color w:val="0D0D0D"/>
                <w:spacing w:val="-4"/>
                <w:lang w:val="vi-VN"/>
              </w:rPr>
            </w:pPr>
            <w:r w:rsidRPr="00CB3FF1">
              <w:rPr>
                <w:rFonts w:ascii="Times New Roman" w:hAnsi="Times New Roman" w:cs="Times New Roman"/>
                <w:color w:val="0D0D0D"/>
              </w:rPr>
              <w:t>HĐGD PNTNTT</w:t>
            </w:r>
            <w:r w:rsidRPr="00CB3FF1">
              <w:rPr>
                <w:rFonts w:ascii="Times New Roman" w:hAnsi="Times New Roman" w:cs="Times New Roman"/>
                <w:color w:val="0D0D0D"/>
                <w:spacing w:val="-4"/>
                <w:lang w:val="vi-VN"/>
              </w:rPr>
              <w:t xml:space="preserve"> cho trẻ MG </w:t>
            </w:r>
            <w:r w:rsidRPr="00CB3FF1">
              <w:rPr>
                <w:rFonts w:ascii="Times New Roman" w:hAnsi="Times New Roman" w:cs="Times New Roman"/>
                <w:color w:val="0D0D0D"/>
                <w:lang w:val="vi-VN"/>
              </w:rPr>
              <w:t>của trường tôi đạt mức Yếu</w:t>
            </w:r>
          </w:p>
        </w:tc>
        <w:tc>
          <w:tcPr>
            <w:tcW w:w="1687" w:type="dxa"/>
            <w:vAlign w:val="center"/>
          </w:tcPr>
          <w:p w14:paraId="617F5AC1" w14:textId="77777777" w:rsidR="00CB3FF1" w:rsidRPr="00CB3FF1" w:rsidRDefault="00CB3FF1" w:rsidP="00CB3FF1">
            <w:pPr>
              <w:spacing w:after="120" w:line="240" w:lineRule="auto"/>
              <w:jc w:val="center"/>
              <w:rPr>
                <w:rFonts w:ascii="Times New Roman" w:hAnsi="Times New Roman" w:cs="Times New Roman"/>
                <w:color w:val="0D0D0D"/>
                <w:lang w:val="vi-VN"/>
              </w:rPr>
            </w:pPr>
            <w:r w:rsidRPr="00CB3FF1">
              <w:rPr>
                <w:rFonts w:ascii="Times New Roman" w:hAnsi="Times New Roman" w:cs="Times New Roman"/>
                <w:color w:val="0D0D0D"/>
                <w:lang w:val="vi-VN"/>
              </w:rPr>
              <w:t>0</w:t>
            </w:r>
          </w:p>
        </w:tc>
        <w:tc>
          <w:tcPr>
            <w:tcW w:w="1507" w:type="dxa"/>
            <w:vAlign w:val="bottom"/>
          </w:tcPr>
          <w:p w14:paraId="6DC98EF4" w14:textId="77777777" w:rsidR="00CB3FF1" w:rsidRPr="00CB3FF1" w:rsidRDefault="00CB3FF1" w:rsidP="00CB3FF1">
            <w:pPr>
              <w:spacing w:after="120" w:line="240" w:lineRule="auto"/>
              <w:jc w:val="center"/>
              <w:rPr>
                <w:rFonts w:ascii="Times New Roman" w:hAnsi="Times New Roman" w:cs="Times New Roman"/>
                <w:color w:val="0D0D0D"/>
                <w:lang w:val="vi-VN"/>
              </w:rPr>
            </w:pPr>
            <w:r w:rsidRPr="00CB3FF1">
              <w:rPr>
                <w:rFonts w:ascii="Times New Roman" w:hAnsi="Times New Roman" w:cs="Times New Roman"/>
                <w:color w:val="0D0D0D"/>
                <w:lang w:val="vi-VN"/>
              </w:rPr>
              <w:t>0</w:t>
            </w:r>
            <w:r w:rsidRPr="00CB3FF1">
              <w:rPr>
                <w:rFonts w:ascii="Times New Roman" w:hAnsi="Times New Roman" w:cs="Times New Roman"/>
                <w:color w:val="0D0D0D"/>
              </w:rPr>
              <w:t>.</w:t>
            </w:r>
            <w:r w:rsidRPr="00CB3FF1">
              <w:rPr>
                <w:rFonts w:ascii="Times New Roman" w:hAnsi="Times New Roman" w:cs="Times New Roman"/>
                <w:color w:val="0D0D0D"/>
                <w:lang w:val="vi-VN"/>
              </w:rPr>
              <w:t>0</w:t>
            </w:r>
          </w:p>
        </w:tc>
      </w:tr>
      <w:tr w:rsidR="00CB3FF1" w:rsidRPr="00CB3FF1" w14:paraId="46BDBE60" w14:textId="77777777" w:rsidTr="00323E6C">
        <w:trPr>
          <w:trHeight w:val="356"/>
          <w:jc w:val="center"/>
        </w:trPr>
        <w:tc>
          <w:tcPr>
            <w:tcW w:w="6177" w:type="dxa"/>
            <w:gridSpan w:val="2"/>
            <w:vAlign w:val="center"/>
          </w:tcPr>
          <w:p w14:paraId="480FDBF6" w14:textId="77777777" w:rsidR="00CB3FF1" w:rsidRPr="00CB3FF1" w:rsidRDefault="00CB3FF1" w:rsidP="00CB3FF1">
            <w:pPr>
              <w:spacing w:after="120" w:line="240" w:lineRule="auto"/>
              <w:jc w:val="center"/>
              <w:rPr>
                <w:rFonts w:ascii="Times New Roman" w:hAnsi="Times New Roman" w:cs="Times New Roman"/>
                <w:b/>
                <w:color w:val="0D0D0D"/>
                <w:lang w:val="vi-VN"/>
              </w:rPr>
            </w:pPr>
            <w:proofErr w:type="spellStart"/>
            <w:r w:rsidRPr="00CB3FF1">
              <w:rPr>
                <w:rFonts w:ascii="Times New Roman" w:hAnsi="Times New Roman" w:cs="Times New Roman"/>
                <w:b/>
                <w:color w:val="0D0D0D"/>
              </w:rPr>
              <w:t>Tổng</w:t>
            </w:r>
            <w:proofErr w:type="spellEnd"/>
            <w:r w:rsidRPr="00CB3FF1">
              <w:rPr>
                <w:rFonts w:ascii="Times New Roman" w:hAnsi="Times New Roman" w:cs="Times New Roman"/>
                <w:b/>
                <w:color w:val="0D0D0D"/>
                <w:lang w:val="vi-VN"/>
              </w:rPr>
              <w:t xml:space="preserve"> cộng</w:t>
            </w:r>
          </w:p>
        </w:tc>
        <w:tc>
          <w:tcPr>
            <w:tcW w:w="1687" w:type="dxa"/>
            <w:vAlign w:val="center"/>
          </w:tcPr>
          <w:p w14:paraId="2376417D" w14:textId="77777777" w:rsidR="00CB3FF1" w:rsidRPr="00CB3FF1" w:rsidRDefault="00CB3FF1" w:rsidP="00CB3FF1">
            <w:pPr>
              <w:spacing w:after="120" w:line="240" w:lineRule="auto"/>
              <w:jc w:val="center"/>
              <w:rPr>
                <w:rFonts w:ascii="Times New Roman" w:hAnsi="Times New Roman" w:cs="Times New Roman"/>
                <w:b/>
                <w:bCs/>
                <w:color w:val="0D0D0D"/>
                <w:lang w:val="vi-VN"/>
              </w:rPr>
            </w:pPr>
            <w:r w:rsidRPr="00CB3FF1">
              <w:rPr>
                <w:rFonts w:ascii="Times New Roman" w:hAnsi="Times New Roman" w:cs="Times New Roman"/>
                <w:b/>
                <w:bCs/>
                <w:color w:val="0D0D0D"/>
                <w:lang w:val="vi-VN"/>
              </w:rPr>
              <w:t>145</w:t>
            </w:r>
          </w:p>
        </w:tc>
        <w:tc>
          <w:tcPr>
            <w:tcW w:w="1507" w:type="dxa"/>
            <w:vAlign w:val="center"/>
          </w:tcPr>
          <w:p w14:paraId="0ABB1914" w14:textId="77777777" w:rsidR="00CB3FF1" w:rsidRPr="00CB3FF1" w:rsidRDefault="00CB3FF1" w:rsidP="00CB3FF1">
            <w:pPr>
              <w:spacing w:after="120" w:line="240" w:lineRule="auto"/>
              <w:jc w:val="center"/>
              <w:rPr>
                <w:rFonts w:ascii="Times New Roman" w:hAnsi="Times New Roman" w:cs="Times New Roman"/>
                <w:b/>
                <w:bCs/>
                <w:color w:val="0D0D0D"/>
                <w:lang w:val="vi-VN"/>
              </w:rPr>
            </w:pPr>
            <w:r w:rsidRPr="00CB3FF1">
              <w:rPr>
                <w:rFonts w:ascii="Times New Roman" w:hAnsi="Times New Roman" w:cs="Times New Roman"/>
                <w:b/>
                <w:bCs/>
                <w:color w:val="0D0D0D"/>
              </w:rPr>
              <w:t>100.0</w:t>
            </w:r>
          </w:p>
        </w:tc>
      </w:tr>
    </w:tbl>
    <w:p w14:paraId="34DE1387" w14:textId="06C123CF" w:rsidR="00CB3FF1" w:rsidRPr="00323E6C" w:rsidRDefault="00CB3FF1" w:rsidP="00323E6C">
      <w:pPr>
        <w:spacing w:after="120" w:line="240" w:lineRule="auto"/>
        <w:jc w:val="both"/>
        <w:outlineLvl w:val="1"/>
        <w:rPr>
          <w:rFonts w:ascii="Times New Roman" w:hAnsi="Times New Roman" w:cs="Times New Roman"/>
          <w:color w:val="0D0D0D"/>
          <w:lang w:val="vi-VN"/>
        </w:rPr>
      </w:pPr>
      <w:proofErr w:type="spellStart"/>
      <w:r w:rsidRPr="00CB3FF1">
        <w:rPr>
          <w:rFonts w:ascii="Times New Roman" w:hAnsi="Times New Roman" w:cs="Times New Roman"/>
          <w:color w:val="0D0D0D"/>
        </w:rPr>
        <w:t>Kết</w:t>
      </w:r>
      <w:proofErr w:type="spellEnd"/>
      <w:r w:rsidRPr="00CB3FF1">
        <w:rPr>
          <w:rFonts w:ascii="Times New Roman" w:hAnsi="Times New Roman" w:cs="Times New Roman"/>
          <w:color w:val="0D0D0D"/>
        </w:rPr>
        <w:t xml:space="preserve"> </w:t>
      </w:r>
      <w:proofErr w:type="spellStart"/>
      <w:r w:rsidRPr="00CB3FF1">
        <w:rPr>
          <w:rFonts w:ascii="Times New Roman" w:hAnsi="Times New Roman" w:cs="Times New Roman"/>
          <w:color w:val="0D0D0D"/>
        </w:rPr>
        <w:t>quả</w:t>
      </w:r>
      <w:proofErr w:type="spellEnd"/>
      <w:r w:rsidRPr="00CB3FF1">
        <w:rPr>
          <w:rFonts w:ascii="Times New Roman" w:hAnsi="Times New Roman" w:cs="Times New Roman"/>
          <w:color w:val="0D0D0D"/>
        </w:rPr>
        <w:t xml:space="preserve"> </w:t>
      </w:r>
      <w:proofErr w:type="spellStart"/>
      <w:r w:rsidRPr="00CB3FF1">
        <w:rPr>
          <w:rFonts w:ascii="Times New Roman" w:hAnsi="Times New Roman" w:cs="Times New Roman"/>
          <w:color w:val="0D0D0D"/>
        </w:rPr>
        <w:t>khảo</w:t>
      </w:r>
      <w:proofErr w:type="spellEnd"/>
      <w:r w:rsidRPr="00CB3FF1">
        <w:rPr>
          <w:rFonts w:ascii="Times New Roman" w:hAnsi="Times New Roman" w:cs="Times New Roman"/>
          <w:color w:val="0D0D0D"/>
          <w:lang w:val="vi-VN"/>
        </w:rPr>
        <w:t xml:space="preserve"> sát</w:t>
      </w:r>
      <w:r w:rsidRPr="00CB3FF1">
        <w:rPr>
          <w:rFonts w:ascii="Times New Roman" w:hAnsi="Times New Roman" w:cs="Times New Roman"/>
          <w:color w:val="0D0D0D"/>
        </w:rPr>
        <w:t xml:space="preserve"> </w:t>
      </w:r>
      <w:r w:rsidRPr="00CB3FF1">
        <w:rPr>
          <w:rFonts w:ascii="Times New Roman" w:hAnsi="Times New Roman" w:cs="Times New Roman"/>
          <w:color w:val="0D0D0D"/>
          <w:lang w:val="vi-VN"/>
        </w:rPr>
        <w:t xml:space="preserve">ở </w:t>
      </w:r>
      <w:proofErr w:type="spellStart"/>
      <w:r w:rsidRPr="00CB3FF1">
        <w:rPr>
          <w:rFonts w:ascii="Times New Roman" w:hAnsi="Times New Roman" w:cs="Times New Roman"/>
          <w:color w:val="0D0D0D"/>
        </w:rPr>
        <w:t>bảng</w:t>
      </w:r>
      <w:proofErr w:type="spellEnd"/>
      <w:r w:rsidRPr="00CB3FF1">
        <w:rPr>
          <w:rFonts w:ascii="Times New Roman" w:hAnsi="Times New Roman" w:cs="Times New Roman"/>
          <w:color w:val="0D0D0D"/>
        </w:rPr>
        <w:t xml:space="preserve"> </w:t>
      </w:r>
      <w:r w:rsidRPr="00CB3FF1">
        <w:rPr>
          <w:rFonts w:ascii="Times New Roman" w:hAnsi="Times New Roman" w:cs="Times New Roman"/>
          <w:color w:val="0D0D0D"/>
          <w:lang w:val="vi-VN"/>
        </w:rPr>
        <w:t xml:space="preserve">6 </w:t>
      </w:r>
      <w:proofErr w:type="spellStart"/>
      <w:r w:rsidRPr="00CB3FF1">
        <w:rPr>
          <w:rFonts w:ascii="Times New Roman" w:hAnsi="Times New Roman" w:cs="Times New Roman"/>
          <w:color w:val="0D0D0D"/>
        </w:rPr>
        <w:t>cho</w:t>
      </w:r>
      <w:proofErr w:type="spellEnd"/>
      <w:r w:rsidRPr="00CB3FF1">
        <w:rPr>
          <w:rFonts w:ascii="Times New Roman" w:hAnsi="Times New Roman" w:cs="Times New Roman"/>
          <w:color w:val="0D0D0D"/>
        </w:rPr>
        <w:t xml:space="preserve"> </w:t>
      </w:r>
      <w:proofErr w:type="spellStart"/>
      <w:r w:rsidRPr="00CB3FF1">
        <w:rPr>
          <w:rFonts w:ascii="Times New Roman" w:hAnsi="Times New Roman" w:cs="Times New Roman"/>
          <w:color w:val="0D0D0D"/>
        </w:rPr>
        <w:t>thấy</w:t>
      </w:r>
      <w:proofErr w:type="spellEnd"/>
      <w:r w:rsidRPr="00CB3FF1">
        <w:rPr>
          <w:rFonts w:ascii="Times New Roman" w:hAnsi="Times New Roman" w:cs="Times New Roman"/>
          <w:color w:val="0D0D0D"/>
        </w:rPr>
        <w:t xml:space="preserve">, </w:t>
      </w:r>
      <w:r w:rsidRPr="00CB3FF1">
        <w:rPr>
          <w:rFonts w:ascii="Times New Roman" w:hAnsi="Times New Roman" w:cs="Times New Roman"/>
          <w:color w:val="0D0D0D"/>
          <w:lang w:val="vi-VN"/>
        </w:rPr>
        <w:t>CBQL</w:t>
      </w:r>
      <w:r w:rsidRPr="00CB3FF1">
        <w:rPr>
          <w:rFonts w:ascii="Times New Roman" w:hAnsi="Times New Roman" w:cs="Times New Roman"/>
          <w:color w:val="0D0D0D"/>
        </w:rPr>
        <w:t xml:space="preserve"> </w:t>
      </w:r>
      <w:proofErr w:type="spellStart"/>
      <w:r w:rsidRPr="00CB3FF1">
        <w:rPr>
          <w:rFonts w:ascii="Times New Roman" w:hAnsi="Times New Roman" w:cs="Times New Roman"/>
          <w:color w:val="0D0D0D"/>
        </w:rPr>
        <w:t>và</w:t>
      </w:r>
      <w:proofErr w:type="spellEnd"/>
      <w:r w:rsidRPr="00CB3FF1">
        <w:rPr>
          <w:rFonts w:ascii="Times New Roman" w:hAnsi="Times New Roman" w:cs="Times New Roman"/>
          <w:color w:val="0D0D0D"/>
        </w:rPr>
        <w:t xml:space="preserve"> </w:t>
      </w:r>
      <w:r w:rsidRPr="00CB3FF1">
        <w:rPr>
          <w:rFonts w:ascii="Times New Roman" w:hAnsi="Times New Roman" w:cs="Times New Roman"/>
          <w:color w:val="0D0D0D"/>
          <w:lang w:val="vi-VN"/>
        </w:rPr>
        <w:t>GV</w:t>
      </w:r>
      <w:r w:rsidRPr="00CB3FF1">
        <w:rPr>
          <w:rFonts w:ascii="Times New Roman" w:hAnsi="Times New Roman" w:cs="Times New Roman"/>
          <w:color w:val="0D0D0D"/>
        </w:rPr>
        <w:t xml:space="preserve"> </w:t>
      </w:r>
      <w:proofErr w:type="spellStart"/>
      <w:r w:rsidRPr="00CB3FF1">
        <w:rPr>
          <w:rFonts w:ascii="Times New Roman" w:hAnsi="Times New Roman" w:cs="Times New Roman"/>
          <w:bCs/>
          <w:iCs/>
          <w:color w:val="0D0D0D"/>
          <w:spacing w:val="-4"/>
        </w:rPr>
        <w:t>đánh</w:t>
      </w:r>
      <w:proofErr w:type="spellEnd"/>
      <w:r w:rsidRPr="00CB3FF1">
        <w:rPr>
          <w:rFonts w:ascii="Times New Roman" w:hAnsi="Times New Roman" w:cs="Times New Roman"/>
          <w:bCs/>
          <w:iCs/>
          <w:color w:val="0D0D0D"/>
          <w:spacing w:val="-4"/>
        </w:rPr>
        <w:t xml:space="preserve"> </w:t>
      </w:r>
      <w:proofErr w:type="spellStart"/>
      <w:r w:rsidRPr="00CB3FF1">
        <w:rPr>
          <w:rFonts w:ascii="Times New Roman" w:hAnsi="Times New Roman" w:cs="Times New Roman"/>
          <w:bCs/>
          <w:iCs/>
          <w:color w:val="0D0D0D"/>
          <w:spacing w:val="-4"/>
        </w:rPr>
        <w:t>giá</w:t>
      </w:r>
      <w:proofErr w:type="spellEnd"/>
      <w:r w:rsidRPr="00CB3FF1">
        <w:rPr>
          <w:rFonts w:ascii="Times New Roman" w:hAnsi="Times New Roman" w:cs="Times New Roman"/>
          <w:bCs/>
          <w:iCs/>
          <w:color w:val="0D0D0D"/>
          <w:spacing w:val="-4"/>
        </w:rPr>
        <w:t xml:space="preserve"> </w:t>
      </w:r>
      <w:proofErr w:type="spellStart"/>
      <w:r w:rsidRPr="00CB3FF1">
        <w:rPr>
          <w:rFonts w:ascii="Times New Roman" w:hAnsi="Times New Roman" w:cs="Times New Roman"/>
          <w:bCs/>
          <w:iCs/>
          <w:color w:val="0D0D0D"/>
          <w:spacing w:val="-4"/>
        </w:rPr>
        <w:t>kết</w:t>
      </w:r>
      <w:proofErr w:type="spellEnd"/>
      <w:r w:rsidRPr="00CB3FF1">
        <w:rPr>
          <w:rFonts w:ascii="Times New Roman" w:hAnsi="Times New Roman" w:cs="Times New Roman"/>
          <w:bCs/>
          <w:iCs/>
          <w:color w:val="0D0D0D"/>
          <w:spacing w:val="-4"/>
        </w:rPr>
        <w:t xml:space="preserve"> </w:t>
      </w:r>
      <w:proofErr w:type="spellStart"/>
      <w:r w:rsidRPr="00CB3FF1">
        <w:rPr>
          <w:rFonts w:ascii="Times New Roman" w:hAnsi="Times New Roman" w:cs="Times New Roman"/>
          <w:bCs/>
          <w:iCs/>
          <w:color w:val="0D0D0D"/>
          <w:spacing w:val="-4"/>
        </w:rPr>
        <w:t>quả</w:t>
      </w:r>
      <w:proofErr w:type="spellEnd"/>
      <w:r w:rsidRPr="00CB3FF1">
        <w:rPr>
          <w:rFonts w:ascii="Times New Roman" w:hAnsi="Times New Roman" w:cs="Times New Roman"/>
          <w:bCs/>
          <w:iCs/>
          <w:color w:val="0D0D0D"/>
          <w:spacing w:val="-4"/>
        </w:rPr>
        <w:t xml:space="preserve"> </w:t>
      </w:r>
      <w:r w:rsidRPr="00CB3FF1">
        <w:rPr>
          <w:rFonts w:ascii="Times New Roman" w:hAnsi="Times New Roman" w:cs="Times New Roman"/>
          <w:color w:val="0D0D0D"/>
        </w:rPr>
        <w:t>HĐGD PNTNTT</w:t>
      </w:r>
      <w:r w:rsidRPr="00CB3FF1">
        <w:rPr>
          <w:rFonts w:ascii="Times New Roman" w:hAnsi="Times New Roman" w:cs="Times New Roman"/>
          <w:lang w:val="vi-VN"/>
        </w:rPr>
        <w:t xml:space="preserve"> cho trẻ mẫu giáo ở các trường mầm non huyện Củ Chi</w:t>
      </w:r>
      <w:r w:rsidRPr="00CB3FF1">
        <w:rPr>
          <w:rFonts w:ascii="Times New Roman" w:hAnsi="Times New Roman" w:cs="Times New Roman"/>
          <w:b/>
          <w:bCs/>
          <w:lang w:val="vi-VN"/>
        </w:rPr>
        <w:t xml:space="preserve"> </w:t>
      </w:r>
      <w:r w:rsidRPr="00CB3FF1">
        <w:rPr>
          <w:rFonts w:ascii="Times New Roman" w:hAnsi="Times New Roman" w:cs="Times New Roman"/>
          <w:lang w:val="vi-VN"/>
        </w:rPr>
        <w:t>đạt</w:t>
      </w:r>
      <w:r w:rsidRPr="00CB3FF1">
        <w:rPr>
          <w:rFonts w:ascii="Times New Roman" w:hAnsi="Times New Roman" w:cs="Times New Roman"/>
          <w:bCs/>
          <w:iCs/>
          <w:color w:val="0D0D0D"/>
          <w:spacing w:val="-4"/>
        </w:rPr>
        <w:t xml:space="preserve"> </w:t>
      </w:r>
      <w:proofErr w:type="spellStart"/>
      <w:r w:rsidRPr="00CB3FF1">
        <w:rPr>
          <w:rFonts w:ascii="Times New Roman" w:hAnsi="Times New Roman" w:cs="Times New Roman"/>
          <w:bCs/>
          <w:iCs/>
          <w:color w:val="0D0D0D"/>
          <w:spacing w:val="-4"/>
        </w:rPr>
        <w:t>mức</w:t>
      </w:r>
      <w:proofErr w:type="spellEnd"/>
      <w:r w:rsidRPr="00CB3FF1">
        <w:rPr>
          <w:rFonts w:ascii="Times New Roman" w:hAnsi="Times New Roman" w:cs="Times New Roman"/>
          <w:bCs/>
          <w:iCs/>
          <w:color w:val="0D0D0D"/>
          <w:spacing w:val="-4"/>
        </w:rPr>
        <w:t xml:space="preserve"> </w:t>
      </w:r>
      <w:proofErr w:type="spellStart"/>
      <w:r w:rsidRPr="00CB3FF1">
        <w:rPr>
          <w:rFonts w:ascii="Times New Roman" w:hAnsi="Times New Roman" w:cs="Times New Roman"/>
          <w:bCs/>
          <w:iCs/>
          <w:color w:val="0D0D0D"/>
          <w:spacing w:val="-4"/>
        </w:rPr>
        <w:t>độ</w:t>
      </w:r>
      <w:proofErr w:type="spellEnd"/>
      <w:r w:rsidRPr="00CB3FF1">
        <w:rPr>
          <w:rFonts w:ascii="Times New Roman" w:hAnsi="Times New Roman" w:cs="Times New Roman"/>
          <w:bCs/>
          <w:iCs/>
          <w:color w:val="0D0D0D"/>
          <w:spacing w:val="-4"/>
        </w:rPr>
        <w:t xml:space="preserve"> “</w:t>
      </w:r>
      <w:r w:rsidRPr="00CB3FF1">
        <w:rPr>
          <w:rFonts w:ascii="Times New Roman" w:hAnsi="Times New Roman" w:cs="Times New Roman"/>
          <w:bCs/>
          <w:iCs/>
          <w:color w:val="0D0D0D"/>
          <w:spacing w:val="-4"/>
          <w:lang w:val="vi-VN"/>
        </w:rPr>
        <w:t>T</w:t>
      </w:r>
      <w:proofErr w:type="spellStart"/>
      <w:r w:rsidRPr="00CB3FF1">
        <w:rPr>
          <w:rFonts w:ascii="Times New Roman" w:hAnsi="Times New Roman" w:cs="Times New Roman"/>
          <w:bCs/>
          <w:iCs/>
          <w:color w:val="0D0D0D"/>
          <w:spacing w:val="-4"/>
        </w:rPr>
        <w:t>ốt</w:t>
      </w:r>
      <w:proofErr w:type="spellEnd"/>
      <w:r w:rsidRPr="00CB3FF1">
        <w:rPr>
          <w:rFonts w:ascii="Times New Roman" w:hAnsi="Times New Roman" w:cs="Times New Roman"/>
          <w:bCs/>
          <w:iCs/>
          <w:color w:val="0D0D0D"/>
          <w:spacing w:val="-4"/>
        </w:rPr>
        <w:t xml:space="preserve">” </w:t>
      </w:r>
      <w:proofErr w:type="spellStart"/>
      <w:r w:rsidRPr="00CB3FF1">
        <w:rPr>
          <w:rFonts w:ascii="Times New Roman" w:hAnsi="Times New Roman" w:cs="Times New Roman"/>
          <w:bCs/>
          <w:iCs/>
          <w:color w:val="0D0D0D"/>
          <w:spacing w:val="-4"/>
        </w:rPr>
        <w:t>có</w:t>
      </w:r>
      <w:proofErr w:type="spellEnd"/>
      <w:r w:rsidRPr="00CB3FF1">
        <w:rPr>
          <w:rFonts w:ascii="Times New Roman" w:hAnsi="Times New Roman" w:cs="Times New Roman"/>
          <w:bCs/>
          <w:iCs/>
          <w:color w:val="0D0D0D"/>
          <w:spacing w:val="-4"/>
        </w:rPr>
        <w:t xml:space="preserve"> </w:t>
      </w:r>
      <w:r w:rsidRPr="00CB3FF1">
        <w:rPr>
          <w:rFonts w:ascii="Times New Roman" w:hAnsi="Times New Roman" w:cs="Times New Roman"/>
          <w:bCs/>
          <w:iCs/>
          <w:color w:val="0D0D0D"/>
          <w:spacing w:val="-4"/>
          <w:lang w:val="vi-VN"/>
        </w:rPr>
        <w:t>32</w:t>
      </w:r>
      <w:r w:rsidRPr="00CB3FF1">
        <w:rPr>
          <w:rFonts w:ascii="Times New Roman" w:hAnsi="Times New Roman" w:cs="Times New Roman"/>
          <w:bCs/>
          <w:iCs/>
          <w:color w:val="0D0D0D"/>
          <w:spacing w:val="-4"/>
        </w:rPr>
        <w:t xml:space="preserve"> ý </w:t>
      </w:r>
      <w:proofErr w:type="spellStart"/>
      <w:r w:rsidRPr="00CB3FF1">
        <w:rPr>
          <w:rFonts w:ascii="Times New Roman" w:hAnsi="Times New Roman" w:cs="Times New Roman"/>
          <w:bCs/>
          <w:iCs/>
          <w:color w:val="0D0D0D"/>
          <w:spacing w:val="-4"/>
        </w:rPr>
        <w:t>kiến</w:t>
      </w:r>
      <w:proofErr w:type="spellEnd"/>
      <w:r w:rsidRPr="00CB3FF1">
        <w:rPr>
          <w:rFonts w:ascii="Times New Roman" w:hAnsi="Times New Roman" w:cs="Times New Roman"/>
          <w:bCs/>
          <w:iCs/>
          <w:color w:val="0D0D0D"/>
          <w:spacing w:val="-4"/>
        </w:rPr>
        <w:t xml:space="preserve">, </w:t>
      </w:r>
      <w:proofErr w:type="spellStart"/>
      <w:r w:rsidRPr="00CB3FF1">
        <w:rPr>
          <w:rFonts w:ascii="Times New Roman" w:hAnsi="Times New Roman" w:cs="Times New Roman"/>
          <w:bCs/>
          <w:iCs/>
          <w:color w:val="0D0D0D"/>
          <w:spacing w:val="-4"/>
        </w:rPr>
        <w:t>chiếm</w:t>
      </w:r>
      <w:proofErr w:type="spellEnd"/>
      <w:r w:rsidRPr="00CB3FF1">
        <w:rPr>
          <w:rFonts w:ascii="Times New Roman" w:hAnsi="Times New Roman" w:cs="Times New Roman"/>
          <w:bCs/>
          <w:iCs/>
          <w:color w:val="0D0D0D"/>
          <w:spacing w:val="-4"/>
        </w:rPr>
        <w:t xml:space="preserve"> </w:t>
      </w:r>
      <w:r w:rsidRPr="00CB3FF1">
        <w:rPr>
          <w:rFonts w:ascii="Times New Roman" w:hAnsi="Times New Roman" w:cs="Times New Roman"/>
          <w:bCs/>
          <w:iCs/>
          <w:color w:val="0D0D0D"/>
          <w:spacing w:val="-4"/>
          <w:lang w:val="vi-VN"/>
        </w:rPr>
        <w:t>21.5</w:t>
      </w:r>
      <w:r w:rsidRPr="00CB3FF1">
        <w:rPr>
          <w:rFonts w:ascii="Times New Roman" w:hAnsi="Times New Roman" w:cs="Times New Roman"/>
          <w:bCs/>
          <w:iCs/>
          <w:color w:val="0D0D0D"/>
          <w:spacing w:val="-4"/>
        </w:rPr>
        <w:t xml:space="preserve">% </w:t>
      </w:r>
      <w:proofErr w:type="spellStart"/>
      <w:r w:rsidRPr="00CB3FF1">
        <w:rPr>
          <w:rFonts w:ascii="Times New Roman" w:hAnsi="Times New Roman" w:cs="Times New Roman"/>
          <w:bCs/>
          <w:iCs/>
          <w:color w:val="0D0D0D"/>
          <w:spacing w:val="-4"/>
        </w:rPr>
        <w:t>và</w:t>
      </w:r>
      <w:proofErr w:type="spellEnd"/>
      <w:r w:rsidRPr="00CB3FF1">
        <w:rPr>
          <w:rFonts w:ascii="Times New Roman" w:hAnsi="Times New Roman" w:cs="Times New Roman"/>
          <w:bCs/>
          <w:iCs/>
          <w:color w:val="0D0D0D"/>
          <w:spacing w:val="-4"/>
        </w:rPr>
        <w:t xml:space="preserve"> </w:t>
      </w:r>
      <w:proofErr w:type="spellStart"/>
      <w:r w:rsidRPr="00CB3FF1">
        <w:rPr>
          <w:rFonts w:ascii="Times New Roman" w:hAnsi="Times New Roman" w:cs="Times New Roman"/>
          <w:bCs/>
          <w:iCs/>
          <w:color w:val="0D0D0D"/>
          <w:spacing w:val="-4"/>
        </w:rPr>
        <w:t>mức</w:t>
      </w:r>
      <w:proofErr w:type="spellEnd"/>
      <w:r w:rsidRPr="00CB3FF1">
        <w:rPr>
          <w:rFonts w:ascii="Times New Roman" w:hAnsi="Times New Roman" w:cs="Times New Roman"/>
          <w:bCs/>
          <w:iCs/>
          <w:color w:val="0D0D0D"/>
          <w:spacing w:val="-4"/>
        </w:rPr>
        <w:t xml:space="preserve"> </w:t>
      </w:r>
      <w:proofErr w:type="spellStart"/>
      <w:r w:rsidRPr="00CB3FF1">
        <w:rPr>
          <w:rFonts w:ascii="Times New Roman" w:hAnsi="Times New Roman" w:cs="Times New Roman"/>
          <w:bCs/>
          <w:iCs/>
          <w:color w:val="0D0D0D"/>
          <w:spacing w:val="-4"/>
        </w:rPr>
        <w:t>độ</w:t>
      </w:r>
      <w:proofErr w:type="spellEnd"/>
      <w:r w:rsidRPr="00CB3FF1">
        <w:rPr>
          <w:rFonts w:ascii="Times New Roman" w:hAnsi="Times New Roman" w:cs="Times New Roman"/>
          <w:bCs/>
          <w:iCs/>
          <w:color w:val="0D0D0D"/>
          <w:spacing w:val="-4"/>
        </w:rPr>
        <w:t xml:space="preserve"> “</w:t>
      </w:r>
      <w:proofErr w:type="spellStart"/>
      <w:r w:rsidRPr="00CB3FF1">
        <w:rPr>
          <w:rFonts w:ascii="Times New Roman" w:hAnsi="Times New Roman" w:cs="Times New Roman"/>
          <w:bCs/>
          <w:iCs/>
          <w:color w:val="0D0D0D"/>
          <w:spacing w:val="-4"/>
        </w:rPr>
        <w:t>Khá</w:t>
      </w:r>
      <w:proofErr w:type="spellEnd"/>
      <w:r w:rsidRPr="00CB3FF1">
        <w:rPr>
          <w:rFonts w:ascii="Times New Roman" w:hAnsi="Times New Roman" w:cs="Times New Roman"/>
          <w:bCs/>
          <w:iCs/>
          <w:color w:val="0D0D0D"/>
          <w:spacing w:val="-4"/>
        </w:rPr>
        <w:t xml:space="preserve">” </w:t>
      </w:r>
      <w:proofErr w:type="spellStart"/>
      <w:r w:rsidRPr="00CB3FF1">
        <w:rPr>
          <w:rFonts w:ascii="Times New Roman" w:hAnsi="Times New Roman" w:cs="Times New Roman"/>
          <w:bCs/>
          <w:iCs/>
          <w:color w:val="0D0D0D"/>
          <w:spacing w:val="-4"/>
        </w:rPr>
        <w:t>có</w:t>
      </w:r>
      <w:proofErr w:type="spellEnd"/>
      <w:r w:rsidRPr="00CB3FF1">
        <w:rPr>
          <w:rFonts w:ascii="Times New Roman" w:hAnsi="Times New Roman" w:cs="Times New Roman"/>
          <w:bCs/>
          <w:iCs/>
          <w:color w:val="0D0D0D"/>
          <w:spacing w:val="-4"/>
        </w:rPr>
        <w:t xml:space="preserve"> </w:t>
      </w:r>
      <w:r w:rsidRPr="00CB3FF1">
        <w:rPr>
          <w:rFonts w:ascii="Times New Roman" w:hAnsi="Times New Roman" w:cs="Times New Roman"/>
          <w:bCs/>
          <w:iCs/>
          <w:color w:val="0D0D0D"/>
          <w:spacing w:val="-4"/>
          <w:lang w:val="vi-VN"/>
        </w:rPr>
        <w:t>66</w:t>
      </w:r>
      <w:r w:rsidRPr="00CB3FF1">
        <w:rPr>
          <w:rFonts w:ascii="Times New Roman" w:hAnsi="Times New Roman" w:cs="Times New Roman"/>
          <w:bCs/>
          <w:iCs/>
          <w:color w:val="0D0D0D"/>
          <w:spacing w:val="-4"/>
        </w:rPr>
        <w:t xml:space="preserve"> ý </w:t>
      </w:r>
      <w:proofErr w:type="spellStart"/>
      <w:r w:rsidRPr="00CB3FF1">
        <w:rPr>
          <w:rFonts w:ascii="Times New Roman" w:hAnsi="Times New Roman" w:cs="Times New Roman"/>
          <w:bCs/>
          <w:iCs/>
          <w:color w:val="0D0D0D"/>
          <w:spacing w:val="-4"/>
        </w:rPr>
        <w:t>kiến</w:t>
      </w:r>
      <w:proofErr w:type="spellEnd"/>
      <w:r w:rsidRPr="00CB3FF1">
        <w:rPr>
          <w:rFonts w:ascii="Times New Roman" w:hAnsi="Times New Roman" w:cs="Times New Roman"/>
          <w:bCs/>
          <w:iCs/>
          <w:color w:val="0D0D0D"/>
          <w:spacing w:val="-4"/>
        </w:rPr>
        <w:t xml:space="preserve">, </w:t>
      </w:r>
      <w:proofErr w:type="spellStart"/>
      <w:r w:rsidRPr="00CB3FF1">
        <w:rPr>
          <w:rFonts w:ascii="Times New Roman" w:hAnsi="Times New Roman" w:cs="Times New Roman"/>
          <w:bCs/>
          <w:iCs/>
          <w:color w:val="0D0D0D"/>
          <w:spacing w:val="-4"/>
        </w:rPr>
        <w:t>chiếm</w:t>
      </w:r>
      <w:proofErr w:type="spellEnd"/>
      <w:r w:rsidRPr="00CB3FF1">
        <w:rPr>
          <w:rFonts w:ascii="Times New Roman" w:hAnsi="Times New Roman" w:cs="Times New Roman"/>
          <w:bCs/>
          <w:iCs/>
          <w:color w:val="0D0D0D"/>
          <w:spacing w:val="-4"/>
        </w:rPr>
        <w:t xml:space="preserve"> </w:t>
      </w:r>
      <w:r w:rsidRPr="00CB3FF1">
        <w:rPr>
          <w:rFonts w:ascii="Times New Roman" w:hAnsi="Times New Roman" w:cs="Times New Roman"/>
          <w:bCs/>
          <w:iCs/>
          <w:color w:val="0D0D0D"/>
          <w:spacing w:val="-4"/>
          <w:lang w:val="vi-VN"/>
        </w:rPr>
        <w:t>45.5</w:t>
      </w:r>
      <w:r w:rsidRPr="00CB3FF1">
        <w:rPr>
          <w:rFonts w:ascii="Times New Roman" w:hAnsi="Times New Roman" w:cs="Times New Roman"/>
          <w:bCs/>
          <w:iCs/>
          <w:color w:val="0D0D0D"/>
          <w:spacing w:val="-4"/>
        </w:rPr>
        <w:t>%</w:t>
      </w:r>
      <w:r w:rsidRPr="00CB3FF1">
        <w:rPr>
          <w:rFonts w:ascii="Times New Roman" w:hAnsi="Times New Roman" w:cs="Times New Roman"/>
          <w:bCs/>
          <w:iCs/>
          <w:color w:val="0D0D0D"/>
          <w:spacing w:val="-4"/>
          <w:lang w:val="vi-VN"/>
        </w:rPr>
        <w:t xml:space="preserve"> và mức độ trung bình có 47 ý kiến chiếm 33.0%. Số liệu này cho thấy, </w:t>
      </w:r>
      <w:r w:rsidRPr="00CB3FF1">
        <w:rPr>
          <w:rFonts w:ascii="Times New Roman" w:hAnsi="Times New Roman" w:cs="Times New Roman"/>
          <w:color w:val="0D0D0D"/>
        </w:rPr>
        <w:t>HĐGD PNTNTT</w:t>
      </w:r>
      <w:r w:rsidRPr="00CB3FF1">
        <w:rPr>
          <w:rFonts w:ascii="Times New Roman" w:hAnsi="Times New Roman" w:cs="Times New Roman"/>
          <w:lang w:val="vi-VN"/>
        </w:rPr>
        <w:t xml:space="preserve"> cho trẻ mẫu giáo</w:t>
      </w:r>
      <w:r w:rsidRPr="00CB3FF1">
        <w:rPr>
          <w:rFonts w:ascii="Times New Roman" w:hAnsi="Times New Roman" w:cs="Times New Roman"/>
          <w:bCs/>
          <w:iCs/>
          <w:color w:val="0D0D0D"/>
          <w:spacing w:val="-4"/>
          <w:lang w:val="vi-VN"/>
        </w:rPr>
        <w:t xml:space="preserve"> tập trung ở mức khá và trung bình. Từ đậy có thể  đưa ra nhận định là các trường mầm non huyện Củ Chi cần tăng cường hơn nữa </w:t>
      </w:r>
      <w:r w:rsidRPr="00CB3FF1">
        <w:rPr>
          <w:rFonts w:ascii="Times New Roman" w:hAnsi="Times New Roman" w:cs="Times New Roman"/>
          <w:color w:val="0D0D0D"/>
        </w:rPr>
        <w:t>HĐGD PNTNTT</w:t>
      </w:r>
      <w:r w:rsidRPr="00CB3FF1">
        <w:rPr>
          <w:rFonts w:ascii="Times New Roman" w:hAnsi="Times New Roman" w:cs="Times New Roman"/>
          <w:lang w:val="vi-VN"/>
        </w:rPr>
        <w:t xml:space="preserve"> cho trẻ mẫu giáo</w:t>
      </w:r>
      <w:r w:rsidRPr="00CB3FF1">
        <w:rPr>
          <w:rFonts w:ascii="Times New Roman" w:hAnsi="Times New Roman" w:cs="Times New Roman"/>
          <w:bCs/>
          <w:iCs/>
          <w:color w:val="0D0D0D"/>
          <w:spacing w:val="-4"/>
          <w:lang w:val="vi-VN"/>
        </w:rPr>
        <w:t xml:space="preserve"> và làm tốt vấn đề này sẽ mang lại chất lượng cao trong chăm sóc và nuôi dưỡng trẻ.</w:t>
      </w:r>
    </w:p>
    <w:p w14:paraId="4C524149" w14:textId="02478DD9" w:rsidR="002E6A61" w:rsidRPr="00254D49" w:rsidRDefault="0016225C" w:rsidP="0016225C">
      <w:pPr>
        <w:pStyle w:val="ListParagraph"/>
        <w:spacing w:line="240" w:lineRule="auto"/>
        <w:ind w:left="0"/>
        <w:rPr>
          <w:lang w:val="vi-VN"/>
        </w:rPr>
      </w:pPr>
      <w:r w:rsidRPr="00254D49">
        <w:rPr>
          <w:rFonts w:ascii="Times New Roman" w:hAnsi="Times New Roman"/>
          <w:b/>
        </w:rPr>
        <w:t xml:space="preserve">4. </w:t>
      </w:r>
      <w:r w:rsidR="00521E68" w:rsidRPr="00254D49">
        <w:rPr>
          <w:rFonts w:ascii="Times New Roman" w:hAnsi="Times New Roman"/>
          <w:b/>
        </w:rPr>
        <w:t>KẾT LUẬN</w:t>
      </w:r>
      <w:r w:rsidR="00CF7BE2" w:rsidRPr="00254D49">
        <w:rPr>
          <w:rFonts w:ascii="Times New Roman" w:hAnsi="Times New Roman"/>
          <w:b/>
        </w:rPr>
        <w:t xml:space="preserve"> </w:t>
      </w:r>
      <w:r w:rsidR="00323E6C" w:rsidRPr="00254D49">
        <w:rPr>
          <w:rFonts w:ascii="Times New Roman" w:hAnsi="Times New Roman"/>
          <w:b/>
        </w:rPr>
        <w:t xml:space="preserve">VÀ </w:t>
      </w:r>
      <w:r w:rsidR="00254D49" w:rsidRPr="00254D49">
        <w:rPr>
          <w:rFonts w:ascii="Times New Roman" w:hAnsi="Times New Roman"/>
          <w:b/>
        </w:rPr>
        <w:t>BIỆN</w:t>
      </w:r>
      <w:r w:rsidR="00254D49" w:rsidRPr="00254D49">
        <w:rPr>
          <w:rFonts w:ascii="Times New Roman" w:hAnsi="Times New Roman"/>
          <w:b/>
          <w:lang w:val="vi-VN"/>
        </w:rPr>
        <w:t xml:space="preserve"> PHÁP</w:t>
      </w:r>
    </w:p>
    <w:p w14:paraId="1F0834B6" w14:textId="0E197F8C" w:rsidR="00A765D9" w:rsidRPr="00CA53F4" w:rsidRDefault="00323E6C" w:rsidP="00CA53F4">
      <w:pPr>
        <w:tabs>
          <w:tab w:val="center" w:pos="851"/>
        </w:tabs>
        <w:spacing w:after="120" w:line="240" w:lineRule="auto"/>
        <w:jc w:val="both"/>
        <w:rPr>
          <w:rFonts w:ascii="Times New Roman" w:hAnsi="Times New Roman" w:cs="Times New Roman"/>
          <w:bCs/>
          <w:lang w:val="vi-VN"/>
        </w:rPr>
      </w:pPr>
      <w:r w:rsidRPr="00323E6C">
        <w:rPr>
          <w:rFonts w:ascii="Times New Roman" w:hAnsi="Times New Roman" w:cs="Times New Roman"/>
          <w:i/>
          <w:iCs/>
          <w:lang w:val="vi-VN"/>
        </w:rPr>
        <w:t xml:space="preserve"> </w:t>
      </w:r>
      <w:r w:rsidRPr="00323E6C">
        <w:rPr>
          <w:rFonts w:ascii="Times New Roman" w:hAnsi="Times New Roman" w:cs="Times New Roman"/>
          <w:lang w:val="vi-VN"/>
        </w:rPr>
        <w:t>Hoạt động</w:t>
      </w:r>
      <w:r w:rsidRPr="00323E6C">
        <w:rPr>
          <w:rFonts w:ascii="Times New Roman" w:hAnsi="Times New Roman" w:cs="Times New Roman"/>
          <w:i/>
          <w:iCs/>
          <w:lang w:val="vi-VN"/>
        </w:rPr>
        <w:t xml:space="preserve"> </w:t>
      </w:r>
      <w:r w:rsidRPr="00323E6C">
        <w:rPr>
          <w:rFonts w:ascii="Times New Roman" w:eastAsia="KIBSE+F1" w:hAnsi="Times New Roman" w:cs="Times New Roman"/>
          <w:color w:val="000000"/>
          <w:lang w:val="vi-VN"/>
        </w:rPr>
        <w:t xml:space="preserve">GD </w:t>
      </w:r>
      <w:r w:rsidRPr="00323E6C">
        <w:rPr>
          <w:rFonts w:ascii="Times New Roman" w:eastAsia="KIBSE+F1" w:hAnsi="Times New Roman" w:cs="Times New Roman"/>
          <w:color w:val="000000"/>
          <w:spacing w:val="1"/>
          <w:w w:val="101"/>
          <w:lang w:val="vi-VN"/>
        </w:rPr>
        <w:t>phòng ngừa</w:t>
      </w:r>
      <w:r w:rsidRPr="00323E6C">
        <w:rPr>
          <w:rFonts w:ascii="Times New Roman" w:hAnsi="Times New Roman" w:cs="Times New Roman"/>
          <w:bCs/>
          <w:lang w:val="vi-VN"/>
        </w:rPr>
        <w:t xml:space="preserve"> TNTT </w:t>
      </w:r>
      <w:proofErr w:type="spellStart"/>
      <w:r w:rsidRPr="00323E6C">
        <w:rPr>
          <w:rFonts w:ascii="Times New Roman" w:hAnsi="Times New Roman" w:cs="Times New Roman"/>
          <w:bCs/>
        </w:rPr>
        <w:t>cho</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trẻ</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mẫu</w:t>
      </w:r>
      <w:proofErr w:type="spellEnd"/>
      <w:r w:rsidRPr="00323E6C">
        <w:rPr>
          <w:rFonts w:ascii="Times New Roman" w:hAnsi="Times New Roman" w:cs="Times New Roman"/>
          <w:bCs/>
          <w:lang w:val="vi-VN"/>
        </w:rPr>
        <w:t xml:space="preserve"> giáo</w:t>
      </w:r>
      <w:r w:rsidRPr="00323E6C">
        <w:rPr>
          <w:rFonts w:ascii="Times New Roman" w:hAnsi="Times New Roman" w:cs="Times New Roman"/>
          <w:bCs/>
        </w:rPr>
        <w:t xml:space="preserve"> </w:t>
      </w:r>
      <w:proofErr w:type="spellStart"/>
      <w:r w:rsidRPr="00323E6C">
        <w:rPr>
          <w:rFonts w:ascii="Times New Roman" w:hAnsi="Times New Roman" w:cs="Times New Roman"/>
          <w:bCs/>
        </w:rPr>
        <w:t>một</w:t>
      </w:r>
      <w:proofErr w:type="spellEnd"/>
      <w:r w:rsidRPr="00323E6C">
        <w:rPr>
          <w:rFonts w:ascii="Times New Roman" w:hAnsi="Times New Roman" w:cs="Times New Roman"/>
          <w:bCs/>
          <w:lang w:val="vi-VN"/>
        </w:rPr>
        <w:t xml:space="preserve"> trong </w:t>
      </w:r>
      <w:proofErr w:type="spellStart"/>
      <w:r w:rsidRPr="00323E6C">
        <w:rPr>
          <w:rFonts w:ascii="Times New Roman" w:hAnsi="Times New Roman" w:cs="Times New Roman"/>
          <w:bCs/>
        </w:rPr>
        <w:t>là</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nhiệm</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vụ</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hết</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sức</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quan</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trọng</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củ</w:t>
      </w:r>
      <w:proofErr w:type="spellEnd"/>
      <w:r w:rsidRPr="00323E6C">
        <w:rPr>
          <w:rFonts w:ascii="Times New Roman" w:hAnsi="Times New Roman" w:cs="Times New Roman"/>
          <w:bCs/>
          <w:lang w:val="vi-VN"/>
        </w:rPr>
        <w:t>a</w:t>
      </w:r>
      <w:r w:rsidRPr="00323E6C">
        <w:rPr>
          <w:rFonts w:ascii="Times New Roman" w:hAnsi="Times New Roman" w:cs="Times New Roman"/>
          <w:bCs/>
        </w:rPr>
        <w:t xml:space="preserve"> </w:t>
      </w:r>
      <w:proofErr w:type="spellStart"/>
      <w:r w:rsidRPr="00323E6C">
        <w:rPr>
          <w:rFonts w:ascii="Times New Roman" w:hAnsi="Times New Roman" w:cs="Times New Roman"/>
          <w:bCs/>
        </w:rPr>
        <w:t>trường</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mầm</w:t>
      </w:r>
      <w:proofErr w:type="spellEnd"/>
      <w:r w:rsidRPr="00323E6C">
        <w:rPr>
          <w:rFonts w:ascii="Times New Roman" w:hAnsi="Times New Roman" w:cs="Times New Roman"/>
          <w:bCs/>
        </w:rPr>
        <w:t xml:space="preserve"> non</w:t>
      </w:r>
      <w:r w:rsidRPr="00323E6C">
        <w:rPr>
          <w:rFonts w:ascii="Times New Roman" w:hAnsi="Times New Roman" w:cs="Times New Roman"/>
          <w:bCs/>
          <w:lang w:val="vi-VN"/>
        </w:rPr>
        <w:t>.</w:t>
      </w:r>
      <w:r w:rsidRPr="00323E6C">
        <w:rPr>
          <w:rFonts w:ascii="Times New Roman" w:hAnsi="Times New Roman" w:cs="Times New Roman"/>
          <w:bCs/>
        </w:rPr>
        <w:t xml:space="preserve"> </w:t>
      </w:r>
      <w:proofErr w:type="spellStart"/>
      <w:r w:rsidRPr="00323E6C">
        <w:rPr>
          <w:rFonts w:ascii="Times New Roman" w:hAnsi="Times New Roman" w:cs="Times New Roman"/>
          <w:bCs/>
        </w:rPr>
        <w:t>Kết</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quả</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khảo</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sát</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cho</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thấy</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đa</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số</w:t>
      </w:r>
      <w:proofErr w:type="spellEnd"/>
      <w:r w:rsidRPr="00323E6C">
        <w:rPr>
          <w:rFonts w:ascii="Times New Roman" w:hAnsi="Times New Roman" w:cs="Times New Roman"/>
          <w:bCs/>
        </w:rPr>
        <w:t xml:space="preserve"> CBQL, GV </w:t>
      </w:r>
      <w:proofErr w:type="spellStart"/>
      <w:r w:rsidRPr="00323E6C">
        <w:rPr>
          <w:rFonts w:ascii="Times New Roman" w:hAnsi="Times New Roman" w:cs="Times New Roman"/>
          <w:bCs/>
        </w:rPr>
        <w:t>đều</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nhận</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thức</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tốt</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về</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vai</w:t>
      </w:r>
      <w:proofErr w:type="spellEnd"/>
      <w:r w:rsidRPr="00323E6C">
        <w:rPr>
          <w:rFonts w:ascii="Times New Roman" w:hAnsi="Times New Roman" w:cs="Times New Roman"/>
          <w:bCs/>
          <w:lang w:val="vi-VN"/>
        </w:rPr>
        <w:t xml:space="preserve"> trò, mục tiêu</w:t>
      </w:r>
      <w:r w:rsidRPr="00323E6C">
        <w:rPr>
          <w:rFonts w:ascii="Times New Roman" w:hAnsi="Times New Roman" w:cs="Times New Roman"/>
          <w:bCs/>
        </w:rPr>
        <w:t xml:space="preserve"> </w:t>
      </w:r>
      <w:proofErr w:type="spellStart"/>
      <w:r w:rsidRPr="00323E6C">
        <w:rPr>
          <w:rFonts w:ascii="Times New Roman" w:hAnsi="Times New Roman" w:cs="Times New Roman"/>
          <w:bCs/>
        </w:rPr>
        <w:t>của</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hoạt</w:t>
      </w:r>
      <w:proofErr w:type="spellEnd"/>
      <w:r w:rsidRPr="00323E6C">
        <w:rPr>
          <w:rFonts w:ascii="Times New Roman" w:hAnsi="Times New Roman" w:cs="Times New Roman"/>
          <w:bCs/>
          <w:lang w:val="vi-VN"/>
        </w:rPr>
        <w:t xml:space="preserve"> động này</w:t>
      </w:r>
      <w:r w:rsidRPr="00323E6C">
        <w:rPr>
          <w:rFonts w:ascii="Times New Roman" w:hAnsi="Times New Roman" w:cs="Times New Roman"/>
          <w:bCs/>
        </w:rPr>
        <w:t xml:space="preserve">. </w:t>
      </w:r>
      <w:proofErr w:type="spellStart"/>
      <w:r w:rsidRPr="00323E6C">
        <w:rPr>
          <w:rFonts w:ascii="Times New Roman" w:hAnsi="Times New Roman" w:cs="Times New Roman"/>
          <w:bCs/>
        </w:rPr>
        <w:t>Việc</w:t>
      </w:r>
      <w:proofErr w:type="spellEnd"/>
      <w:r w:rsidRPr="00323E6C">
        <w:rPr>
          <w:rFonts w:ascii="Times New Roman" w:hAnsi="Times New Roman" w:cs="Times New Roman"/>
          <w:bCs/>
          <w:lang w:val="vi-VN"/>
        </w:rPr>
        <w:t xml:space="preserve"> thực hiện các</w:t>
      </w:r>
      <w:r w:rsidRPr="00323E6C">
        <w:rPr>
          <w:rFonts w:ascii="Times New Roman" w:hAnsi="Times New Roman" w:cs="Times New Roman"/>
          <w:bCs/>
        </w:rPr>
        <w:t xml:space="preserve"> </w:t>
      </w:r>
      <w:proofErr w:type="spellStart"/>
      <w:r w:rsidRPr="00323E6C">
        <w:rPr>
          <w:rFonts w:ascii="Times New Roman" w:hAnsi="Times New Roman" w:cs="Times New Roman"/>
          <w:bCs/>
        </w:rPr>
        <w:t>nội</w:t>
      </w:r>
      <w:proofErr w:type="spellEnd"/>
      <w:r w:rsidRPr="00323E6C">
        <w:rPr>
          <w:rFonts w:ascii="Times New Roman" w:hAnsi="Times New Roman" w:cs="Times New Roman"/>
          <w:bCs/>
        </w:rPr>
        <w:t xml:space="preserve"> dung </w:t>
      </w:r>
      <w:r w:rsidRPr="00323E6C">
        <w:rPr>
          <w:rFonts w:ascii="Times New Roman" w:eastAsia="KIBSE+F1" w:hAnsi="Times New Roman" w:cs="Times New Roman"/>
          <w:color w:val="000000"/>
          <w:lang w:val="vi-VN"/>
        </w:rPr>
        <w:t xml:space="preserve">GD </w:t>
      </w:r>
      <w:r w:rsidRPr="00323E6C">
        <w:rPr>
          <w:rFonts w:ascii="Times New Roman" w:eastAsia="KIBSE+F1" w:hAnsi="Times New Roman" w:cs="Times New Roman"/>
          <w:color w:val="000000"/>
          <w:spacing w:val="1"/>
          <w:w w:val="101"/>
          <w:lang w:val="vi-VN"/>
        </w:rPr>
        <w:t>phòng ngừa</w:t>
      </w:r>
      <w:r w:rsidRPr="00323E6C">
        <w:rPr>
          <w:rFonts w:ascii="Times New Roman" w:hAnsi="Times New Roman" w:cs="Times New Roman"/>
          <w:bCs/>
          <w:lang w:val="vi-VN"/>
        </w:rPr>
        <w:t xml:space="preserve"> TNTT cho trẻ</w:t>
      </w:r>
      <w:r w:rsidRPr="00323E6C">
        <w:rPr>
          <w:rFonts w:ascii="Times New Roman" w:hAnsi="Times New Roman" w:cs="Times New Roman"/>
          <w:bCs/>
        </w:rPr>
        <w:t xml:space="preserve"> ở </w:t>
      </w:r>
      <w:proofErr w:type="spellStart"/>
      <w:r w:rsidRPr="00323E6C">
        <w:rPr>
          <w:rFonts w:ascii="Times New Roman" w:hAnsi="Times New Roman" w:cs="Times New Roman"/>
          <w:bCs/>
        </w:rPr>
        <w:t>các</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trường</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mầm</w:t>
      </w:r>
      <w:proofErr w:type="spellEnd"/>
      <w:r w:rsidRPr="00323E6C">
        <w:rPr>
          <w:rFonts w:ascii="Times New Roman" w:hAnsi="Times New Roman" w:cs="Times New Roman"/>
          <w:bCs/>
        </w:rPr>
        <w:t xml:space="preserve"> non</w:t>
      </w:r>
      <w:r w:rsidRPr="00323E6C">
        <w:rPr>
          <w:rFonts w:ascii="Times New Roman" w:hAnsi="Times New Roman" w:cs="Times New Roman"/>
          <w:bCs/>
          <w:lang w:val="vi-VN"/>
        </w:rPr>
        <w:t xml:space="preserve"> huyện Củ Chi</w:t>
      </w:r>
      <w:r w:rsidRPr="00323E6C">
        <w:rPr>
          <w:rFonts w:ascii="Times New Roman" w:hAnsi="Times New Roman" w:cs="Times New Roman"/>
          <w:bCs/>
        </w:rPr>
        <w:t xml:space="preserve"> </w:t>
      </w:r>
      <w:proofErr w:type="spellStart"/>
      <w:r w:rsidRPr="00323E6C">
        <w:rPr>
          <w:rFonts w:ascii="Times New Roman" w:hAnsi="Times New Roman" w:cs="Times New Roman"/>
          <w:bCs/>
        </w:rPr>
        <w:t>đạt</w:t>
      </w:r>
      <w:proofErr w:type="spellEnd"/>
      <w:r w:rsidRPr="00323E6C">
        <w:rPr>
          <w:rFonts w:ascii="Times New Roman" w:hAnsi="Times New Roman" w:cs="Times New Roman"/>
          <w:bCs/>
          <w:lang w:val="vi-VN"/>
        </w:rPr>
        <w:t xml:space="preserve"> mức khá.</w:t>
      </w:r>
      <w:r w:rsidRPr="00323E6C">
        <w:rPr>
          <w:rFonts w:ascii="Times New Roman" w:hAnsi="Times New Roman" w:cs="Times New Roman"/>
          <w:bCs/>
        </w:rPr>
        <w:t xml:space="preserve"> </w:t>
      </w:r>
      <w:proofErr w:type="spellStart"/>
      <w:r w:rsidRPr="00323E6C">
        <w:rPr>
          <w:rFonts w:ascii="Times New Roman" w:hAnsi="Times New Roman" w:cs="Times New Roman"/>
          <w:bCs/>
        </w:rPr>
        <w:t>Các</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phương</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thức</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tổ</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chức</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hoạt</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động</w:t>
      </w:r>
      <w:proofErr w:type="spellEnd"/>
      <w:r w:rsidRPr="00323E6C">
        <w:rPr>
          <w:rFonts w:ascii="Times New Roman" w:hAnsi="Times New Roman" w:cs="Times New Roman"/>
          <w:bCs/>
        </w:rPr>
        <w:t xml:space="preserve"> </w:t>
      </w:r>
      <w:r w:rsidRPr="00323E6C">
        <w:rPr>
          <w:rFonts w:ascii="Times New Roman" w:eastAsia="KIBSE+F1" w:hAnsi="Times New Roman" w:cs="Times New Roman"/>
          <w:color w:val="000000"/>
          <w:lang w:val="vi-VN"/>
        </w:rPr>
        <w:t xml:space="preserve">GD </w:t>
      </w:r>
      <w:r w:rsidRPr="00323E6C">
        <w:rPr>
          <w:rFonts w:ascii="Times New Roman" w:eastAsia="KIBSE+F1" w:hAnsi="Times New Roman" w:cs="Times New Roman"/>
          <w:color w:val="000000"/>
          <w:spacing w:val="1"/>
          <w:w w:val="101"/>
          <w:lang w:val="vi-VN"/>
        </w:rPr>
        <w:t>phòng ngừa</w:t>
      </w:r>
      <w:r w:rsidRPr="00323E6C">
        <w:rPr>
          <w:rFonts w:ascii="Times New Roman" w:hAnsi="Times New Roman" w:cs="Times New Roman"/>
          <w:bCs/>
          <w:lang w:val="vi-VN"/>
        </w:rPr>
        <w:t xml:space="preserve"> TNTT</w:t>
      </w:r>
      <w:r w:rsidRPr="00323E6C">
        <w:rPr>
          <w:rFonts w:ascii="Times New Roman" w:hAnsi="Times New Roman" w:cs="Times New Roman"/>
          <w:bCs/>
        </w:rPr>
        <w:t xml:space="preserve"> </w:t>
      </w:r>
      <w:proofErr w:type="spellStart"/>
      <w:r w:rsidRPr="00323E6C">
        <w:rPr>
          <w:rFonts w:ascii="Times New Roman" w:hAnsi="Times New Roman" w:cs="Times New Roman"/>
          <w:bCs/>
        </w:rPr>
        <w:t>cho</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trẻ</w:t>
      </w:r>
      <w:proofErr w:type="spellEnd"/>
      <w:r w:rsidRPr="00323E6C">
        <w:rPr>
          <w:rFonts w:ascii="Times New Roman" w:hAnsi="Times New Roman" w:cs="Times New Roman"/>
          <w:bCs/>
        </w:rPr>
        <w:t xml:space="preserve"> ở </w:t>
      </w:r>
      <w:proofErr w:type="spellStart"/>
      <w:r w:rsidRPr="00323E6C">
        <w:rPr>
          <w:rFonts w:ascii="Times New Roman" w:hAnsi="Times New Roman" w:cs="Times New Roman"/>
          <w:bCs/>
        </w:rPr>
        <w:t>các</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trường</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được</w:t>
      </w:r>
      <w:proofErr w:type="spellEnd"/>
      <w:r w:rsidRPr="00323E6C">
        <w:rPr>
          <w:rFonts w:ascii="Times New Roman" w:hAnsi="Times New Roman" w:cs="Times New Roman"/>
          <w:bCs/>
          <w:lang w:val="vi-VN"/>
        </w:rPr>
        <w:t xml:space="preserve"> thực hiện ở khá thường xuyên; Mức độ tham gia của các lực lượng không đồng đều. </w:t>
      </w:r>
      <w:proofErr w:type="spellStart"/>
      <w:r w:rsidRPr="00323E6C">
        <w:rPr>
          <w:rFonts w:ascii="Times New Roman" w:hAnsi="Times New Roman" w:cs="Times New Roman"/>
          <w:bCs/>
        </w:rPr>
        <w:t>Đánh</w:t>
      </w:r>
      <w:proofErr w:type="spellEnd"/>
      <w:r w:rsidRPr="00323E6C">
        <w:rPr>
          <w:rFonts w:ascii="Times New Roman" w:hAnsi="Times New Roman" w:cs="Times New Roman"/>
          <w:bCs/>
          <w:lang w:val="vi-VN"/>
        </w:rPr>
        <w:t xml:space="preserve"> giá về kết quả của hoạt động </w:t>
      </w:r>
      <w:r w:rsidRPr="00323E6C">
        <w:rPr>
          <w:rFonts w:ascii="Times New Roman" w:eastAsia="KIBSE+F1" w:hAnsi="Times New Roman" w:cs="Times New Roman"/>
          <w:color w:val="000000"/>
          <w:lang w:val="vi-VN"/>
        </w:rPr>
        <w:t xml:space="preserve">GD </w:t>
      </w:r>
      <w:r w:rsidRPr="00323E6C">
        <w:rPr>
          <w:rFonts w:ascii="Times New Roman" w:eastAsia="KIBSE+F1" w:hAnsi="Times New Roman" w:cs="Times New Roman"/>
          <w:color w:val="000000"/>
          <w:spacing w:val="1"/>
          <w:w w:val="101"/>
          <w:lang w:val="vi-VN"/>
        </w:rPr>
        <w:t>phòng ngừa</w:t>
      </w:r>
      <w:r w:rsidRPr="00323E6C">
        <w:rPr>
          <w:rFonts w:ascii="Times New Roman" w:hAnsi="Times New Roman" w:cs="Times New Roman"/>
          <w:bCs/>
          <w:lang w:val="vi-VN"/>
        </w:rPr>
        <w:t xml:space="preserve"> TNTT cho trẻ ở các trường chủ yếu ở khá và trung bình. Từ sự phân tích thực trạng này, </w:t>
      </w:r>
      <w:proofErr w:type="spellStart"/>
      <w:r w:rsidRPr="00323E6C">
        <w:rPr>
          <w:rFonts w:ascii="Times New Roman" w:hAnsi="Times New Roman" w:cs="Times New Roman"/>
          <w:bCs/>
        </w:rPr>
        <w:t>bài</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viết</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đề</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xuất</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một</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số</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biện</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pháp</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nhằm</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nâng</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cao</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hơn</w:t>
      </w:r>
      <w:proofErr w:type="spellEnd"/>
      <w:r w:rsidRPr="00323E6C">
        <w:rPr>
          <w:rFonts w:ascii="Times New Roman" w:hAnsi="Times New Roman" w:cs="Times New Roman"/>
          <w:bCs/>
          <w:lang w:val="vi-VN"/>
        </w:rPr>
        <w:t xml:space="preserve"> </w:t>
      </w:r>
      <w:proofErr w:type="spellStart"/>
      <w:r w:rsidRPr="00323E6C">
        <w:rPr>
          <w:rFonts w:ascii="Times New Roman" w:hAnsi="Times New Roman" w:cs="Times New Roman"/>
          <w:bCs/>
        </w:rPr>
        <w:t>hiệu</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quả</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hoạt</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động</w:t>
      </w:r>
      <w:proofErr w:type="spellEnd"/>
      <w:r w:rsidRPr="00323E6C">
        <w:rPr>
          <w:rFonts w:ascii="Times New Roman" w:hAnsi="Times New Roman" w:cs="Times New Roman"/>
          <w:bCs/>
        </w:rPr>
        <w:t xml:space="preserve"> </w:t>
      </w:r>
      <w:r w:rsidRPr="00323E6C">
        <w:rPr>
          <w:rFonts w:ascii="Times New Roman" w:eastAsia="KIBSE+F1" w:hAnsi="Times New Roman" w:cs="Times New Roman"/>
          <w:color w:val="000000"/>
          <w:lang w:val="vi-VN"/>
        </w:rPr>
        <w:t xml:space="preserve">GD </w:t>
      </w:r>
      <w:r w:rsidRPr="00323E6C">
        <w:rPr>
          <w:rFonts w:ascii="Times New Roman" w:eastAsia="KIBSE+F1" w:hAnsi="Times New Roman" w:cs="Times New Roman"/>
          <w:color w:val="000000"/>
          <w:spacing w:val="1"/>
          <w:w w:val="101"/>
          <w:lang w:val="vi-VN"/>
        </w:rPr>
        <w:t>phòng ngừa</w:t>
      </w:r>
      <w:r w:rsidRPr="00323E6C">
        <w:rPr>
          <w:rFonts w:ascii="Times New Roman" w:hAnsi="Times New Roman" w:cs="Times New Roman"/>
          <w:bCs/>
          <w:lang w:val="vi-VN"/>
        </w:rPr>
        <w:t xml:space="preserve"> TNTT</w:t>
      </w:r>
      <w:r w:rsidRPr="00323E6C">
        <w:rPr>
          <w:rFonts w:ascii="Times New Roman" w:hAnsi="Times New Roman" w:cs="Times New Roman"/>
          <w:bCs/>
        </w:rPr>
        <w:t xml:space="preserve"> </w:t>
      </w:r>
      <w:proofErr w:type="spellStart"/>
      <w:r w:rsidRPr="00323E6C">
        <w:rPr>
          <w:rFonts w:ascii="Times New Roman" w:hAnsi="Times New Roman" w:cs="Times New Roman"/>
          <w:bCs/>
        </w:rPr>
        <w:t>cho</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trẻ</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mẫu</w:t>
      </w:r>
      <w:proofErr w:type="spellEnd"/>
      <w:r w:rsidRPr="00323E6C">
        <w:rPr>
          <w:rFonts w:ascii="Times New Roman" w:hAnsi="Times New Roman" w:cs="Times New Roman"/>
          <w:bCs/>
          <w:lang w:val="vi-VN"/>
        </w:rPr>
        <w:t xml:space="preserve"> giáo </w:t>
      </w:r>
      <w:r w:rsidRPr="00323E6C">
        <w:rPr>
          <w:rFonts w:ascii="Times New Roman" w:hAnsi="Times New Roman" w:cs="Times New Roman"/>
          <w:bCs/>
        </w:rPr>
        <w:t xml:space="preserve">ở </w:t>
      </w:r>
      <w:proofErr w:type="spellStart"/>
      <w:r w:rsidRPr="00323E6C">
        <w:rPr>
          <w:rFonts w:ascii="Times New Roman" w:hAnsi="Times New Roman" w:cs="Times New Roman"/>
          <w:bCs/>
        </w:rPr>
        <w:t>các</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trường</w:t>
      </w:r>
      <w:proofErr w:type="spellEnd"/>
      <w:r w:rsidRPr="00323E6C">
        <w:rPr>
          <w:rFonts w:ascii="Times New Roman" w:hAnsi="Times New Roman" w:cs="Times New Roman"/>
          <w:bCs/>
        </w:rPr>
        <w:t xml:space="preserve"> </w:t>
      </w:r>
      <w:proofErr w:type="spellStart"/>
      <w:r w:rsidRPr="00323E6C">
        <w:rPr>
          <w:rFonts w:ascii="Times New Roman" w:hAnsi="Times New Roman" w:cs="Times New Roman"/>
          <w:bCs/>
        </w:rPr>
        <w:t>mầm</w:t>
      </w:r>
      <w:proofErr w:type="spellEnd"/>
      <w:r w:rsidRPr="00323E6C">
        <w:rPr>
          <w:rFonts w:ascii="Times New Roman" w:hAnsi="Times New Roman" w:cs="Times New Roman"/>
          <w:bCs/>
        </w:rPr>
        <w:t xml:space="preserve"> non</w:t>
      </w:r>
      <w:r w:rsidRPr="00323E6C">
        <w:rPr>
          <w:rFonts w:ascii="Times New Roman" w:hAnsi="Times New Roman" w:cs="Times New Roman"/>
          <w:bCs/>
          <w:lang w:val="vi-VN"/>
        </w:rPr>
        <w:t xml:space="preserve"> </w:t>
      </w:r>
      <w:r w:rsidR="00CA53F4">
        <w:rPr>
          <w:rFonts w:ascii="Times New Roman" w:hAnsi="Times New Roman" w:cs="Times New Roman"/>
          <w:bCs/>
          <w:lang w:val="vi-VN"/>
        </w:rPr>
        <w:t xml:space="preserve">như; </w:t>
      </w:r>
      <w:r w:rsidRPr="00323E6C">
        <w:rPr>
          <w:rFonts w:ascii="Times New Roman" w:hAnsi="Times New Roman" w:cs="Times New Roman"/>
          <w:color w:val="000000"/>
          <w:lang w:val="vi-VN"/>
        </w:rPr>
        <w:t>Tổ chức tập huấn đội ngũ giáo viên ở trường mầm non; cung cấp tài liệu, hướng dẫn cha, mẹ, người chăm sóc trẻ em mầm non kiến thức, kỹ năng về phòng, ch</w:t>
      </w:r>
      <w:r w:rsidRPr="00323E6C">
        <w:rPr>
          <w:rFonts w:ascii="Times New Roman" w:hAnsi="Times New Roman" w:cs="Times New Roman"/>
          <w:color w:val="000000"/>
          <w:shd w:val="clear" w:color="auto" w:fill="FFFFFF"/>
        </w:rPr>
        <w:t>ố</w:t>
      </w:r>
      <w:r w:rsidRPr="00323E6C">
        <w:rPr>
          <w:rFonts w:ascii="Times New Roman" w:hAnsi="Times New Roman" w:cs="Times New Roman"/>
          <w:color w:val="000000"/>
          <w:lang w:val="vi-VN"/>
        </w:rPr>
        <w:t>ng các loại tai nạn thương tích thường gặp ở trẻ em m</w:t>
      </w:r>
      <w:r w:rsidRPr="00323E6C">
        <w:rPr>
          <w:rFonts w:ascii="Times New Roman" w:hAnsi="Times New Roman" w:cs="Times New Roman"/>
          <w:color w:val="000000"/>
          <w:shd w:val="clear" w:color="auto" w:fill="FFFFFF"/>
        </w:rPr>
        <w:t>ầ</w:t>
      </w:r>
      <w:r w:rsidRPr="00323E6C">
        <w:rPr>
          <w:rFonts w:ascii="Times New Roman" w:hAnsi="Times New Roman" w:cs="Times New Roman"/>
          <w:color w:val="000000"/>
          <w:lang w:val="vi-VN"/>
        </w:rPr>
        <w:t xml:space="preserve">m non trong gia đình và trường học. </w:t>
      </w:r>
      <w:r w:rsidR="00CA53F4">
        <w:rPr>
          <w:rFonts w:ascii="Times New Roman" w:hAnsi="Times New Roman" w:cs="Times New Roman"/>
          <w:iCs/>
          <w:kern w:val="36"/>
          <w:lang w:val="vi-VN"/>
        </w:rPr>
        <w:t>T</w:t>
      </w:r>
      <w:r w:rsidRPr="00323E6C">
        <w:rPr>
          <w:rFonts w:ascii="Times New Roman" w:hAnsi="Times New Roman" w:cs="Times New Roman"/>
          <w:iCs/>
          <w:kern w:val="36"/>
          <w:lang w:val="vi-VN"/>
        </w:rPr>
        <w:t xml:space="preserve">ổ chức </w:t>
      </w:r>
      <w:r w:rsidR="00CA53F4">
        <w:rPr>
          <w:rFonts w:ascii="Times New Roman" w:hAnsi="Times New Roman" w:cs="Times New Roman"/>
          <w:iCs/>
          <w:kern w:val="36"/>
          <w:lang w:val="vi-VN"/>
        </w:rPr>
        <w:t xml:space="preserve">cho GV </w:t>
      </w:r>
      <w:r w:rsidRPr="00323E6C">
        <w:rPr>
          <w:rFonts w:ascii="Times New Roman" w:hAnsi="Times New Roman" w:cs="Times New Roman"/>
          <w:iCs/>
          <w:kern w:val="36"/>
          <w:lang w:val="vi-VN"/>
        </w:rPr>
        <w:t xml:space="preserve">trao đổi về </w:t>
      </w:r>
      <w:proofErr w:type="spellStart"/>
      <w:r w:rsidRPr="00323E6C">
        <w:rPr>
          <w:rFonts w:ascii="Times New Roman" w:hAnsi="Times New Roman" w:cs="Times New Roman"/>
          <w:color w:val="000000"/>
        </w:rPr>
        <w:t>các</w:t>
      </w:r>
      <w:proofErr w:type="spellEnd"/>
      <w:r w:rsidRPr="00323E6C">
        <w:rPr>
          <w:rFonts w:ascii="Times New Roman" w:hAnsi="Times New Roman" w:cs="Times New Roman"/>
          <w:color w:val="000000"/>
        </w:rPr>
        <w:t xml:space="preserve"> tai</w:t>
      </w:r>
      <w:r w:rsidRPr="00323E6C">
        <w:rPr>
          <w:rFonts w:ascii="Times New Roman" w:hAnsi="Times New Roman" w:cs="Times New Roman"/>
          <w:color w:val="000000"/>
          <w:lang w:val="vi-VN"/>
        </w:rPr>
        <w:t xml:space="preserve"> nạn thương tích mà trẻ hay gặp phải và qua đó chia sẻ kinh nghiệm về phòng chống tai nạn thương tích trẻ</w:t>
      </w:r>
      <w:r w:rsidR="00CA53F4">
        <w:rPr>
          <w:rFonts w:ascii="Times New Roman" w:hAnsi="Times New Roman" w:cs="Times New Roman"/>
          <w:color w:val="000000"/>
          <w:lang w:val="vi-VN"/>
        </w:rPr>
        <w:t>; Hiệu trưởng cần</w:t>
      </w:r>
      <w:r w:rsidRPr="00323E6C">
        <w:rPr>
          <w:rFonts w:ascii="Times New Roman" w:hAnsi="Times New Roman" w:cs="Times New Roman"/>
          <w:iCs/>
          <w:kern w:val="36"/>
          <w:lang w:val="vi-VN"/>
        </w:rPr>
        <w:t xml:space="preserve"> tổ chức, chỉ đạo sát sao hơn đến giáo viên để thực hiện các nội dung giáo dục phòng ngừa TNTT</w:t>
      </w:r>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cho</w:t>
      </w:r>
      <w:proofErr w:type="spellEnd"/>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trẻ</w:t>
      </w:r>
      <w:proofErr w:type="spellEnd"/>
      <w:r w:rsidRPr="00323E6C">
        <w:rPr>
          <w:rFonts w:ascii="Times New Roman" w:hAnsi="Times New Roman" w:cs="Times New Roman"/>
          <w:iCs/>
          <w:kern w:val="36"/>
          <w:lang w:val="vi-VN"/>
        </w:rPr>
        <w:t xml:space="preserve"> mẫu giáo như </w:t>
      </w:r>
      <w:r w:rsidR="00CA53F4">
        <w:rPr>
          <w:rFonts w:ascii="Times New Roman" w:hAnsi="Times New Roman" w:cs="Times New Roman"/>
          <w:iCs/>
          <w:kern w:val="36"/>
          <w:lang w:val="vi-VN"/>
        </w:rPr>
        <w:t>theo dõi</w:t>
      </w:r>
      <w:r w:rsidRPr="00323E6C">
        <w:rPr>
          <w:rFonts w:ascii="Times New Roman" w:hAnsi="Times New Roman" w:cs="Times New Roman"/>
          <w:iCs/>
          <w:kern w:val="36"/>
          <w:lang w:val="vi-VN"/>
        </w:rPr>
        <w:t xml:space="preserve"> trẻ mọi lúc, mọi nơi; thường xuyên </w:t>
      </w:r>
      <w:r w:rsidR="00CA53F4">
        <w:rPr>
          <w:rFonts w:ascii="Times New Roman" w:hAnsi="Times New Roman" w:cs="Times New Roman"/>
          <w:iCs/>
          <w:kern w:val="36"/>
          <w:lang w:val="vi-VN"/>
        </w:rPr>
        <w:t>cất</w:t>
      </w:r>
      <w:r w:rsidRPr="00323E6C">
        <w:rPr>
          <w:rFonts w:ascii="Times New Roman" w:hAnsi="Times New Roman" w:cs="Times New Roman"/>
          <w:iCs/>
          <w:kern w:val="36"/>
          <w:lang w:val="vi-VN"/>
        </w:rPr>
        <w:t xml:space="preserve"> bớt những đồ dùng, chơi gây nguy hiểm</w:t>
      </w:r>
      <w:r w:rsidR="00CA53F4">
        <w:rPr>
          <w:rFonts w:ascii="Times New Roman" w:hAnsi="Times New Roman" w:cs="Times New Roman"/>
          <w:bCs/>
          <w:lang w:val="vi-VN"/>
        </w:rPr>
        <w:t xml:space="preserve">; Bên cạnh đó chỉ đạo đội ngũ giáo viên </w:t>
      </w:r>
      <w:r w:rsidRPr="00323E6C">
        <w:rPr>
          <w:rFonts w:ascii="Times New Roman" w:hAnsi="Times New Roman" w:cs="Times New Roman"/>
          <w:iCs/>
          <w:kern w:val="36"/>
          <w:lang w:val="vi-VN"/>
        </w:rPr>
        <w:t>đổi mới về phương thức tổ chức giáo dục phòng ngừa TNTT</w:t>
      </w:r>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để</w:t>
      </w:r>
      <w:proofErr w:type="spellEnd"/>
      <w:r w:rsidRPr="00323E6C">
        <w:rPr>
          <w:rFonts w:ascii="Times New Roman" w:hAnsi="Times New Roman" w:cs="Times New Roman"/>
          <w:iCs/>
          <w:kern w:val="36"/>
          <w:lang w:val="vi-VN"/>
        </w:rPr>
        <w:t xml:space="preserve"> tạo sự đa dạng, phong phú, dễ hiểu cho trẻ.</w:t>
      </w:r>
      <w:r w:rsidR="00CA53F4">
        <w:rPr>
          <w:rFonts w:ascii="Times New Roman" w:hAnsi="Times New Roman" w:cs="Times New Roman"/>
          <w:bCs/>
          <w:lang w:val="vi-VN"/>
        </w:rPr>
        <w:t xml:space="preserve"> Đồng thời </w:t>
      </w:r>
      <w:r w:rsidR="00CA53F4">
        <w:rPr>
          <w:rFonts w:ascii="Times New Roman" w:hAnsi="Times New Roman" w:cs="Times New Roman"/>
          <w:iCs/>
          <w:kern w:val="36"/>
          <w:lang w:val="vi-VN"/>
        </w:rPr>
        <w:t>t</w:t>
      </w:r>
      <w:r w:rsidRPr="00323E6C">
        <w:rPr>
          <w:rFonts w:ascii="Times New Roman" w:hAnsi="Times New Roman" w:cs="Times New Roman"/>
          <w:iCs/>
          <w:kern w:val="36"/>
          <w:lang w:val="vi-VN"/>
        </w:rPr>
        <w:t>ăng cường</w:t>
      </w:r>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phối</w:t>
      </w:r>
      <w:proofErr w:type="spellEnd"/>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hợp</w:t>
      </w:r>
      <w:proofErr w:type="spellEnd"/>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chặt</w:t>
      </w:r>
      <w:proofErr w:type="spellEnd"/>
      <w:r w:rsidRPr="00323E6C">
        <w:rPr>
          <w:rFonts w:ascii="Times New Roman" w:hAnsi="Times New Roman" w:cs="Times New Roman"/>
          <w:iCs/>
          <w:kern w:val="36"/>
          <w:lang w:val="vi-VN"/>
        </w:rPr>
        <w:t xml:space="preserve"> chẽ </w:t>
      </w:r>
      <w:proofErr w:type="spellStart"/>
      <w:r w:rsidRPr="00323E6C">
        <w:rPr>
          <w:rFonts w:ascii="Times New Roman" w:hAnsi="Times New Roman" w:cs="Times New Roman"/>
          <w:iCs/>
          <w:kern w:val="36"/>
        </w:rPr>
        <w:t>giữa</w:t>
      </w:r>
      <w:proofErr w:type="spellEnd"/>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nhà</w:t>
      </w:r>
      <w:proofErr w:type="spellEnd"/>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trường</w:t>
      </w:r>
      <w:proofErr w:type="spellEnd"/>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gia</w:t>
      </w:r>
      <w:proofErr w:type="spellEnd"/>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đình</w:t>
      </w:r>
      <w:proofErr w:type="spellEnd"/>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và</w:t>
      </w:r>
      <w:proofErr w:type="spellEnd"/>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xã</w:t>
      </w:r>
      <w:proofErr w:type="spellEnd"/>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hội</w:t>
      </w:r>
      <w:proofErr w:type="spellEnd"/>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trong</w:t>
      </w:r>
      <w:proofErr w:type="spellEnd"/>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việc</w:t>
      </w:r>
      <w:proofErr w:type="spellEnd"/>
      <w:r w:rsidRPr="00323E6C">
        <w:rPr>
          <w:rFonts w:ascii="Times New Roman" w:hAnsi="Times New Roman" w:cs="Times New Roman"/>
          <w:iCs/>
          <w:kern w:val="36"/>
        </w:rPr>
        <w:t xml:space="preserve"> </w:t>
      </w:r>
      <w:proofErr w:type="spellStart"/>
      <w:r w:rsidRPr="00323E6C">
        <w:rPr>
          <w:rFonts w:ascii="Times New Roman" w:hAnsi="Times New Roman" w:cs="Times New Roman"/>
          <w:iCs/>
          <w:kern w:val="36"/>
        </w:rPr>
        <w:t>theo</w:t>
      </w:r>
      <w:proofErr w:type="spellEnd"/>
      <w:r w:rsidRPr="00323E6C">
        <w:rPr>
          <w:rFonts w:ascii="Times New Roman" w:hAnsi="Times New Roman" w:cs="Times New Roman"/>
          <w:iCs/>
          <w:kern w:val="36"/>
          <w:lang w:val="vi-VN"/>
        </w:rPr>
        <w:t xml:space="preserve"> dõi và hướng dẫn trẻ cách phòng ngừa TNTT mọi lúc, mọi nơi</w:t>
      </w:r>
      <w:r w:rsidR="00CA53F4">
        <w:rPr>
          <w:rFonts w:ascii="Times New Roman" w:hAnsi="Times New Roman" w:cs="Times New Roman"/>
          <w:iCs/>
          <w:kern w:val="36"/>
          <w:lang w:val="vi-VN"/>
        </w:rPr>
        <w:t xml:space="preserve"> và thường xuyên </w:t>
      </w:r>
      <w:r w:rsidR="00CA53F4">
        <w:rPr>
          <w:rFonts w:ascii="Times New Roman" w:hAnsi="Times New Roman" w:cs="Times New Roman"/>
          <w:color w:val="000000"/>
          <w:shd w:val="clear" w:color="auto" w:fill="FFFFFF"/>
          <w:lang w:val="vi-VN"/>
        </w:rPr>
        <w:t>n</w:t>
      </w:r>
      <w:proofErr w:type="spellStart"/>
      <w:r w:rsidRPr="00323E6C">
        <w:rPr>
          <w:rFonts w:ascii="Times New Roman" w:hAnsi="Times New Roman" w:cs="Times New Roman"/>
          <w:color w:val="000000"/>
          <w:shd w:val="clear" w:color="auto" w:fill="FFFFFF"/>
        </w:rPr>
        <w:t>âng</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cấp</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cơ</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sở</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vật</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chất</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loại</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bỏ</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các</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nguy</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cơ</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tiềm</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ẩn</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gây</w:t>
      </w:r>
      <w:proofErr w:type="spellEnd"/>
      <w:r w:rsidRPr="00323E6C">
        <w:rPr>
          <w:rFonts w:ascii="Times New Roman" w:hAnsi="Times New Roman" w:cs="Times New Roman"/>
          <w:color w:val="000000"/>
          <w:shd w:val="clear" w:color="auto" w:fill="FFFFFF"/>
        </w:rPr>
        <w:t xml:space="preserve"> tai </w:t>
      </w:r>
      <w:proofErr w:type="spellStart"/>
      <w:r w:rsidRPr="00323E6C">
        <w:rPr>
          <w:rFonts w:ascii="Times New Roman" w:hAnsi="Times New Roman" w:cs="Times New Roman"/>
          <w:color w:val="000000"/>
          <w:shd w:val="clear" w:color="auto" w:fill="FFFFFF"/>
        </w:rPr>
        <w:t>nạn</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thương</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tích</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đảm</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bảo</w:t>
      </w:r>
      <w:proofErr w:type="spellEnd"/>
      <w:r w:rsidRPr="00323E6C">
        <w:rPr>
          <w:rFonts w:ascii="Times New Roman" w:hAnsi="Times New Roman" w:cs="Times New Roman"/>
          <w:color w:val="000000"/>
          <w:shd w:val="clear" w:color="auto" w:fill="FFFFFF"/>
        </w:rPr>
        <w:t xml:space="preserve"> an </w:t>
      </w:r>
      <w:proofErr w:type="spellStart"/>
      <w:r w:rsidRPr="00323E6C">
        <w:rPr>
          <w:rFonts w:ascii="Times New Roman" w:hAnsi="Times New Roman" w:cs="Times New Roman"/>
          <w:color w:val="000000"/>
          <w:shd w:val="clear" w:color="auto" w:fill="FFFFFF"/>
        </w:rPr>
        <w:t>toàn</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cho</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trẻ</w:t>
      </w:r>
      <w:proofErr w:type="spellEnd"/>
      <w:r w:rsidRPr="00323E6C">
        <w:rPr>
          <w:rFonts w:ascii="Times New Roman" w:hAnsi="Times New Roman" w:cs="Times New Roman"/>
          <w:color w:val="000000"/>
          <w:shd w:val="clear" w:color="auto" w:fill="FFFFFF"/>
          <w:lang w:val="vi-VN"/>
        </w:rPr>
        <w:t xml:space="preserve"> </w:t>
      </w:r>
      <w:proofErr w:type="spellStart"/>
      <w:r w:rsidRPr="00323E6C">
        <w:rPr>
          <w:rFonts w:ascii="Times New Roman" w:hAnsi="Times New Roman" w:cs="Times New Roman"/>
          <w:color w:val="000000"/>
          <w:shd w:val="clear" w:color="auto" w:fill="FFFFFF"/>
        </w:rPr>
        <w:t>khi</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tham</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gia</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vui</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chơi</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học</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tập</w:t>
      </w:r>
      <w:proofErr w:type="spellEnd"/>
      <w:r w:rsidRPr="00323E6C">
        <w:rPr>
          <w:rFonts w:ascii="Times New Roman" w:hAnsi="Times New Roman" w:cs="Times New Roman"/>
          <w:color w:val="000000"/>
          <w:shd w:val="clear" w:color="auto" w:fill="FFFFFF"/>
        </w:rPr>
        <w:t xml:space="preserve"> </w:t>
      </w:r>
      <w:proofErr w:type="spellStart"/>
      <w:r w:rsidRPr="00323E6C">
        <w:rPr>
          <w:rFonts w:ascii="Times New Roman" w:hAnsi="Times New Roman" w:cs="Times New Roman"/>
          <w:color w:val="000000"/>
          <w:shd w:val="clear" w:color="auto" w:fill="FFFFFF"/>
        </w:rPr>
        <w:t>nhà</w:t>
      </w:r>
      <w:proofErr w:type="spellEnd"/>
      <w:r w:rsidRPr="00323E6C">
        <w:rPr>
          <w:rFonts w:ascii="Times New Roman" w:hAnsi="Times New Roman" w:cs="Times New Roman"/>
          <w:color w:val="000000"/>
          <w:shd w:val="clear" w:color="auto" w:fill="FFFFFF"/>
          <w:lang w:val="vi-VN"/>
        </w:rPr>
        <w:t xml:space="preserve"> </w:t>
      </w:r>
      <w:proofErr w:type="spellStart"/>
      <w:r w:rsidRPr="00323E6C">
        <w:rPr>
          <w:rFonts w:ascii="Times New Roman" w:hAnsi="Times New Roman" w:cs="Times New Roman"/>
          <w:color w:val="000000"/>
          <w:shd w:val="clear" w:color="auto" w:fill="FFFFFF"/>
        </w:rPr>
        <w:t>trường</w:t>
      </w:r>
      <w:proofErr w:type="spellEnd"/>
      <w:r w:rsidRPr="00323E6C">
        <w:rPr>
          <w:rFonts w:ascii="Times New Roman" w:hAnsi="Times New Roman" w:cs="Times New Roman"/>
          <w:color w:val="000000"/>
          <w:shd w:val="clear" w:color="auto" w:fill="FFFFFF"/>
        </w:rPr>
        <w:t>.</w:t>
      </w:r>
    </w:p>
    <w:p w14:paraId="18DAE277" w14:textId="1DC70A4A" w:rsidR="002E6A61" w:rsidRDefault="00521E68" w:rsidP="002B67B7">
      <w:pPr>
        <w:spacing w:line="240" w:lineRule="auto"/>
        <w:rPr>
          <w:rFonts w:ascii="Times New Roman" w:hAnsi="Times New Roman"/>
          <w:b/>
        </w:rPr>
      </w:pPr>
      <w:r>
        <w:rPr>
          <w:rFonts w:ascii="Times New Roman" w:hAnsi="Times New Roman"/>
          <w:b/>
        </w:rPr>
        <w:t>TÀI LIỆU THAM KHẢO</w:t>
      </w:r>
      <w:r w:rsidR="0016225C">
        <w:rPr>
          <w:rFonts w:ascii="Times New Roman" w:hAnsi="Times New Roman"/>
          <w:b/>
        </w:rPr>
        <w:t xml:space="preserve"> </w:t>
      </w:r>
    </w:p>
    <w:p w14:paraId="21D53133" w14:textId="77777777" w:rsidR="00323E6C" w:rsidRPr="00323E6C" w:rsidRDefault="00323E6C" w:rsidP="00323E6C">
      <w:pPr>
        <w:spacing w:after="120" w:line="240" w:lineRule="auto"/>
        <w:jc w:val="both"/>
        <w:rPr>
          <w:rFonts w:ascii="Times New Roman" w:hAnsi="Times New Roman" w:cs="Times New Roman"/>
          <w:color w:val="000000"/>
          <w:sz w:val="20"/>
          <w:szCs w:val="20"/>
        </w:rPr>
      </w:pPr>
      <w:r w:rsidRPr="00323E6C">
        <w:rPr>
          <w:rFonts w:ascii="Times New Roman" w:hAnsi="Times New Roman" w:cs="Times New Roman"/>
          <w:sz w:val="20"/>
          <w:szCs w:val="20"/>
          <w:lang w:val="vi-VN"/>
        </w:rPr>
        <w:t>[1].</w:t>
      </w:r>
      <w:r w:rsidRPr="00323E6C">
        <w:rPr>
          <w:rFonts w:ascii="Times New Roman" w:hAnsi="Times New Roman" w:cs="Times New Roman"/>
          <w:sz w:val="20"/>
          <w:szCs w:val="20"/>
          <w:lang w:val="fr-BE"/>
        </w:rPr>
        <w:t xml:space="preserve"> </w:t>
      </w:r>
      <w:r w:rsidRPr="00323E6C">
        <w:rPr>
          <w:rFonts w:ascii="Times New Roman" w:eastAsia="KIBSE+F1" w:hAnsi="Times New Roman" w:cs="Times New Roman"/>
          <w:iCs/>
          <w:color w:val="000000"/>
          <w:w w:val="101"/>
          <w:sz w:val="20"/>
          <w:szCs w:val="20"/>
        </w:rPr>
        <w:t>Lê</w:t>
      </w:r>
      <w:r w:rsidRPr="00323E6C">
        <w:rPr>
          <w:rFonts w:ascii="Times New Roman" w:eastAsia="KIBSE+F1" w:hAnsi="Times New Roman" w:cs="Times New Roman"/>
          <w:iCs/>
          <w:color w:val="000000"/>
          <w:spacing w:val="11"/>
          <w:sz w:val="20"/>
          <w:szCs w:val="20"/>
        </w:rPr>
        <w:t xml:space="preserve"> </w:t>
      </w:r>
      <w:proofErr w:type="spellStart"/>
      <w:r w:rsidRPr="00323E6C">
        <w:rPr>
          <w:rFonts w:ascii="Times New Roman" w:eastAsia="KIBSE+F1" w:hAnsi="Times New Roman" w:cs="Times New Roman"/>
          <w:iCs/>
          <w:color w:val="000000"/>
          <w:w w:val="101"/>
          <w:sz w:val="20"/>
          <w:szCs w:val="20"/>
        </w:rPr>
        <w:t>T</w:t>
      </w:r>
      <w:r w:rsidRPr="00323E6C">
        <w:rPr>
          <w:rFonts w:ascii="Times New Roman" w:eastAsia="KIBSE+F1" w:hAnsi="Times New Roman" w:cs="Times New Roman"/>
          <w:iCs/>
          <w:color w:val="000000"/>
          <w:spacing w:val="3"/>
          <w:w w:val="101"/>
          <w:sz w:val="20"/>
          <w:szCs w:val="20"/>
        </w:rPr>
        <w:t>h</w:t>
      </w:r>
      <w:r w:rsidRPr="00323E6C">
        <w:rPr>
          <w:rFonts w:ascii="Times New Roman" w:eastAsia="KIBSE+F1" w:hAnsi="Times New Roman" w:cs="Times New Roman"/>
          <w:iCs/>
          <w:color w:val="000000"/>
          <w:w w:val="101"/>
          <w:sz w:val="20"/>
          <w:szCs w:val="20"/>
        </w:rPr>
        <w:t>ị</w:t>
      </w:r>
      <w:proofErr w:type="spellEnd"/>
      <w:r w:rsidRPr="00323E6C">
        <w:rPr>
          <w:rFonts w:ascii="Times New Roman" w:eastAsia="KIBSE+F1" w:hAnsi="Times New Roman" w:cs="Times New Roman"/>
          <w:iCs/>
          <w:color w:val="000000"/>
          <w:spacing w:val="15"/>
          <w:sz w:val="20"/>
          <w:szCs w:val="20"/>
        </w:rPr>
        <w:t xml:space="preserve"> </w:t>
      </w:r>
      <w:r w:rsidRPr="00323E6C">
        <w:rPr>
          <w:rFonts w:ascii="Times New Roman" w:eastAsia="KIBSE+F1" w:hAnsi="Times New Roman" w:cs="Times New Roman"/>
          <w:iCs/>
          <w:color w:val="000000"/>
          <w:w w:val="101"/>
          <w:sz w:val="20"/>
          <w:szCs w:val="20"/>
        </w:rPr>
        <w:t>Thu</w:t>
      </w:r>
      <w:r w:rsidRPr="00323E6C">
        <w:rPr>
          <w:rFonts w:ascii="Times New Roman" w:eastAsia="KIBSE+F1" w:hAnsi="Times New Roman" w:cs="Times New Roman"/>
          <w:iCs/>
          <w:color w:val="000000"/>
          <w:spacing w:val="12"/>
          <w:sz w:val="20"/>
          <w:szCs w:val="20"/>
        </w:rPr>
        <w:t xml:space="preserve"> </w:t>
      </w:r>
      <w:r w:rsidRPr="00323E6C">
        <w:rPr>
          <w:rFonts w:ascii="Times New Roman" w:eastAsia="KIBSE+F1" w:hAnsi="Times New Roman" w:cs="Times New Roman"/>
          <w:iCs/>
          <w:color w:val="000000"/>
          <w:spacing w:val="-1"/>
          <w:w w:val="101"/>
          <w:sz w:val="20"/>
          <w:szCs w:val="20"/>
        </w:rPr>
        <w:t>B</w:t>
      </w:r>
      <w:r w:rsidRPr="00323E6C">
        <w:rPr>
          <w:rFonts w:ascii="Times New Roman" w:eastAsia="KIBSE+F1" w:hAnsi="Times New Roman" w:cs="Times New Roman"/>
          <w:iCs/>
          <w:color w:val="000000"/>
          <w:w w:val="101"/>
          <w:sz w:val="20"/>
          <w:szCs w:val="20"/>
        </w:rPr>
        <w:t>a</w:t>
      </w:r>
      <w:r w:rsidRPr="00323E6C">
        <w:rPr>
          <w:rFonts w:ascii="Times New Roman" w:eastAsia="KIBSE+F1" w:hAnsi="Times New Roman" w:cs="Times New Roman"/>
          <w:iCs/>
          <w:color w:val="000000"/>
          <w:spacing w:val="16"/>
          <w:sz w:val="20"/>
          <w:szCs w:val="20"/>
        </w:rPr>
        <w:t xml:space="preserve"> </w:t>
      </w:r>
      <w:r w:rsidRPr="00323E6C">
        <w:rPr>
          <w:rFonts w:ascii="Times New Roman" w:eastAsia="KIBSE+F1" w:hAnsi="Times New Roman" w:cs="Times New Roman"/>
          <w:iCs/>
          <w:color w:val="000000"/>
          <w:spacing w:val="2"/>
          <w:w w:val="101"/>
          <w:sz w:val="20"/>
          <w:szCs w:val="20"/>
        </w:rPr>
        <w:t>(</w:t>
      </w:r>
      <w:r w:rsidRPr="00323E6C">
        <w:rPr>
          <w:rFonts w:ascii="Times New Roman" w:eastAsia="KIBSE+F1" w:hAnsi="Times New Roman" w:cs="Times New Roman"/>
          <w:iCs/>
          <w:color w:val="000000"/>
          <w:w w:val="101"/>
          <w:sz w:val="20"/>
          <w:szCs w:val="20"/>
        </w:rPr>
        <w:t>20</w:t>
      </w:r>
      <w:r w:rsidRPr="00323E6C">
        <w:rPr>
          <w:rFonts w:ascii="Times New Roman" w:eastAsia="KIBSE+F1" w:hAnsi="Times New Roman" w:cs="Times New Roman"/>
          <w:iCs/>
          <w:color w:val="000000"/>
          <w:spacing w:val="-1"/>
          <w:w w:val="101"/>
          <w:sz w:val="20"/>
          <w:szCs w:val="20"/>
        </w:rPr>
        <w:t>1</w:t>
      </w:r>
      <w:r w:rsidRPr="00323E6C">
        <w:rPr>
          <w:rFonts w:ascii="Times New Roman" w:eastAsia="KIBSE+F1" w:hAnsi="Times New Roman" w:cs="Times New Roman"/>
          <w:iCs/>
          <w:color w:val="000000"/>
          <w:spacing w:val="2"/>
          <w:w w:val="101"/>
          <w:sz w:val="20"/>
          <w:szCs w:val="20"/>
        </w:rPr>
        <w:t>1</w:t>
      </w:r>
      <w:r w:rsidRPr="00323E6C">
        <w:rPr>
          <w:rFonts w:ascii="Times New Roman" w:eastAsia="KIBSE+F1" w:hAnsi="Times New Roman" w:cs="Times New Roman"/>
          <w:iCs/>
          <w:color w:val="000000"/>
          <w:w w:val="101"/>
          <w:sz w:val="20"/>
          <w:szCs w:val="20"/>
          <w:lang w:val="vi-VN"/>
        </w:rPr>
        <w:t xml:space="preserve">), </w:t>
      </w:r>
      <w:proofErr w:type="spellStart"/>
      <w:r w:rsidRPr="00323E6C">
        <w:rPr>
          <w:rFonts w:ascii="Times New Roman" w:eastAsia="OKUFL+F3" w:hAnsi="Times New Roman" w:cs="Times New Roman"/>
          <w:iCs/>
          <w:color w:val="000000"/>
          <w:w w:val="101"/>
          <w:sz w:val="20"/>
          <w:szCs w:val="20"/>
        </w:rPr>
        <w:t>Bi</w:t>
      </w:r>
      <w:r w:rsidRPr="00323E6C">
        <w:rPr>
          <w:rFonts w:ascii="Times New Roman" w:eastAsia="OKUFL+F3" w:hAnsi="Times New Roman" w:cs="Times New Roman"/>
          <w:iCs/>
          <w:color w:val="000000"/>
          <w:spacing w:val="2"/>
          <w:w w:val="101"/>
          <w:sz w:val="20"/>
          <w:szCs w:val="20"/>
        </w:rPr>
        <w:t>ệ</w:t>
      </w:r>
      <w:r w:rsidRPr="00323E6C">
        <w:rPr>
          <w:rFonts w:ascii="Times New Roman" w:eastAsia="OKUFL+F3" w:hAnsi="Times New Roman" w:cs="Times New Roman"/>
          <w:iCs/>
          <w:color w:val="000000"/>
          <w:spacing w:val="1"/>
          <w:w w:val="101"/>
          <w:sz w:val="20"/>
          <w:szCs w:val="20"/>
        </w:rPr>
        <w:t>n</w:t>
      </w:r>
      <w:proofErr w:type="spellEnd"/>
      <w:r w:rsidRPr="00323E6C">
        <w:rPr>
          <w:rFonts w:ascii="Times New Roman" w:eastAsia="OKUFL+F3" w:hAnsi="Times New Roman" w:cs="Times New Roman"/>
          <w:iCs/>
          <w:color w:val="000000"/>
          <w:spacing w:val="11"/>
          <w:sz w:val="20"/>
          <w:szCs w:val="20"/>
        </w:rPr>
        <w:t xml:space="preserve"> </w:t>
      </w:r>
      <w:proofErr w:type="spellStart"/>
      <w:r w:rsidRPr="00323E6C">
        <w:rPr>
          <w:rFonts w:ascii="Times New Roman" w:eastAsia="OKUFL+F3" w:hAnsi="Times New Roman" w:cs="Times New Roman"/>
          <w:iCs/>
          <w:color w:val="000000"/>
          <w:spacing w:val="3"/>
          <w:w w:val="101"/>
          <w:sz w:val="20"/>
          <w:szCs w:val="20"/>
        </w:rPr>
        <w:t>p</w:t>
      </w:r>
      <w:r w:rsidRPr="00323E6C">
        <w:rPr>
          <w:rFonts w:ascii="Times New Roman" w:eastAsia="OKUFL+F3" w:hAnsi="Times New Roman" w:cs="Times New Roman"/>
          <w:iCs/>
          <w:color w:val="000000"/>
          <w:spacing w:val="-1"/>
          <w:w w:val="101"/>
          <w:sz w:val="20"/>
          <w:szCs w:val="20"/>
        </w:rPr>
        <w:t>h</w:t>
      </w:r>
      <w:r w:rsidRPr="00323E6C">
        <w:rPr>
          <w:rFonts w:ascii="Times New Roman" w:eastAsia="OKUFL+F3" w:hAnsi="Times New Roman" w:cs="Times New Roman"/>
          <w:iCs/>
          <w:color w:val="000000"/>
          <w:w w:val="101"/>
          <w:sz w:val="20"/>
          <w:szCs w:val="20"/>
        </w:rPr>
        <w:t>áp</w:t>
      </w:r>
      <w:proofErr w:type="spellEnd"/>
      <w:r w:rsidRPr="00323E6C">
        <w:rPr>
          <w:rFonts w:ascii="Times New Roman" w:eastAsia="OKUFL+F3" w:hAnsi="Times New Roman" w:cs="Times New Roman"/>
          <w:iCs/>
          <w:color w:val="000000"/>
          <w:spacing w:val="14"/>
          <w:sz w:val="20"/>
          <w:szCs w:val="20"/>
        </w:rPr>
        <w:t xml:space="preserve"> </w:t>
      </w:r>
      <w:proofErr w:type="spellStart"/>
      <w:r w:rsidRPr="00323E6C">
        <w:rPr>
          <w:rFonts w:ascii="Times New Roman" w:eastAsia="OKUFL+F3" w:hAnsi="Times New Roman" w:cs="Times New Roman"/>
          <w:iCs/>
          <w:color w:val="000000"/>
          <w:w w:val="101"/>
          <w:sz w:val="20"/>
          <w:szCs w:val="20"/>
        </w:rPr>
        <w:t>quản</w:t>
      </w:r>
      <w:proofErr w:type="spellEnd"/>
      <w:r w:rsidRPr="00323E6C">
        <w:rPr>
          <w:rFonts w:ascii="Times New Roman" w:eastAsia="OKUFL+F3" w:hAnsi="Times New Roman" w:cs="Times New Roman"/>
          <w:iCs/>
          <w:color w:val="000000"/>
          <w:spacing w:val="14"/>
          <w:sz w:val="20"/>
          <w:szCs w:val="20"/>
        </w:rPr>
        <w:t xml:space="preserve"> </w:t>
      </w:r>
      <w:proofErr w:type="spellStart"/>
      <w:r w:rsidRPr="00323E6C">
        <w:rPr>
          <w:rFonts w:ascii="Times New Roman" w:eastAsia="OKUFL+F3" w:hAnsi="Times New Roman" w:cs="Times New Roman"/>
          <w:iCs/>
          <w:color w:val="000000"/>
          <w:w w:val="101"/>
          <w:sz w:val="20"/>
          <w:szCs w:val="20"/>
        </w:rPr>
        <w:t>lí</w:t>
      </w:r>
      <w:proofErr w:type="spellEnd"/>
      <w:r w:rsidRPr="00323E6C">
        <w:rPr>
          <w:rFonts w:ascii="Times New Roman" w:eastAsia="OKUFL+F3" w:hAnsi="Times New Roman" w:cs="Times New Roman"/>
          <w:iCs/>
          <w:color w:val="000000"/>
          <w:spacing w:val="14"/>
          <w:sz w:val="20"/>
          <w:szCs w:val="20"/>
        </w:rPr>
        <w:t xml:space="preserve"> </w:t>
      </w:r>
      <w:proofErr w:type="spellStart"/>
      <w:r w:rsidRPr="00323E6C">
        <w:rPr>
          <w:rFonts w:ascii="Times New Roman" w:eastAsia="OKUFL+F3" w:hAnsi="Times New Roman" w:cs="Times New Roman"/>
          <w:iCs/>
          <w:color w:val="000000"/>
          <w:spacing w:val="-1"/>
          <w:w w:val="101"/>
          <w:sz w:val="20"/>
          <w:szCs w:val="20"/>
        </w:rPr>
        <w:t>p</w:t>
      </w:r>
      <w:r w:rsidRPr="00323E6C">
        <w:rPr>
          <w:rFonts w:ascii="Times New Roman" w:eastAsia="OKUFL+F3" w:hAnsi="Times New Roman" w:cs="Times New Roman"/>
          <w:iCs/>
          <w:color w:val="000000"/>
          <w:spacing w:val="1"/>
          <w:w w:val="101"/>
          <w:sz w:val="20"/>
          <w:szCs w:val="20"/>
        </w:rPr>
        <w:t>hò</w:t>
      </w:r>
      <w:r w:rsidRPr="00323E6C">
        <w:rPr>
          <w:rFonts w:ascii="Times New Roman" w:eastAsia="OKUFL+F3" w:hAnsi="Times New Roman" w:cs="Times New Roman"/>
          <w:iCs/>
          <w:color w:val="000000"/>
          <w:spacing w:val="3"/>
          <w:w w:val="101"/>
          <w:sz w:val="20"/>
          <w:szCs w:val="20"/>
        </w:rPr>
        <w:t>n</w:t>
      </w:r>
      <w:r w:rsidRPr="00323E6C">
        <w:rPr>
          <w:rFonts w:ascii="Times New Roman" w:eastAsia="OKUFL+F3" w:hAnsi="Times New Roman" w:cs="Times New Roman"/>
          <w:iCs/>
          <w:color w:val="000000"/>
          <w:spacing w:val="1"/>
          <w:w w:val="101"/>
          <w:sz w:val="20"/>
          <w:szCs w:val="20"/>
        </w:rPr>
        <w:t>g</w:t>
      </w:r>
      <w:proofErr w:type="spellEnd"/>
      <w:r w:rsidRPr="00323E6C">
        <w:rPr>
          <w:rFonts w:ascii="Times New Roman" w:eastAsia="OKUFL+F3" w:hAnsi="Times New Roman" w:cs="Times New Roman"/>
          <w:iCs/>
          <w:color w:val="000000"/>
          <w:spacing w:val="14"/>
          <w:sz w:val="20"/>
          <w:szCs w:val="20"/>
          <w:lang w:val="vi-VN"/>
        </w:rPr>
        <w:t xml:space="preserve"> </w:t>
      </w:r>
      <w:proofErr w:type="spellStart"/>
      <w:r w:rsidRPr="00323E6C">
        <w:rPr>
          <w:rFonts w:ascii="Times New Roman" w:eastAsia="OKUFL+F3" w:hAnsi="Times New Roman" w:cs="Times New Roman"/>
          <w:iCs/>
          <w:color w:val="000000"/>
          <w:spacing w:val="-2"/>
          <w:w w:val="101"/>
          <w:sz w:val="20"/>
          <w:szCs w:val="20"/>
        </w:rPr>
        <w:t>c</w:t>
      </w:r>
      <w:r w:rsidRPr="00323E6C">
        <w:rPr>
          <w:rFonts w:ascii="Times New Roman" w:eastAsia="OKUFL+F3" w:hAnsi="Times New Roman" w:cs="Times New Roman"/>
          <w:iCs/>
          <w:color w:val="000000"/>
          <w:spacing w:val="1"/>
          <w:w w:val="101"/>
          <w:sz w:val="20"/>
          <w:szCs w:val="20"/>
        </w:rPr>
        <w:t>hống</w:t>
      </w:r>
      <w:proofErr w:type="spellEnd"/>
      <w:r w:rsidRPr="00323E6C">
        <w:rPr>
          <w:rFonts w:ascii="Times New Roman" w:hAnsi="Times New Roman" w:cs="Times New Roman"/>
          <w:iCs/>
          <w:color w:val="000000"/>
          <w:sz w:val="20"/>
          <w:szCs w:val="20"/>
          <w:lang w:val="vi-VN"/>
        </w:rPr>
        <w:t xml:space="preserve"> </w:t>
      </w:r>
      <w:proofErr w:type="spellStart"/>
      <w:r w:rsidRPr="00323E6C">
        <w:rPr>
          <w:rFonts w:ascii="Times New Roman" w:eastAsia="OKUFL+F3" w:hAnsi="Times New Roman" w:cs="Times New Roman"/>
          <w:iCs/>
          <w:color w:val="000000"/>
          <w:spacing w:val="1"/>
          <w:w w:val="101"/>
          <w:sz w:val="20"/>
          <w:szCs w:val="20"/>
        </w:rPr>
        <w:t>và</w:t>
      </w:r>
      <w:proofErr w:type="spellEnd"/>
      <w:r w:rsidRPr="00323E6C">
        <w:rPr>
          <w:rFonts w:ascii="Times New Roman" w:eastAsia="OKUFL+F3" w:hAnsi="Times New Roman" w:cs="Times New Roman"/>
          <w:iCs/>
          <w:color w:val="000000"/>
          <w:spacing w:val="12"/>
          <w:sz w:val="20"/>
          <w:szCs w:val="20"/>
        </w:rPr>
        <w:t xml:space="preserve"> </w:t>
      </w:r>
      <w:proofErr w:type="spellStart"/>
      <w:r w:rsidRPr="00323E6C">
        <w:rPr>
          <w:rFonts w:ascii="Times New Roman" w:eastAsia="OKUFL+F3" w:hAnsi="Times New Roman" w:cs="Times New Roman"/>
          <w:iCs/>
          <w:color w:val="000000"/>
          <w:w w:val="101"/>
          <w:sz w:val="20"/>
          <w:szCs w:val="20"/>
        </w:rPr>
        <w:t>xử</w:t>
      </w:r>
      <w:proofErr w:type="spellEnd"/>
      <w:r w:rsidRPr="00323E6C">
        <w:rPr>
          <w:rFonts w:ascii="Times New Roman" w:eastAsia="OKUFL+F3" w:hAnsi="Times New Roman" w:cs="Times New Roman"/>
          <w:iCs/>
          <w:color w:val="000000"/>
          <w:spacing w:val="12"/>
          <w:sz w:val="20"/>
          <w:szCs w:val="20"/>
        </w:rPr>
        <w:t xml:space="preserve"> </w:t>
      </w:r>
      <w:proofErr w:type="spellStart"/>
      <w:r w:rsidRPr="00323E6C">
        <w:rPr>
          <w:rFonts w:ascii="Times New Roman" w:eastAsia="OKUFL+F3" w:hAnsi="Times New Roman" w:cs="Times New Roman"/>
          <w:iCs/>
          <w:color w:val="000000"/>
          <w:spacing w:val="1"/>
          <w:w w:val="101"/>
          <w:sz w:val="20"/>
          <w:szCs w:val="20"/>
        </w:rPr>
        <w:t>l</w:t>
      </w:r>
      <w:r w:rsidRPr="00323E6C">
        <w:rPr>
          <w:rFonts w:ascii="Times New Roman" w:eastAsia="OKUFL+F3" w:hAnsi="Times New Roman" w:cs="Times New Roman"/>
          <w:iCs/>
          <w:color w:val="000000"/>
          <w:w w:val="101"/>
          <w:sz w:val="20"/>
          <w:szCs w:val="20"/>
        </w:rPr>
        <w:t>ý</w:t>
      </w:r>
      <w:proofErr w:type="spellEnd"/>
      <w:r w:rsidRPr="00323E6C">
        <w:rPr>
          <w:rFonts w:ascii="Times New Roman" w:eastAsia="OKUFL+F3" w:hAnsi="Times New Roman" w:cs="Times New Roman"/>
          <w:iCs/>
          <w:color w:val="000000"/>
          <w:spacing w:val="12"/>
          <w:sz w:val="20"/>
          <w:szCs w:val="20"/>
        </w:rPr>
        <w:t xml:space="preserve"> </w:t>
      </w:r>
      <w:r w:rsidRPr="00323E6C">
        <w:rPr>
          <w:rFonts w:ascii="Times New Roman" w:eastAsia="OKUFL+F3" w:hAnsi="Times New Roman" w:cs="Times New Roman"/>
          <w:iCs/>
          <w:color w:val="000000"/>
          <w:w w:val="101"/>
          <w:sz w:val="20"/>
          <w:szCs w:val="20"/>
        </w:rPr>
        <w:t>T</w:t>
      </w:r>
      <w:r w:rsidRPr="00323E6C">
        <w:rPr>
          <w:rFonts w:ascii="Times New Roman" w:eastAsia="OKUFL+F3" w:hAnsi="Times New Roman" w:cs="Times New Roman"/>
          <w:iCs/>
          <w:color w:val="000000"/>
          <w:spacing w:val="2"/>
          <w:w w:val="101"/>
          <w:sz w:val="20"/>
          <w:szCs w:val="20"/>
        </w:rPr>
        <w:t>N</w:t>
      </w:r>
      <w:r w:rsidRPr="00323E6C">
        <w:rPr>
          <w:rFonts w:ascii="Times New Roman" w:eastAsia="OKUFL+F3" w:hAnsi="Times New Roman" w:cs="Times New Roman"/>
          <w:iCs/>
          <w:color w:val="000000"/>
          <w:w w:val="101"/>
          <w:sz w:val="20"/>
          <w:szCs w:val="20"/>
        </w:rPr>
        <w:t>TT</w:t>
      </w:r>
      <w:r w:rsidRPr="00323E6C">
        <w:rPr>
          <w:rFonts w:ascii="Times New Roman" w:eastAsia="OKUFL+F3" w:hAnsi="Times New Roman" w:cs="Times New Roman"/>
          <w:iCs/>
          <w:color w:val="000000"/>
          <w:spacing w:val="12"/>
          <w:sz w:val="20"/>
          <w:szCs w:val="20"/>
        </w:rPr>
        <w:t xml:space="preserve"> </w:t>
      </w:r>
      <w:proofErr w:type="spellStart"/>
      <w:r w:rsidRPr="00323E6C">
        <w:rPr>
          <w:rFonts w:ascii="Times New Roman" w:eastAsia="OKUFL+F3" w:hAnsi="Times New Roman" w:cs="Times New Roman"/>
          <w:iCs/>
          <w:color w:val="000000"/>
          <w:w w:val="101"/>
          <w:sz w:val="20"/>
          <w:szCs w:val="20"/>
        </w:rPr>
        <w:t>cho</w:t>
      </w:r>
      <w:proofErr w:type="spellEnd"/>
      <w:r w:rsidRPr="00323E6C">
        <w:rPr>
          <w:rFonts w:ascii="Times New Roman" w:eastAsia="OKUFL+F3" w:hAnsi="Times New Roman" w:cs="Times New Roman"/>
          <w:iCs/>
          <w:color w:val="000000"/>
          <w:spacing w:val="12"/>
          <w:sz w:val="20"/>
          <w:szCs w:val="20"/>
        </w:rPr>
        <w:t xml:space="preserve"> </w:t>
      </w:r>
      <w:proofErr w:type="spellStart"/>
      <w:r w:rsidRPr="00323E6C">
        <w:rPr>
          <w:rFonts w:ascii="Times New Roman" w:eastAsia="OKUFL+F3" w:hAnsi="Times New Roman" w:cs="Times New Roman"/>
          <w:iCs/>
          <w:color w:val="000000"/>
          <w:w w:val="101"/>
          <w:sz w:val="20"/>
          <w:szCs w:val="20"/>
        </w:rPr>
        <w:t>trẻ</w:t>
      </w:r>
      <w:proofErr w:type="spellEnd"/>
      <w:r w:rsidRPr="00323E6C">
        <w:rPr>
          <w:rFonts w:ascii="Times New Roman" w:eastAsia="OKUFL+F3" w:hAnsi="Times New Roman" w:cs="Times New Roman"/>
          <w:iCs/>
          <w:color w:val="000000"/>
          <w:spacing w:val="13"/>
          <w:sz w:val="20"/>
          <w:szCs w:val="20"/>
        </w:rPr>
        <w:t xml:space="preserve"> </w:t>
      </w:r>
      <w:r w:rsidRPr="00323E6C">
        <w:rPr>
          <w:rFonts w:ascii="Times New Roman" w:eastAsia="OKUFL+F3" w:hAnsi="Times New Roman" w:cs="Times New Roman"/>
          <w:iCs/>
          <w:color w:val="000000"/>
          <w:w w:val="101"/>
          <w:sz w:val="20"/>
          <w:szCs w:val="20"/>
        </w:rPr>
        <w:t>ở</w:t>
      </w:r>
      <w:r w:rsidRPr="00323E6C">
        <w:rPr>
          <w:rFonts w:ascii="Times New Roman" w:eastAsia="OKUFL+F3" w:hAnsi="Times New Roman" w:cs="Times New Roman"/>
          <w:iCs/>
          <w:color w:val="000000"/>
          <w:spacing w:val="13"/>
          <w:sz w:val="20"/>
          <w:szCs w:val="20"/>
        </w:rPr>
        <w:t xml:space="preserve"> </w:t>
      </w:r>
      <w:proofErr w:type="spellStart"/>
      <w:r w:rsidRPr="00323E6C">
        <w:rPr>
          <w:rFonts w:ascii="Times New Roman" w:eastAsia="OKUFL+F3" w:hAnsi="Times New Roman" w:cs="Times New Roman"/>
          <w:iCs/>
          <w:color w:val="000000"/>
          <w:w w:val="101"/>
          <w:sz w:val="20"/>
          <w:szCs w:val="20"/>
        </w:rPr>
        <w:t>t</w:t>
      </w:r>
      <w:r w:rsidRPr="00323E6C">
        <w:rPr>
          <w:rFonts w:ascii="Times New Roman" w:eastAsia="OKUFL+F3" w:hAnsi="Times New Roman" w:cs="Times New Roman"/>
          <w:iCs/>
          <w:color w:val="000000"/>
          <w:spacing w:val="2"/>
          <w:w w:val="101"/>
          <w:sz w:val="20"/>
          <w:szCs w:val="20"/>
        </w:rPr>
        <w:t>r</w:t>
      </w:r>
      <w:r w:rsidRPr="00323E6C">
        <w:rPr>
          <w:rFonts w:ascii="Times New Roman" w:eastAsia="OKUFL+F3" w:hAnsi="Times New Roman" w:cs="Times New Roman"/>
          <w:iCs/>
          <w:color w:val="000000"/>
          <w:w w:val="101"/>
          <w:sz w:val="20"/>
          <w:szCs w:val="20"/>
        </w:rPr>
        <w:t>ư</w:t>
      </w:r>
      <w:r w:rsidRPr="00323E6C">
        <w:rPr>
          <w:rFonts w:ascii="Times New Roman" w:eastAsia="OKUFL+F3" w:hAnsi="Times New Roman" w:cs="Times New Roman"/>
          <w:iCs/>
          <w:color w:val="000000"/>
          <w:spacing w:val="1"/>
          <w:w w:val="101"/>
          <w:sz w:val="20"/>
          <w:szCs w:val="20"/>
        </w:rPr>
        <w:t>ờ</w:t>
      </w:r>
      <w:r w:rsidRPr="00323E6C">
        <w:rPr>
          <w:rFonts w:ascii="Times New Roman" w:eastAsia="OKUFL+F3" w:hAnsi="Times New Roman" w:cs="Times New Roman"/>
          <w:iCs/>
          <w:color w:val="000000"/>
          <w:w w:val="101"/>
          <w:sz w:val="20"/>
          <w:szCs w:val="20"/>
        </w:rPr>
        <w:t>ng</w:t>
      </w:r>
      <w:proofErr w:type="spellEnd"/>
      <w:r w:rsidRPr="00323E6C">
        <w:rPr>
          <w:rFonts w:ascii="Times New Roman" w:eastAsia="OKUFL+F3" w:hAnsi="Times New Roman" w:cs="Times New Roman"/>
          <w:iCs/>
          <w:color w:val="000000"/>
          <w:spacing w:val="12"/>
          <w:sz w:val="20"/>
          <w:szCs w:val="20"/>
        </w:rPr>
        <w:t xml:space="preserve"> </w:t>
      </w:r>
      <w:proofErr w:type="spellStart"/>
      <w:r w:rsidRPr="00323E6C">
        <w:rPr>
          <w:rFonts w:ascii="Times New Roman" w:eastAsia="OKUFL+F3" w:hAnsi="Times New Roman" w:cs="Times New Roman"/>
          <w:iCs/>
          <w:color w:val="000000"/>
          <w:w w:val="101"/>
          <w:sz w:val="20"/>
          <w:szCs w:val="20"/>
        </w:rPr>
        <w:t>mầm</w:t>
      </w:r>
      <w:proofErr w:type="spellEnd"/>
      <w:r w:rsidRPr="00323E6C">
        <w:rPr>
          <w:rFonts w:ascii="Times New Roman" w:eastAsia="OKUFL+F3" w:hAnsi="Times New Roman" w:cs="Times New Roman"/>
          <w:iCs/>
          <w:color w:val="000000"/>
          <w:spacing w:val="9"/>
          <w:sz w:val="20"/>
          <w:szCs w:val="20"/>
        </w:rPr>
        <w:t xml:space="preserve"> </w:t>
      </w:r>
      <w:r w:rsidRPr="00323E6C">
        <w:rPr>
          <w:rFonts w:ascii="Times New Roman" w:eastAsia="OKUFL+F3" w:hAnsi="Times New Roman" w:cs="Times New Roman"/>
          <w:iCs/>
          <w:color w:val="000000"/>
          <w:w w:val="101"/>
          <w:sz w:val="20"/>
          <w:szCs w:val="20"/>
        </w:rPr>
        <w:t>non</w:t>
      </w:r>
      <w:r w:rsidRPr="00323E6C">
        <w:rPr>
          <w:rFonts w:ascii="Times New Roman" w:eastAsia="OKUFL+F3" w:hAnsi="Times New Roman" w:cs="Times New Roman"/>
          <w:iCs/>
          <w:color w:val="000000"/>
          <w:spacing w:val="14"/>
          <w:sz w:val="20"/>
          <w:szCs w:val="20"/>
          <w:lang w:val="vi-VN"/>
        </w:rPr>
        <w:t xml:space="preserve">, </w:t>
      </w:r>
      <w:proofErr w:type="spellStart"/>
      <w:r w:rsidRPr="00323E6C">
        <w:rPr>
          <w:rFonts w:ascii="Times New Roman" w:eastAsia="KIBSE+F1" w:hAnsi="Times New Roman" w:cs="Times New Roman"/>
          <w:i/>
          <w:color w:val="000000"/>
          <w:w w:val="101"/>
          <w:sz w:val="20"/>
          <w:szCs w:val="20"/>
        </w:rPr>
        <w:t>Tạp</w:t>
      </w:r>
      <w:proofErr w:type="spellEnd"/>
      <w:r w:rsidRPr="00323E6C">
        <w:rPr>
          <w:rFonts w:ascii="Times New Roman" w:eastAsia="KIBSE+F1" w:hAnsi="Times New Roman" w:cs="Times New Roman"/>
          <w:i/>
          <w:color w:val="000000"/>
          <w:spacing w:val="9"/>
          <w:sz w:val="20"/>
          <w:szCs w:val="20"/>
        </w:rPr>
        <w:t xml:space="preserve"> </w:t>
      </w:r>
      <w:proofErr w:type="spellStart"/>
      <w:r w:rsidRPr="00323E6C">
        <w:rPr>
          <w:rFonts w:ascii="Times New Roman" w:eastAsia="KIBSE+F1" w:hAnsi="Times New Roman" w:cs="Times New Roman"/>
          <w:i/>
          <w:color w:val="000000"/>
          <w:spacing w:val="2"/>
          <w:w w:val="101"/>
          <w:sz w:val="20"/>
          <w:szCs w:val="20"/>
        </w:rPr>
        <w:t>c</w:t>
      </w:r>
      <w:r w:rsidRPr="00323E6C">
        <w:rPr>
          <w:rFonts w:ascii="Times New Roman" w:eastAsia="KIBSE+F1" w:hAnsi="Times New Roman" w:cs="Times New Roman"/>
          <w:i/>
          <w:color w:val="000000"/>
          <w:w w:val="101"/>
          <w:sz w:val="20"/>
          <w:szCs w:val="20"/>
        </w:rPr>
        <w:t>hí</w:t>
      </w:r>
      <w:proofErr w:type="spellEnd"/>
      <w:r w:rsidRPr="00323E6C">
        <w:rPr>
          <w:rFonts w:ascii="Times New Roman" w:eastAsia="KIBSE+F1" w:hAnsi="Times New Roman" w:cs="Times New Roman"/>
          <w:i/>
          <w:color w:val="000000"/>
          <w:spacing w:val="11"/>
          <w:sz w:val="20"/>
          <w:szCs w:val="20"/>
        </w:rPr>
        <w:t xml:space="preserve"> </w:t>
      </w:r>
      <w:proofErr w:type="spellStart"/>
      <w:r w:rsidRPr="00323E6C">
        <w:rPr>
          <w:rFonts w:ascii="Times New Roman" w:eastAsia="KIBSE+F1" w:hAnsi="Times New Roman" w:cs="Times New Roman"/>
          <w:i/>
          <w:color w:val="000000"/>
          <w:w w:val="101"/>
          <w:sz w:val="20"/>
          <w:szCs w:val="20"/>
        </w:rPr>
        <w:t>giáo</w:t>
      </w:r>
      <w:proofErr w:type="spellEnd"/>
      <w:r w:rsidRPr="00323E6C">
        <w:rPr>
          <w:rFonts w:ascii="Times New Roman" w:eastAsia="KIBSE+F1" w:hAnsi="Times New Roman" w:cs="Times New Roman"/>
          <w:i/>
          <w:color w:val="000000"/>
          <w:spacing w:val="12"/>
          <w:sz w:val="20"/>
          <w:szCs w:val="20"/>
        </w:rPr>
        <w:t xml:space="preserve"> </w:t>
      </w:r>
      <w:proofErr w:type="spellStart"/>
      <w:r w:rsidRPr="00323E6C">
        <w:rPr>
          <w:rFonts w:ascii="Times New Roman" w:eastAsia="KIBSE+F1" w:hAnsi="Times New Roman" w:cs="Times New Roman"/>
          <w:i/>
          <w:color w:val="000000"/>
          <w:w w:val="101"/>
          <w:sz w:val="20"/>
          <w:szCs w:val="20"/>
        </w:rPr>
        <w:t>dục</w:t>
      </w:r>
      <w:proofErr w:type="spellEnd"/>
      <w:r w:rsidRPr="00323E6C">
        <w:rPr>
          <w:rFonts w:ascii="Times New Roman" w:eastAsia="KIBSE+F1" w:hAnsi="Times New Roman" w:cs="Times New Roman"/>
          <w:i/>
          <w:color w:val="000000"/>
          <w:spacing w:val="11"/>
          <w:sz w:val="20"/>
          <w:szCs w:val="20"/>
        </w:rPr>
        <w:t xml:space="preserve"> </w:t>
      </w:r>
      <w:proofErr w:type="spellStart"/>
      <w:r w:rsidRPr="00323E6C">
        <w:rPr>
          <w:rFonts w:ascii="Times New Roman" w:eastAsia="KIBSE+F1" w:hAnsi="Times New Roman" w:cs="Times New Roman"/>
          <w:i/>
          <w:color w:val="000000"/>
          <w:w w:val="101"/>
          <w:sz w:val="20"/>
          <w:szCs w:val="20"/>
        </w:rPr>
        <w:t>Số</w:t>
      </w:r>
      <w:proofErr w:type="spellEnd"/>
      <w:r w:rsidRPr="00323E6C">
        <w:rPr>
          <w:rFonts w:ascii="Times New Roman" w:eastAsia="KIBSE+F1" w:hAnsi="Times New Roman" w:cs="Times New Roman"/>
          <w:i/>
          <w:color w:val="000000"/>
          <w:spacing w:val="14"/>
          <w:sz w:val="20"/>
          <w:szCs w:val="20"/>
        </w:rPr>
        <w:t xml:space="preserve"> </w:t>
      </w:r>
      <w:proofErr w:type="spellStart"/>
      <w:r w:rsidRPr="00323E6C">
        <w:rPr>
          <w:rFonts w:ascii="Times New Roman" w:eastAsia="KIBSE+F1" w:hAnsi="Times New Roman" w:cs="Times New Roman"/>
          <w:i/>
          <w:color w:val="000000"/>
          <w:w w:val="101"/>
          <w:sz w:val="20"/>
          <w:szCs w:val="20"/>
        </w:rPr>
        <w:t>đặc</w:t>
      </w:r>
      <w:proofErr w:type="spellEnd"/>
      <w:r w:rsidRPr="00323E6C">
        <w:rPr>
          <w:rFonts w:ascii="Times New Roman" w:hAnsi="Times New Roman" w:cs="Times New Roman"/>
          <w:i/>
          <w:color w:val="000000"/>
          <w:sz w:val="20"/>
          <w:szCs w:val="20"/>
          <w:lang w:val="vi-VN"/>
        </w:rPr>
        <w:t xml:space="preserve"> </w:t>
      </w:r>
      <w:proofErr w:type="spellStart"/>
      <w:r w:rsidRPr="00323E6C">
        <w:rPr>
          <w:rFonts w:ascii="Times New Roman" w:eastAsia="KIBSE+F1" w:hAnsi="Times New Roman" w:cs="Times New Roman"/>
          <w:i/>
          <w:color w:val="000000"/>
          <w:spacing w:val="2"/>
          <w:w w:val="101"/>
          <w:sz w:val="20"/>
          <w:szCs w:val="20"/>
        </w:rPr>
        <w:t>b</w:t>
      </w:r>
      <w:r w:rsidRPr="00323E6C">
        <w:rPr>
          <w:rFonts w:ascii="Times New Roman" w:eastAsia="KIBSE+F1" w:hAnsi="Times New Roman" w:cs="Times New Roman"/>
          <w:i/>
          <w:color w:val="000000"/>
          <w:w w:val="101"/>
          <w:sz w:val="20"/>
          <w:szCs w:val="20"/>
        </w:rPr>
        <w:t>iệt</w:t>
      </w:r>
      <w:proofErr w:type="spellEnd"/>
      <w:r w:rsidRPr="00323E6C">
        <w:rPr>
          <w:rFonts w:ascii="Times New Roman" w:eastAsia="KIBSE+F1" w:hAnsi="Times New Roman" w:cs="Times New Roman"/>
          <w:i/>
          <w:color w:val="000000"/>
          <w:spacing w:val="51"/>
          <w:sz w:val="20"/>
          <w:szCs w:val="20"/>
        </w:rPr>
        <w:t xml:space="preserve"> </w:t>
      </w:r>
      <w:r w:rsidRPr="00323E6C">
        <w:rPr>
          <w:rFonts w:ascii="Times New Roman" w:eastAsia="KIBSE+F1" w:hAnsi="Times New Roman" w:cs="Times New Roman"/>
          <w:i/>
          <w:color w:val="000000"/>
          <w:spacing w:val="3"/>
          <w:w w:val="101"/>
          <w:sz w:val="20"/>
          <w:szCs w:val="20"/>
        </w:rPr>
        <w:t>1</w:t>
      </w:r>
      <w:r w:rsidRPr="00323E6C">
        <w:rPr>
          <w:rFonts w:ascii="Times New Roman" w:eastAsia="KIBSE+F1" w:hAnsi="Times New Roman" w:cs="Times New Roman"/>
          <w:i/>
          <w:color w:val="000000"/>
          <w:spacing w:val="-1"/>
          <w:w w:val="101"/>
          <w:sz w:val="20"/>
          <w:szCs w:val="20"/>
        </w:rPr>
        <w:t>1</w:t>
      </w:r>
      <w:r w:rsidRPr="00323E6C">
        <w:rPr>
          <w:rFonts w:ascii="Times New Roman" w:eastAsia="KIBSE+F1" w:hAnsi="Times New Roman" w:cs="Times New Roman"/>
          <w:i/>
          <w:color w:val="000000"/>
          <w:w w:val="101"/>
          <w:sz w:val="20"/>
          <w:szCs w:val="20"/>
        </w:rPr>
        <w:t>/</w:t>
      </w:r>
      <w:r w:rsidRPr="00323E6C">
        <w:rPr>
          <w:rFonts w:ascii="Times New Roman" w:eastAsia="KIBSE+F1" w:hAnsi="Times New Roman" w:cs="Times New Roman"/>
          <w:i/>
          <w:color w:val="000000"/>
          <w:spacing w:val="3"/>
          <w:w w:val="101"/>
          <w:sz w:val="20"/>
          <w:szCs w:val="20"/>
        </w:rPr>
        <w:t>2</w:t>
      </w:r>
      <w:r w:rsidRPr="00323E6C">
        <w:rPr>
          <w:rFonts w:ascii="Times New Roman" w:eastAsia="KIBSE+F1" w:hAnsi="Times New Roman" w:cs="Times New Roman"/>
          <w:i/>
          <w:color w:val="000000"/>
          <w:w w:val="101"/>
          <w:sz w:val="20"/>
          <w:szCs w:val="20"/>
        </w:rPr>
        <w:t>011</w:t>
      </w:r>
    </w:p>
    <w:p w14:paraId="0ACD2562" w14:textId="77777777" w:rsidR="00323E6C" w:rsidRPr="00323E6C" w:rsidRDefault="00323E6C" w:rsidP="00323E6C">
      <w:pPr>
        <w:spacing w:after="120" w:line="240" w:lineRule="auto"/>
        <w:jc w:val="both"/>
        <w:rPr>
          <w:rFonts w:ascii="Times New Roman" w:hAnsi="Times New Roman" w:cs="Times New Roman"/>
          <w:iCs/>
          <w:color w:val="000000"/>
          <w:sz w:val="20"/>
          <w:szCs w:val="20"/>
          <w:shd w:val="clear" w:color="auto" w:fill="FFFFFF"/>
          <w:lang w:val="vi-VN"/>
        </w:rPr>
      </w:pPr>
      <w:r w:rsidRPr="00323E6C">
        <w:rPr>
          <w:rFonts w:ascii="Times New Roman" w:hAnsi="Times New Roman" w:cs="Times New Roman"/>
          <w:sz w:val="20"/>
          <w:szCs w:val="20"/>
          <w:lang w:val="vi-VN"/>
        </w:rPr>
        <w:t xml:space="preserve">[2]. </w:t>
      </w:r>
      <w:proofErr w:type="spellStart"/>
      <w:r w:rsidRPr="00323E6C">
        <w:rPr>
          <w:rFonts w:ascii="Times New Roman" w:hAnsi="Times New Roman" w:cs="Times New Roman"/>
          <w:iCs/>
          <w:color w:val="000000"/>
          <w:sz w:val="20"/>
          <w:szCs w:val="20"/>
          <w:shd w:val="clear" w:color="auto" w:fill="FFFFFF"/>
        </w:rPr>
        <w:t>Bộ</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Giáo</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dục</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và</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Đào</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tạo</w:t>
      </w:r>
      <w:proofErr w:type="spellEnd"/>
      <w:r w:rsidRPr="00323E6C">
        <w:rPr>
          <w:rFonts w:ascii="Times New Roman" w:hAnsi="Times New Roman" w:cs="Times New Roman"/>
          <w:iCs/>
          <w:color w:val="000000"/>
          <w:sz w:val="20"/>
          <w:szCs w:val="20"/>
          <w:shd w:val="clear" w:color="auto" w:fill="FFFFFF"/>
        </w:rPr>
        <w:t xml:space="preserve"> </w:t>
      </w:r>
      <w:r w:rsidRPr="00323E6C">
        <w:rPr>
          <w:rFonts w:ascii="Times New Roman" w:hAnsi="Times New Roman" w:cs="Times New Roman"/>
          <w:iCs/>
          <w:color w:val="000000"/>
          <w:sz w:val="20"/>
          <w:szCs w:val="20"/>
          <w:shd w:val="clear" w:color="auto" w:fill="FFFFFF"/>
          <w:lang w:val="vi-VN"/>
        </w:rPr>
        <w:t xml:space="preserve">(2021), </w:t>
      </w:r>
      <w:proofErr w:type="spellStart"/>
      <w:r w:rsidRPr="00323E6C">
        <w:rPr>
          <w:rFonts w:ascii="Times New Roman" w:hAnsi="Times New Roman" w:cs="Times New Roman"/>
          <w:iCs/>
          <w:color w:val="000000"/>
          <w:sz w:val="20"/>
          <w:szCs w:val="20"/>
          <w:shd w:val="clear" w:color="auto" w:fill="FFFFFF"/>
        </w:rPr>
        <w:t>Thông</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tư</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số</w:t>
      </w:r>
      <w:proofErr w:type="spellEnd"/>
      <w:r w:rsidRPr="00323E6C">
        <w:rPr>
          <w:rFonts w:ascii="Times New Roman" w:hAnsi="Times New Roman" w:cs="Times New Roman"/>
          <w:iCs/>
          <w:color w:val="000000"/>
          <w:sz w:val="20"/>
          <w:szCs w:val="20"/>
          <w:shd w:val="clear" w:color="auto" w:fill="FFFFFF"/>
        </w:rPr>
        <w:t xml:space="preserve">: 45/2021/TT-BGDĐT </w:t>
      </w:r>
      <w:r w:rsidRPr="00323E6C">
        <w:rPr>
          <w:rFonts w:ascii="Times New Roman" w:hAnsi="Times New Roman" w:cs="Times New Roman"/>
          <w:iCs/>
          <w:color w:val="000000"/>
          <w:sz w:val="20"/>
          <w:szCs w:val="20"/>
          <w:shd w:val="clear" w:color="auto" w:fill="FFFFFF"/>
          <w:lang w:val="vi-VN"/>
        </w:rPr>
        <w:t>n</w:t>
      </w:r>
      <w:proofErr w:type="spellStart"/>
      <w:r w:rsidRPr="00323E6C">
        <w:rPr>
          <w:rFonts w:ascii="Times New Roman" w:hAnsi="Times New Roman" w:cs="Times New Roman"/>
          <w:iCs/>
          <w:color w:val="000000"/>
          <w:sz w:val="20"/>
          <w:szCs w:val="20"/>
          <w:shd w:val="clear" w:color="auto" w:fill="FFFFFF"/>
        </w:rPr>
        <w:t>gày</w:t>
      </w:r>
      <w:proofErr w:type="spellEnd"/>
      <w:r w:rsidRPr="00323E6C">
        <w:rPr>
          <w:rFonts w:ascii="Times New Roman" w:hAnsi="Times New Roman" w:cs="Times New Roman"/>
          <w:iCs/>
          <w:color w:val="000000"/>
          <w:sz w:val="20"/>
          <w:szCs w:val="20"/>
          <w:shd w:val="clear" w:color="auto" w:fill="FFFFFF"/>
        </w:rPr>
        <w:t xml:space="preserve"> 31/12/2021 Qu</w:t>
      </w:r>
      <w:r w:rsidRPr="00323E6C">
        <w:rPr>
          <w:rFonts w:ascii="Times New Roman" w:hAnsi="Times New Roman" w:cs="Times New Roman"/>
          <w:iCs/>
          <w:color w:val="000000"/>
          <w:sz w:val="20"/>
          <w:szCs w:val="20"/>
          <w:shd w:val="clear" w:color="auto" w:fill="FFFFFF"/>
          <w:lang w:val="vi-VN"/>
        </w:rPr>
        <w:t>y</w:t>
      </w:r>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định</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về</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việc</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Xây</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dựng</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trường</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học</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an</w:t>
      </w:r>
      <w:proofErr w:type="spellEnd"/>
      <w:r w:rsidRPr="00323E6C">
        <w:rPr>
          <w:rFonts w:ascii="Times New Roman" w:hAnsi="Times New Roman" w:cs="Times New Roman"/>
          <w:iCs/>
          <w:color w:val="000000"/>
          <w:sz w:val="20"/>
          <w:szCs w:val="20"/>
          <w:shd w:val="clear" w:color="auto" w:fill="FFFFFF"/>
          <w:lang w:val="vi-VN"/>
        </w:rPr>
        <w:t xml:space="preserve"> </w:t>
      </w:r>
      <w:proofErr w:type="spellStart"/>
      <w:r w:rsidRPr="00323E6C">
        <w:rPr>
          <w:rFonts w:ascii="Times New Roman" w:hAnsi="Times New Roman" w:cs="Times New Roman"/>
          <w:iCs/>
          <w:color w:val="000000"/>
          <w:sz w:val="20"/>
          <w:szCs w:val="20"/>
          <w:shd w:val="clear" w:color="auto" w:fill="FFFFFF"/>
        </w:rPr>
        <w:t>toàn</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phòng</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chống</w:t>
      </w:r>
      <w:proofErr w:type="spellEnd"/>
      <w:r w:rsidRPr="00323E6C">
        <w:rPr>
          <w:rFonts w:ascii="Times New Roman" w:hAnsi="Times New Roman" w:cs="Times New Roman"/>
          <w:iCs/>
          <w:color w:val="000000"/>
          <w:sz w:val="20"/>
          <w:szCs w:val="20"/>
          <w:shd w:val="clear" w:color="auto" w:fill="FFFFFF"/>
        </w:rPr>
        <w:t xml:space="preserve"> tai </w:t>
      </w:r>
      <w:proofErr w:type="spellStart"/>
      <w:r w:rsidRPr="00323E6C">
        <w:rPr>
          <w:rFonts w:ascii="Times New Roman" w:hAnsi="Times New Roman" w:cs="Times New Roman"/>
          <w:iCs/>
          <w:color w:val="000000"/>
          <w:sz w:val="20"/>
          <w:szCs w:val="20"/>
          <w:shd w:val="clear" w:color="auto" w:fill="FFFFFF"/>
        </w:rPr>
        <w:t>nạn</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thương</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tích</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trong</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trường</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mầm</w:t>
      </w:r>
      <w:proofErr w:type="spellEnd"/>
      <w:r w:rsidRPr="00323E6C">
        <w:rPr>
          <w:rFonts w:ascii="Times New Roman" w:hAnsi="Times New Roman" w:cs="Times New Roman"/>
          <w:iCs/>
          <w:color w:val="000000"/>
          <w:sz w:val="20"/>
          <w:szCs w:val="20"/>
          <w:shd w:val="clear" w:color="auto" w:fill="FFFFFF"/>
        </w:rPr>
        <w:t xml:space="preserve"> non</w:t>
      </w:r>
      <w:r w:rsidRPr="00323E6C">
        <w:rPr>
          <w:rFonts w:ascii="Times New Roman" w:hAnsi="Times New Roman" w:cs="Times New Roman"/>
          <w:iCs/>
          <w:color w:val="000000"/>
          <w:sz w:val="20"/>
          <w:szCs w:val="20"/>
          <w:shd w:val="clear" w:color="auto" w:fill="FFFFFF"/>
          <w:lang w:val="vi-VN"/>
        </w:rPr>
        <w:t>.</w:t>
      </w:r>
    </w:p>
    <w:p w14:paraId="7B1FC863" w14:textId="77777777" w:rsidR="00323E6C" w:rsidRPr="00323E6C" w:rsidRDefault="00323E6C" w:rsidP="00323E6C">
      <w:pPr>
        <w:spacing w:after="120" w:line="240" w:lineRule="auto"/>
        <w:jc w:val="both"/>
        <w:rPr>
          <w:rFonts w:ascii="Times New Roman" w:hAnsi="Times New Roman" w:cs="Times New Roman"/>
          <w:iCs/>
          <w:color w:val="000000"/>
          <w:w w:val="101"/>
          <w:sz w:val="20"/>
          <w:szCs w:val="20"/>
          <w:lang w:val="vi-VN"/>
        </w:rPr>
      </w:pPr>
      <w:r w:rsidRPr="00323E6C">
        <w:rPr>
          <w:rFonts w:ascii="Times New Roman" w:hAnsi="Times New Roman" w:cs="Times New Roman"/>
          <w:iCs/>
          <w:color w:val="000000"/>
          <w:sz w:val="20"/>
          <w:szCs w:val="20"/>
          <w:shd w:val="clear" w:color="auto" w:fill="FFFFFF"/>
        </w:rPr>
        <w:lastRenderedPageBreak/>
        <w:t>[</w:t>
      </w:r>
      <w:r w:rsidRPr="00323E6C">
        <w:rPr>
          <w:rFonts w:ascii="Times New Roman" w:hAnsi="Times New Roman" w:cs="Times New Roman"/>
          <w:iCs/>
          <w:color w:val="000000"/>
          <w:sz w:val="20"/>
          <w:szCs w:val="20"/>
          <w:shd w:val="clear" w:color="auto" w:fill="FFFFFF"/>
          <w:lang w:val="vi-VN"/>
        </w:rPr>
        <w:t>3</w:t>
      </w:r>
      <w:r w:rsidRPr="00323E6C">
        <w:rPr>
          <w:rFonts w:ascii="Times New Roman" w:hAnsi="Times New Roman" w:cs="Times New Roman"/>
          <w:iCs/>
          <w:color w:val="000000"/>
          <w:sz w:val="20"/>
          <w:szCs w:val="20"/>
          <w:shd w:val="clear" w:color="auto" w:fill="FFFFFF"/>
        </w:rPr>
        <w:t>]</w:t>
      </w:r>
      <w:r w:rsidRPr="00323E6C">
        <w:rPr>
          <w:rFonts w:ascii="Times New Roman" w:hAnsi="Times New Roman" w:cs="Times New Roman"/>
          <w:iCs/>
          <w:color w:val="000000"/>
          <w:sz w:val="20"/>
          <w:szCs w:val="20"/>
          <w:shd w:val="clear" w:color="auto" w:fill="FFFFFF"/>
          <w:lang w:val="vi-VN"/>
        </w:rPr>
        <w:t xml:space="preserve">. </w:t>
      </w:r>
      <w:proofErr w:type="spellStart"/>
      <w:r w:rsidRPr="00323E6C">
        <w:rPr>
          <w:rFonts w:ascii="Times New Roman" w:hAnsi="Times New Roman" w:cs="Times New Roman"/>
          <w:iCs/>
          <w:color w:val="000000"/>
          <w:sz w:val="20"/>
          <w:szCs w:val="20"/>
          <w:shd w:val="clear" w:color="auto" w:fill="FFFFFF"/>
        </w:rPr>
        <w:t>Bộ</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Giáo</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dục</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và</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Đào</w:t>
      </w:r>
      <w:proofErr w:type="spellEnd"/>
      <w:r w:rsidRPr="00323E6C">
        <w:rPr>
          <w:rFonts w:ascii="Times New Roman" w:hAnsi="Times New Roman" w:cs="Times New Roman"/>
          <w:iCs/>
          <w:color w:val="000000"/>
          <w:sz w:val="20"/>
          <w:szCs w:val="20"/>
          <w:shd w:val="clear" w:color="auto" w:fill="FFFFFF"/>
        </w:rPr>
        <w:t xml:space="preserve"> </w:t>
      </w:r>
      <w:proofErr w:type="spellStart"/>
      <w:r w:rsidRPr="00323E6C">
        <w:rPr>
          <w:rFonts w:ascii="Times New Roman" w:hAnsi="Times New Roman" w:cs="Times New Roman"/>
          <w:iCs/>
          <w:color w:val="000000"/>
          <w:sz w:val="20"/>
          <w:szCs w:val="20"/>
          <w:shd w:val="clear" w:color="auto" w:fill="FFFFFF"/>
        </w:rPr>
        <w:t>tạo</w:t>
      </w:r>
      <w:proofErr w:type="spellEnd"/>
      <w:r w:rsidRPr="00323E6C">
        <w:rPr>
          <w:rFonts w:ascii="Times New Roman" w:hAnsi="Times New Roman" w:cs="Times New Roman"/>
          <w:iCs/>
          <w:color w:val="000000"/>
          <w:sz w:val="20"/>
          <w:szCs w:val="20"/>
          <w:shd w:val="clear" w:color="auto" w:fill="FFFFFF"/>
        </w:rPr>
        <w:t xml:space="preserve"> </w:t>
      </w:r>
      <w:r w:rsidRPr="00323E6C">
        <w:rPr>
          <w:rFonts w:ascii="Times New Roman" w:hAnsi="Times New Roman" w:cs="Times New Roman"/>
          <w:iCs/>
          <w:color w:val="000000"/>
          <w:sz w:val="20"/>
          <w:szCs w:val="20"/>
          <w:shd w:val="clear" w:color="auto" w:fill="FFFFFF"/>
          <w:lang w:val="vi-VN"/>
        </w:rPr>
        <w:t xml:space="preserve">(2021), </w:t>
      </w:r>
      <w:r w:rsidRPr="00323E6C">
        <w:rPr>
          <w:rFonts w:ascii="Times New Roman" w:hAnsi="Times New Roman" w:cs="Times New Roman"/>
          <w:iCs/>
          <w:color w:val="000000"/>
          <w:w w:val="101"/>
          <w:sz w:val="20"/>
          <w:szCs w:val="20"/>
          <w:lang w:val="vi-VN"/>
        </w:rPr>
        <w:t>Quyết định số 4501/QĐ- BGDDT 29/11/2021 về</w:t>
      </w:r>
      <w:r w:rsidRPr="00323E6C">
        <w:rPr>
          <w:rFonts w:ascii="Times New Roman" w:hAnsi="Times New Roman" w:cs="Times New Roman"/>
          <w:iCs/>
          <w:color w:val="000000"/>
          <w:spacing w:val="3"/>
          <w:sz w:val="20"/>
          <w:szCs w:val="20"/>
        </w:rPr>
        <w:t xml:space="preserve"> </w:t>
      </w:r>
      <w:proofErr w:type="spellStart"/>
      <w:r w:rsidRPr="00323E6C">
        <w:rPr>
          <w:rFonts w:ascii="Times New Roman" w:hAnsi="Times New Roman" w:cs="Times New Roman"/>
          <w:iCs/>
          <w:color w:val="000000"/>
          <w:spacing w:val="-1"/>
          <w:w w:val="101"/>
          <w:sz w:val="20"/>
          <w:szCs w:val="20"/>
        </w:rPr>
        <w:t>c</w:t>
      </w:r>
      <w:r w:rsidRPr="00323E6C">
        <w:rPr>
          <w:rFonts w:ascii="Times New Roman" w:hAnsi="Times New Roman" w:cs="Times New Roman"/>
          <w:iCs/>
          <w:color w:val="000000"/>
          <w:spacing w:val="1"/>
          <w:w w:val="101"/>
          <w:sz w:val="20"/>
          <w:szCs w:val="20"/>
        </w:rPr>
        <w:t>h</w:t>
      </w:r>
      <w:r w:rsidRPr="00323E6C">
        <w:rPr>
          <w:rFonts w:ascii="Times New Roman" w:hAnsi="Times New Roman" w:cs="Times New Roman"/>
          <w:iCs/>
          <w:color w:val="000000"/>
          <w:w w:val="101"/>
          <w:sz w:val="20"/>
          <w:szCs w:val="20"/>
        </w:rPr>
        <w:t>ương</w:t>
      </w:r>
      <w:proofErr w:type="spellEnd"/>
      <w:r w:rsidRPr="00323E6C">
        <w:rPr>
          <w:rFonts w:ascii="Times New Roman" w:hAnsi="Times New Roman" w:cs="Times New Roman"/>
          <w:iCs/>
          <w:color w:val="000000"/>
          <w:spacing w:val="6"/>
          <w:sz w:val="20"/>
          <w:szCs w:val="20"/>
        </w:rPr>
        <w:t xml:space="preserve"> </w:t>
      </w:r>
      <w:proofErr w:type="spellStart"/>
      <w:r w:rsidRPr="00323E6C">
        <w:rPr>
          <w:rFonts w:ascii="Times New Roman" w:hAnsi="Times New Roman" w:cs="Times New Roman"/>
          <w:iCs/>
          <w:color w:val="000000"/>
          <w:w w:val="101"/>
          <w:sz w:val="20"/>
          <w:szCs w:val="20"/>
        </w:rPr>
        <w:t>tr</w:t>
      </w:r>
      <w:r w:rsidRPr="00323E6C">
        <w:rPr>
          <w:rFonts w:ascii="Times New Roman" w:hAnsi="Times New Roman" w:cs="Times New Roman"/>
          <w:iCs/>
          <w:color w:val="000000"/>
          <w:spacing w:val="-1"/>
          <w:w w:val="101"/>
          <w:sz w:val="20"/>
          <w:szCs w:val="20"/>
        </w:rPr>
        <w:t>ì</w:t>
      </w:r>
      <w:r w:rsidRPr="00323E6C">
        <w:rPr>
          <w:rFonts w:ascii="Times New Roman" w:hAnsi="Times New Roman" w:cs="Times New Roman"/>
          <w:iCs/>
          <w:color w:val="000000"/>
          <w:spacing w:val="1"/>
          <w:w w:val="101"/>
          <w:sz w:val="20"/>
          <w:szCs w:val="20"/>
        </w:rPr>
        <w:t>n</w:t>
      </w:r>
      <w:r w:rsidRPr="00323E6C">
        <w:rPr>
          <w:rFonts w:ascii="Times New Roman" w:hAnsi="Times New Roman" w:cs="Times New Roman"/>
          <w:iCs/>
          <w:color w:val="000000"/>
          <w:w w:val="101"/>
          <w:sz w:val="20"/>
          <w:szCs w:val="20"/>
        </w:rPr>
        <w:t>h</w:t>
      </w:r>
      <w:proofErr w:type="spellEnd"/>
      <w:r w:rsidRPr="00323E6C">
        <w:rPr>
          <w:rFonts w:ascii="Times New Roman" w:hAnsi="Times New Roman" w:cs="Times New Roman"/>
          <w:iCs/>
          <w:color w:val="000000"/>
          <w:spacing w:val="1"/>
          <w:sz w:val="20"/>
          <w:szCs w:val="20"/>
        </w:rPr>
        <w:t xml:space="preserve"> PN</w:t>
      </w:r>
      <w:r w:rsidRPr="00323E6C">
        <w:rPr>
          <w:rFonts w:ascii="Times New Roman" w:hAnsi="Times New Roman" w:cs="Times New Roman"/>
          <w:iCs/>
          <w:color w:val="000000"/>
          <w:spacing w:val="1"/>
          <w:sz w:val="20"/>
          <w:szCs w:val="20"/>
          <w:lang w:val="vi-VN"/>
        </w:rPr>
        <w:t xml:space="preserve"> TNTT cho </w:t>
      </w:r>
      <w:proofErr w:type="spellStart"/>
      <w:r w:rsidRPr="00323E6C">
        <w:rPr>
          <w:rFonts w:ascii="Times New Roman" w:hAnsi="Times New Roman" w:cs="Times New Roman"/>
          <w:iCs/>
          <w:color w:val="000000"/>
          <w:w w:val="101"/>
          <w:sz w:val="20"/>
          <w:szCs w:val="20"/>
        </w:rPr>
        <w:t>trẻ</w:t>
      </w:r>
      <w:proofErr w:type="spellEnd"/>
      <w:r w:rsidRPr="00323E6C">
        <w:rPr>
          <w:rFonts w:ascii="Times New Roman" w:hAnsi="Times New Roman" w:cs="Times New Roman"/>
          <w:iCs/>
          <w:color w:val="000000"/>
          <w:spacing w:val="4"/>
          <w:sz w:val="20"/>
          <w:szCs w:val="20"/>
        </w:rPr>
        <w:t xml:space="preserve"> </w:t>
      </w:r>
      <w:proofErr w:type="spellStart"/>
      <w:r w:rsidRPr="00323E6C">
        <w:rPr>
          <w:rFonts w:ascii="Times New Roman" w:hAnsi="Times New Roman" w:cs="Times New Roman"/>
          <w:iCs/>
          <w:color w:val="000000"/>
          <w:w w:val="101"/>
          <w:sz w:val="20"/>
          <w:szCs w:val="20"/>
        </w:rPr>
        <w:t>e</w:t>
      </w:r>
      <w:r w:rsidRPr="00323E6C">
        <w:rPr>
          <w:rFonts w:ascii="Times New Roman" w:hAnsi="Times New Roman" w:cs="Times New Roman"/>
          <w:iCs/>
          <w:color w:val="000000"/>
          <w:spacing w:val="-3"/>
          <w:w w:val="101"/>
          <w:sz w:val="20"/>
          <w:szCs w:val="20"/>
        </w:rPr>
        <w:t>m</w:t>
      </w:r>
      <w:proofErr w:type="spellEnd"/>
      <w:r w:rsidRPr="00323E6C">
        <w:rPr>
          <w:rFonts w:ascii="Times New Roman" w:hAnsi="Times New Roman" w:cs="Times New Roman"/>
          <w:iCs/>
          <w:color w:val="000000"/>
          <w:w w:val="101"/>
          <w:sz w:val="20"/>
          <w:szCs w:val="20"/>
          <w:lang w:val="vi-VN"/>
        </w:rPr>
        <w:t xml:space="preserve"> giai đoạn 2021-2025 </w:t>
      </w:r>
    </w:p>
    <w:p w14:paraId="0D57691E" w14:textId="77777777" w:rsidR="00323E6C" w:rsidRPr="00323E6C" w:rsidRDefault="00323E6C" w:rsidP="00323E6C">
      <w:pPr>
        <w:spacing w:after="120" w:line="240" w:lineRule="auto"/>
        <w:jc w:val="both"/>
        <w:rPr>
          <w:rFonts w:ascii="Times New Roman" w:hAnsi="Times New Roman" w:cs="Times New Roman"/>
          <w:color w:val="000000"/>
          <w:sz w:val="20"/>
          <w:szCs w:val="20"/>
          <w:lang w:val="vi-VN"/>
        </w:rPr>
      </w:pPr>
      <w:r w:rsidRPr="00323E6C">
        <w:rPr>
          <w:rFonts w:ascii="Times New Roman" w:hAnsi="Times New Roman" w:cs="Times New Roman"/>
          <w:color w:val="000000"/>
          <w:sz w:val="20"/>
          <w:szCs w:val="20"/>
          <w:lang w:val="vi-VN"/>
        </w:rPr>
        <w:t>[4].Bộ Y Tế (2021), Quyết định số</w:t>
      </w:r>
      <w:r w:rsidRPr="00323E6C">
        <w:rPr>
          <w:rStyle w:val="apple-converted-space"/>
          <w:rFonts w:ascii="Times New Roman" w:hAnsi="Times New Roman" w:cs="Times New Roman"/>
          <w:color w:val="000000"/>
          <w:sz w:val="20"/>
          <w:szCs w:val="20"/>
          <w:lang w:val="vi-VN"/>
        </w:rPr>
        <w:t> </w:t>
      </w:r>
      <w:r w:rsidRPr="00323E6C">
        <w:rPr>
          <w:rFonts w:ascii="Times New Roman" w:hAnsi="Times New Roman" w:cs="Times New Roman"/>
          <w:color w:val="000000"/>
          <w:sz w:val="20"/>
          <w:szCs w:val="20"/>
          <w:shd w:val="clear" w:color="auto" w:fill="FFFFFF"/>
        </w:rPr>
        <w:t>1652</w:t>
      </w:r>
      <w:r w:rsidRPr="00323E6C">
        <w:rPr>
          <w:rFonts w:ascii="Times New Roman" w:hAnsi="Times New Roman" w:cs="Times New Roman"/>
          <w:color w:val="000000"/>
          <w:sz w:val="20"/>
          <w:szCs w:val="20"/>
          <w:lang w:val="vi-VN"/>
        </w:rPr>
        <w:t>/QĐ-</w:t>
      </w:r>
      <w:r w:rsidRPr="00323E6C">
        <w:rPr>
          <w:rFonts w:ascii="Times New Roman" w:hAnsi="Times New Roman" w:cs="Times New Roman"/>
          <w:color w:val="000000"/>
          <w:sz w:val="20"/>
          <w:szCs w:val="20"/>
          <w:shd w:val="clear" w:color="auto" w:fill="FFFFFF"/>
        </w:rPr>
        <w:t>BY</w:t>
      </w:r>
      <w:r w:rsidRPr="00323E6C">
        <w:rPr>
          <w:rFonts w:ascii="Times New Roman" w:hAnsi="Times New Roman" w:cs="Times New Roman"/>
          <w:color w:val="000000"/>
          <w:sz w:val="20"/>
          <w:szCs w:val="20"/>
          <w:shd w:val="clear" w:color="auto" w:fill="FFFFFF"/>
          <w:lang w:val="vi-VN"/>
        </w:rPr>
        <w:t xml:space="preserve">T về </w:t>
      </w:r>
      <w:r w:rsidRPr="00323E6C">
        <w:rPr>
          <w:rFonts w:ascii="Times New Roman" w:hAnsi="Times New Roman" w:cs="Times New Roman"/>
          <w:color w:val="000000"/>
          <w:sz w:val="20"/>
          <w:szCs w:val="20"/>
          <w:lang w:val="vi-VN"/>
        </w:rPr>
        <w:t>Kế hoạch phòng chống tai nạn thương tích tại cộng đồng giai đoạn 2021-2025.</w:t>
      </w:r>
    </w:p>
    <w:p w14:paraId="6D684DC8" w14:textId="77777777" w:rsidR="00323E6C" w:rsidRPr="00323E6C" w:rsidRDefault="00323E6C" w:rsidP="00323E6C">
      <w:pPr>
        <w:spacing w:after="120" w:line="240" w:lineRule="auto"/>
        <w:jc w:val="both"/>
        <w:rPr>
          <w:rFonts w:ascii="Times New Roman" w:hAnsi="Times New Roman" w:cs="Times New Roman"/>
          <w:color w:val="000000"/>
          <w:sz w:val="20"/>
          <w:szCs w:val="20"/>
          <w:lang w:val="vi-VN"/>
        </w:rPr>
      </w:pPr>
      <w:r w:rsidRPr="00323E6C">
        <w:rPr>
          <w:rFonts w:ascii="Times New Roman" w:eastAsia="KIBSE+F1" w:hAnsi="Times New Roman" w:cs="Times New Roman"/>
          <w:iCs/>
          <w:color w:val="000000"/>
          <w:w w:val="101"/>
          <w:sz w:val="20"/>
          <w:szCs w:val="20"/>
        </w:rPr>
        <w:t>[</w:t>
      </w:r>
      <w:r w:rsidRPr="00323E6C">
        <w:rPr>
          <w:rFonts w:ascii="Times New Roman" w:eastAsia="KIBSE+F1" w:hAnsi="Times New Roman" w:cs="Times New Roman"/>
          <w:iCs/>
          <w:color w:val="000000"/>
          <w:w w:val="101"/>
          <w:sz w:val="20"/>
          <w:szCs w:val="20"/>
          <w:lang w:val="vi-VN"/>
        </w:rPr>
        <w:t>5</w:t>
      </w:r>
      <w:r w:rsidRPr="00323E6C">
        <w:rPr>
          <w:rFonts w:ascii="Times New Roman" w:eastAsia="KIBSE+F1" w:hAnsi="Times New Roman" w:cs="Times New Roman"/>
          <w:iCs/>
          <w:color w:val="000000"/>
          <w:w w:val="101"/>
          <w:sz w:val="20"/>
          <w:szCs w:val="20"/>
        </w:rPr>
        <w:t>]</w:t>
      </w:r>
      <w:r w:rsidRPr="00323E6C">
        <w:rPr>
          <w:rFonts w:ascii="Times New Roman" w:eastAsia="KIBSE+F1" w:hAnsi="Times New Roman" w:cs="Times New Roman"/>
          <w:iCs/>
          <w:color w:val="000000"/>
          <w:w w:val="101"/>
          <w:sz w:val="20"/>
          <w:szCs w:val="20"/>
          <w:lang w:val="vi-VN"/>
        </w:rPr>
        <w:t xml:space="preserve">. </w:t>
      </w:r>
      <w:proofErr w:type="spellStart"/>
      <w:r w:rsidRPr="00323E6C">
        <w:rPr>
          <w:rFonts w:ascii="Times New Roman" w:eastAsia="KIBSE+F1" w:hAnsi="Times New Roman" w:cs="Times New Roman"/>
          <w:iCs/>
          <w:color w:val="000000"/>
          <w:w w:val="101"/>
          <w:sz w:val="20"/>
          <w:szCs w:val="20"/>
        </w:rPr>
        <w:t>N</w:t>
      </w:r>
      <w:r w:rsidRPr="00323E6C">
        <w:rPr>
          <w:rFonts w:ascii="Times New Roman" w:eastAsia="KIBSE+F1" w:hAnsi="Times New Roman" w:cs="Times New Roman"/>
          <w:iCs/>
          <w:color w:val="000000"/>
          <w:spacing w:val="-1"/>
          <w:w w:val="101"/>
          <w:sz w:val="20"/>
          <w:szCs w:val="20"/>
        </w:rPr>
        <w:t>g</w:t>
      </w:r>
      <w:r w:rsidRPr="00323E6C">
        <w:rPr>
          <w:rFonts w:ascii="Times New Roman" w:eastAsia="KIBSE+F1" w:hAnsi="Times New Roman" w:cs="Times New Roman"/>
          <w:iCs/>
          <w:color w:val="000000"/>
          <w:spacing w:val="5"/>
          <w:w w:val="101"/>
          <w:sz w:val="20"/>
          <w:szCs w:val="20"/>
        </w:rPr>
        <w:t>u</w:t>
      </w:r>
      <w:r w:rsidRPr="00323E6C">
        <w:rPr>
          <w:rFonts w:ascii="Times New Roman" w:eastAsia="KIBSE+F1" w:hAnsi="Times New Roman" w:cs="Times New Roman"/>
          <w:iCs/>
          <w:color w:val="000000"/>
          <w:spacing w:val="-6"/>
          <w:w w:val="101"/>
          <w:sz w:val="20"/>
          <w:szCs w:val="20"/>
        </w:rPr>
        <w:t>y</w:t>
      </w:r>
      <w:r w:rsidRPr="00323E6C">
        <w:rPr>
          <w:rFonts w:ascii="Times New Roman" w:eastAsia="KIBSE+F1" w:hAnsi="Times New Roman" w:cs="Times New Roman"/>
          <w:iCs/>
          <w:color w:val="000000"/>
          <w:w w:val="101"/>
          <w:sz w:val="20"/>
          <w:szCs w:val="20"/>
        </w:rPr>
        <w:t>ễn</w:t>
      </w:r>
      <w:proofErr w:type="spellEnd"/>
      <w:r w:rsidRPr="00323E6C">
        <w:rPr>
          <w:rFonts w:ascii="Times New Roman" w:eastAsia="KIBSE+F1" w:hAnsi="Times New Roman" w:cs="Times New Roman"/>
          <w:iCs/>
          <w:color w:val="000000"/>
          <w:spacing w:val="17"/>
          <w:sz w:val="20"/>
          <w:szCs w:val="20"/>
        </w:rPr>
        <w:t xml:space="preserve"> </w:t>
      </w:r>
      <w:r w:rsidRPr="00323E6C">
        <w:rPr>
          <w:rFonts w:ascii="Times New Roman" w:eastAsia="KIBSE+F1" w:hAnsi="Times New Roman" w:cs="Times New Roman"/>
          <w:iCs/>
          <w:color w:val="000000"/>
          <w:w w:val="101"/>
          <w:sz w:val="20"/>
          <w:szCs w:val="20"/>
        </w:rPr>
        <w:t>T</w:t>
      </w:r>
      <w:r w:rsidRPr="00323E6C">
        <w:rPr>
          <w:rFonts w:ascii="Times New Roman" w:eastAsia="KIBSE+F1" w:hAnsi="Times New Roman" w:cs="Times New Roman"/>
          <w:iCs/>
          <w:color w:val="000000"/>
          <w:spacing w:val="3"/>
          <w:w w:val="101"/>
          <w:sz w:val="20"/>
          <w:szCs w:val="20"/>
        </w:rPr>
        <w:t>h</w:t>
      </w:r>
      <w:r w:rsidRPr="00323E6C">
        <w:rPr>
          <w:rFonts w:ascii="Times New Roman" w:eastAsia="KIBSE+F1" w:hAnsi="Times New Roman" w:cs="Times New Roman"/>
          <w:iCs/>
          <w:color w:val="000000"/>
          <w:w w:val="101"/>
          <w:sz w:val="20"/>
          <w:szCs w:val="20"/>
        </w:rPr>
        <w:t>u</w:t>
      </w:r>
      <w:r w:rsidRPr="00323E6C">
        <w:rPr>
          <w:rFonts w:ascii="Times New Roman" w:eastAsia="KIBSE+F1" w:hAnsi="Times New Roman" w:cs="Times New Roman"/>
          <w:iCs/>
          <w:color w:val="000000"/>
          <w:spacing w:val="14"/>
          <w:sz w:val="20"/>
          <w:szCs w:val="20"/>
        </w:rPr>
        <w:t xml:space="preserve"> </w:t>
      </w:r>
      <w:proofErr w:type="spellStart"/>
      <w:r w:rsidRPr="00323E6C">
        <w:rPr>
          <w:rFonts w:ascii="Times New Roman" w:eastAsia="KIBSE+F1" w:hAnsi="Times New Roman" w:cs="Times New Roman"/>
          <w:iCs/>
          <w:color w:val="000000"/>
          <w:w w:val="101"/>
          <w:sz w:val="20"/>
          <w:szCs w:val="20"/>
        </w:rPr>
        <w:t>Hà</w:t>
      </w:r>
      <w:proofErr w:type="spellEnd"/>
      <w:r w:rsidRPr="00323E6C">
        <w:rPr>
          <w:rFonts w:ascii="Times New Roman" w:eastAsia="KIBSE+F1" w:hAnsi="Times New Roman" w:cs="Times New Roman"/>
          <w:iCs/>
          <w:color w:val="000000"/>
          <w:w w:val="101"/>
          <w:sz w:val="20"/>
          <w:szCs w:val="20"/>
        </w:rPr>
        <w:t xml:space="preserve">. </w:t>
      </w:r>
      <w:r w:rsidRPr="00323E6C">
        <w:rPr>
          <w:rFonts w:ascii="Times New Roman" w:eastAsia="KIBSE+F1" w:hAnsi="Times New Roman" w:cs="Times New Roman"/>
          <w:iCs/>
          <w:color w:val="000000"/>
          <w:w w:val="101"/>
          <w:sz w:val="20"/>
          <w:szCs w:val="20"/>
          <w:lang w:val="vi-VN"/>
        </w:rPr>
        <w:t xml:space="preserve">(2016) Thực </w:t>
      </w:r>
      <w:proofErr w:type="spellStart"/>
      <w:r w:rsidRPr="00323E6C">
        <w:rPr>
          <w:rFonts w:ascii="Times New Roman" w:eastAsia="KIBSE+F1" w:hAnsi="Times New Roman" w:cs="Times New Roman"/>
          <w:iCs/>
          <w:color w:val="000000"/>
          <w:w w:val="101"/>
          <w:sz w:val="20"/>
          <w:szCs w:val="20"/>
        </w:rPr>
        <w:t>trạng</w:t>
      </w:r>
      <w:proofErr w:type="spellEnd"/>
      <w:r w:rsidRPr="00323E6C">
        <w:rPr>
          <w:rFonts w:ascii="Times New Roman" w:hAnsi="Times New Roman" w:cs="Times New Roman"/>
          <w:iCs/>
          <w:color w:val="000000"/>
          <w:sz w:val="20"/>
          <w:szCs w:val="20"/>
          <w:lang w:val="vi-VN"/>
        </w:rPr>
        <w:t xml:space="preserve"> </w:t>
      </w:r>
      <w:proofErr w:type="spellStart"/>
      <w:r w:rsidRPr="00323E6C">
        <w:rPr>
          <w:rFonts w:ascii="Times New Roman" w:eastAsia="KIBSE+F1" w:hAnsi="Times New Roman" w:cs="Times New Roman"/>
          <w:iCs/>
          <w:color w:val="000000"/>
          <w:spacing w:val="2"/>
          <w:w w:val="101"/>
          <w:sz w:val="20"/>
          <w:szCs w:val="20"/>
        </w:rPr>
        <w:t>g</w:t>
      </w:r>
      <w:r w:rsidRPr="00323E6C">
        <w:rPr>
          <w:rFonts w:ascii="Times New Roman" w:eastAsia="KIBSE+F1" w:hAnsi="Times New Roman" w:cs="Times New Roman"/>
          <w:iCs/>
          <w:color w:val="000000"/>
          <w:w w:val="101"/>
          <w:sz w:val="20"/>
          <w:szCs w:val="20"/>
        </w:rPr>
        <w:t>iáo</w:t>
      </w:r>
      <w:proofErr w:type="spellEnd"/>
      <w:r w:rsidRPr="00323E6C">
        <w:rPr>
          <w:rFonts w:ascii="Times New Roman" w:eastAsia="KIBSE+F1" w:hAnsi="Times New Roman" w:cs="Times New Roman"/>
          <w:iCs/>
          <w:color w:val="000000"/>
          <w:spacing w:val="22"/>
          <w:sz w:val="20"/>
          <w:szCs w:val="20"/>
        </w:rPr>
        <w:t xml:space="preserve"> </w:t>
      </w:r>
      <w:proofErr w:type="spellStart"/>
      <w:r w:rsidRPr="00323E6C">
        <w:rPr>
          <w:rFonts w:ascii="Times New Roman" w:eastAsia="KIBSE+F1" w:hAnsi="Times New Roman" w:cs="Times New Roman"/>
          <w:iCs/>
          <w:color w:val="000000"/>
          <w:w w:val="101"/>
          <w:sz w:val="20"/>
          <w:szCs w:val="20"/>
        </w:rPr>
        <w:t>d</w:t>
      </w:r>
      <w:r w:rsidRPr="00323E6C">
        <w:rPr>
          <w:rFonts w:ascii="Times New Roman" w:eastAsia="KIBSE+F1" w:hAnsi="Times New Roman" w:cs="Times New Roman"/>
          <w:iCs/>
          <w:color w:val="000000"/>
          <w:spacing w:val="3"/>
          <w:w w:val="101"/>
          <w:sz w:val="20"/>
          <w:szCs w:val="20"/>
        </w:rPr>
        <w:t>ụ</w:t>
      </w:r>
      <w:r w:rsidRPr="00323E6C">
        <w:rPr>
          <w:rFonts w:ascii="Times New Roman" w:eastAsia="KIBSE+F1" w:hAnsi="Times New Roman" w:cs="Times New Roman"/>
          <w:iCs/>
          <w:color w:val="000000"/>
          <w:w w:val="101"/>
          <w:sz w:val="20"/>
          <w:szCs w:val="20"/>
        </w:rPr>
        <w:t>c</w:t>
      </w:r>
      <w:proofErr w:type="spellEnd"/>
      <w:r w:rsidRPr="00323E6C">
        <w:rPr>
          <w:rFonts w:ascii="Times New Roman" w:eastAsia="KIBSE+F1" w:hAnsi="Times New Roman" w:cs="Times New Roman"/>
          <w:iCs/>
          <w:color w:val="000000"/>
          <w:spacing w:val="19"/>
          <w:sz w:val="20"/>
          <w:szCs w:val="20"/>
        </w:rPr>
        <w:t xml:space="preserve"> </w:t>
      </w:r>
      <w:proofErr w:type="spellStart"/>
      <w:r w:rsidRPr="00323E6C">
        <w:rPr>
          <w:rFonts w:ascii="Times New Roman" w:eastAsia="KIBSE+F1" w:hAnsi="Times New Roman" w:cs="Times New Roman"/>
          <w:iCs/>
          <w:color w:val="000000"/>
          <w:spacing w:val="3"/>
          <w:w w:val="101"/>
          <w:sz w:val="20"/>
          <w:szCs w:val="20"/>
        </w:rPr>
        <w:t>n</w:t>
      </w:r>
      <w:r w:rsidRPr="00323E6C">
        <w:rPr>
          <w:rFonts w:ascii="Times New Roman" w:eastAsia="KIBSE+F1" w:hAnsi="Times New Roman" w:cs="Times New Roman"/>
          <w:iCs/>
          <w:color w:val="000000"/>
          <w:spacing w:val="-1"/>
          <w:w w:val="101"/>
          <w:sz w:val="20"/>
          <w:szCs w:val="20"/>
        </w:rPr>
        <w:t>h</w:t>
      </w:r>
      <w:r w:rsidRPr="00323E6C">
        <w:rPr>
          <w:rFonts w:ascii="Times New Roman" w:eastAsia="KIBSE+F1" w:hAnsi="Times New Roman" w:cs="Times New Roman"/>
          <w:iCs/>
          <w:color w:val="000000"/>
          <w:w w:val="101"/>
          <w:sz w:val="20"/>
          <w:szCs w:val="20"/>
        </w:rPr>
        <w:t>ận</w:t>
      </w:r>
      <w:proofErr w:type="spellEnd"/>
      <w:r w:rsidRPr="00323E6C">
        <w:rPr>
          <w:rFonts w:ascii="Times New Roman" w:eastAsia="KIBSE+F1" w:hAnsi="Times New Roman" w:cs="Times New Roman"/>
          <w:iCs/>
          <w:color w:val="000000"/>
          <w:spacing w:val="22"/>
          <w:sz w:val="20"/>
          <w:szCs w:val="20"/>
        </w:rPr>
        <w:t xml:space="preserve"> </w:t>
      </w:r>
      <w:proofErr w:type="spellStart"/>
      <w:r w:rsidRPr="00323E6C">
        <w:rPr>
          <w:rFonts w:ascii="Times New Roman" w:eastAsia="KIBSE+F1" w:hAnsi="Times New Roman" w:cs="Times New Roman"/>
          <w:iCs/>
          <w:color w:val="000000"/>
          <w:spacing w:val="3"/>
          <w:w w:val="101"/>
          <w:sz w:val="20"/>
          <w:szCs w:val="20"/>
        </w:rPr>
        <w:t>b</w:t>
      </w:r>
      <w:r w:rsidRPr="00323E6C">
        <w:rPr>
          <w:rFonts w:ascii="Times New Roman" w:eastAsia="KIBSE+F1" w:hAnsi="Times New Roman" w:cs="Times New Roman"/>
          <w:iCs/>
          <w:color w:val="000000"/>
          <w:w w:val="101"/>
          <w:sz w:val="20"/>
          <w:szCs w:val="20"/>
        </w:rPr>
        <w:t>iết</w:t>
      </w:r>
      <w:proofErr w:type="spellEnd"/>
      <w:r w:rsidRPr="00323E6C">
        <w:rPr>
          <w:rFonts w:ascii="Times New Roman" w:eastAsia="KIBSE+F1" w:hAnsi="Times New Roman" w:cs="Times New Roman"/>
          <w:iCs/>
          <w:color w:val="000000"/>
          <w:w w:val="101"/>
          <w:sz w:val="20"/>
          <w:szCs w:val="20"/>
        </w:rPr>
        <w:t>,</w:t>
      </w:r>
      <w:r w:rsidRPr="00323E6C">
        <w:rPr>
          <w:rFonts w:ascii="Times New Roman" w:eastAsia="KIBSE+F1" w:hAnsi="Times New Roman" w:cs="Times New Roman"/>
          <w:iCs/>
          <w:color w:val="000000"/>
          <w:spacing w:val="24"/>
          <w:sz w:val="20"/>
          <w:szCs w:val="20"/>
        </w:rPr>
        <w:t xml:space="preserve"> </w:t>
      </w:r>
      <w:proofErr w:type="spellStart"/>
      <w:r w:rsidRPr="00323E6C">
        <w:rPr>
          <w:rFonts w:ascii="Times New Roman" w:eastAsia="KIBSE+F1" w:hAnsi="Times New Roman" w:cs="Times New Roman"/>
          <w:iCs/>
          <w:color w:val="000000"/>
          <w:w w:val="101"/>
          <w:sz w:val="20"/>
          <w:szCs w:val="20"/>
        </w:rPr>
        <w:t>phòng</w:t>
      </w:r>
      <w:proofErr w:type="spellEnd"/>
      <w:r w:rsidRPr="00323E6C">
        <w:rPr>
          <w:rFonts w:ascii="Times New Roman" w:eastAsia="KIBSE+F1" w:hAnsi="Times New Roman" w:cs="Times New Roman"/>
          <w:iCs/>
          <w:color w:val="000000"/>
          <w:w w:val="101"/>
          <w:sz w:val="20"/>
          <w:szCs w:val="20"/>
        </w:rPr>
        <w:t xml:space="preserve"> </w:t>
      </w:r>
      <w:proofErr w:type="spellStart"/>
      <w:r w:rsidRPr="00323E6C">
        <w:rPr>
          <w:rFonts w:ascii="Times New Roman" w:eastAsia="KIBSE+F1" w:hAnsi="Times New Roman" w:cs="Times New Roman"/>
          <w:iCs/>
          <w:color w:val="000000"/>
          <w:w w:val="101"/>
          <w:sz w:val="20"/>
          <w:szCs w:val="20"/>
        </w:rPr>
        <w:t>ngừa</w:t>
      </w:r>
      <w:proofErr w:type="spellEnd"/>
      <w:r w:rsidRPr="00323E6C">
        <w:rPr>
          <w:rFonts w:ascii="Times New Roman" w:eastAsia="KIBSE+F1" w:hAnsi="Times New Roman" w:cs="Times New Roman"/>
          <w:iCs/>
          <w:color w:val="000000"/>
          <w:spacing w:val="25"/>
          <w:sz w:val="20"/>
          <w:szCs w:val="20"/>
        </w:rPr>
        <w:t xml:space="preserve"> </w:t>
      </w:r>
      <w:proofErr w:type="spellStart"/>
      <w:r w:rsidRPr="00323E6C">
        <w:rPr>
          <w:rFonts w:ascii="Times New Roman" w:eastAsia="KIBSE+F1" w:hAnsi="Times New Roman" w:cs="Times New Roman"/>
          <w:iCs/>
          <w:color w:val="000000"/>
          <w:spacing w:val="2"/>
          <w:w w:val="101"/>
          <w:sz w:val="20"/>
          <w:szCs w:val="20"/>
        </w:rPr>
        <w:t>cá</w:t>
      </w:r>
      <w:r w:rsidRPr="00323E6C">
        <w:rPr>
          <w:rFonts w:ascii="Times New Roman" w:eastAsia="KIBSE+F1" w:hAnsi="Times New Roman" w:cs="Times New Roman"/>
          <w:iCs/>
          <w:color w:val="000000"/>
          <w:w w:val="101"/>
          <w:sz w:val="20"/>
          <w:szCs w:val="20"/>
        </w:rPr>
        <w:t>c</w:t>
      </w:r>
      <w:proofErr w:type="spellEnd"/>
      <w:r w:rsidRPr="00323E6C">
        <w:rPr>
          <w:rFonts w:ascii="Times New Roman" w:eastAsia="KIBSE+F1" w:hAnsi="Times New Roman" w:cs="Times New Roman"/>
          <w:iCs/>
          <w:color w:val="000000"/>
          <w:spacing w:val="19"/>
          <w:sz w:val="20"/>
          <w:szCs w:val="20"/>
        </w:rPr>
        <w:t xml:space="preserve"> </w:t>
      </w:r>
      <w:proofErr w:type="spellStart"/>
      <w:r w:rsidRPr="00323E6C">
        <w:rPr>
          <w:rFonts w:ascii="Times New Roman" w:eastAsia="KIBSE+F1" w:hAnsi="Times New Roman" w:cs="Times New Roman"/>
          <w:iCs/>
          <w:color w:val="000000"/>
          <w:spacing w:val="3"/>
          <w:w w:val="101"/>
          <w:sz w:val="20"/>
          <w:szCs w:val="20"/>
        </w:rPr>
        <w:t>n</w:t>
      </w:r>
      <w:r w:rsidRPr="00323E6C">
        <w:rPr>
          <w:rFonts w:ascii="Times New Roman" w:eastAsia="KIBSE+F1" w:hAnsi="Times New Roman" w:cs="Times New Roman"/>
          <w:iCs/>
          <w:color w:val="000000"/>
          <w:spacing w:val="-1"/>
          <w:w w:val="101"/>
          <w:sz w:val="20"/>
          <w:szCs w:val="20"/>
        </w:rPr>
        <w:t>g</w:t>
      </w:r>
      <w:r w:rsidRPr="00323E6C">
        <w:rPr>
          <w:rFonts w:ascii="Times New Roman" w:eastAsia="KIBSE+F1" w:hAnsi="Times New Roman" w:cs="Times New Roman"/>
          <w:iCs/>
          <w:color w:val="000000"/>
          <w:spacing w:val="7"/>
          <w:w w:val="101"/>
          <w:sz w:val="20"/>
          <w:szCs w:val="20"/>
        </w:rPr>
        <w:t>u</w:t>
      </w:r>
      <w:r w:rsidRPr="00323E6C">
        <w:rPr>
          <w:rFonts w:ascii="Times New Roman" w:eastAsia="KIBSE+F1" w:hAnsi="Times New Roman" w:cs="Times New Roman"/>
          <w:iCs/>
          <w:color w:val="000000"/>
          <w:spacing w:val="1"/>
          <w:w w:val="101"/>
          <w:sz w:val="20"/>
          <w:szCs w:val="20"/>
        </w:rPr>
        <w:t>y</w:t>
      </w:r>
      <w:proofErr w:type="spellEnd"/>
      <w:r w:rsidRPr="00323E6C">
        <w:rPr>
          <w:rFonts w:ascii="Times New Roman" w:eastAsia="KIBSE+F1" w:hAnsi="Times New Roman" w:cs="Times New Roman"/>
          <w:iCs/>
          <w:color w:val="000000"/>
          <w:spacing w:val="16"/>
          <w:sz w:val="20"/>
          <w:szCs w:val="20"/>
        </w:rPr>
        <w:t xml:space="preserve"> </w:t>
      </w:r>
      <w:proofErr w:type="spellStart"/>
      <w:r w:rsidRPr="00323E6C">
        <w:rPr>
          <w:rFonts w:ascii="Times New Roman" w:eastAsia="KIBSE+F1" w:hAnsi="Times New Roman" w:cs="Times New Roman"/>
          <w:iCs/>
          <w:color w:val="000000"/>
          <w:spacing w:val="1"/>
          <w:w w:val="101"/>
          <w:sz w:val="20"/>
          <w:szCs w:val="20"/>
        </w:rPr>
        <w:t>c</w:t>
      </w:r>
      <w:r w:rsidRPr="00323E6C">
        <w:rPr>
          <w:rFonts w:ascii="Times New Roman" w:eastAsia="KIBSE+F1" w:hAnsi="Times New Roman" w:cs="Times New Roman"/>
          <w:iCs/>
          <w:color w:val="000000"/>
          <w:w w:val="101"/>
          <w:sz w:val="20"/>
          <w:szCs w:val="20"/>
        </w:rPr>
        <w:t>ơ</w:t>
      </w:r>
      <w:proofErr w:type="spellEnd"/>
      <w:r w:rsidRPr="00323E6C">
        <w:rPr>
          <w:rFonts w:ascii="Times New Roman" w:eastAsia="KIBSE+F1" w:hAnsi="Times New Roman" w:cs="Times New Roman"/>
          <w:iCs/>
          <w:color w:val="000000"/>
          <w:spacing w:val="23"/>
          <w:sz w:val="20"/>
          <w:szCs w:val="20"/>
        </w:rPr>
        <w:t xml:space="preserve"> </w:t>
      </w:r>
      <w:proofErr w:type="spellStart"/>
      <w:r w:rsidRPr="00323E6C">
        <w:rPr>
          <w:rFonts w:ascii="Times New Roman" w:eastAsia="KIBSE+F1" w:hAnsi="Times New Roman" w:cs="Times New Roman"/>
          <w:iCs/>
          <w:color w:val="000000"/>
          <w:w w:val="101"/>
          <w:sz w:val="20"/>
          <w:szCs w:val="20"/>
        </w:rPr>
        <w:t>k</w:t>
      </w:r>
      <w:r w:rsidRPr="00323E6C">
        <w:rPr>
          <w:rFonts w:ascii="Times New Roman" w:eastAsia="KIBSE+F1" w:hAnsi="Times New Roman" w:cs="Times New Roman"/>
          <w:iCs/>
          <w:color w:val="000000"/>
          <w:spacing w:val="3"/>
          <w:w w:val="101"/>
          <w:sz w:val="20"/>
          <w:szCs w:val="20"/>
        </w:rPr>
        <w:t>h</w:t>
      </w:r>
      <w:r w:rsidRPr="00323E6C">
        <w:rPr>
          <w:rFonts w:ascii="Times New Roman" w:eastAsia="KIBSE+F1" w:hAnsi="Times New Roman" w:cs="Times New Roman"/>
          <w:iCs/>
          <w:color w:val="000000"/>
          <w:spacing w:val="-1"/>
          <w:w w:val="101"/>
          <w:sz w:val="20"/>
          <w:szCs w:val="20"/>
        </w:rPr>
        <w:t>ô</w:t>
      </w:r>
      <w:r w:rsidRPr="00323E6C">
        <w:rPr>
          <w:rFonts w:ascii="Times New Roman" w:eastAsia="KIBSE+F1" w:hAnsi="Times New Roman" w:cs="Times New Roman"/>
          <w:iCs/>
          <w:color w:val="000000"/>
          <w:w w:val="101"/>
          <w:sz w:val="20"/>
          <w:szCs w:val="20"/>
        </w:rPr>
        <w:t>ng</w:t>
      </w:r>
      <w:proofErr w:type="spellEnd"/>
      <w:r w:rsidRPr="00323E6C">
        <w:rPr>
          <w:rFonts w:ascii="Times New Roman" w:eastAsia="KIBSE+F1" w:hAnsi="Times New Roman" w:cs="Times New Roman"/>
          <w:iCs/>
          <w:color w:val="000000"/>
          <w:spacing w:val="22"/>
          <w:sz w:val="20"/>
          <w:szCs w:val="20"/>
        </w:rPr>
        <w:t xml:space="preserve"> </w:t>
      </w:r>
      <w:r w:rsidRPr="00323E6C">
        <w:rPr>
          <w:rFonts w:ascii="Times New Roman" w:eastAsia="KIBSE+F1" w:hAnsi="Times New Roman" w:cs="Times New Roman"/>
          <w:iCs/>
          <w:color w:val="000000"/>
          <w:spacing w:val="1"/>
          <w:w w:val="101"/>
          <w:sz w:val="20"/>
          <w:szCs w:val="20"/>
        </w:rPr>
        <w:t>an</w:t>
      </w:r>
      <w:r w:rsidRPr="00323E6C">
        <w:rPr>
          <w:rFonts w:ascii="Times New Roman" w:eastAsia="KIBSE+F1" w:hAnsi="Times New Roman" w:cs="Times New Roman"/>
          <w:iCs/>
          <w:color w:val="000000"/>
          <w:spacing w:val="25"/>
          <w:sz w:val="20"/>
          <w:szCs w:val="20"/>
        </w:rPr>
        <w:t xml:space="preserve"> </w:t>
      </w:r>
      <w:proofErr w:type="spellStart"/>
      <w:r w:rsidRPr="00323E6C">
        <w:rPr>
          <w:rFonts w:ascii="Times New Roman" w:eastAsia="KIBSE+F1" w:hAnsi="Times New Roman" w:cs="Times New Roman"/>
          <w:iCs/>
          <w:color w:val="000000"/>
          <w:spacing w:val="-1"/>
          <w:w w:val="101"/>
          <w:sz w:val="20"/>
          <w:szCs w:val="20"/>
        </w:rPr>
        <w:t>t</w:t>
      </w:r>
      <w:r w:rsidRPr="00323E6C">
        <w:rPr>
          <w:rFonts w:ascii="Times New Roman" w:eastAsia="KIBSE+F1" w:hAnsi="Times New Roman" w:cs="Times New Roman"/>
          <w:iCs/>
          <w:color w:val="000000"/>
          <w:spacing w:val="2"/>
          <w:w w:val="101"/>
          <w:sz w:val="20"/>
          <w:szCs w:val="20"/>
        </w:rPr>
        <w:t>o</w:t>
      </w:r>
      <w:r w:rsidRPr="00323E6C">
        <w:rPr>
          <w:rFonts w:ascii="Times New Roman" w:eastAsia="KIBSE+F1" w:hAnsi="Times New Roman" w:cs="Times New Roman"/>
          <w:iCs/>
          <w:color w:val="000000"/>
          <w:spacing w:val="-2"/>
          <w:w w:val="101"/>
          <w:sz w:val="20"/>
          <w:szCs w:val="20"/>
        </w:rPr>
        <w:t>à</w:t>
      </w:r>
      <w:r w:rsidRPr="00323E6C">
        <w:rPr>
          <w:rFonts w:ascii="Times New Roman" w:eastAsia="KIBSE+F1" w:hAnsi="Times New Roman" w:cs="Times New Roman"/>
          <w:iCs/>
          <w:color w:val="000000"/>
          <w:w w:val="101"/>
          <w:sz w:val="20"/>
          <w:szCs w:val="20"/>
        </w:rPr>
        <w:t>n</w:t>
      </w:r>
      <w:proofErr w:type="spellEnd"/>
      <w:r w:rsidRPr="00323E6C">
        <w:rPr>
          <w:rFonts w:ascii="Times New Roman" w:eastAsia="KIBSE+F1" w:hAnsi="Times New Roman" w:cs="Times New Roman"/>
          <w:iCs/>
          <w:color w:val="000000"/>
          <w:spacing w:val="27"/>
          <w:sz w:val="20"/>
          <w:szCs w:val="20"/>
        </w:rPr>
        <w:t xml:space="preserve"> </w:t>
      </w:r>
      <w:proofErr w:type="spellStart"/>
      <w:r w:rsidRPr="00323E6C">
        <w:rPr>
          <w:rFonts w:ascii="Times New Roman" w:eastAsia="KIBSE+F1" w:hAnsi="Times New Roman" w:cs="Times New Roman"/>
          <w:iCs/>
          <w:color w:val="000000"/>
          <w:spacing w:val="27"/>
          <w:sz w:val="20"/>
          <w:szCs w:val="20"/>
        </w:rPr>
        <w:t>cho</w:t>
      </w:r>
      <w:proofErr w:type="spellEnd"/>
      <w:r w:rsidRPr="00323E6C">
        <w:rPr>
          <w:rFonts w:ascii="Times New Roman" w:eastAsia="KIBSE+F1" w:hAnsi="Times New Roman" w:cs="Times New Roman"/>
          <w:iCs/>
          <w:color w:val="000000"/>
          <w:spacing w:val="27"/>
          <w:sz w:val="20"/>
          <w:szCs w:val="20"/>
          <w:lang w:val="vi-VN"/>
        </w:rPr>
        <w:t xml:space="preserve"> trẻ ở</w:t>
      </w:r>
      <w:r w:rsidRPr="00323E6C">
        <w:rPr>
          <w:rFonts w:ascii="Times New Roman" w:eastAsia="KIBSE+F1" w:hAnsi="Times New Roman" w:cs="Times New Roman"/>
          <w:iCs/>
          <w:color w:val="000000"/>
          <w:spacing w:val="22"/>
          <w:sz w:val="20"/>
          <w:szCs w:val="20"/>
        </w:rPr>
        <w:t xml:space="preserve"> </w:t>
      </w:r>
      <w:proofErr w:type="spellStart"/>
      <w:r w:rsidRPr="00323E6C">
        <w:rPr>
          <w:rFonts w:ascii="Times New Roman" w:eastAsia="KIBSE+F1" w:hAnsi="Times New Roman" w:cs="Times New Roman"/>
          <w:iCs/>
          <w:color w:val="000000"/>
          <w:spacing w:val="1"/>
          <w:w w:val="101"/>
          <w:sz w:val="20"/>
          <w:szCs w:val="20"/>
        </w:rPr>
        <w:t>c</w:t>
      </w:r>
      <w:r w:rsidRPr="00323E6C">
        <w:rPr>
          <w:rFonts w:ascii="Times New Roman" w:eastAsia="KIBSE+F1" w:hAnsi="Times New Roman" w:cs="Times New Roman"/>
          <w:iCs/>
          <w:color w:val="000000"/>
          <w:w w:val="101"/>
          <w:sz w:val="20"/>
          <w:szCs w:val="20"/>
        </w:rPr>
        <w:t>ác</w:t>
      </w:r>
      <w:proofErr w:type="spellEnd"/>
      <w:r w:rsidRPr="00323E6C">
        <w:rPr>
          <w:rFonts w:ascii="Times New Roman" w:eastAsia="KIBSE+F1" w:hAnsi="Times New Roman" w:cs="Times New Roman"/>
          <w:iCs/>
          <w:color w:val="000000"/>
          <w:spacing w:val="17"/>
          <w:sz w:val="20"/>
          <w:szCs w:val="20"/>
        </w:rPr>
        <w:t xml:space="preserve"> </w:t>
      </w:r>
      <w:proofErr w:type="spellStart"/>
      <w:r w:rsidRPr="00323E6C">
        <w:rPr>
          <w:rFonts w:ascii="Times New Roman" w:eastAsia="KIBSE+F1" w:hAnsi="Times New Roman" w:cs="Times New Roman"/>
          <w:iCs/>
          <w:color w:val="000000"/>
          <w:w w:val="101"/>
          <w:sz w:val="20"/>
          <w:szCs w:val="20"/>
        </w:rPr>
        <w:t>trường</w:t>
      </w:r>
      <w:proofErr w:type="spellEnd"/>
      <w:r w:rsidRPr="00323E6C">
        <w:rPr>
          <w:rFonts w:ascii="Times New Roman" w:eastAsia="KIBSE+F1" w:hAnsi="Times New Roman" w:cs="Times New Roman"/>
          <w:iCs/>
          <w:color w:val="000000"/>
          <w:spacing w:val="22"/>
          <w:sz w:val="20"/>
          <w:szCs w:val="20"/>
        </w:rPr>
        <w:t xml:space="preserve"> </w:t>
      </w:r>
      <w:r w:rsidRPr="00323E6C">
        <w:rPr>
          <w:rFonts w:ascii="Times New Roman" w:eastAsia="KIBSE+F1" w:hAnsi="Times New Roman" w:cs="Times New Roman"/>
          <w:iCs/>
          <w:color w:val="000000"/>
          <w:spacing w:val="1"/>
          <w:w w:val="101"/>
          <w:sz w:val="20"/>
          <w:szCs w:val="20"/>
        </w:rPr>
        <w:t>MN</w:t>
      </w:r>
      <w:r w:rsidRPr="00323E6C">
        <w:rPr>
          <w:rFonts w:ascii="Times New Roman" w:eastAsia="KIBSE+F1" w:hAnsi="Times New Roman" w:cs="Times New Roman"/>
          <w:iCs/>
          <w:color w:val="000000"/>
          <w:spacing w:val="19"/>
          <w:sz w:val="20"/>
          <w:szCs w:val="20"/>
        </w:rPr>
        <w:t xml:space="preserve"> </w:t>
      </w:r>
      <w:proofErr w:type="spellStart"/>
      <w:r w:rsidRPr="00323E6C">
        <w:rPr>
          <w:rFonts w:ascii="Times New Roman" w:eastAsia="KIBSE+F1" w:hAnsi="Times New Roman" w:cs="Times New Roman"/>
          <w:iCs/>
          <w:color w:val="000000"/>
          <w:w w:val="101"/>
          <w:sz w:val="20"/>
          <w:szCs w:val="20"/>
        </w:rPr>
        <w:t>trên</w:t>
      </w:r>
      <w:proofErr w:type="spellEnd"/>
      <w:r w:rsidRPr="00323E6C">
        <w:rPr>
          <w:rFonts w:ascii="Times New Roman" w:eastAsia="KIBSE+F1" w:hAnsi="Times New Roman" w:cs="Times New Roman"/>
          <w:iCs/>
          <w:color w:val="000000"/>
          <w:spacing w:val="22"/>
          <w:sz w:val="20"/>
          <w:szCs w:val="20"/>
        </w:rPr>
        <w:t xml:space="preserve"> </w:t>
      </w:r>
      <w:proofErr w:type="spellStart"/>
      <w:r w:rsidRPr="00323E6C">
        <w:rPr>
          <w:rFonts w:ascii="Times New Roman" w:eastAsia="KIBSE+F1" w:hAnsi="Times New Roman" w:cs="Times New Roman"/>
          <w:iCs/>
          <w:color w:val="000000"/>
          <w:spacing w:val="-2"/>
          <w:w w:val="101"/>
          <w:sz w:val="20"/>
          <w:szCs w:val="20"/>
        </w:rPr>
        <w:t>đ</w:t>
      </w:r>
      <w:r w:rsidRPr="00323E6C">
        <w:rPr>
          <w:rFonts w:ascii="Times New Roman" w:eastAsia="KIBSE+F1" w:hAnsi="Times New Roman" w:cs="Times New Roman"/>
          <w:iCs/>
          <w:color w:val="000000"/>
          <w:w w:val="101"/>
          <w:sz w:val="20"/>
          <w:szCs w:val="20"/>
        </w:rPr>
        <w:t>ịa</w:t>
      </w:r>
      <w:proofErr w:type="spellEnd"/>
      <w:r w:rsidRPr="00323E6C">
        <w:rPr>
          <w:rFonts w:ascii="Times New Roman" w:eastAsia="KIBSE+F1" w:hAnsi="Times New Roman" w:cs="Times New Roman"/>
          <w:iCs/>
          <w:color w:val="000000"/>
          <w:spacing w:val="22"/>
          <w:sz w:val="20"/>
          <w:szCs w:val="20"/>
        </w:rPr>
        <w:t xml:space="preserve"> </w:t>
      </w:r>
      <w:proofErr w:type="spellStart"/>
      <w:r w:rsidRPr="00323E6C">
        <w:rPr>
          <w:rFonts w:ascii="Times New Roman" w:eastAsia="KIBSE+F1" w:hAnsi="Times New Roman" w:cs="Times New Roman"/>
          <w:iCs/>
          <w:color w:val="000000"/>
          <w:w w:val="101"/>
          <w:sz w:val="20"/>
          <w:szCs w:val="20"/>
        </w:rPr>
        <w:t>b</w:t>
      </w:r>
      <w:r w:rsidRPr="00323E6C">
        <w:rPr>
          <w:rFonts w:ascii="Times New Roman" w:eastAsia="KIBSE+F1" w:hAnsi="Times New Roman" w:cs="Times New Roman"/>
          <w:iCs/>
          <w:color w:val="000000"/>
          <w:spacing w:val="-2"/>
          <w:w w:val="101"/>
          <w:sz w:val="20"/>
          <w:szCs w:val="20"/>
        </w:rPr>
        <w:t>à</w:t>
      </w:r>
      <w:r w:rsidRPr="00323E6C">
        <w:rPr>
          <w:rFonts w:ascii="Times New Roman" w:eastAsia="KIBSE+F1" w:hAnsi="Times New Roman" w:cs="Times New Roman"/>
          <w:iCs/>
          <w:color w:val="000000"/>
          <w:w w:val="101"/>
          <w:sz w:val="20"/>
          <w:szCs w:val="20"/>
        </w:rPr>
        <w:t>n</w:t>
      </w:r>
      <w:proofErr w:type="spellEnd"/>
      <w:r w:rsidRPr="00323E6C">
        <w:rPr>
          <w:rFonts w:ascii="Times New Roman" w:eastAsia="KIBSE+F1" w:hAnsi="Times New Roman" w:cs="Times New Roman"/>
          <w:iCs/>
          <w:color w:val="000000"/>
          <w:spacing w:val="21"/>
          <w:sz w:val="20"/>
          <w:szCs w:val="20"/>
        </w:rPr>
        <w:t xml:space="preserve"> </w:t>
      </w:r>
      <w:proofErr w:type="spellStart"/>
      <w:r w:rsidRPr="00323E6C">
        <w:rPr>
          <w:rFonts w:ascii="Times New Roman" w:eastAsia="KIBSE+F1" w:hAnsi="Times New Roman" w:cs="Times New Roman"/>
          <w:iCs/>
          <w:color w:val="000000"/>
          <w:spacing w:val="1"/>
          <w:w w:val="101"/>
          <w:sz w:val="20"/>
          <w:szCs w:val="20"/>
        </w:rPr>
        <w:t>t</w:t>
      </w:r>
      <w:r w:rsidRPr="00323E6C">
        <w:rPr>
          <w:rFonts w:ascii="Times New Roman" w:eastAsia="KIBSE+F1" w:hAnsi="Times New Roman" w:cs="Times New Roman"/>
          <w:iCs/>
          <w:color w:val="000000"/>
          <w:spacing w:val="2"/>
          <w:w w:val="101"/>
          <w:sz w:val="20"/>
          <w:szCs w:val="20"/>
        </w:rPr>
        <w:t>h</w:t>
      </w:r>
      <w:r w:rsidRPr="00323E6C">
        <w:rPr>
          <w:rFonts w:ascii="Times New Roman" w:eastAsia="KIBSE+F1" w:hAnsi="Times New Roman" w:cs="Times New Roman"/>
          <w:iCs/>
          <w:color w:val="000000"/>
          <w:w w:val="101"/>
          <w:sz w:val="20"/>
          <w:szCs w:val="20"/>
        </w:rPr>
        <w:t>à</w:t>
      </w:r>
      <w:r w:rsidRPr="00323E6C">
        <w:rPr>
          <w:rFonts w:ascii="Times New Roman" w:eastAsia="KIBSE+F1" w:hAnsi="Times New Roman" w:cs="Times New Roman"/>
          <w:iCs/>
          <w:color w:val="000000"/>
          <w:spacing w:val="-3"/>
          <w:w w:val="101"/>
          <w:sz w:val="20"/>
          <w:szCs w:val="20"/>
        </w:rPr>
        <w:t>n</w:t>
      </w:r>
      <w:r w:rsidRPr="00323E6C">
        <w:rPr>
          <w:rFonts w:ascii="Times New Roman" w:eastAsia="KIBSE+F1" w:hAnsi="Times New Roman" w:cs="Times New Roman"/>
          <w:iCs/>
          <w:color w:val="000000"/>
          <w:w w:val="101"/>
          <w:sz w:val="20"/>
          <w:szCs w:val="20"/>
        </w:rPr>
        <w:t>h</w:t>
      </w:r>
      <w:proofErr w:type="spellEnd"/>
      <w:r w:rsidRPr="00323E6C">
        <w:rPr>
          <w:rFonts w:ascii="Times New Roman" w:eastAsia="KIBSE+F1" w:hAnsi="Times New Roman" w:cs="Times New Roman"/>
          <w:iCs/>
          <w:color w:val="000000"/>
          <w:spacing w:val="22"/>
          <w:sz w:val="20"/>
          <w:szCs w:val="20"/>
        </w:rPr>
        <w:t xml:space="preserve"> </w:t>
      </w:r>
      <w:proofErr w:type="spellStart"/>
      <w:r w:rsidRPr="00323E6C">
        <w:rPr>
          <w:rFonts w:ascii="Times New Roman" w:eastAsia="KIBSE+F1" w:hAnsi="Times New Roman" w:cs="Times New Roman"/>
          <w:iCs/>
          <w:color w:val="000000"/>
          <w:w w:val="101"/>
          <w:sz w:val="20"/>
          <w:szCs w:val="20"/>
        </w:rPr>
        <w:t>phố</w:t>
      </w:r>
      <w:proofErr w:type="spellEnd"/>
      <w:r w:rsidRPr="00323E6C">
        <w:rPr>
          <w:rFonts w:ascii="Times New Roman" w:eastAsia="KIBSE+F1" w:hAnsi="Times New Roman" w:cs="Times New Roman"/>
          <w:iCs/>
          <w:color w:val="000000"/>
          <w:spacing w:val="22"/>
          <w:sz w:val="20"/>
          <w:szCs w:val="20"/>
        </w:rPr>
        <w:t xml:space="preserve"> </w:t>
      </w:r>
      <w:proofErr w:type="spellStart"/>
      <w:r w:rsidRPr="00323E6C">
        <w:rPr>
          <w:rFonts w:ascii="Times New Roman" w:eastAsia="KIBSE+F1" w:hAnsi="Times New Roman" w:cs="Times New Roman"/>
          <w:iCs/>
          <w:color w:val="000000"/>
          <w:w w:val="101"/>
          <w:sz w:val="20"/>
          <w:szCs w:val="20"/>
        </w:rPr>
        <w:t>Hà</w:t>
      </w:r>
      <w:proofErr w:type="spellEnd"/>
      <w:r w:rsidRPr="00323E6C">
        <w:rPr>
          <w:rFonts w:ascii="Times New Roman" w:eastAsia="KIBSE+F1" w:hAnsi="Times New Roman" w:cs="Times New Roman"/>
          <w:iCs/>
          <w:color w:val="000000"/>
          <w:spacing w:val="20"/>
          <w:sz w:val="20"/>
          <w:szCs w:val="20"/>
        </w:rPr>
        <w:t xml:space="preserve"> </w:t>
      </w:r>
      <w:proofErr w:type="spellStart"/>
      <w:r w:rsidRPr="00323E6C">
        <w:rPr>
          <w:rFonts w:ascii="Times New Roman" w:eastAsia="KIBSE+F1" w:hAnsi="Times New Roman" w:cs="Times New Roman"/>
          <w:iCs/>
          <w:color w:val="000000"/>
          <w:spacing w:val="-2"/>
          <w:w w:val="101"/>
          <w:sz w:val="20"/>
          <w:szCs w:val="20"/>
        </w:rPr>
        <w:t>N</w:t>
      </w:r>
      <w:r w:rsidRPr="00323E6C">
        <w:rPr>
          <w:rFonts w:ascii="Times New Roman" w:eastAsia="KIBSE+F1" w:hAnsi="Times New Roman" w:cs="Times New Roman"/>
          <w:iCs/>
          <w:color w:val="000000"/>
          <w:spacing w:val="2"/>
          <w:w w:val="101"/>
          <w:sz w:val="20"/>
          <w:szCs w:val="20"/>
        </w:rPr>
        <w:t>ộ</w:t>
      </w:r>
      <w:proofErr w:type="spellEnd"/>
      <w:r w:rsidRPr="00323E6C">
        <w:rPr>
          <w:rFonts w:ascii="Times New Roman" w:eastAsia="KIBSE+F1" w:hAnsi="Times New Roman" w:cs="Times New Roman"/>
          <w:iCs/>
          <w:color w:val="000000"/>
          <w:spacing w:val="2"/>
          <w:w w:val="101"/>
          <w:sz w:val="20"/>
          <w:szCs w:val="20"/>
          <w:lang w:val="vi-VN"/>
        </w:rPr>
        <w:t>i</w:t>
      </w:r>
    </w:p>
    <w:p w14:paraId="557CE019" w14:textId="77777777" w:rsidR="00323E6C" w:rsidRPr="00323E6C" w:rsidRDefault="00323E6C" w:rsidP="00323E6C">
      <w:pPr>
        <w:spacing w:after="120" w:line="240" w:lineRule="auto"/>
        <w:jc w:val="both"/>
        <w:rPr>
          <w:rFonts w:ascii="Times New Roman" w:hAnsi="Times New Roman" w:cs="Times New Roman"/>
          <w:color w:val="000000"/>
          <w:w w:val="99"/>
          <w:sz w:val="20"/>
          <w:szCs w:val="20"/>
        </w:rPr>
      </w:pPr>
      <w:r w:rsidRPr="00323E6C">
        <w:rPr>
          <w:rFonts w:ascii="Times New Roman" w:hAnsi="Times New Roman" w:cs="Times New Roman"/>
          <w:color w:val="000000"/>
          <w:sz w:val="20"/>
          <w:szCs w:val="20"/>
        </w:rPr>
        <w:t>[</w:t>
      </w:r>
      <w:r w:rsidRPr="00323E6C">
        <w:rPr>
          <w:rFonts w:ascii="Times New Roman" w:hAnsi="Times New Roman" w:cs="Times New Roman"/>
          <w:color w:val="000000"/>
          <w:sz w:val="20"/>
          <w:szCs w:val="20"/>
          <w:lang w:val="vi-VN"/>
        </w:rPr>
        <w:t>6</w:t>
      </w:r>
      <w:r w:rsidRPr="00323E6C">
        <w:rPr>
          <w:rFonts w:ascii="Times New Roman" w:hAnsi="Times New Roman" w:cs="Times New Roman"/>
          <w:color w:val="000000"/>
          <w:sz w:val="20"/>
          <w:szCs w:val="20"/>
        </w:rPr>
        <w:t>]</w:t>
      </w:r>
      <w:r w:rsidRPr="00323E6C">
        <w:rPr>
          <w:rFonts w:ascii="Times New Roman" w:hAnsi="Times New Roman" w:cs="Times New Roman"/>
          <w:color w:val="000000"/>
          <w:sz w:val="20"/>
          <w:szCs w:val="20"/>
          <w:lang w:val="vi-VN"/>
        </w:rPr>
        <w:t xml:space="preserve">. </w:t>
      </w:r>
      <w:proofErr w:type="spellStart"/>
      <w:r w:rsidRPr="00323E6C">
        <w:rPr>
          <w:rFonts w:ascii="Times New Roman" w:hAnsi="Times New Roman" w:cs="Times New Roman"/>
          <w:color w:val="000000"/>
          <w:w w:val="99"/>
          <w:sz w:val="20"/>
          <w:szCs w:val="20"/>
        </w:rPr>
        <w:t>Ng</w:t>
      </w:r>
      <w:r w:rsidRPr="00323E6C">
        <w:rPr>
          <w:rFonts w:ascii="Times New Roman" w:hAnsi="Times New Roman" w:cs="Times New Roman"/>
          <w:color w:val="000000"/>
          <w:spacing w:val="4"/>
          <w:w w:val="99"/>
          <w:sz w:val="20"/>
          <w:szCs w:val="20"/>
        </w:rPr>
        <w:t>u</w:t>
      </w:r>
      <w:r w:rsidRPr="00323E6C">
        <w:rPr>
          <w:rFonts w:ascii="Times New Roman" w:hAnsi="Times New Roman" w:cs="Times New Roman"/>
          <w:color w:val="000000"/>
          <w:spacing w:val="-5"/>
          <w:w w:val="99"/>
          <w:sz w:val="20"/>
          <w:szCs w:val="20"/>
        </w:rPr>
        <w:t>y</w:t>
      </w:r>
      <w:r w:rsidRPr="00323E6C">
        <w:rPr>
          <w:rFonts w:ascii="Times New Roman" w:hAnsi="Times New Roman" w:cs="Times New Roman"/>
          <w:color w:val="000000"/>
          <w:w w:val="99"/>
          <w:sz w:val="20"/>
          <w:szCs w:val="20"/>
        </w:rPr>
        <w:t>ễn</w:t>
      </w:r>
      <w:proofErr w:type="spellEnd"/>
      <w:r w:rsidRPr="00323E6C">
        <w:rPr>
          <w:rFonts w:ascii="Times New Roman" w:hAnsi="Times New Roman" w:cs="Times New Roman"/>
          <w:color w:val="000000"/>
          <w:spacing w:val="22"/>
          <w:sz w:val="20"/>
          <w:szCs w:val="20"/>
        </w:rPr>
        <w:t xml:space="preserve"> </w:t>
      </w:r>
      <w:proofErr w:type="spellStart"/>
      <w:r w:rsidRPr="00323E6C">
        <w:rPr>
          <w:rFonts w:ascii="Times New Roman" w:hAnsi="Times New Roman" w:cs="Times New Roman"/>
          <w:color w:val="000000"/>
          <w:w w:val="99"/>
          <w:sz w:val="20"/>
          <w:szCs w:val="20"/>
        </w:rPr>
        <w:t>Th</w:t>
      </w:r>
      <w:r w:rsidRPr="00323E6C">
        <w:rPr>
          <w:rFonts w:ascii="Times New Roman" w:hAnsi="Times New Roman" w:cs="Times New Roman"/>
          <w:color w:val="000000"/>
          <w:sz w:val="20"/>
          <w:szCs w:val="20"/>
        </w:rPr>
        <w:t>ị</w:t>
      </w:r>
      <w:proofErr w:type="spellEnd"/>
      <w:r w:rsidRPr="00323E6C">
        <w:rPr>
          <w:rFonts w:ascii="Times New Roman" w:hAnsi="Times New Roman" w:cs="Times New Roman"/>
          <w:color w:val="000000"/>
          <w:spacing w:val="21"/>
          <w:sz w:val="20"/>
          <w:szCs w:val="20"/>
        </w:rPr>
        <w:t xml:space="preserve"> </w:t>
      </w:r>
      <w:r w:rsidRPr="00323E6C">
        <w:rPr>
          <w:rFonts w:ascii="Times New Roman" w:hAnsi="Times New Roman" w:cs="Times New Roman"/>
          <w:color w:val="000000"/>
          <w:w w:val="99"/>
          <w:sz w:val="20"/>
          <w:szCs w:val="20"/>
        </w:rPr>
        <w:t>Lan</w:t>
      </w:r>
      <w:r w:rsidRPr="00323E6C">
        <w:rPr>
          <w:rFonts w:ascii="Times New Roman" w:hAnsi="Times New Roman" w:cs="Times New Roman"/>
          <w:color w:val="000000"/>
          <w:spacing w:val="21"/>
          <w:sz w:val="20"/>
          <w:szCs w:val="20"/>
        </w:rPr>
        <w:t xml:space="preserve"> </w:t>
      </w:r>
      <w:proofErr w:type="spellStart"/>
      <w:r w:rsidRPr="00323E6C">
        <w:rPr>
          <w:rFonts w:ascii="Times New Roman" w:hAnsi="Times New Roman" w:cs="Times New Roman"/>
          <w:color w:val="000000"/>
          <w:spacing w:val="2"/>
          <w:w w:val="99"/>
          <w:sz w:val="20"/>
          <w:szCs w:val="20"/>
        </w:rPr>
        <w:t>H</w:t>
      </w:r>
      <w:r w:rsidRPr="00323E6C">
        <w:rPr>
          <w:rFonts w:ascii="Times New Roman" w:hAnsi="Times New Roman" w:cs="Times New Roman"/>
          <w:color w:val="000000"/>
          <w:w w:val="99"/>
          <w:sz w:val="20"/>
          <w:szCs w:val="20"/>
        </w:rPr>
        <w:t>ương</w:t>
      </w:r>
      <w:proofErr w:type="spellEnd"/>
      <w:r w:rsidRPr="00323E6C">
        <w:rPr>
          <w:rFonts w:ascii="Times New Roman" w:hAnsi="Times New Roman" w:cs="Times New Roman"/>
          <w:color w:val="000000"/>
          <w:w w:val="99"/>
          <w:sz w:val="20"/>
          <w:szCs w:val="20"/>
          <w:lang w:val="vi-VN"/>
        </w:rPr>
        <w:t xml:space="preserve"> </w:t>
      </w:r>
      <w:r w:rsidRPr="00323E6C">
        <w:rPr>
          <w:rFonts w:ascii="Times New Roman" w:hAnsi="Times New Roman" w:cs="Times New Roman"/>
          <w:color w:val="000000"/>
          <w:w w:val="99"/>
          <w:sz w:val="20"/>
          <w:szCs w:val="20"/>
        </w:rPr>
        <w:t>(2019).</w:t>
      </w:r>
      <w:r w:rsidRPr="00323E6C">
        <w:rPr>
          <w:rFonts w:ascii="Times New Roman" w:hAnsi="Times New Roman" w:cs="Times New Roman"/>
          <w:color w:val="000000"/>
          <w:spacing w:val="23"/>
          <w:sz w:val="20"/>
          <w:szCs w:val="20"/>
        </w:rPr>
        <w:t xml:space="preserve"> </w:t>
      </w:r>
      <w:proofErr w:type="spellStart"/>
      <w:r w:rsidRPr="00323E6C">
        <w:rPr>
          <w:rFonts w:ascii="Times New Roman" w:hAnsi="Times New Roman" w:cs="Times New Roman"/>
          <w:color w:val="000000"/>
          <w:spacing w:val="2"/>
          <w:w w:val="99"/>
          <w:sz w:val="20"/>
          <w:szCs w:val="20"/>
        </w:rPr>
        <w:t>T</w:t>
      </w:r>
      <w:r w:rsidRPr="00323E6C">
        <w:rPr>
          <w:rFonts w:ascii="Times New Roman" w:hAnsi="Times New Roman" w:cs="Times New Roman"/>
          <w:color w:val="000000"/>
          <w:w w:val="99"/>
          <w:sz w:val="20"/>
          <w:szCs w:val="20"/>
        </w:rPr>
        <w:t>ổ</w:t>
      </w:r>
      <w:proofErr w:type="spellEnd"/>
      <w:r w:rsidRPr="00323E6C">
        <w:rPr>
          <w:rFonts w:ascii="Times New Roman" w:hAnsi="Times New Roman" w:cs="Times New Roman"/>
          <w:color w:val="000000"/>
          <w:spacing w:val="21"/>
          <w:sz w:val="20"/>
          <w:szCs w:val="20"/>
        </w:rPr>
        <w:t xml:space="preserve"> </w:t>
      </w:r>
      <w:proofErr w:type="spellStart"/>
      <w:r w:rsidRPr="00323E6C">
        <w:rPr>
          <w:rFonts w:ascii="Times New Roman" w:hAnsi="Times New Roman" w:cs="Times New Roman"/>
          <w:color w:val="000000"/>
          <w:w w:val="99"/>
          <w:sz w:val="20"/>
          <w:szCs w:val="20"/>
        </w:rPr>
        <w:t>ch</w:t>
      </w:r>
      <w:r w:rsidRPr="00323E6C">
        <w:rPr>
          <w:rFonts w:ascii="Times New Roman" w:hAnsi="Times New Roman" w:cs="Times New Roman"/>
          <w:color w:val="000000"/>
          <w:spacing w:val="1"/>
          <w:w w:val="99"/>
          <w:sz w:val="20"/>
          <w:szCs w:val="20"/>
        </w:rPr>
        <w:t>ứ</w:t>
      </w:r>
      <w:r w:rsidRPr="00323E6C">
        <w:rPr>
          <w:rFonts w:ascii="Times New Roman" w:hAnsi="Times New Roman" w:cs="Times New Roman"/>
          <w:color w:val="000000"/>
          <w:w w:val="99"/>
          <w:sz w:val="20"/>
          <w:szCs w:val="20"/>
        </w:rPr>
        <w:t>c</w:t>
      </w:r>
      <w:proofErr w:type="spellEnd"/>
      <w:r w:rsidRPr="00323E6C">
        <w:rPr>
          <w:rFonts w:ascii="Times New Roman" w:hAnsi="Times New Roman" w:cs="Times New Roman"/>
          <w:color w:val="000000"/>
          <w:spacing w:val="21"/>
          <w:sz w:val="20"/>
          <w:szCs w:val="20"/>
        </w:rPr>
        <w:t xml:space="preserve"> </w:t>
      </w:r>
      <w:proofErr w:type="spellStart"/>
      <w:r w:rsidRPr="00323E6C">
        <w:rPr>
          <w:rFonts w:ascii="Times New Roman" w:hAnsi="Times New Roman" w:cs="Times New Roman"/>
          <w:color w:val="000000"/>
          <w:w w:val="99"/>
          <w:sz w:val="20"/>
          <w:szCs w:val="20"/>
        </w:rPr>
        <w:t>g</w:t>
      </w:r>
      <w:r w:rsidRPr="00323E6C">
        <w:rPr>
          <w:rFonts w:ascii="Times New Roman" w:hAnsi="Times New Roman" w:cs="Times New Roman"/>
          <w:color w:val="000000"/>
          <w:sz w:val="20"/>
          <w:szCs w:val="20"/>
        </w:rPr>
        <w:t>i</w:t>
      </w:r>
      <w:r w:rsidRPr="00323E6C">
        <w:rPr>
          <w:rFonts w:ascii="Times New Roman" w:hAnsi="Times New Roman" w:cs="Times New Roman"/>
          <w:color w:val="000000"/>
          <w:w w:val="99"/>
          <w:sz w:val="20"/>
          <w:szCs w:val="20"/>
        </w:rPr>
        <w:t>áo</w:t>
      </w:r>
      <w:proofErr w:type="spellEnd"/>
      <w:r w:rsidRPr="00323E6C">
        <w:rPr>
          <w:rFonts w:ascii="Times New Roman" w:hAnsi="Times New Roman" w:cs="Times New Roman"/>
          <w:color w:val="000000"/>
          <w:spacing w:val="20"/>
          <w:sz w:val="20"/>
          <w:szCs w:val="20"/>
        </w:rPr>
        <w:t xml:space="preserve"> </w:t>
      </w:r>
      <w:proofErr w:type="spellStart"/>
      <w:r w:rsidRPr="00323E6C">
        <w:rPr>
          <w:rFonts w:ascii="Times New Roman" w:hAnsi="Times New Roman" w:cs="Times New Roman"/>
          <w:color w:val="000000"/>
          <w:spacing w:val="1"/>
          <w:w w:val="99"/>
          <w:sz w:val="20"/>
          <w:szCs w:val="20"/>
        </w:rPr>
        <w:t>d</w:t>
      </w:r>
      <w:r w:rsidRPr="00323E6C">
        <w:rPr>
          <w:rFonts w:ascii="Times New Roman" w:hAnsi="Times New Roman" w:cs="Times New Roman"/>
          <w:color w:val="000000"/>
          <w:w w:val="99"/>
          <w:sz w:val="20"/>
          <w:szCs w:val="20"/>
        </w:rPr>
        <w:t>ục</w:t>
      </w:r>
      <w:proofErr w:type="spellEnd"/>
      <w:r w:rsidRPr="00323E6C">
        <w:rPr>
          <w:rFonts w:ascii="Times New Roman" w:hAnsi="Times New Roman" w:cs="Times New Roman"/>
          <w:color w:val="000000"/>
          <w:spacing w:val="20"/>
          <w:sz w:val="20"/>
          <w:szCs w:val="20"/>
        </w:rPr>
        <w:t xml:space="preserve"> </w:t>
      </w:r>
      <w:proofErr w:type="spellStart"/>
      <w:r w:rsidRPr="00323E6C">
        <w:rPr>
          <w:rFonts w:ascii="Times New Roman" w:hAnsi="Times New Roman" w:cs="Times New Roman"/>
          <w:color w:val="000000"/>
          <w:w w:val="99"/>
          <w:sz w:val="20"/>
          <w:szCs w:val="20"/>
        </w:rPr>
        <w:t>p</w:t>
      </w:r>
      <w:r w:rsidRPr="00323E6C">
        <w:rPr>
          <w:rFonts w:ascii="Times New Roman" w:hAnsi="Times New Roman" w:cs="Times New Roman"/>
          <w:color w:val="000000"/>
          <w:spacing w:val="1"/>
          <w:w w:val="99"/>
          <w:sz w:val="20"/>
          <w:szCs w:val="20"/>
        </w:rPr>
        <w:t>h</w:t>
      </w:r>
      <w:r w:rsidRPr="00323E6C">
        <w:rPr>
          <w:rFonts w:ascii="Times New Roman" w:hAnsi="Times New Roman" w:cs="Times New Roman"/>
          <w:color w:val="000000"/>
          <w:w w:val="99"/>
          <w:sz w:val="20"/>
          <w:szCs w:val="20"/>
        </w:rPr>
        <w:t>òng</w:t>
      </w:r>
      <w:proofErr w:type="spellEnd"/>
      <w:r w:rsidRPr="00323E6C">
        <w:rPr>
          <w:rFonts w:ascii="Times New Roman" w:hAnsi="Times New Roman" w:cs="Times New Roman"/>
          <w:color w:val="000000"/>
          <w:spacing w:val="22"/>
          <w:sz w:val="20"/>
          <w:szCs w:val="20"/>
        </w:rPr>
        <w:t xml:space="preserve"> </w:t>
      </w:r>
      <w:proofErr w:type="spellStart"/>
      <w:r w:rsidRPr="00323E6C">
        <w:rPr>
          <w:rFonts w:ascii="Times New Roman" w:hAnsi="Times New Roman" w:cs="Times New Roman"/>
          <w:color w:val="000000"/>
          <w:w w:val="99"/>
          <w:sz w:val="20"/>
          <w:szCs w:val="20"/>
        </w:rPr>
        <w:t>c</w:t>
      </w:r>
      <w:r w:rsidRPr="00323E6C">
        <w:rPr>
          <w:rFonts w:ascii="Times New Roman" w:hAnsi="Times New Roman" w:cs="Times New Roman"/>
          <w:color w:val="000000"/>
          <w:spacing w:val="1"/>
          <w:w w:val="99"/>
          <w:sz w:val="20"/>
          <w:szCs w:val="20"/>
        </w:rPr>
        <w:t>h</w:t>
      </w:r>
      <w:r w:rsidRPr="00323E6C">
        <w:rPr>
          <w:rFonts w:ascii="Times New Roman" w:hAnsi="Times New Roman" w:cs="Times New Roman"/>
          <w:color w:val="000000"/>
          <w:w w:val="99"/>
          <w:sz w:val="20"/>
          <w:szCs w:val="20"/>
        </w:rPr>
        <w:t>ống</w:t>
      </w:r>
      <w:proofErr w:type="spellEnd"/>
      <w:r w:rsidRPr="00323E6C">
        <w:rPr>
          <w:rFonts w:ascii="Times New Roman" w:hAnsi="Times New Roman" w:cs="Times New Roman"/>
          <w:color w:val="000000"/>
          <w:spacing w:val="21"/>
          <w:sz w:val="20"/>
          <w:szCs w:val="20"/>
        </w:rPr>
        <w:t xml:space="preserve"> </w:t>
      </w:r>
      <w:r w:rsidRPr="00323E6C">
        <w:rPr>
          <w:rFonts w:ascii="Times New Roman" w:hAnsi="Times New Roman" w:cs="Times New Roman"/>
          <w:color w:val="000000"/>
          <w:sz w:val="20"/>
          <w:szCs w:val="20"/>
        </w:rPr>
        <w:t>t</w:t>
      </w:r>
      <w:r w:rsidRPr="00323E6C">
        <w:rPr>
          <w:rFonts w:ascii="Times New Roman" w:hAnsi="Times New Roman" w:cs="Times New Roman"/>
          <w:color w:val="000000"/>
          <w:w w:val="99"/>
          <w:sz w:val="20"/>
          <w:szCs w:val="20"/>
        </w:rPr>
        <w:t>a</w:t>
      </w:r>
      <w:r w:rsidRPr="00323E6C">
        <w:rPr>
          <w:rFonts w:ascii="Times New Roman" w:hAnsi="Times New Roman" w:cs="Times New Roman"/>
          <w:color w:val="000000"/>
          <w:sz w:val="20"/>
          <w:szCs w:val="20"/>
        </w:rPr>
        <w:t>i</w:t>
      </w:r>
      <w:r w:rsidRPr="00323E6C">
        <w:rPr>
          <w:rFonts w:ascii="Times New Roman" w:hAnsi="Times New Roman" w:cs="Times New Roman"/>
          <w:color w:val="000000"/>
          <w:spacing w:val="21"/>
          <w:sz w:val="20"/>
          <w:szCs w:val="20"/>
        </w:rPr>
        <w:t xml:space="preserve"> </w:t>
      </w:r>
      <w:proofErr w:type="spellStart"/>
      <w:r w:rsidRPr="00323E6C">
        <w:rPr>
          <w:rFonts w:ascii="Times New Roman" w:hAnsi="Times New Roman" w:cs="Times New Roman"/>
          <w:color w:val="000000"/>
          <w:w w:val="99"/>
          <w:sz w:val="20"/>
          <w:szCs w:val="20"/>
        </w:rPr>
        <w:t>nạn</w:t>
      </w:r>
      <w:proofErr w:type="spellEnd"/>
      <w:r w:rsidRPr="00323E6C">
        <w:rPr>
          <w:rFonts w:ascii="Times New Roman" w:hAnsi="Times New Roman" w:cs="Times New Roman"/>
          <w:color w:val="000000"/>
          <w:sz w:val="20"/>
          <w:szCs w:val="20"/>
        </w:rPr>
        <w:t xml:space="preserve"> </w:t>
      </w:r>
      <w:proofErr w:type="spellStart"/>
      <w:r w:rsidRPr="00323E6C">
        <w:rPr>
          <w:rFonts w:ascii="Times New Roman" w:hAnsi="Times New Roman" w:cs="Times New Roman"/>
          <w:color w:val="000000"/>
          <w:sz w:val="20"/>
          <w:szCs w:val="20"/>
        </w:rPr>
        <w:t>t</w:t>
      </w:r>
      <w:r w:rsidRPr="00323E6C">
        <w:rPr>
          <w:rFonts w:ascii="Times New Roman" w:hAnsi="Times New Roman" w:cs="Times New Roman"/>
          <w:color w:val="000000"/>
          <w:w w:val="99"/>
          <w:sz w:val="20"/>
          <w:szCs w:val="20"/>
        </w:rPr>
        <w:t>hương</w:t>
      </w:r>
      <w:proofErr w:type="spellEnd"/>
      <w:r w:rsidRPr="00323E6C">
        <w:rPr>
          <w:rFonts w:ascii="Times New Roman" w:hAnsi="Times New Roman" w:cs="Times New Roman"/>
          <w:color w:val="000000"/>
          <w:spacing w:val="3"/>
          <w:sz w:val="20"/>
          <w:szCs w:val="20"/>
        </w:rPr>
        <w:t xml:space="preserve"> </w:t>
      </w:r>
      <w:proofErr w:type="spellStart"/>
      <w:r w:rsidRPr="00323E6C">
        <w:rPr>
          <w:rFonts w:ascii="Times New Roman" w:hAnsi="Times New Roman" w:cs="Times New Roman"/>
          <w:color w:val="000000"/>
          <w:sz w:val="20"/>
          <w:szCs w:val="20"/>
        </w:rPr>
        <w:t>tí</w:t>
      </w:r>
      <w:r w:rsidRPr="00323E6C">
        <w:rPr>
          <w:rFonts w:ascii="Times New Roman" w:hAnsi="Times New Roman" w:cs="Times New Roman"/>
          <w:color w:val="000000"/>
          <w:spacing w:val="2"/>
          <w:w w:val="99"/>
          <w:sz w:val="20"/>
          <w:szCs w:val="20"/>
        </w:rPr>
        <w:t>c</w:t>
      </w:r>
      <w:r w:rsidRPr="00323E6C">
        <w:rPr>
          <w:rFonts w:ascii="Times New Roman" w:hAnsi="Times New Roman" w:cs="Times New Roman"/>
          <w:color w:val="000000"/>
          <w:w w:val="99"/>
          <w:sz w:val="20"/>
          <w:szCs w:val="20"/>
        </w:rPr>
        <w:t>h</w:t>
      </w:r>
      <w:proofErr w:type="spellEnd"/>
      <w:r w:rsidRPr="00323E6C">
        <w:rPr>
          <w:rFonts w:ascii="Times New Roman" w:hAnsi="Times New Roman" w:cs="Times New Roman"/>
          <w:color w:val="000000"/>
          <w:spacing w:val="4"/>
          <w:sz w:val="20"/>
          <w:szCs w:val="20"/>
        </w:rPr>
        <w:t xml:space="preserve"> </w:t>
      </w:r>
      <w:proofErr w:type="spellStart"/>
      <w:r w:rsidRPr="00323E6C">
        <w:rPr>
          <w:rFonts w:ascii="Times New Roman" w:hAnsi="Times New Roman" w:cs="Times New Roman"/>
          <w:color w:val="000000"/>
          <w:w w:val="99"/>
          <w:sz w:val="20"/>
          <w:szCs w:val="20"/>
        </w:rPr>
        <w:t>c</w:t>
      </w:r>
      <w:r w:rsidRPr="00323E6C">
        <w:rPr>
          <w:rFonts w:ascii="Times New Roman" w:hAnsi="Times New Roman" w:cs="Times New Roman"/>
          <w:color w:val="000000"/>
          <w:spacing w:val="2"/>
          <w:w w:val="99"/>
          <w:sz w:val="20"/>
          <w:szCs w:val="20"/>
        </w:rPr>
        <w:t>h</w:t>
      </w:r>
      <w:r w:rsidRPr="00323E6C">
        <w:rPr>
          <w:rFonts w:ascii="Times New Roman" w:hAnsi="Times New Roman" w:cs="Times New Roman"/>
          <w:color w:val="000000"/>
          <w:w w:val="99"/>
          <w:sz w:val="20"/>
          <w:szCs w:val="20"/>
        </w:rPr>
        <w:t>o</w:t>
      </w:r>
      <w:proofErr w:type="spellEnd"/>
      <w:r w:rsidRPr="00323E6C">
        <w:rPr>
          <w:rFonts w:ascii="Times New Roman" w:hAnsi="Times New Roman" w:cs="Times New Roman"/>
          <w:color w:val="000000"/>
          <w:spacing w:val="6"/>
          <w:sz w:val="20"/>
          <w:szCs w:val="20"/>
        </w:rPr>
        <w:t xml:space="preserve"> </w:t>
      </w:r>
      <w:r w:rsidRPr="00323E6C">
        <w:rPr>
          <w:rFonts w:ascii="Times New Roman" w:hAnsi="Times New Roman" w:cs="Times New Roman"/>
          <w:color w:val="000000"/>
          <w:spacing w:val="2"/>
          <w:w w:val="99"/>
          <w:sz w:val="20"/>
          <w:szCs w:val="20"/>
        </w:rPr>
        <w:t>H</w:t>
      </w:r>
      <w:r w:rsidRPr="00323E6C">
        <w:rPr>
          <w:rFonts w:ascii="Times New Roman" w:hAnsi="Times New Roman" w:cs="Times New Roman"/>
          <w:color w:val="000000"/>
          <w:w w:val="99"/>
          <w:sz w:val="20"/>
          <w:szCs w:val="20"/>
        </w:rPr>
        <w:t>S</w:t>
      </w:r>
      <w:r w:rsidRPr="00323E6C">
        <w:rPr>
          <w:rFonts w:ascii="Times New Roman" w:hAnsi="Times New Roman" w:cs="Times New Roman"/>
          <w:color w:val="000000"/>
          <w:spacing w:val="6"/>
          <w:sz w:val="20"/>
          <w:szCs w:val="20"/>
        </w:rPr>
        <w:t xml:space="preserve"> </w:t>
      </w:r>
      <w:r w:rsidRPr="00323E6C">
        <w:rPr>
          <w:rFonts w:ascii="Times New Roman" w:hAnsi="Times New Roman" w:cs="Times New Roman"/>
          <w:color w:val="000000"/>
          <w:w w:val="99"/>
          <w:sz w:val="20"/>
          <w:szCs w:val="20"/>
        </w:rPr>
        <w:t>ở</w:t>
      </w:r>
      <w:r w:rsidRPr="00323E6C">
        <w:rPr>
          <w:rFonts w:ascii="Times New Roman" w:hAnsi="Times New Roman" w:cs="Times New Roman"/>
          <w:color w:val="000000"/>
          <w:spacing w:val="4"/>
          <w:sz w:val="20"/>
          <w:szCs w:val="20"/>
        </w:rPr>
        <w:t xml:space="preserve"> </w:t>
      </w:r>
      <w:proofErr w:type="spellStart"/>
      <w:r w:rsidRPr="00323E6C">
        <w:rPr>
          <w:rFonts w:ascii="Times New Roman" w:hAnsi="Times New Roman" w:cs="Times New Roman"/>
          <w:color w:val="000000"/>
          <w:spacing w:val="3"/>
          <w:w w:val="99"/>
          <w:sz w:val="20"/>
          <w:szCs w:val="20"/>
        </w:rPr>
        <w:t>c</w:t>
      </w:r>
      <w:r w:rsidRPr="00323E6C">
        <w:rPr>
          <w:rFonts w:ascii="Times New Roman" w:hAnsi="Times New Roman" w:cs="Times New Roman"/>
          <w:color w:val="000000"/>
          <w:w w:val="99"/>
          <w:sz w:val="20"/>
          <w:szCs w:val="20"/>
        </w:rPr>
        <w:t>ác</w:t>
      </w:r>
      <w:proofErr w:type="spellEnd"/>
      <w:r w:rsidRPr="00323E6C">
        <w:rPr>
          <w:rFonts w:ascii="Times New Roman" w:hAnsi="Times New Roman" w:cs="Times New Roman"/>
          <w:color w:val="000000"/>
          <w:spacing w:val="4"/>
          <w:sz w:val="20"/>
          <w:szCs w:val="20"/>
        </w:rPr>
        <w:t xml:space="preserve"> </w:t>
      </w:r>
      <w:proofErr w:type="spellStart"/>
      <w:r w:rsidRPr="00323E6C">
        <w:rPr>
          <w:rFonts w:ascii="Times New Roman" w:hAnsi="Times New Roman" w:cs="Times New Roman"/>
          <w:color w:val="000000"/>
          <w:sz w:val="20"/>
          <w:szCs w:val="20"/>
        </w:rPr>
        <w:t>t</w:t>
      </w:r>
      <w:r w:rsidRPr="00323E6C">
        <w:rPr>
          <w:rFonts w:ascii="Times New Roman" w:hAnsi="Times New Roman" w:cs="Times New Roman"/>
          <w:color w:val="000000"/>
          <w:w w:val="99"/>
          <w:sz w:val="20"/>
          <w:szCs w:val="20"/>
        </w:rPr>
        <w:t>r</w:t>
      </w:r>
      <w:r w:rsidRPr="00323E6C">
        <w:rPr>
          <w:rFonts w:ascii="Times New Roman" w:hAnsi="Times New Roman" w:cs="Times New Roman"/>
          <w:color w:val="000000"/>
          <w:spacing w:val="1"/>
          <w:w w:val="99"/>
          <w:sz w:val="20"/>
          <w:szCs w:val="20"/>
        </w:rPr>
        <w:t>ư</w:t>
      </w:r>
      <w:r w:rsidRPr="00323E6C">
        <w:rPr>
          <w:rFonts w:ascii="Times New Roman" w:hAnsi="Times New Roman" w:cs="Times New Roman"/>
          <w:color w:val="000000"/>
          <w:w w:val="99"/>
          <w:sz w:val="20"/>
          <w:szCs w:val="20"/>
        </w:rPr>
        <w:t>ờng</w:t>
      </w:r>
      <w:proofErr w:type="spellEnd"/>
      <w:r w:rsidRPr="00323E6C">
        <w:rPr>
          <w:rFonts w:ascii="Times New Roman" w:hAnsi="Times New Roman" w:cs="Times New Roman"/>
          <w:color w:val="000000"/>
          <w:spacing w:val="5"/>
          <w:sz w:val="20"/>
          <w:szCs w:val="20"/>
        </w:rPr>
        <w:t xml:space="preserve"> </w:t>
      </w:r>
      <w:proofErr w:type="spellStart"/>
      <w:r w:rsidRPr="00323E6C">
        <w:rPr>
          <w:rFonts w:ascii="Times New Roman" w:hAnsi="Times New Roman" w:cs="Times New Roman"/>
          <w:color w:val="000000"/>
          <w:w w:val="99"/>
          <w:sz w:val="20"/>
          <w:szCs w:val="20"/>
        </w:rPr>
        <w:t>T</w:t>
      </w:r>
      <w:r w:rsidRPr="00323E6C">
        <w:rPr>
          <w:rFonts w:ascii="Times New Roman" w:hAnsi="Times New Roman" w:cs="Times New Roman"/>
          <w:color w:val="000000"/>
          <w:sz w:val="20"/>
          <w:szCs w:val="20"/>
        </w:rPr>
        <w:t>i</w:t>
      </w:r>
      <w:r w:rsidRPr="00323E6C">
        <w:rPr>
          <w:rFonts w:ascii="Times New Roman" w:hAnsi="Times New Roman" w:cs="Times New Roman"/>
          <w:color w:val="000000"/>
          <w:spacing w:val="1"/>
          <w:w w:val="99"/>
          <w:sz w:val="20"/>
          <w:szCs w:val="20"/>
        </w:rPr>
        <w:t>ể</w:t>
      </w:r>
      <w:r w:rsidRPr="00323E6C">
        <w:rPr>
          <w:rFonts w:ascii="Times New Roman" w:hAnsi="Times New Roman" w:cs="Times New Roman"/>
          <w:color w:val="000000"/>
          <w:w w:val="99"/>
          <w:sz w:val="20"/>
          <w:szCs w:val="20"/>
        </w:rPr>
        <w:t>u</w:t>
      </w:r>
      <w:proofErr w:type="spellEnd"/>
      <w:r w:rsidRPr="00323E6C">
        <w:rPr>
          <w:rFonts w:ascii="Times New Roman" w:hAnsi="Times New Roman" w:cs="Times New Roman"/>
          <w:color w:val="000000"/>
          <w:spacing w:val="6"/>
          <w:sz w:val="20"/>
          <w:szCs w:val="20"/>
        </w:rPr>
        <w:t xml:space="preserve"> </w:t>
      </w:r>
      <w:proofErr w:type="spellStart"/>
      <w:r w:rsidRPr="00323E6C">
        <w:rPr>
          <w:rFonts w:ascii="Times New Roman" w:hAnsi="Times New Roman" w:cs="Times New Roman"/>
          <w:color w:val="000000"/>
          <w:spacing w:val="1"/>
          <w:w w:val="99"/>
          <w:sz w:val="20"/>
          <w:szCs w:val="20"/>
        </w:rPr>
        <w:t>h</w:t>
      </w:r>
      <w:r w:rsidRPr="00323E6C">
        <w:rPr>
          <w:rFonts w:ascii="Times New Roman" w:hAnsi="Times New Roman" w:cs="Times New Roman"/>
          <w:color w:val="000000"/>
          <w:w w:val="99"/>
          <w:sz w:val="20"/>
          <w:szCs w:val="20"/>
        </w:rPr>
        <w:t>ọc</w:t>
      </w:r>
      <w:proofErr w:type="spellEnd"/>
      <w:r w:rsidRPr="00323E6C">
        <w:rPr>
          <w:rFonts w:ascii="Times New Roman" w:hAnsi="Times New Roman" w:cs="Times New Roman"/>
          <w:color w:val="000000"/>
          <w:spacing w:val="5"/>
          <w:sz w:val="20"/>
          <w:szCs w:val="20"/>
        </w:rPr>
        <w:t xml:space="preserve"> </w:t>
      </w:r>
      <w:proofErr w:type="spellStart"/>
      <w:r w:rsidRPr="00323E6C">
        <w:rPr>
          <w:rFonts w:ascii="Times New Roman" w:hAnsi="Times New Roman" w:cs="Times New Roman"/>
          <w:color w:val="000000"/>
          <w:w w:val="99"/>
          <w:sz w:val="20"/>
          <w:szCs w:val="20"/>
        </w:rPr>
        <w:t>H</w:t>
      </w:r>
      <w:r w:rsidRPr="00323E6C">
        <w:rPr>
          <w:rFonts w:ascii="Times New Roman" w:hAnsi="Times New Roman" w:cs="Times New Roman"/>
          <w:color w:val="000000"/>
          <w:spacing w:val="2"/>
          <w:w w:val="99"/>
          <w:sz w:val="20"/>
          <w:szCs w:val="20"/>
        </w:rPr>
        <w:t>u</w:t>
      </w:r>
      <w:r w:rsidRPr="00323E6C">
        <w:rPr>
          <w:rFonts w:ascii="Times New Roman" w:hAnsi="Times New Roman" w:cs="Times New Roman"/>
          <w:color w:val="000000"/>
          <w:spacing w:val="-4"/>
          <w:w w:val="99"/>
          <w:sz w:val="20"/>
          <w:szCs w:val="20"/>
        </w:rPr>
        <w:t>y</w:t>
      </w:r>
      <w:r w:rsidRPr="00323E6C">
        <w:rPr>
          <w:rFonts w:ascii="Times New Roman" w:hAnsi="Times New Roman" w:cs="Times New Roman"/>
          <w:color w:val="000000"/>
          <w:spacing w:val="2"/>
          <w:w w:val="99"/>
          <w:sz w:val="20"/>
          <w:szCs w:val="20"/>
        </w:rPr>
        <w:t>ệ</w:t>
      </w:r>
      <w:r w:rsidRPr="00323E6C">
        <w:rPr>
          <w:rFonts w:ascii="Times New Roman" w:hAnsi="Times New Roman" w:cs="Times New Roman"/>
          <w:color w:val="000000"/>
          <w:w w:val="99"/>
          <w:sz w:val="20"/>
          <w:szCs w:val="20"/>
        </w:rPr>
        <w:t>n</w:t>
      </w:r>
      <w:proofErr w:type="spellEnd"/>
      <w:r w:rsidRPr="00323E6C">
        <w:rPr>
          <w:rFonts w:ascii="Times New Roman" w:hAnsi="Times New Roman" w:cs="Times New Roman"/>
          <w:color w:val="000000"/>
          <w:spacing w:val="6"/>
          <w:sz w:val="20"/>
          <w:szCs w:val="20"/>
        </w:rPr>
        <w:t xml:space="preserve"> </w:t>
      </w:r>
      <w:proofErr w:type="spellStart"/>
      <w:r w:rsidRPr="00323E6C">
        <w:rPr>
          <w:rFonts w:ascii="Times New Roman" w:hAnsi="Times New Roman" w:cs="Times New Roman"/>
          <w:color w:val="000000"/>
          <w:w w:val="99"/>
          <w:sz w:val="20"/>
          <w:szCs w:val="20"/>
        </w:rPr>
        <w:t>T</w:t>
      </w:r>
      <w:r w:rsidRPr="00323E6C">
        <w:rPr>
          <w:rFonts w:ascii="Times New Roman" w:hAnsi="Times New Roman" w:cs="Times New Roman"/>
          <w:color w:val="000000"/>
          <w:spacing w:val="2"/>
          <w:w w:val="99"/>
          <w:sz w:val="20"/>
          <w:szCs w:val="20"/>
        </w:rPr>
        <w:t>h</w:t>
      </w:r>
      <w:r w:rsidRPr="00323E6C">
        <w:rPr>
          <w:rFonts w:ascii="Times New Roman" w:hAnsi="Times New Roman" w:cs="Times New Roman"/>
          <w:color w:val="000000"/>
          <w:spacing w:val="5"/>
          <w:w w:val="99"/>
          <w:sz w:val="20"/>
          <w:szCs w:val="20"/>
        </w:rPr>
        <w:t>ủ</w:t>
      </w:r>
      <w:r w:rsidRPr="00323E6C">
        <w:rPr>
          <w:rFonts w:ascii="Times New Roman" w:hAnsi="Times New Roman" w:cs="Times New Roman"/>
          <w:color w:val="000000"/>
          <w:w w:val="99"/>
          <w:sz w:val="20"/>
          <w:szCs w:val="20"/>
        </w:rPr>
        <w:t>y</w:t>
      </w:r>
      <w:proofErr w:type="spellEnd"/>
      <w:r w:rsidRPr="00323E6C">
        <w:rPr>
          <w:rFonts w:ascii="Times New Roman" w:hAnsi="Times New Roman" w:cs="Times New Roman"/>
          <w:color w:val="000000"/>
          <w:spacing w:val="-1"/>
          <w:sz w:val="20"/>
          <w:szCs w:val="20"/>
        </w:rPr>
        <w:t xml:space="preserve"> </w:t>
      </w:r>
      <w:proofErr w:type="spellStart"/>
      <w:r w:rsidRPr="00323E6C">
        <w:rPr>
          <w:rFonts w:ascii="Times New Roman" w:hAnsi="Times New Roman" w:cs="Times New Roman"/>
          <w:color w:val="000000"/>
          <w:w w:val="99"/>
          <w:sz w:val="20"/>
          <w:szCs w:val="20"/>
        </w:rPr>
        <w:t>Ng</w:t>
      </w:r>
      <w:r w:rsidRPr="00323E6C">
        <w:rPr>
          <w:rFonts w:ascii="Times New Roman" w:hAnsi="Times New Roman" w:cs="Times New Roman"/>
          <w:color w:val="000000"/>
          <w:spacing w:val="4"/>
          <w:w w:val="99"/>
          <w:sz w:val="20"/>
          <w:szCs w:val="20"/>
        </w:rPr>
        <w:t>u</w:t>
      </w:r>
      <w:r w:rsidRPr="00323E6C">
        <w:rPr>
          <w:rFonts w:ascii="Times New Roman" w:hAnsi="Times New Roman" w:cs="Times New Roman"/>
          <w:color w:val="000000"/>
          <w:spacing w:val="-3"/>
          <w:w w:val="99"/>
          <w:sz w:val="20"/>
          <w:szCs w:val="20"/>
        </w:rPr>
        <w:t>y</w:t>
      </w:r>
      <w:r w:rsidRPr="00323E6C">
        <w:rPr>
          <w:rFonts w:ascii="Times New Roman" w:hAnsi="Times New Roman" w:cs="Times New Roman"/>
          <w:color w:val="000000"/>
          <w:w w:val="99"/>
          <w:sz w:val="20"/>
          <w:szCs w:val="20"/>
        </w:rPr>
        <w:t>ên</w:t>
      </w:r>
      <w:proofErr w:type="spellEnd"/>
      <w:r w:rsidRPr="00323E6C">
        <w:rPr>
          <w:rFonts w:ascii="Times New Roman" w:hAnsi="Times New Roman" w:cs="Times New Roman"/>
          <w:color w:val="000000"/>
          <w:w w:val="99"/>
          <w:sz w:val="20"/>
          <w:szCs w:val="20"/>
        </w:rPr>
        <w:t>,</w:t>
      </w:r>
      <w:r w:rsidRPr="00323E6C">
        <w:rPr>
          <w:rFonts w:ascii="Times New Roman" w:hAnsi="Times New Roman" w:cs="Times New Roman"/>
          <w:color w:val="000000"/>
          <w:spacing w:val="6"/>
          <w:sz w:val="20"/>
          <w:szCs w:val="20"/>
        </w:rPr>
        <w:t xml:space="preserve"> TP</w:t>
      </w:r>
      <w:r w:rsidRPr="00323E6C">
        <w:rPr>
          <w:rFonts w:ascii="Times New Roman" w:hAnsi="Times New Roman" w:cs="Times New Roman"/>
          <w:color w:val="000000"/>
          <w:spacing w:val="6"/>
          <w:sz w:val="20"/>
          <w:szCs w:val="20"/>
          <w:lang w:val="vi-VN"/>
        </w:rPr>
        <w:t xml:space="preserve"> </w:t>
      </w:r>
      <w:proofErr w:type="spellStart"/>
      <w:r w:rsidRPr="00323E6C">
        <w:rPr>
          <w:rFonts w:ascii="Times New Roman" w:hAnsi="Times New Roman" w:cs="Times New Roman"/>
          <w:color w:val="000000"/>
          <w:w w:val="99"/>
          <w:sz w:val="20"/>
          <w:szCs w:val="20"/>
        </w:rPr>
        <w:t>H</w:t>
      </w:r>
      <w:r w:rsidRPr="00323E6C">
        <w:rPr>
          <w:rFonts w:ascii="Times New Roman" w:hAnsi="Times New Roman" w:cs="Times New Roman"/>
          <w:color w:val="000000"/>
          <w:spacing w:val="2"/>
          <w:w w:val="99"/>
          <w:sz w:val="20"/>
          <w:szCs w:val="20"/>
        </w:rPr>
        <w:t>ả</w:t>
      </w:r>
      <w:r w:rsidRPr="00323E6C">
        <w:rPr>
          <w:rFonts w:ascii="Times New Roman" w:hAnsi="Times New Roman" w:cs="Times New Roman"/>
          <w:color w:val="000000"/>
          <w:sz w:val="20"/>
          <w:szCs w:val="20"/>
        </w:rPr>
        <w:t>i</w:t>
      </w:r>
      <w:proofErr w:type="spellEnd"/>
      <w:r w:rsidRPr="00323E6C">
        <w:rPr>
          <w:rFonts w:ascii="Times New Roman" w:hAnsi="Times New Roman" w:cs="Times New Roman"/>
          <w:color w:val="000000"/>
          <w:sz w:val="20"/>
          <w:szCs w:val="20"/>
        </w:rPr>
        <w:t xml:space="preserve"> </w:t>
      </w:r>
      <w:proofErr w:type="spellStart"/>
      <w:r w:rsidRPr="00323E6C">
        <w:rPr>
          <w:rFonts w:ascii="Times New Roman" w:hAnsi="Times New Roman" w:cs="Times New Roman"/>
          <w:color w:val="000000"/>
          <w:w w:val="99"/>
          <w:sz w:val="20"/>
          <w:szCs w:val="20"/>
        </w:rPr>
        <w:t>Phòng</w:t>
      </w:r>
      <w:proofErr w:type="spellEnd"/>
      <w:r w:rsidRPr="00323E6C">
        <w:rPr>
          <w:rFonts w:ascii="Times New Roman" w:hAnsi="Times New Roman" w:cs="Times New Roman"/>
          <w:color w:val="000000"/>
          <w:sz w:val="20"/>
          <w:szCs w:val="20"/>
          <w:lang w:val="vi-VN"/>
        </w:rPr>
        <w:t xml:space="preserve">. </w:t>
      </w:r>
      <w:proofErr w:type="spellStart"/>
      <w:r w:rsidRPr="00323E6C">
        <w:rPr>
          <w:rFonts w:ascii="Times New Roman" w:hAnsi="Times New Roman" w:cs="Times New Roman"/>
          <w:color w:val="000000"/>
          <w:w w:val="99"/>
          <w:sz w:val="20"/>
          <w:szCs w:val="20"/>
        </w:rPr>
        <w:t>T</w:t>
      </w:r>
      <w:r w:rsidRPr="00323E6C">
        <w:rPr>
          <w:rFonts w:ascii="Times New Roman" w:hAnsi="Times New Roman" w:cs="Times New Roman"/>
          <w:color w:val="000000"/>
          <w:spacing w:val="2"/>
          <w:w w:val="99"/>
          <w:sz w:val="20"/>
          <w:szCs w:val="20"/>
        </w:rPr>
        <w:t>ạ</w:t>
      </w:r>
      <w:r w:rsidRPr="00323E6C">
        <w:rPr>
          <w:rFonts w:ascii="Times New Roman" w:hAnsi="Times New Roman" w:cs="Times New Roman"/>
          <w:color w:val="000000"/>
          <w:w w:val="99"/>
          <w:sz w:val="20"/>
          <w:szCs w:val="20"/>
        </w:rPr>
        <w:t>p</w:t>
      </w:r>
      <w:proofErr w:type="spellEnd"/>
      <w:r w:rsidRPr="00323E6C">
        <w:rPr>
          <w:rFonts w:ascii="Times New Roman" w:hAnsi="Times New Roman" w:cs="Times New Roman"/>
          <w:color w:val="000000"/>
          <w:sz w:val="20"/>
          <w:szCs w:val="20"/>
        </w:rPr>
        <w:t xml:space="preserve"> </w:t>
      </w:r>
      <w:proofErr w:type="spellStart"/>
      <w:r w:rsidRPr="00323E6C">
        <w:rPr>
          <w:rFonts w:ascii="Times New Roman" w:hAnsi="Times New Roman" w:cs="Times New Roman"/>
          <w:color w:val="000000"/>
          <w:w w:val="99"/>
          <w:sz w:val="20"/>
          <w:szCs w:val="20"/>
        </w:rPr>
        <w:t>ch</w:t>
      </w:r>
      <w:r w:rsidRPr="00323E6C">
        <w:rPr>
          <w:rFonts w:ascii="Times New Roman" w:hAnsi="Times New Roman" w:cs="Times New Roman"/>
          <w:color w:val="000000"/>
          <w:sz w:val="20"/>
          <w:szCs w:val="20"/>
        </w:rPr>
        <w:t>í</w:t>
      </w:r>
      <w:proofErr w:type="spellEnd"/>
      <w:r w:rsidRPr="00323E6C">
        <w:rPr>
          <w:rFonts w:ascii="Times New Roman" w:hAnsi="Times New Roman" w:cs="Times New Roman"/>
          <w:color w:val="000000"/>
          <w:spacing w:val="-1"/>
          <w:sz w:val="20"/>
          <w:szCs w:val="20"/>
        </w:rPr>
        <w:t xml:space="preserve"> </w:t>
      </w:r>
      <w:proofErr w:type="spellStart"/>
      <w:r w:rsidRPr="00323E6C">
        <w:rPr>
          <w:rFonts w:ascii="Times New Roman" w:hAnsi="Times New Roman" w:cs="Times New Roman"/>
          <w:color w:val="000000"/>
          <w:w w:val="99"/>
          <w:sz w:val="20"/>
          <w:szCs w:val="20"/>
        </w:rPr>
        <w:t>G</w:t>
      </w:r>
      <w:r w:rsidRPr="00323E6C">
        <w:rPr>
          <w:rFonts w:ascii="Times New Roman" w:hAnsi="Times New Roman" w:cs="Times New Roman"/>
          <w:color w:val="000000"/>
          <w:sz w:val="20"/>
          <w:szCs w:val="20"/>
        </w:rPr>
        <w:t>i</w:t>
      </w:r>
      <w:r w:rsidRPr="00323E6C">
        <w:rPr>
          <w:rFonts w:ascii="Times New Roman" w:hAnsi="Times New Roman" w:cs="Times New Roman"/>
          <w:color w:val="000000"/>
          <w:w w:val="99"/>
          <w:sz w:val="20"/>
          <w:szCs w:val="20"/>
        </w:rPr>
        <w:t>áo</w:t>
      </w:r>
      <w:proofErr w:type="spellEnd"/>
      <w:r w:rsidRPr="00323E6C">
        <w:rPr>
          <w:rFonts w:ascii="Times New Roman" w:hAnsi="Times New Roman" w:cs="Times New Roman"/>
          <w:color w:val="000000"/>
          <w:spacing w:val="1"/>
          <w:sz w:val="20"/>
          <w:szCs w:val="20"/>
        </w:rPr>
        <w:t xml:space="preserve"> </w:t>
      </w:r>
      <w:proofErr w:type="spellStart"/>
      <w:r w:rsidRPr="00323E6C">
        <w:rPr>
          <w:rFonts w:ascii="Times New Roman" w:hAnsi="Times New Roman" w:cs="Times New Roman"/>
          <w:color w:val="000000"/>
          <w:spacing w:val="1"/>
          <w:w w:val="99"/>
          <w:sz w:val="20"/>
          <w:szCs w:val="20"/>
        </w:rPr>
        <w:t>d</w:t>
      </w:r>
      <w:r w:rsidRPr="00323E6C">
        <w:rPr>
          <w:rFonts w:ascii="Times New Roman" w:hAnsi="Times New Roman" w:cs="Times New Roman"/>
          <w:color w:val="000000"/>
          <w:w w:val="99"/>
          <w:sz w:val="20"/>
          <w:szCs w:val="20"/>
        </w:rPr>
        <w:t>ục</w:t>
      </w:r>
      <w:proofErr w:type="spellEnd"/>
      <w:r w:rsidRPr="00323E6C">
        <w:rPr>
          <w:rFonts w:ascii="Times New Roman" w:hAnsi="Times New Roman" w:cs="Times New Roman"/>
          <w:color w:val="000000"/>
          <w:w w:val="99"/>
          <w:sz w:val="20"/>
          <w:szCs w:val="20"/>
        </w:rPr>
        <w:t>,</w:t>
      </w:r>
      <w:r w:rsidRPr="00323E6C">
        <w:rPr>
          <w:rFonts w:ascii="Times New Roman" w:hAnsi="Times New Roman" w:cs="Times New Roman"/>
          <w:color w:val="000000"/>
          <w:sz w:val="20"/>
          <w:szCs w:val="20"/>
        </w:rPr>
        <w:t xml:space="preserve"> </w:t>
      </w:r>
      <w:proofErr w:type="spellStart"/>
      <w:r w:rsidRPr="00323E6C">
        <w:rPr>
          <w:rFonts w:ascii="Times New Roman" w:hAnsi="Times New Roman" w:cs="Times New Roman"/>
          <w:color w:val="000000"/>
          <w:w w:val="99"/>
          <w:sz w:val="20"/>
          <w:szCs w:val="20"/>
        </w:rPr>
        <w:t>số</w:t>
      </w:r>
      <w:proofErr w:type="spellEnd"/>
      <w:r w:rsidRPr="00323E6C">
        <w:rPr>
          <w:rFonts w:ascii="Times New Roman" w:hAnsi="Times New Roman" w:cs="Times New Roman"/>
          <w:color w:val="000000"/>
          <w:spacing w:val="2"/>
          <w:sz w:val="20"/>
          <w:szCs w:val="20"/>
        </w:rPr>
        <w:t xml:space="preserve"> </w:t>
      </w:r>
      <w:r w:rsidRPr="00323E6C">
        <w:rPr>
          <w:rFonts w:ascii="Times New Roman" w:hAnsi="Times New Roman" w:cs="Times New Roman"/>
          <w:color w:val="000000"/>
          <w:w w:val="99"/>
          <w:sz w:val="20"/>
          <w:szCs w:val="20"/>
        </w:rPr>
        <w:t>453,</w:t>
      </w:r>
      <w:r w:rsidRPr="00323E6C">
        <w:rPr>
          <w:rFonts w:ascii="Times New Roman" w:hAnsi="Times New Roman" w:cs="Times New Roman"/>
          <w:color w:val="000000"/>
          <w:spacing w:val="1"/>
          <w:sz w:val="20"/>
          <w:szCs w:val="20"/>
        </w:rPr>
        <w:t xml:space="preserve"> </w:t>
      </w:r>
      <w:r w:rsidRPr="00323E6C">
        <w:rPr>
          <w:rFonts w:ascii="Times New Roman" w:hAnsi="Times New Roman" w:cs="Times New Roman"/>
          <w:color w:val="000000"/>
          <w:sz w:val="20"/>
          <w:szCs w:val="20"/>
        </w:rPr>
        <w:t>t</w:t>
      </w:r>
      <w:r w:rsidRPr="00323E6C">
        <w:rPr>
          <w:rFonts w:ascii="Times New Roman" w:hAnsi="Times New Roman" w:cs="Times New Roman"/>
          <w:color w:val="000000"/>
          <w:w w:val="99"/>
          <w:sz w:val="20"/>
          <w:szCs w:val="20"/>
        </w:rPr>
        <w:t>r</w:t>
      </w:r>
      <w:r w:rsidRPr="00323E6C">
        <w:rPr>
          <w:rFonts w:ascii="Times New Roman" w:hAnsi="Times New Roman" w:cs="Times New Roman"/>
          <w:color w:val="000000"/>
          <w:sz w:val="20"/>
          <w:szCs w:val="20"/>
        </w:rPr>
        <w:t xml:space="preserve"> </w:t>
      </w:r>
      <w:r w:rsidRPr="00323E6C">
        <w:rPr>
          <w:rFonts w:ascii="Times New Roman" w:hAnsi="Times New Roman" w:cs="Times New Roman"/>
          <w:color w:val="000000"/>
          <w:w w:val="99"/>
          <w:sz w:val="20"/>
          <w:szCs w:val="20"/>
        </w:rPr>
        <w:t>60-63.</w:t>
      </w:r>
    </w:p>
    <w:p w14:paraId="32AE1565" w14:textId="77777777" w:rsidR="00323E6C" w:rsidRPr="00323E6C" w:rsidRDefault="00323E6C" w:rsidP="00323E6C">
      <w:pPr>
        <w:spacing w:after="120" w:line="240" w:lineRule="auto"/>
        <w:jc w:val="both"/>
        <w:rPr>
          <w:rFonts w:ascii="Times New Roman" w:hAnsi="Times New Roman" w:cs="Times New Roman"/>
          <w:iCs/>
          <w:color w:val="000000"/>
          <w:sz w:val="20"/>
          <w:szCs w:val="20"/>
          <w:shd w:val="clear" w:color="auto" w:fill="FFFFFF"/>
          <w:lang w:val="vi-VN"/>
        </w:rPr>
      </w:pPr>
      <w:r w:rsidRPr="00323E6C">
        <w:rPr>
          <w:rFonts w:ascii="Times New Roman" w:hAnsi="Times New Roman" w:cs="Times New Roman"/>
          <w:color w:val="000000"/>
          <w:sz w:val="20"/>
          <w:szCs w:val="20"/>
          <w:lang w:val="vi-VN"/>
        </w:rPr>
        <w:t>[7]. Quốc hội (2019), Luật giáo dục.</w:t>
      </w:r>
    </w:p>
    <w:p w14:paraId="5B779643" w14:textId="77777777" w:rsidR="00323E6C" w:rsidRPr="00323E6C" w:rsidRDefault="00323E6C" w:rsidP="00323E6C">
      <w:pPr>
        <w:spacing w:after="120" w:line="240" w:lineRule="auto"/>
        <w:jc w:val="both"/>
        <w:rPr>
          <w:rFonts w:ascii="Times New Roman" w:hAnsi="Times New Roman" w:cs="Times New Roman"/>
          <w:sz w:val="20"/>
          <w:szCs w:val="20"/>
          <w:lang w:val="fr-BE"/>
        </w:rPr>
      </w:pPr>
      <w:r w:rsidRPr="00323E6C">
        <w:rPr>
          <w:rFonts w:ascii="Times New Roman" w:hAnsi="Times New Roman" w:cs="Times New Roman"/>
          <w:sz w:val="20"/>
          <w:szCs w:val="20"/>
          <w:lang w:val="vi-VN"/>
        </w:rPr>
        <w:t xml:space="preserve">[8]. </w:t>
      </w:r>
      <w:proofErr w:type="spellStart"/>
      <w:r w:rsidRPr="00323E6C">
        <w:rPr>
          <w:rFonts w:ascii="Times New Roman" w:hAnsi="Times New Roman" w:cs="Times New Roman"/>
          <w:sz w:val="20"/>
          <w:szCs w:val="20"/>
          <w:lang w:val="fr-BE"/>
        </w:rPr>
        <w:t>Nguyễn</w:t>
      </w:r>
      <w:proofErr w:type="spellEnd"/>
      <w:r w:rsidRPr="00323E6C">
        <w:rPr>
          <w:rFonts w:ascii="Times New Roman" w:hAnsi="Times New Roman" w:cs="Times New Roman"/>
          <w:sz w:val="20"/>
          <w:szCs w:val="20"/>
          <w:lang w:val="fr-BE"/>
        </w:rPr>
        <w:t xml:space="preserve"> </w:t>
      </w:r>
      <w:proofErr w:type="spellStart"/>
      <w:r w:rsidRPr="00323E6C">
        <w:rPr>
          <w:rFonts w:ascii="Times New Roman" w:hAnsi="Times New Roman" w:cs="Times New Roman"/>
          <w:sz w:val="20"/>
          <w:szCs w:val="20"/>
          <w:lang w:val="fr-BE"/>
        </w:rPr>
        <w:t>Ánh</w:t>
      </w:r>
      <w:proofErr w:type="spellEnd"/>
      <w:r w:rsidRPr="00323E6C">
        <w:rPr>
          <w:rFonts w:ascii="Times New Roman" w:hAnsi="Times New Roman" w:cs="Times New Roman"/>
          <w:sz w:val="20"/>
          <w:szCs w:val="20"/>
          <w:lang w:val="fr-BE"/>
        </w:rPr>
        <w:t xml:space="preserve"> </w:t>
      </w:r>
      <w:proofErr w:type="spellStart"/>
      <w:r w:rsidRPr="00323E6C">
        <w:rPr>
          <w:rFonts w:ascii="Times New Roman" w:hAnsi="Times New Roman" w:cs="Times New Roman"/>
          <w:sz w:val="20"/>
          <w:szCs w:val="20"/>
          <w:lang w:val="fr-BE"/>
        </w:rPr>
        <w:t>Tuyết</w:t>
      </w:r>
      <w:proofErr w:type="spellEnd"/>
      <w:r w:rsidRPr="00323E6C">
        <w:rPr>
          <w:rFonts w:ascii="Times New Roman" w:hAnsi="Times New Roman" w:cs="Times New Roman"/>
          <w:sz w:val="20"/>
          <w:szCs w:val="20"/>
          <w:lang w:val="fr-BE"/>
        </w:rPr>
        <w:t xml:space="preserve"> (</w:t>
      </w:r>
      <w:proofErr w:type="spellStart"/>
      <w:r w:rsidRPr="00323E6C">
        <w:rPr>
          <w:rFonts w:ascii="Times New Roman" w:hAnsi="Times New Roman" w:cs="Times New Roman"/>
          <w:sz w:val="20"/>
          <w:szCs w:val="20"/>
          <w:lang w:val="fr-BE"/>
        </w:rPr>
        <w:t>chủ</w:t>
      </w:r>
      <w:proofErr w:type="spellEnd"/>
      <w:r w:rsidRPr="00323E6C">
        <w:rPr>
          <w:rFonts w:ascii="Times New Roman" w:hAnsi="Times New Roman" w:cs="Times New Roman"/>
          <w:sz w:val="20"/>
          <w:szCs w:val="20"/>
          <w:lang w:val="fr-BE"/>
        </w:rPr>
        <w:t xml:space="preserve"> </w:t>
      </w:r>
      <w:proofErr w:type="spellStart"/>
      <w:r w:rsidRPr="00323E6C">
        <w:rPr>
          <w:rFonts w:ascii="Times New Roman" w:hAnsi="Times New Roman" w:cs="Times New Roman"/>
          <w:sz w:val="20"/>
          <w:szCs w:val="20"/>
          <w:lang w:val="fr-BE"/>
        </w:rPr>
        <w:t>biên</w:t>
      </w:r>
      <w:proofErr w:type="spellEnd"/>
      <w:r w:rsidRPr="00323E6C">
        <w:rPr>
          <w:rFonts w:ascii="Times New Roman" w:hAnsi="Times New Roman" w:cs="Times New Roman"/>
          <w:sz w:val="20"/>
          <w:szCs w:val="20"/>
          <w:lang w:val="fr-BE"/>
        </w:rPr>
        <w:t xml:space="preserve">, 2007), </w:t>
      </w:r>
      <w:proofErr w:type="spellStart"/>
      <w:r w:rsidRPr="00323E6C">
        <w:rPr>
          <w:rFonts w:ascii="Times New Roman" w:hAnsi="Times New Roman" w:cs="Times New Roman"/>
          <w:sz w:val="20"/>
          <w:szCs w:val="20"/>
          <w:lang w:val="fr-BE"/>
        </w:rPr>
        <w:t>Tâm</w:t>
      </w:r>
      <w:proofErr w:type="spellEnd"/>
      <w:r w:rsidRPr="00323E6C">
        <w:rPr>
          <w:rFonts w:ascii="Times New Roman" w:hAnsi="Times New Roman" w:cs="Times New Roman"/>
          <w:sz w:val="20"/>
          <w:szCs w:val="20"/>
          <w:lang w:val="fr-BE"/>
        </w:rPr>
        <w:t xml:space="preserve"> </w:t>
      </w:r>
      <w:proofErr w:type="spellStart"/>
      <w:r w:rsidRPr="00323E6C">
        <w:rPr>
          <w:rFonts w:ascii="Times New Roman" w:hAnsi="Times New Roman" w:cs="Times New Roman"/>
          <w:sz w:val="20"/>
          <w:szCs w:val="20"/>
          <w:lang w:val="fr-BE"/>
        </w:rPr>
        <w:t>lý</w:t>
      </w:r>
      <w:proofErr w:type="spellEnd"/>
      <w:r w:rsidRPr="00323E6C">
        <w:rPr>
          <w:rFonts w:ascii="Times New Roman" w:hAnsi="Times New Roman" w:cs="Times New Roman"/>
          <w:sz w:val="20"/>
          <w:szCs w:val="20"/>
          <w:lang w:val="fr-BE"/>
        </w:rPr>
        <w:t xml:space="preserve"> </w:t>
      </w:r>
      <w:proofErr w:type="spellStart"/>
      <w:r w:rsidRPr="00323E6C">
        <w:rPr>
          <w:rFonts w:ascii="Times New Roman" w:hAnsi="Times New Roman" w:cs="Times New Roman"/>
          <w:sz w:val="20"/>
          <w:szCs w:val="20"/>
          <w:lang w:val="fr-BE"/>
        </w:rPr>
        <w:t>học</w:t>
      </w:r>
      <w:proofErr w:type="spellEnd"/>
      <w:r w:rsidRPr="00323E6C">
        <w:rPr>
          <w:rFonts w:ascii="Times New Roman" w:hAnsi="Times New Roman" w:cs="Times New Roman"/>
          <w:sz w:val="20"/>
          <w:szCs w:val="20"/>
          <w:lang w:val="fr-BE"/>
        </w:rPr>
        <w:t xml:space="preserve"> </w:t>
      </w:r>
      <w:proofErr w:type="spellStart"/>
      <w:r w:rsidRPr="00323E6C">
        <w:rPr>
          <w:rFonts w:ascii="Times New Roman" w:hAnsi="Times New Roman" w:cs="Times New Roman"/>
          <w:sz w:val="20"/>
          <w:szCs w:val="20"/>
          <w:lang w:val="fr-BE"/>
        </w:rPr>
        <w:t>trẻ</w:t>
      </w:r>
      <w:proofErr w:type="spellEnd"/>
      <w:r w:rsidRPr="00323E6C">
        <w:rPr>
          <w:rFonts w:ascii="Times New Roman" w:hAnsi="Times New Roman" w:cs="Times New Roman"/>
          <w:sz w:val="20"/>
          <w:szCs w:val="20"/>
          <w:lang w:val="fr-BE"/>
        </w:rPr>
        <w:t xml:space="preserve"> </w:t>
      </w:r>
      <w:proofErr w:type="spellStart"/>
      <w:r w:rsidRPr="00323E6C">
        <w:rPr>
          <w:rFonts w:ascii="Times New Roman" w:hAnsi="Times New Roman" w:cs="Times New Roman"/>
          <w:sz w:val="20"/>
          <w:szCs w:val="20"/>
          <w:lang w:val="fr-BE"/>
        </w:rPr>
        <w:t>em</w:t>
      </w:r>
      <w:proofErr w:type="spellEnd"/>
      <w:r w:rsidRPr="00323E6C">
        <w:rPr>
          <w:rFonts w:ascii="Times New Roman" w:hAnsi="Times New Roman" w:cs="Times New Roman"/>
          <w:sz w:val="20"/>
          <w:szCs w:val="20"/>
          <w:lang w:val="fr-BE"/>
        </w:rPr>
        <w:t xml:space="preserve"> </w:t>
      </w:r>
      <w:proofErr w:type="spellStart"/>
      <w:r w:rsidRPr="00323E6C">
        <w:rPr>
          <w:rFonts w:ascii="Times New Roman" w:hAnsi="Times New Roman" w:cs="Times New Roman"/>
          <w:sz w:val="20"/>
          <w:szCs w:val="20"/>
          <w:lang w:val="fr-BE"/>
        </w:rPr>
        <w:t>lứa</w:t>
      </w:r>
      <w:proofErr w:type="spellEnd"/>
      <w:r w:rsidRPr="00323E6C">
        <w:rPr>
          <w:rFonts w:ascii="Times New Roman" w:hAnsi="Times New Roman" w:cs="Times New Roman"/>
          <w:sz w:val="20"/>
          <w:szCs w:val="20"/>
          <w:lang w:val="fr-BE"/>
        </w:rPr>
        <w:t xml:space="preserve"> </w:t>
      </w:r>
      <w:proofErr w:type="spellStart"/>
      <w:r w:rsidRPr="00323E6C">
        <w:rPr>
          <w:rFonts w:ascii="Times New Roman" w:hAnsi="Times New Roman" w:cs="Times New Roman"/>
          <w:sz w:val="20"/>
          <w:szCs w:val="20"/>
          <w:lang w:val="fr-BE"/>
        </w:rPr>
        <w:t>tuổi</w:t>
      </w:r>
      <w:proofErr w:type="spellEnd"/>
      <w:r w:rsidRPr="00323E6C">
        <w:rPr>
          <w:rFonts w:ascii="Times New Roman" w:hAnsi="Times New Roman" w:cs="Times New Roman"/>
          <w:sz w:val="20"/>
          <w:szCs w:val="20"/>
          <w:lang w:val="fr-BE"/>
        </w:rPr>
        <w:t xml:space="preserve"> </w:t>
      </w:r>
      <w:proofErr w:type="spellStart"/>
      <w:r w:rsidRPr="00323E6C">
        <w:rPr>
          <w:rFonts w:ascii="Times New Roman" w:hAnsi="Times New Roman" w:cs="Times New Roman"/>
          <w:sz w:val="20"/>
          <w:szCs w:val="20"/>
          <w:lang w:val="fr-BE"/>
        </w:rPr>
        <w:t>mầm</w:t>
      </w:r>
      <w:proofErr w:type="spellEnd"/>
      <w:r w:rsidRPr="00323E6C">
        <w:rPr>
          <w:rFonts w:ascii="Times New Roman" w:hAnsi="Times New Roman" w:cs="Times New Roman"/>
          <w:sz w:val="20"/>
          <w:szCs w:val="20"/>
          <w:lang w:val="fr-BE"/>
        </w:rPr>
        <w:t xml:space="preserve"> non, NXBĐHSP</w:t>
      </w:r>
    </w:p>
    <w:p w14:paraId="25F81A33" w14:textId="09C32B97" w:rsidR="00EF2925" w:rsidRPr="00323E6C" w:rsidRDefault="00323E6C" w:rsidP="00323E6C">
      <w:pPr>
        <w:spacing w:after="120" w:line="240" w:lineRule="auto"/>
        <w:jc w:val="both"/>
        <w:rPr>
          <w:rFonts w:ascii="Times New Roman" w:hAnsi="Times New Roman" w:cs="Times New Roman"/>
          <w:sz w:val="20"/>
          <w:szCs w:val="20"/>
          <w:lang w:val="fr-BE"/>
        </w:rPr>
      </w:pPr>
      <w:r w:rsidRPr="00323E6C">
        <w:rPr>
          <w:rFonts w:ascii="Times New Roman" w:hAnsi="Times New Roman" w:cs="Times New Roman"/>
          <w:sz w:val="20"/>
          <w:szCs w:val="20"/>
          <w:lang w:val="fr-BE"/>
        </w:rPr>
        <w:t>[</w:t>
      </w:r>
      <w:r w:rsidRPr="00323E6C">
        <w:rPr>
          <w:rFonts w:ascii="Times New Roman" w:hAnsi="Times New Roman" w:cs="Times New Roman"/>
          <w:sz w:val="20"/>
          <w:szCs w:val="20"/>
          <w:lang w:val="vi-VN"/>
        </w:rPr>
        <w:t>9</w:t>
      </w:r>
      <w:r w:rsidRPr="00323E6C">
        <w:rPr>
          <w:rFonts w:ascii="Times New Roman" w:hAnsi="Times New Roman" w:cs="Times New Roman"/>
          <w:sz w:val="20"/>
          <w:szCs w:val="20"/>
          <w:lang w:val="fr-BE"/>
        </w:rPr>
        <w:t>]</w:t>
      </w:r>
      <w:r w:rsidRPr="00323E6C">
        <w:rPr>
          <w:rFonts w:ascii="Times New Roman" w:hAnsi="Times New Roman" w:cs="Times New Roman"/>
          <w:sz w:val="20"/>
          <w:szCs w:val="20"/>
          <w:lang w:val="vi-VN"/>
        </w:rPr>
        <w:t>.</w:t>
      </w:r>
      <w:r w:rsidRPr="00323E6C">
        <w:rPr>
          <w:rFonts w:ascii="Times New Roman" w:hAnsi="Times New Roman" w:cs="Times New Roman"/>
          <w:sz w:val="20"/>
          <w:szCs w:val="20"/>
          <w:lang w:val="fr-BE"/>
        </w:rPr>
        <w:t>https://www.vietnamplus.vn/phong-chong-tai-nan-thuong-tich-o-tre-nhin-tu-nhung-vu-viec-dau-long-post873930.vnp</w:t>
      </w:r>
    </w:p>
    <w:p w14:paraId="2602249A" w14:textId="46A9CE30" w:rsidR="00EF2925" w:rsidRDefault="00EF2925" w:rsidP="00EF2925">
      <w:pPr>
        <w:spacing w:line="240" w:lineRule="auto"/>
        <w:rPr>
          <w:rFonts w:ascii="Times New Roman" w:hAnsi="Times New Roman" w:cs="Times New Roman"/>
          <w:b/>
        </w:rPr>
      </w:pPr>
      <w:r w:rsidRPr="00EB3707">
        <w:rPr>
          <w:rFonts w:ascii="Arial" w:hAnsi="Arial"/>
          <w:b/>
          <w:noProof/>
        </w:rPr>
        <mc:AlternateContent>
          <mc:Choice Requires="wps">
            <w:drawing>
              <wp:inline distT="0" distB="0" distL="0" distR="0" wp14:anchorId="7B57F128" wp14:editId="7CD8D88A">
                <wp:extent cx="5937250" cy="0"/>
                <wp:effectExtent l="0" t="0" r="25400" b="19050"/>
                <wp:docPr id="2" name="Straight Connector 2"/>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30251D97"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J2oukfHAQAA4QMAAA4AAAAAAAAAAAAAAAAA&#10;LgIAAGRycy9lMm9Eb2MueG1sUEsBAi0AFAAGAAgAAAAhADHRMSXYAAAAAgEAAA8AAAAAAAAAAAAA&#10;AAAAIQQAAGRycy9kb3ducmV2LnhtbFBLBQYAAAAABAAEAPMAAAAmBQAAAAA=&#10;" strokecolor="#4f81bd [3204]" strokeweight=".5pt">
                <w10:anchorlock/>
              </v:line>
            </w:pict>
          </mc:Fallback>
        </mc:AlternateContent>
      </w:r>
    </w:p>
    <w:p w14:paraId="1F0C17E3" w14:textId="77777777" w:rsidR="00323E6C" w:rsidRPr="00323E6C" w:rsidRDefault="00323E6C" w:rsidP="00323E6C">
      <w:pPr>
        <w:pStyle w:val="0004"/>
        <w:spacing w:after="120" w:line="240" w:lineRule="auto"/>
        <w:jc w:val="center"/>
        <w:rPr>
          <w:b/>
          <w:i w:val="0"/>
          <w:iCs/>
          <w:noProof/>
          <w:sz w:val="28"/>
          <w:szCs w:val="28"/>
          <w:lang w:val="vi-VN"/>
        </w:rPr>
      </w:pPr>
      <w:r w:rsidRPr="00323E6C">
        <w:rPr>
          <w:b/>
          <w:i w:val="0"/>
          <w:iCs/>
          <w:noProof/>
          <w:sz w:val="28"/>
          <w:szCs w:val="28"/>
          <w:lang w:val="vi-VN"/>
        </w:rPr>
        <w:t>CURRENT STATE OF AFFAIRS REGARDING INJURY PREVENTION ACTS FOR PRESCHOOLERS IN CU CHI DISTRICT, HO CHI MINH CITY</w:t>
      </w:r>
    </w:p>
    <w:p w14:paraId="3C73F09B" w14:textId="77777777" w:rsidR="00323E6C" w:rsidRPr="00CB3FF1" w:rsidRDefault="00323E6C" w:rsidP="00AD2232">
      <w:pPr>
        <w:spacing w:line="240" w:lineRule="auto"/>
        <w:jc w:val="center"/>
        <w:rPr>
          <w:rFonts w:ascii="Times New Roman" w:hAnsi="Times New Roman" w:cs="Times New Roman"/>
          <w:b/>
          <w:iCs/>
          <w:sz w:val="24"/>
          <w:szCs w:val="24"/>
          <w:lang w:val="vi-VN"/>
        </w:rPr>
      </w:pPr>
      <w:r w:rsidRPr="00CB3FF1">
        <w:rPr>
          <w:rFonts w:ascii="Times New Roman" w:hAnsi="Times New Roman" w:cs="Times New Roman"/>
          <w:b/>
          <w:sz w:val="24"/>
          <w:szCs w:val="24"/>
        </w:rPr>
        <w:t xml:space="preserve">Cao </w:t>
      </w:r>
      <w:proofErr w:type="spellStart"/>
      <w:r w:rsidRPr="00CB3FF1">
        <w:rPr>
          <w:rFonts w:ascii="Times New Roman" w:hAnsi="Times New Roman" w:cs="Times New Roman"/>
          <w:b/>
          <w:sz w:val="24"/>
          <w:szCs w:val="24"/>
        </w:rPr>
        <w:t>Thị</w:t>
      </w:r>
      <w:proofErr w:type="spellEnd"/>
      <w:r w:rsidRPr="00CB3FF1">
        <w:rPr>
          <w:rFonts w:ascii="Times New Roman" w:hAnsi="Times New Roman" w:cs="Times New Roman"/>
          <w:b/>
          <w:sz w:val="24"/>
          <w:szCs w:val="24"/>
        </w:rPr>
        <w:t xml:space="preserve"> Hồng</w:t>
      </w:r>
      <w:r w:rsidRPr="00CB3FF1">
        <w:rPr>
          <w:rFonts w:ascii="Times New Roman" w:hAnsi="Times New Roman" w:cs="Times New Roman"/>
          <w:b/>
          <w:sz w:val="24"/>
          <w:szCs w:val="24"/>
          <w:vertAlign w:val="superscript"/>
        </w:rPr>
        <w:t>1</w:t>
      </w:r>
      <w:r w:rsidRPr="00CB3FF1">
        <w:rPr>
          <w:rFonts w:ascii="Times New Roman" w:hAnsi="Times New Roman" w:cs="Times New Roman"/>
          <w:b/>
          <w:sz w:val="24"/>
          <w:szCs w:val="24"/>
        </w:rPr>
        <w:t xml:space="preserve">, </w:t>
      </w:r>
      <w:proofErr w:type="spellStart"/>
      <w:r w:rsidRPr="00CB3FF1">
        <w:rPr>
          <w:rFonts w:ascii="Times New Roman" w:hAnsi="Times New Roman" w:cs="Times New Roman"/>
          <w:b/>
          <w:sz w:val="24"/>
          <w:szCs w:val="24"/>
        </w:rPr>
        <w:t>Nguyễn</w:t>
      </w:r>
      <w:proofErr w:type="spellEnd"/>
      <w:r w:rsidRPr="00CB3FF1">
        <w:rPr>
          <w:rFonts w:ascii="Times New Roman" w:hAnsi="Times New Roman" w:cs="Times New Roman"/>
          <w:b/>
          <w:sz w:val="24"/>
          <w:szCs w:val="24"/>
        </w:rPr>
        <w:t xml:space="preserve"> </w:t>
      </w:r>
      <w:proofErr w:type="spellStart"/>
      <w:r w:rsidRPr="00CB3FF1">
        <w:rPr>
          <w:rFonts w:ascii="Times New Roman" w:hAnsi="Times New Roman" w:cs="Times New Roman"/>
          <w:b/>
          <w:sz w:val="24"/>
          <w:szCs w:val="24"/>
        </w:rPr>
        <w:t>Văn</w:t>
      </w:r>
      <w:proofErr w:type="spellEnd"/>
      <w:r w:rsidRPr="00CB3FF1">
        <w:rPr>
          <w:rFonts w:ascii="Times New Roman" w:hAnsi="Times New Roman" w:cs="Times New Roman"/>
          <w:b/>
          <w:sz w:val="24"/>
          <w:szCs w:val="24"/>
        </w:rPr>
        <w:t xml:space="preserve"> Bắc</w:t>
      </w:r>
      <w:r w:rsidRPr="00CB3FF1">
        <w:rPr>
          <w:rFonts w:ascii="Times New Roman" w:hAnsi="Times New Roman" w:cs="Times New Roman"/>
          <w:b/>
          <w:sz w:val="24"/>
          <w:szCs w:val="24"/>
          <w:vertAlign w:val="superscript"/>
        </w:rPr>
        <w:t>2</w:t>
      </w:r>
      <w:r w:rsidRPr="00CB3FF1">
        <w:rPr>
          <w:rFonts w:ascii="Times New Roman" w:hAnsi="Times New Roman" w:cs="Times New Roman"/>
          <w:b/>
          <w:sz w:val="24"/>
          <w:szCs w:val="24"/>
        </w:rPr>
        <w:br/>
      </w:r>
      <w:r w:rsidRPr="00CB3FF1">
        <w:rPr>
          <w:rFonts w:ascii="Times New Roman" w:hAnsi="Times New Roman" w:cs="Times New Roman"/>
          <w:b/>
          <w:sz w:val="24"/>
          <w:szCs w:val="24"/>
          <w:vertAlign w:val="superscript"/>
        </w:rPr>
        <w:t>1</w:t>
      </w:r>
      <w:r w:rsidRPr="00CB3FF1">
        <w:rPr>
          <w:rFonts w:ascii="Times New Roman" w:hAnsi="Times New Roman" w:cs="Times New Roman"/>
          <w:b/>
          <w:iCs/>
          <w:sz w:val="24"/>
          <w:szCs w:val="24"/>
          <w:lang w:val="vi-VN"/>
        </w:rPr>
        <w:t xml:space="preserve"> Trường mầm non Hoà Phú, huyện Củ Chi, Thành phố Hồ Chí Minh</w:t>
      </w:r>
    </w:p>
    <w:p w14:paraId="46E235FC" w14:textId="77777777" w:rsidR="00323E6C" w:rsidRPr="00CB3FF1" w:rsidRDefault="00323E6C" w:rsidP="00AD2232">
      <w:pPr>
        <w:spacing w:line="240" w:lineRule="auto"/>
        <w:jc w:val="center"/>
        <w:rPr>
          <w:rFonts w:ascii="Times New Roman" w:hAnsi="Times New Roman" w:cs="Times New Roman"/>
          <w:b/>
          <w:sz w:val="24"/>
          <w:szCs w:val="24"/>
        </w:rPr>
      </w:pPr>
      <w:r w:rsidRPr="00CB3FF1">
        <w:rPr>
          <w:rFonts w:ascii="Times New Roman" w:hAnsi="Times New Roman" w:cs="Times New Roman"/>
          <w:b/>
          <w:iCs/>
          <w:sz w:val="24"/>
          <w:szCs w:val="24"/>
        </w:rPr>
        <w:t>2</w:t>
      </w:r>
      <w:r w:rsidRPr="00CB3FF1">
        <w:rPr>
          <w:rFonts w:ascii="Times New Roman" w:hAnsi="Times New Roman" w:cs="Times New Roman"/>
          <w:b/>
          <w:iCs/>
          <w:sz w:val="24"/>
          <w:szCs w:val="24"/>
          <w:lang w:val="vi-VN"/>
        </w:rPr>
        <w:t>Trường Đại học Sư phạm, Đại học Huế</w:t>
      </w:r>
    </w:p>
    <w:p w14:paraId="42D77D2F" w14:textId="592BEBE6" w:rsidR="00323E6C" w:rsidRPr="00323E6C" w:rsidRDefault="00323E6C" w:rsidP="00323E6C">
      <w:pPr>
        <w:spacing w:line="240" w:lineRule="auto"/>
        <w:jc w:val="center"/>
        <w:rPr>
          <w:rFonts w:ascii="Times New Roman" w:hAnsi="Times New Roman" w:cs="Times New Roman"/>
          <w:sz w:val="28"/>
          <w:szCs w:val="28"/>
        </w:rPr>
      </w:pPr>
      <w:r w:rsidRPr="00323E6C">
        <w:rPr>
          <w:rFonts w:ascii="Times New Roman" w:hAnsi="Times New Roman" w:cs="Times New Roman"/>
          <w:sz w:val="24"/>
          <w:szCs w:val="24"/>
        </w:rPr>
        <w:t xml:space="preserve">Corresponding authors: *Email: </w:t>
      </w:r>
      <w:r w:rsidRPr="00323E6C">
        <w:rPr>
          <w:rFonts w:ascii="Times New Roman" w:hAnsi="Times New Roman" w:cs="Times New Roman"/>
          <w:iCs/>
          <w:sz w:val="24"/>
          <w:szCs w:val="24"/>
        </w:rPr>
        <w:t xml:space="preserve">nguyenvanbac@dhsphue.edu.vn, </w:t>
      </w:r>
      <w:r w:rsidRPr="00323E6C">
        <w:rPr>
          <w:rFonts w:ascii="Times New Roman" w:hAnsi="Times New Roman" w:cs="Times New Roman"/>
          <w:bCs/>
          <w:iCs/>
          <w:sz w:val="24"/>
          <w:szCs w:val="24"/>
        </w:rPr>
        <w:t>caohong1985@gmail.com</w:t>
      </w:r>
    </w:p>
    <w:p w14:paraId="29DB5D18" w14:textId="335FAB2D" w:rsidR="0016225C" w:rsidRPr="00032901" w:rsidRDefault="00AD2232" w:rsidP="00FD07A5">
      <w:pPr>
        <w:spacing w:line="240" w:lineRule="auto"/>
        <w:jc w:val="both"/>
        <w:rPr>
          <w:rFonts w:ascii="Times New Roman" w:hAnsi="Times New Roman" w:cs="Times New Roman"/>
          <w:b/>
        </w:rPr>
      </w:pPr>
      <w:r>
        <w:rPr>
          <w:rFonts w:ascii="Times New Roman" w:hAnsi="Times New Roman" w:cs="Times New Roman"/>
          <w:b/>
        </w:rPr>
        <w:t>ABSTRACT</w:t>
      </w:r>
      <w:r w:rsidR="0016225C" w:rsidRPr="0016225C">
        <w:rPr>
          <w:rFonts w:ascii="Times New Roman" w:hAnsi="Times New Roman" w:cs="Times New Roman"/>
          <w:b/>
        </w:rPr>
        <w:t xml:space="preserve"> </w:t>
      </w:r>
    </w:p>
    <w:p w14:paraId="1F2C76F3" w14:textId="77777777" w:rsidR="00AD2232" w:rsidRPr="00AD2232" w:rsidRDefault="00AD2232" w:rsidP="00AD2232">
      <w:pPr>
        <w:pStyle w:val="0004"/>
        <w:spacing w:after="120" w:line="240" w:lineRule="auto"/>
        <w:rPr>
          <w:i w:val="0"/>
          <w:iCs/>
          <w:noProof/>
          <w:sz w:val="22"/>
          <w:szCs w:val="22"/>
          <w:lang w:val="vi-VN"/>
        </w:rPr>
      </w:pPr>
      <w:r w:rsidRPr="00AD2232">
        <w:rPr>
          <w:i w:val="0"/>
          <w:iCs/>
          <w:noProof/>
          <w:sz w:val="22"/>
          <w:szCs w:val="22"/>
          <w:lang w:val="vi-VN"/>
        </w:rPr>
        <w:t xml:space="preserve">The </w:t>
      </w:r>
      <w:r w:rsidRPr="00AD2232">
        <w:rPr>
          <w:i w:val="0"/>
          <w:iCs/>
          <w:noProof/>
          <w:sz w:val="22"/>
          <w:szCs w:val="22"/>
        </w:rPr>
        <w:t>operation</w:t>
      </w:r>
      <w:r w:rsidRPr="00AD2232">
        <w:rPr>
          <w:i w:val="0"/>
          <w:iCs/>
          <w:noProof/>
          <w:sz w:val="22"/>
          <w:szCs w:val="22"/>
          <w:lang w:val="vi-VN"/>
        </w:rPr>
        <w:t xml:space="preserve"> of injury prevention for preschoolers plays a very important role in ensuring children maintain their physical health, mindfulness, well-beings, </w:t>
      </w:r>
      <w:r w:rsidRPr="00AD2232">
        <w:rPr>
          <w:i w:val="0"/>
          <w:iCs/>
          <w:noProof/>
          <w:sz w:val="22"/>
          <w:szCs w:val="22"/>
        </w:rPr>
        <w:t xml:space="preserve">in </w:t>
      </w:r>
      <w:r w:rsidRPr="00AD2232">
        <w:rPr>
          <w:i w:val="0"/>
          <w:iCs/>
          <w:noProof/>
          <w:sz w:val="22"/>
          <w:szCs w:val="22"/>
          <w:lang w:val="vi-VN"/>
        </w:rPr>
        <w:t xml:space="preserve">keeping them safe when engaging in outdoor activities while at school as well as at their home. The study has carried out a survey involves 145 teachers and staffs in 10 preschools in Cu Chi district, Ho Chi Minh City on the current state of affairs regarding this subject. According to the results,  the </w:t>
      </w:r>
      <w:r w:rsidRPr="00AD2232">
        <w:rPr>
          <w:i w:val="0"/>
          <w:iCs/>
          <w:noProof/>
          <w:sz w:val="22"/>
          <w:szCs w:val="22"/>
        </w:rPr>
        <w:t>operation</w:t>
      </w:r>
      <w:r w:rsidRPr="00AD2232">
        <w:rPr>
          <w:i w:val="0"/>
          <w:iCs/>
          <w:noProof/>
          <w:sz w:val="22"/>
          <w:szCs w:val="22"/>
          <w:lang w:val="vi-VN"/>
        </w:rPr>
        <w:t xml:space="preserve"> of preventing injuries for preschool children in schools has been taken great importance than before, the implementation of accident</w:t>
      </w:r>
      <w:r w:rsidRPr="00AD2232">
        <w:rPr>
          <w:i w:val="0"/>
          <w:iCs/>
          <w:noProof/>
          <w:sz w:val="22"/>
          <w:szCs w:val="22"/>
        </w:rPr>
        <w:t>s</w:t>
      </w:r>
      <w:r w:rsidRPr="00AD2232">
        <w:rPr>
          <w:i w:val="0"/>
          <w:iCs/>
          <w:noProof/>
          <w:sz w:val="22"/>
          <w:szCs w:val="22"/>
          <w:lang w:val="vi-VN"/>
        </w:rPr>
        <w:t xml:space="preserve"> and injury prevention education has been comprehensively executed. However, the awareness of this subject ranks only in the average bar in comparison to other matters, the educating methods are not diverse nor flexible, resulting in low effectiveness in implementing to actual real-life situations. With that being said, It cannot yet resolve the problem that, each year, there are numerable cases of children who experience a crash/bump or minor collisions that ended up affecting their physical and mental development. Which is why,  based on the result of the research, this article proposes a number of measures to increase the effectiveness of injury prevention acts toward Preschoolers in Cu Chi district, Ho Chi Minh City.</w:t>
      </w:r>
    </w:p>
    <w:p w14:paraId="07DC0C64" w14:textId="77777777" w:rsidR="00AD2232" w:rsidRPr="004F5981" w:rsidRDefault="00AD2232" w:rsidP="00AD2232">
      <w:pPr>
        <w:pStyle w:val="0004"/>
        <w:spacing w:after="200" w:line="240" w:lineRule="auto"/>
        <w:jc w:val="left"/>
        <w:rPr>
          <w:bCs/>
          <w:sz w:val="22"/>
          <w:szCs w:val="22"/>
        </w:rPr>
      </w:pPr>
      <w:r w:rsidRPr="00AD2232">
        <w:rPr>
          <w:noProof/>
          <w:sz w:val="22"/>
          <w:szCs w:val="22"/>
          <w:lang w:val="vi-VN"/>
        </w:rPr>
        <w:t>Keywords:</w:t>
      </w:r>
      <w:r w:rsidRPr="004F5981">
        <w:rPr>
          <w:bCs/>
          <w:noProof/>
          <w:sz w:val="22"/>
          <w:szCs w:val="22"/>
          <w:lang w:val="vi-VN"/>
        </w:rPr>
        <w:t xml:space="preserve"> Accident and injury prevention; Preschoolers; Cu Chi district</w:t>
      </w:r>
      <w:r w:rsidRPr="004F5981">
        <w:rPr>
          <w:bCs/>
          <w:noProof/>
          <w:sz w:val="22"/>
          <w:szCs w:val="22"/>
        </w:rPr>
        <w:t xml:space="preserve"> </w:t>
      </w:r>
      <w:r w:rsidRPr="004F5981">
        <w:rPr>
          <w:bCs/>
          <w:noProof/>
          <w:sz w:val="22"/>
          <w:szCs w:val="22"/>
          <w:lang w:val="vi-VN"/>
        </w:rPr>
        <w:t>preschools, Ho Chi Minh City</w:t>
      </w:r>
    </w:p>
    <w:p w14:paraId="6FF88F2A" w14:textId="77777777" w:rsidR="0016225C" w:rsidRPr="0016225C" w:rsidRDefault="0016225C" w:rsidP="00AD2232">
      <w:pPr>
        <w:spacing w:line="240" w:lineRule="auto"/>
        <w:rPr>
          <w:rFonts w:ascii="Times New Roman" w:hAnsi="Times New Roman" w:cs="Times New Roman"/>
        </w:rPr>
      </w:pPr>
    </w:p>
    <w:p w14:paraId="5BF32B5B" w14:textId="77777777" w:rsidR="00955B77" w:rsidRDefault="00955B77" w:rsidP="002B67B7">
      <w:pPr>
        <w:spacing w:before="120" w:line="240" w:lineRule="auto"/>
      </w:pPr>
    </w:p>
    <w:sectPr w:rsidR="00955B77" w:rsidSect="00DF4362">
      <w:headerReference w:type="default" r:id="rId10"/>
      <w:footerReference w:type="default" r:id="rId11"/>
      <w:pgSz w:w="11906" w:h="16838" w:code="9"/>
      <w:pgMar w:top="1134" w:right="1134" w:bottom="1134" w:left="1418"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4D493" w14:textId="77777777" w:rsidR="00784F54" w:rsidRDefault="00784F54" w:rsidP="0095530B">
      <w:pPr>
        <w:spacing w:after="0" w:line="240" w:lineRule="auto"/>
      </w:pPr>
      <w:r>
        <w:separator/>
      </w:r>
    </w:p>
  </w:endnote>
  <w:endnote w:type="continuationSeparator" w:id="0">
    <w:p w14:paraId="2413D927" w14:textId="77777777" w:rsidR="00784F54" w:rsidRDefault="00784F54" w:rsidP="00955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notTrueType/>
    <w:pitch w:val="fixed"/>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IBSE+F1">
    <w:altName w:val="Arial"/>
    <w:panose1 w:val="020B0604020202020204"/>
    <w:charset w:val="01"/>
    <w:family w:val="auto"/>
    <w:pitch w:val="variable"/>
    <w:sig w:usb0="E0002EFF" w:usb1="C000785B" w:usb2="00000009" w:usb3="00000000" w:csb0="400001FF" w:csb1="FFFF0000"/>
  </w:font>
  <w:font w:name="Microsoft Sans Serif">
    <w:panose1 w:val="020B0604020202020204"/>
    <w:charset w:val="00"/>
    <w:family w:val="swiss"/>
    <w:pitch w:val="variable"/>
    <w:sig w:usb0="E5002EFF" w:usb1="C000605B" w:usb2="00000029" w:usb3="00000000" w:csb0="000101FF" w:csb1="00000000"/>
  </w:font>
  <w:font w:name="OKUFL+F3">
    <w:panose1 w:val="020B0604020202020204"/>
    <w:charset w:val="01"/>
    <w:family w:val="auto"/>
    <w:pitch w:val="variable"/>
    <w:sig w:usb0="E0000EFF" w:usb1="4000785B"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B23D" w14:textId="045384DE" w:rsidR="003D5231" w:rsidRPr="00032901" w:rsidRDefault="003D5231">
    <w:pPr>
      <w:pStyle w:val="Footer"/>
      <w:rPr>
        <w:rFonts w:ascii="Times New Roman" w:hAnsi="Times New Roman" w:cs="Times New Roman"/>
      </w:rPr>
    </w:pPr>
    <w:r w:rsidRPr="00032901">
      <w:rPr>
        <w:rFonts w:ascii="Times New Roman" w:hAnsi="Times New Roman" w:cs="Times New Roman"/>
        <w:b/>
        <w:noProof/>
        <w:sz w:val="32"/>
      </w:rPr>
      <mc:AlternateContent>
        <mc:Choice Requires="wps">
          <w:drawing>
            <wp:anchor distT="0" distB="0" distL="114300" distR="114300" simplePos="0" relativeHeight="251659264" behindDoc="0" locked="0" layoutInCell="1" allowOverlap="1" wp14:anchorId="3C44F525" wp14:editId="7DD76D04">
              <wp:simplePos x="0" y="0"/>
              <wp:positionH relativeFrom="column">
                <wp:posOffset>0</wp:posOffset>
              </wp:positionH>
              <wp:positionV relativeFrom="paragraph">
                <wp:posOffset>0</wp:posOffset>
              </wp:positionV>
              <wp:extent cx="593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4FB4B"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OpIdlPHAQAA4QMAAA4AAAAAAAAAAAAAAAAA&#10;LgIAAGRycy9lMm9Eb2MueG1sUEsBAi0AFAAGAAgAAAAhADHRMSXYAAAAAgEAAA8AAAAAAAAAAAAA&#10;AAAAIQQAAGRycy9kb3ducmV2LnhtbFBLBQYAAAAABAAEAPMAAAAmBQAAAAA=&#10;" strokecolor="#4f81bd [3204]" strokeweight=".5pt"/>
          </w:pict>
        </mc:Fallback>
      </mc:AlternateContent>
    </w:r>
    <w:proofErr w:type="spellStart"/>
    <w:r w:rsidR="00162944" w:rsidRPr="00032901">
      <w:rPr>
        <w:rFonts w:ascii="Times New Roman" w:hAnsi="Times New Roman" w:cs="Times New Roman"/>
      </w:rPr>
      <w:t>Ngày</w:t>
    </w:r>
    <w:proofErr w:type="spellEnd"/>
    <w:r w:rsidR="00162944" w:rsidRPr="00032901">
      <w:rPr>
        <w:rFonts w:ascii="Times New Roman" w:hAnsi="Times New Roman" w:cs="Times New Roman"/>
      </w:rPr>
      <w:t xml:space="preserve"> </w:t>
    </w:r>
    <w:proofErr w:type="spellStart"/>
    <w:r w:rsidR="00162944" w:rsidRPr="00032901">
      <w:rPr>
        <w:rFonts w:ascii="Times New Roman" w:hAnsi="Times New Roman" w:cs="Times New Roman"/>
      </w:rPr>
      <w:t>nhận</w:t>
    </w:r>
    <w:proofErr w:type="spellEnd"/>
    <w:r w:rsidR="00032901" w:rsidRPr="00032901">
      <w:rPr>
        <w:rFonts w:ascii="Times New Roman" w:hAnsi="Times New Roman" w:cs="Times New Roman"/>
      </w:rPr>
      <w:t xml:space="preserve"> </w:t>
    </w:r>
    <w:proofErr w:type="spellStart"/>
    <w:r w:rsidR="00032901" w:rsidRPr="00032901">
      <w:rPr>
        <w:rFonts w:ascii="Times New Roman" w:hAnsi="Times New Roman" w:cs="Times New Roman"/>
      </w:rPr>
      <w:t>bài</w:t>
    </w:r>
    <w:proofErr w:type="spellEnd"/>
    <w:r w:rsidR="00162944" w:rsidRPr="00032901">
      <w:rPr>
        <w:rFonts w:ascii="Times New Roman" w:hAnsi="Times New Roman" w:cs="Times New Roman"/>
      </w:rPr>
      <w:t xml:space="preserve">:                                  </w:t>
    </w:r>
    <w:proofErr w:type="spellStart"/>
    <w:r w:rsidR="00162944" w:rsidRPr="00032901">
      <w:rPr>
        <w:rFonts w:ascii="Times New Roman" w:hAnsi="Times New Roman" w:cs="Times New Roman"/>
      </w:rPr>
      <w:t>Ngày</w:t>
    </w:r>
    <w:proofErr w:type="spellEnd"/>
    <w:r w:rsidR="00162944" w:rsidRPr="00032901">
      <w:rPr>
        <w:rFonts w:ascii="Times New Roman" w:hAnsi="Times New Roman" w:cs="Times New Roman"/>
      </w:rPr>
      <w:t xml:space="preserve"> </w:t>
    </w:r>
    <w:proofErr w:type="spellStart"/>
    <w:r w:rsidR="00162944" w:rsidRPr="00032901">
      <w:rPr>
        <w:rFonts w:ascii="Times New Roman" w:hAnsi="Times New Roman" w:cs="Times New Roman"/>
      </w:rPr>
      <w:t>sửa</w:t>
    </w:r>
    <w:proofErr w:type="spellEnd"/>
    <w:r w:rsidR="00032901" w:rsidRPr="00032901">
      <w:rPr>
        <w:rFonts w:ascii="Times New Roman" w:hAnsi="Times New Roman" w:cs="Times New Roman"/>
      </w:rPr>
      <w:t xml:space="preserve"> </w:t>
    </w:r>
    <w:proofErr w:type="spellStart"/>
    <w:r w:rsidR="00032901" w:rsidRPr="00032901">
      <w:rPr>
        <w:rFonts w:ascii="Times New Roman" w:hAnsi="Times New Roman" w:cs="Times New Roman"/>
      </w:rPr>
      <w:t>bài</w:t>
    </w:r>
    <w:proofErr w:type="spellEnd"/>
    <w:r w:rsidR="00162944" w:rsidRPr="00032901">
      <w:rPr>
        <w:rFonts w:ascii="Times New Roman" w:hAnsi="Times New Roman" w:cs="Times New Roman"/>
      </w:rPr>
      <w:t xml:space="preserve">:                                </w:t>
    </w:r>
    <w:proofErr w:type="spellStart"/>
    <w:r w:rsidR="00162944" w:rsidRPr="00032901">
      <w:rPr>
        <w:rFonts w:ascii="Times New Roman" w:hAnsi="Times New Roman" w:cs="Times New Roman"/>
      </w:rPr>
      <w:t>Ngày</w:t>
    </w:r>
    <w:proofErr w:type="spellEnd"/>
    <w:r w:rsidR="00162944" w:rsidRPr="00032901">
      <w:rPr>
        <w:rFonts w:ascii="Times New Roman" w:hAnsi="Times New Roman" w:cs="Times New Roman"/>
      </w:rPr>
      <w:t xml:space="preserve"> </w:t>
    </w:r>
    <w:proofErr w:type="spellStart"/>
    <w:r w:rsidR="00162944" w:rsidRPr="00032901">
      <w:rPr>
        <w:rFonts w:ascii="Times New Roman" w:hAnsi="Times New Roman" w:cs="Times New Roman"/>
      </w:rPr>
      <w:t>nhận</w:t>
    </w:r>
    <w:proofErr w:type="spellEnd"/>
    <w:r w:rsidR="00162944" w:rsidRPr="00032901">
      <w:rPr>
        <w:rFonts w:ascii="Times New Roman" w:hAnsi="Times New Roman" w:cs="Times New Roman"/>
      </w:rPr>
      <w:t xml:space="preserve"> </w:t>
    </w:r>
    <w:proofErr w:type="spellStart"/>
    <w:r w:rsidR="00162944" w:rsidRPr="00032901">
      <w:rPr>
        <w:rFonts w:ascii="Times New Roman" w:hAnsi="Times New Roman" w:cs="Times New Roman"/>
      </w:rPr>
      <w:t>đăng</w:t>
    </w:r>
    <w:proofErr w:type="spellEnd"/>
    <w:r w:rsidR="00162944" w:rsidRPr="00032901">
      <w:rPr>
        <w:rFonts w:ascii="Times New Roman" w:hAnsi="Times New Roman" w:cs="Times New Roman"/>
      </w:rPr>
      <w:t>:</w:t>
    </w:r>
  </w:p>
  <w:p w14:paraId="15BEBFD4" w14:textId="77777777" w:rsidR="003D7699" w:rsidRPr="00032901" w:rsidRDefault="003D7699">
    <w:pPr>
      <w:pStyle w:val="Footer"/>
      <w:rPr>
        <w:rFonts w:ascii="Times New Roman" w:hAnsi="Times New Roman" w:cs="Times New Roman"/>
      </w:rPr>
    </w:pPr>
    <w:proofErr w:type="gramStart"/>
    <w:r w:rsidRPr="00032901">
      <w:rPr>
        <w:rFonts w:ascii="Times New Roman" w:hAnsi="Times New Roman" w:cs="Times New Roman"/>
      </w:rPr>
      <w:t>DOI:…</w:t>
    </w:r>
    <w:proofErr w:type="gramEnd"/>
    <w:r w:rsidRPr="00032901">
      <w:rPr>
        <w:rFonts w:ascii="Times New Roman" w:hAnsi="Times New Roman" w:cs="Times New Roman"/>
      </w:rPr>
      <w:t>……………</w:t>
    </w:r>
  </w:p>
  <w:p w14:paraId="51D1F08C" w14:textId="77777777" w:rsidR="003D5231" w:rsidRDefault="003D5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392E8" w14:textId="77777777" w:rsidR="00784F54" w:rsidRDefault="00784F54" w:rsidP="0095530B">
      <w:pPr>
        <w:spacing w:after="0" w:line="240" w:lineRule="auto"/>
      </w:pPr>
      <w:r>
        <w:separator/>
      </w:r>
    </w:p>
  </w:footnote>
  <w:footnote w:type="continuationSeparator" w:id="0">
    <w:p w14:paraId="7D5C43D8" w14:textId="77777777" w:rsidR="00784F54" w:rsidRDefault="00784F54" w:rsidP="00955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DC46B" w14:textId="19890E9C" w:rsidR="0095530B" w:rsidRDefault="00CB3FF1" w:rsidP="00A6568A">
    <w:pPr>
      <w:pStyle w:val="Header"/>
      <w:rPr>
        <w:rFonts w:ascii="Times New Roman" w:hAnsi="Times New Roman" w:cs="Times New Roman"/>
      </w:rPr>
    </w:pPr>
    <w:r>
      <w:rPr>
        <w:rFonts w:ascii="Times New Roman" w:hAnsi="Times New Roman" w:cs="Times New Roman"/>
      </w:rPr>
      <w:t xml:space="preserve">Cao </w:t>
    </w:r>
    <w:proofErr w:type="spellStart"/>
    <w:r>
      <w:rPr>
        <w:rFonts w:ascii="Times New Roman" w:hAnsi="Times New Roman" w:cs="Times New Roman"/>
      </w:rPr>
      <w:t>Thị</w:t>
    </w:r>
    <w:proofErr w:type="spellEnd"/>
    <w:r>
      <w:rPr>
        <w:rFonts w:ascii="Times New Roman" w:hAnsi="Times New Roman" w:cs="Times New Roman"/>
      </w:rPr>
      <w:t xml:space="preserve"> </w:t>
    </w:r>
    <w:proofErr w:type="spellStart"/>
    <w:r>
      <w:rPr>
        <w:rFonts w:ascii="Times New Roman" w:hAnsi="Times New Roman" w:cs="Times New Roman"/>
      </w:rPr>
      <w:t>Hồng</w:t>
    </w:r>
    <w:proofErr w:type="spellEnd"/>
    <w:r>
      <w:rPr>
        <w:rFonts w:ascii="Times New Roman" w:hAnsi="Times New Roman" w:cs="Times New Roman"/>
      </w:rPr>
      <w:t xml:space="preserve"> </w:t>
    </w:r>
    <w:proofErr w:type="spellStart"/>
    <w:r>
      <w:rPr>
        <w:rFonts w:ascii="Times New Roman" w:hAnsi="Times New Roman" w:cs="Times New Roman"/>
      </w:rPr>
      <w:t>và</w:t>
    </w:r>
    <w:proofErr w:type="spellEnd"/>
    <w:r>
      <w:rPr>
        <w:rFonts w:ascii="Times New Roman" w:hAnsi="Times New Roman" w:cs="Times New Roman"/>
      </w:rPr>
      <w:t xml:space="preserve"> </w:t>
    </w:r>
    <w:proofErr w:type="spellStart"/>
    <w:r>
      <w:rPr>
        <w:rFonts w:ascii="Times New Roman" w:hAnsi="Times New Roman" w:cs="Times New Roman"/>
      </w:rPr>
      <w:t>Nguyễn</w:t>
    </w:r>
    <w:proofErr w:type="spellEnd"/>
    <w:r>
      <w:rPr>
        <w:rFonts w:ascii="Times New Roman" w:hAnsi="Times New Roman" w:cs="Times New Roman"/>
      </w:rPr>
      <w:t xml:space="preserve"> </w:t>
    </w:r>
    <w:proofErr w:type="spellStart"/>
    <w:r>
      <w:rPr>
        <w:rFonts w:ascii="Times New Roman" w:hAnsi="Times New Roman" w:cs="Times New Roman"/>
      </w:rPr>
      <w:t>Văn</w:t>
    </w:r>
    <w:proofErr w:type="spellEnd"/>
    <w:r>
      <w:rPr>
        <w:rFonts w:ascii="Times New Roman" w:hAnsi="Times New Roman" w:cs="Times New Roman"/>
      </w:rPr>
      <w:t xml:space="preserve"> </w:t>
    </w:r>
    <w:proofErr w:type="spellStart"/>
    <w:r>
      <w:rPr>
        <w:rFonts w:ascii="Times New Roman" w:hAnsi="Times New Roman" w:cs="Times New Roman"/>
      </w:rPr>
      <w:t>Bắc</w:t>
    </w:r>
    <w:proofErr w:type="spellEnd"/>
    <w:r w:rsidR="0016225C" w:rsidRPr="00032901">
      <w:rPr>
        <w:rFonts w:ascii="Times New Roman" w:hAnsi="Times New Roman" w:cs="Times New Roman"/>
      </w:rPr>
      <w:t xml:space="preserve">      </w:t>
    </w:r>
    <w:r w:rsidR="00162944" w:rsidRPr="00032901">
      <w:rPr>
        <w:rFonts w:ascii="Times New Roman" w:hAnsi="Times New Roman" w:cs="Times New Roman"/>
      </w:rPr>
      <w:t xml:space="preserve">                    </w:t>
    </w:r>
    <w:r w:rsidR="00032901" w:rsidRPr="00032901">
      <w:rPr>
        <w:rFonts w:ascii="Times New Roman" w:hAnsi="Times New Roman" w:cs="Times New Roman"/>
      </w:rPr>
      <w:t xml:space="preserve"> </w:t>
    </w:r>
    <w:r w:rsidR="00955B77" w:rsidRPr="00032901">
      <w:rPr>
        <w:rFonts w:ascii="Times New Roman" w:hAnsi="Times New Roman" w:cs="Times New Roman"/>
      </w:rPr>
      <w:t xml:space="preserve">             </w:t>
    </w:r>
    <w:r>
      <w:rPr>
        <w:rFonts w:ascii="Times New Roman" w:hAnsi="Times New Roman" w:cs="Times New Roman"/>
      </w:rPr>
      <w:t xml:space="preserve">                     </w:t>
    </w:r>
    <w:r w:rsidR="00955B77" w:rsidRPr="00032901">
      <w:rPr>
        <w:rFonts w:ascii="Times New Roman" w:hAnsi="Times New Roman" w:cs="Times New Roman"/>
      </w:rPr>
      <w:t xml:space="preserve">                                    </w:t>
    </w:r>
    <w:r w:rsidR="003B16F7" w:rsidRPr="00032901">
      <w:rPr>
        <w:rFonts w:ascii="Times New Roman" w:hAnsi="Times New Roman" w:cs="Times New Roman"/>
      </w:rPr>
      <w:t xml:space="preserve">   </w:t>
    </w:r>
    <w:proofErr w:type="spellStart"/>
    <w:r w:rsidR="00162944" w:rsidRPr="00032901">
      <w:rPr>
        <w:rFonts w:ascii="Times New Roman" w:hAnsi="Times New Roman" w:cs="Times New Roman"/>
      </w:rPr>
      <w:t>số</w:t>
    </w:r>
    <w:proofErr w:type="spellEnd"/>
    <w:r w:rsidR="00162944" w:rsidRPr="00032901">
      <w:rPr>
        <w:rFonts w:ascii="Times New Roman" w:hAnsi="Times New Roman" w:cs="Times New Roman"/>
      </w:rPr>
      <w:t xml:space="preserve"> </w:t>
    </w:r>
    <w:proofErr w:type="spellStart"/>
    <w:r w:rsidR="00162944" w:rsidRPr="00032901">
      <w:rPr>
        <w:rFonts w:ascii="Times New Roman" w:hAnsi="Times New Roman" w:cs="Times New Roman"/>
      </w:rPr>
      <w:t>trang</w:t>
    </w:r>
    <w:proofErr w:type="spellEnd"/>
  </w:p>
  <w:p w14:paraId="3FDE20D1" w14:textId="4BB5C886" w:rsidR="005B147F" w:rsidRPr="00032901" w:rsidRDefault="00AD2232" w:rsidP="00955B77">
    <w:pPr>
      <w:pStyle w:val="Header"/>
      <w:rPr>
        <w:rFonts w:ascii="Times New Roman" w:hAnsi="Times New Roman" w:cs="Times New Roman"/>
      </w:rPr>
    </w:pPr>
    <w:r w:rsidRPr="00EB3707">
      <w:rPr>
        <w:rFonts w:ascii="Arial" w:hAnsi="Arial"/>
        <w:b/>
        <w:noProof/>
      </w:rPr>
      <mc:AlternateContent>
        <mc:Choice Requires="wps">
          <w:drawing>
            <wp:inline distT="0" distB="0" distL="0" distR="0" wp14:anchorId="17DAA19C" wp14:editId="31F0C36C">
              <wp:extent cx="5753100" cy="9525"/>
              <wp:effectExtent l="0" t="0" r="19050" b="28575"/>
              <wp:docPr id="22" name="Straight Connector 22"/>
              <wp:cNvGraphicFramePr/>
              <a:graphic xmlns:a="http://schemas.openxmlformats.org/drawingml/2006/main">
                <a:graphicData uri="http://schemas.microsoft.com/office/word/2010/wordprocessingShape">
                  <wps:wsp>
                    <wps:cNvCnPr/>
                    <wps:spPr>
                      <a:xfrm>
                        <a:off x="0" y="0"/>
                        <a:ext cx="5753100" cy="9525"/>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7C999B61" id="Straight Connector 22" o:spid="_x0000_s1026" style="visibility:visible;mso-wrap-style:square;mso-left-percent:-10001;mso-top-percent:-10001;mso-position-horizontal:absolute;mso-position-horizontal-relative:char;mso-position-vertical:absolute;mso-position-vertical-relative:line;mso-left-percent:-10001;mso-top-percent:-10001" from="0,0" to="45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" strokecolor="#4f81bd [3204]" strokeweight=".5p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AEC39D6"/>
    <w:multiLevelType w:val="hybridMultilevel"/>
    <w:tmpl w:val="06AE96F8"/>
    <w:lvl w:ilvl="0" w:tplc="A6A6AC14">
      <w:start w:val="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CD29FD"/>
    <w:multiLevelType w:val="hybridMultilevel"/>
    <w:tmpl w:val="A52C208C"/>
    <w:lvl w:ilvl="0" w:tplc="C20483B8">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E40727"/>
    <w:multiLevelType w:val="multilevel"/>
    <w:tmpl w:val="71E40727"/>
    <w:lvl w:ilvl="0">
      <w:start w:val="1"/>
      <w:numFmt w:val="decimal"/>
      <w:lvlText w:val="%1."/>
      <w:lvlJc w:val="left"/>
      <w:pPr>
        <w:tabs>
          <w:tab w:val="num" w:pos="780"/>
        </w:tabs>
        <w:ind w:left="780" w:hanging="360"/>
      </w:pPr>
      <w:rPr>
        <w:rFonts w:hint="default"/>
        <w:b w:val="0"/>
        <w:bCs w:val="0"/>
        <w:i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59749531">
    <w:abstractNumId w:val="8"/>
  </w:num>
  <w:num w:numId="2" w16cid:durableId="1734548498">
    <w:abstractNumId w:val="6"/>
  </w:num>
  <w:num w:numId="3" w16cid:durableId="576401564">
    <w:abstractNumId w:val="5"/>
  </w:num>
  <w:num w:numId="4" w16cid:durableId="971399146">
    <w:abstractNumId w:val="4"/>
  </w:num>
  <w:num w:numId="5" w16cid:durableId="1236013370">
    <w:abstractNumId w:val="7"/>
  </w:num>
  <w:num w:numId="6" w16cid:durableId="119693731">
    <w:abstractNumId w:val="3"/>
  </w:num>
  <w:num w:numId="7" w16cid:durableId="527646645">
    <w:abstractNumId w:val="2"/>
  </w:num>
  <w:num w:numId="8" w16cid:durableId="1730807567">
    <w:abstractNumId w:val="1"/>
  </w:num>
  <w:num w:numId="9" w16cid:durableId="209000568">
    <w:abstractNumId w:val="0"/>
  </w:num>
  <w:num w:numId="10" w16cid:durableId="1063064768">
    <w:abstractNumId w:val="10"/>
  </w:num>
  <w:num w:numId="11" w16cid:durableId="83498463">
    <w:abstractNumId w:val="9"/>
  </w:num>
  <w:num w:numId="12" w16cid:durableId="15087838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2901"/>
    <w:rsid w:val="00034616"/>
    <w:rsid w:val="0006063C"/>
    <w:rsid w:val="000919B2"/>
    <w:rsid w:val="001050DD"/>
    <w:rsid w:val="001302A4"/>
    <w:rsid w:val="0015074B"/>
    <w:rsid w:val="001555E3"/>
    <w:rsid w:val="0016225C"/>
    <w:rsid w:val="00162944"/>
    <w:rsid w:val="00196905"/>
    <w:rsid w:val="001E62EF"/>
    <w:rsid w:val="00254D49"/>
    <w:rsid w:val="0029639D"/>
    <w:rsid w:val="002B1B52"/>
    <w:rsid w:val="002B67B7"/>
    <w:rsid w:val="002E6A61"/>
    <w:rsid w:val="00323E6C"/>
    <w:rsid w:val="00326F90"/>
    <w:rsid w:val="00343661"/>
    <w:rsid w:val="00344CF9"/>
    <w:rsid w:val="003B16F7"/>
    <w:rsid w:val="003B18A4"/>
    <w:rsid w:val="003D5231"/>
    <w:rsid w:val="003D55AD"/>
    <w:rsid w:val="003D7699"/>
    <w:rsid w:val="004A403A"/>
    <w:rsid w:val="00521E68"/>
    <w:rsid w:val="005B147F"/>
    <w:rsid w:val="006662D0"/>
    <w:rsid w:val="0068468D"/>
    <w:rsid w:val="00732830"/>
    <w:rsid w:val="007755A2"/>
    <w:rsid w:val="00784F54"/>
    <w:rsid w:val="007C35E3"/>
    <w:rsid w:val="00832953"/>
    <w:rsid w:val="0084296D"/>
    <w:rsid w:val="0095530B"/>
    <w:rsid w:val="0095560F"/>
    <w:rsid w:val="00955B77"/>
    <w:rsid w:val="00984660"/>
    <w:rsid w:val="00A6568A"/>
    <w:rsid w:val="00A765D9"/>
    <w:rsid w:val="00A81633"/>
    <w:rsid w:val="00AA1D8D"/>
    <w:rsid w:val="00AA4B50"/>
    <w:rsid w:val="00AC3B7F"/>
    <w:rsid w:val="00AD2232"/>
    <w:rsid w:val="00B47730"/>
    <w:rsid w:val="00B623EF"/>
    <w:rsid w:val="00BF6F2E"/>
    <w:rsid w:val="00C100E0"/>
    <w:rsid w:val="00C3124D"/>
    <w:rsid w:val="00C47AAA"/>
    <w:rsid w:val="00CA53F4"/>
    <w:rsid w:val="00CB0664"/>
    <w:rsid w:val="00CB3FF1"/>
    <w:rsid w:val="00CD54A5"/>
    <w:rsid w:val="00CF7BE2"/>
    <w:rsid w:val="00D756F7"/>
    <w:rsid w:val="00DF4362"/>
    <w:rsid w:val="00E90832"/>
    <w:rsid w:val="00EB3707"/>
    <w:rsid w:val="00EB5C66"/>
    <w:rsid w:val="00EF2925"/>
    <w:rsid w:val="00EF47EA"/>
    <w:rsid w:val="00F244F0"/>
    <w:rsid w:val="00FB54A7"/>
    <w:rsid w:val="00FC20C0"/>
    <w:rsid w:val="00FC693F"/>
    <w:rsid w:val="00FD0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15D597"/>
  <w15:docId w15:val="{2655BBA8-779C-433A-BE3C-6DEC8730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1"/>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1"/>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link w:val="ListParagraphChar"/>
    <w:uiPriority w:val="34"/>
    <w:qFormat/>
    <w:rsid w:val="00FC693F"/>
    <w:pPr>
      <w:ind w:left="720"/>
      <w:contextualSpacing/>
    </w:pPr>
  </w:style>
  <w:style w:type="paragraph" w:styleId="BodyText">
    <w:name w:val="Body Text"/>
    <w:basedOn w:val="Normal"/>
    <w:link w:val="BodyTextChar"/>
    <w:uiPriority w:val="1"/>
    <w:unhideWhenUsed/>
    <w:qFormat/>
    <w:rsid w:val="00AA1D8D"/>
    <w:pPr>
      <w:spacing w:after="120"/>
    </w:pPr>
  </w:style>
  <w:style w:type="character" w:customStyle="1" w:styleId="BodyTextChar">
    <w:name w:val="Body Text Char"/>
    <w:basedOn w:val="DefaultParagraphFont"/>
    <w:link w:val="BodyText"/>
    <w:uiPriority w:val="1"/>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1"/>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qFormat/>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AC3B7F"/>
    <w:rPr>
      <w:sz w:val="16"/>
      <w:szCs w:val="16"/>
    </w:rPr>
  </w:style>
  <w:style w:type="paragraph" w:styleId="CommentText">
    <w:name w:val="annotation text"/>
    <w:basedOn w:val="Normal"/>
    <w:link w:val="CommentTextChar"/>
    <w:uiPriority w:val="99"/>
    <w:semiHidden/>
    <w:unhideWhenUsed/>
    <w:rsid w:val="00AC3B7F"/>
    <w:pPr>
      <w:spacing w:line="240" w:lineRule="auto"/>
    </w:pPr>
    <w:rPr>
      <w:sz w:val="20"/>
      <w:szCs w:val="20"/>
    </w:rPr>
  </w:style>
  <w:style w:type="character" w:customStyle="1" w:styleId="CommentTextChar">
    <w:name w:val="Comment Text Char"/>
    <w:basedOn w:val="DefaultParagraphFont"/>
    <w:link w:val="CommentText"/>
    <w:uiPriority w:val="99"/>
    <w:semiHidden/>
    <w:rsid w:val="00AC3B7F"/>
    <w:rPr>
      <w:sz w:val="20"/>
      <w:szCs w:val="20"/>
    </w:rPr>
  </w:style>
  <w:style w:type="paragraph" w:styleId="CommentSubject">
    <w:name w:val="annotation subject"/>
    <w:basedOn w:val="CommentText"/>
    <w:next w:val="CommentText"/>
    <w:link w:val="CommentSubjectChar"/>
    <w:uiPriority w:val="99"/>
    <w:semiHidden/>
    <w:unhideWhenUsed/>
    <w:rsid w:val="00AC3B7F"/>
    <w:rPr>
      <w:b/>
      <w:bCs/>
    </w:rPr>
  </w:style>
  <w:style w:type="character" w:customStyle="1" w:styleId="CommentSubjectChar">
    <w:name w:val="Comment Subject Char"/>
    <w:basedOn w:val="CommentTextChar"/>
    <w:link w:val="CommentSubject"/>
    <w:uiPriority w:val="99"/>
    <w:semiHidden/>
    <w:rsid w:val="00AC3B7F"/>
    <w:rPr>
      <w:b/>
      <w:bCs/>
      <w:sz w:val="20"/>
      <w:szCs w:val="20"/>
    </w:rPr>
  </w:style>
  <w:style w:type="paragraph" w:styleId="BalloonText">
    <w:name w:val="Balloon Text"/>
    <w:basedOn w:val="Normal"/>
    <w:link w:val="BalloonTextChar"/>
    <w:uiPriority w:val="99"/>
    <w:semiHidden/>
    <w:unhideWhenUsed/>
    <w:rsid w:val="00AC3B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B7F"/>
    <w:rPr>
      <w:rFonts w:ascii="Segoe UI" w:hAnsi="Segoe UI" w:cs="Segoe UI"/>
      <w:sz w:val="18"/>
      <w:szCs w:val="18"/>
    </w:rPr>
  </w:style>
  <w:style w:type="paragraph" w:customStyle="1" w:styleId="MucconCharCharChar">
    <w:name w:val="Muc con Char Char Char"/>
    <w:basedOn w:val="Normal"/>
    <w:rsid w:val="00CB3FF1"/>
    <w:pPr>
      <w:tabs>
        <w:tab w:val="left" w:pos="1080"/>
      </w:tabs>
      <w:spacing w:after="160" w:line="240" w:lineRule="exact"/>
      <w:ind w:left="1080" w:hanging="360"/>
    </w:pPr>
    <w:rPr>
      <w:rFonts w:ascii="Arial" w:eastAsia="Times New Roman" w:hAnsi="Arial" w:cs="Times New Roman"/>
      <w:b/>
      <w:sz w:val="20"/>
      <w:szCs w:val="20"/>
    </w:rPr>
  </w:style>
  <w:style w:type="paragraph" w:customStyle="1" w:styleId="0004">
    <w:name w:val="0004"/>
    <w:basedOn w:val="Normal"/>
    <w:qFormat/>
    <w:rsid w:val="00CB3FF1"/>
    <w:pPr>
      <w:widowControl w:val="0"/>
      <w:spacing w:after="0" w:line="336" w:lineRule="auto"/>
      <w:jc w:val="both"/>
    </w:pPr>
    <w:rPr>
      <w:rFonts w:ascii="Times New Roman" w:eastAsia="Calibri" w:hAnsi="Times New Roman" w:cs="Times New Roman"/>
      <w:i/>
      <w:sz w:val="26"/>
      <w:szCs w:val="26"/>
    </w:rPr>
  </w:style>
  <w:style w:type="character" w:styleId="Hyperlink">
    <w:name w:val="Hyperlink"/>
    <w:basedOn w:val="DefaultParagraphFont"/>
    <w:uiPriority w:val="99"/>
    <w:unhideWhenUsed/>
    <w:rsid w:val="00CB3FF1"/>
    <w:rPr>
      <w:color w:val="0000FF" w:themeColor="hyperlink"/>
      <w:u w:val="single"/>
    </w:rPr>
  </w:style>
  <w:style w:type="paragraph" w:customStyle="1" w:styleId="bibaonhucau">
    <w:name w:val="bài bao nhu cau"/>
    <w:basedOn w:val="Normal"/>
    <w:uiPriority w:val="99"/>
    <w:rsid w:val="00CB3FF1"/>
    <w:pPr>
      <w:spacing w:before="120" w:after="0" w:line="312" w:lineRule="auto"/>
    </w:pPr>
    <w:rPr>
      <w:rFonts w:ascii="Times New Roman" w:eastAsia="Times New Roman" w:hAnsi="Times New Roman" w:cs="Times New Roman"/>
      <w:sz w:val="24"/>
      <w:szCs w:val="24"/>
    </w:rPr>
  </w:style>
  <w:style w:type="character" w:customStyle="1" w:styleId="apple-converted-space">
    <w:name w:val="apple-converted-space"/>
    <w:rsid w:val="00CB3FF1"/>
  </w:style>
  <w:style w:type="character" w:customStyle="1" w:styleId="BodyText30">
    <w:name w:val="Body Text3"/>
    <w:rsid w:val="00CB3FF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CommentTextChar1">
    <w:name w:val="Comment Text Char1"/>
    <w:uiPriority w:val="99"/>
    <w:locked/>
    <w:rsid w:val="00CB3FF1"/>
    <w:rPr>
      <w:rFonts w:ascii="Times New Roman" w:hAnsi="Times New Roman" w:cs="Times New Roman"/>
      <w:sz w:val="20"/>
      <w:szCs w:val="20"/>
    </w:rPr>
  </w:style>
  <w:style w:type="character" w:styleId="FollowedHyperlink">
    <w:name w:val="FollowedHyperlink"/>
    <w:uiPriority w:val="99"/>
    <w:unhideWhenUsed/>
    <w:rsid w:val="00CB3FF1"/>
    <w:rPr>
      <w:color w:val="800080"/>
      <w:u w:val="single"/>
    </w:rPr>
  </w:style>
  <w:style w:type="paragraph" w:styleId="HTMLPreformatted">
    <w:name w:val="HTML Preformatted"/>
    <w:basedOn w:val="Normal"/>
    <w:link w:val="HTMLPreformattedChar"/>
    <w:uiPriority w:val="99"/>
    <w:unhideWhenUsed/>
    <w:rsid w:val="00CB3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B3FF1"/>
    <w:rPr>
      <w:rFonts w:ascii="Courier New" w:eastAsia="Times New Roman" w:hAnsi="Courier New" w:cs="Courier New"/>
      <w:sz w:val="20"/>
      <w:szCs w:val="20"/>
      <w:lang w:val="en-US"/>
    </w:rPr>
  </w:style>
  <w:style w:type="paragraph" w:styleId="NormalWeb">
    <w:name w:val="Normal (Web)"/>
    <w:basedOn w:val="Normal"/>
    <w:link w:val="NormalWebChar"/>
    <w:uiPriority w:val="99"/>
    <w:unhideWhenUsed/>
    <w:rsid w:val="00CB3F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CB3FF1"/>
    <w:rPr>
      <w:rFonts w:ascii="Times New Roman" w:eastAsia="Times New Roman" w:hAnsi="Times New Roman" w:cs="Times New Roman"/>
      <w:sz w:val="24"/>
      <w:szCs w:val="24"/>
    </w:rPr>
  </w:style>
  <w:style w:type="character" w:styleId="PageNumber">
    <w:name w:val="page number"/>
    <w:uiPriority w:val="99"/>
    <w:rsid w:val="00CB3FF1"/>
  </w:style>
  <w:style w:type="paragraph" w:styleId="TOC1">
    <w:name w:val="toc 1"/>
    <w:basedOn w:val="Normal"/>
    <w:uiPriority w:val="1"/>
    <w:qFormat/>
    <w:rsid w:val="00CB3FF1"/>
    <w:pPr>
      <w:widowControl w:val="0"/>
      <w:autoSpaceDE w:val="0"/>
      <w:autoSpaceDN w:val="0"/>
      <w:spacing w:before="150" w:after="0" w:line="240" w:lineRule="auto"/>
      <w:ind w:left="305"/>
    </w:pPr>
    <w:rPr>
      <w:rFonts w:ascii="Times New Roman" w:eastAsia="Times New Roman" w:hAnsi="Times New Roman" w:cs="Times New Roman"/>
      <w:sz w:val="26"/>
      <w:szCs w:val="26"/>
      <w:lang w:val="vi"/>
    </w:rPr>
  </w:style>
  <w:style w:type="paragraph" w:customStyle="1" w:styleId="beyeu">
    <w:name w:val="be yeu"/>
    <w:basedOn w:val="Normal"/>
    <w:uiPriority w:val="99"/>
    <w:rsid w:val="00CB3FF1"/>
    <w:pPr>
      <w:spacing w:before="40" w:after="40" w:line="360" w:lineRule="auto"/>
      <w:ind w:firstLine="397"/>
    </w:pPr>
    <w:rPr>
      <w:rFonts w:ascii="Times New Roman" w:eastAsia="Times New Roman" w:hAnsi="Times New Roman" w:cs="Times New Roman"/>
      <w:sz w:val="26"/>
      <w:szCs w:val="26"/>
    </w:rPr>
  </w:style>
  <w:style w:type="paragraph" w:customStyle="1" w:styleId="tailieuthamkhao">
    <w:name w:val="tailieuthamkhao"/>
    <w:basedOn w:val="Normal"/>
    <w:uiPriority w:val="99"/>
    <w:rsid w:val="00CB3FF1"/>
    <w:pPr>
      <w:widowControl w:val="0"/>
      <w:tabs>
        <w:tab w:val="num" w:pos="360"/>
        <w:tab w:val="left" w:pos="780"/>
      </w:tabs>
      <w:spacing w:before="60" w:after="60" w:line="320" w:lineRule="atLeast"/>
      <w:ind w:left="360" w:hanging="360"/>
      <w:jc w:val="both"/>
    </w:pPr>
    <w:rPr>
      <w:rFonts w:ascii="Times New Roman" w:eastAsia="MS Mincho" w:hAnsi="Times New Roman" w:cs="Times New Roman"/>
      <w:kern w:val="2"/>
      <w:lang w:eastAsia="ja-JP"/>
    </w:rPr>
  </w:style>
  <w:style w:type="paragraph" w:customStyle="1" w:styleId="ColorfulList-Accent11">
    <w:name w:val="Colorful List - Accent 11"/>
    <w:basedOn w:val="Normal"/>
    <w:uiPriority w:val="99"/>
    <w:qFormat/>
    <w:rsid w:val="00CB3FF1"/>
    <w:pPr>
      <w:spacing w:after="0" w:line="240" w:lineRule="auto"/>
      <w:ind w:left="720"/>
    </w:pPr>
    <w:rPr>
      <w:rFonts w:ascii="Times New Roman" w:eastAsia="Times New Roman" w:hAnsi="Times New Roman" w:cs="Times New Roman"/>
      <w:sz w:val="26"/>
      <w:szCs w:val="26"/>
    </w:rPr>
  </w:style>
  <w:style w:type="paragraph" w:customStyle="1" w:styleId="noidung">
    <w:name w:val="noidung"/>
    <w:basedOn w:val="BodyText2"/>
    <w:link w:val="noidungChar"/>
    <w:uiPriority w:val="99"/>
    <w:rsid w:val="00CB3FF1"/>
    <w:pPr>
      <w:widowControl w:val="0"/>
      <w:spacing w:before="60" w:after="60" w:line="320" w:lineRule="atLeast"/>
      <w:ind w:firstLine="720"/>
      <w:jc w:val="both"/>
    </w:pPr>
    <w:rPr>
      <w:rFonts w:ascii="Times New Roman" w:eastAsia="MS Mincho" w:hAnsi="Times New Roman" w:cs="Times New Roman"/>
      <w:color w:val="000000"/>
      <w:kern w:val="2"/>
      <w:sz w:val="24"/>
      <w:szCs w:val="24"/>
      <w:lang w:eastAsia="ja-JP"/>
    </w:rPr>
  </w:style>
  <w:style w:type="character" w:customStyle="1" w:styleId="noidungChar">
    <w:name w:val="noidung Char"/>
    <w:link w:val="noidung"/>
    <w:uiPriority w:val="99"/>
    <w:locked/>
    <w:rsid w:val="00CB3FF1"/>
    <w:rPr>
      <w:rFonts w:ascii="Times New Roman" w:eastAsia="MS Mincho" w:hAnsi="Times New Roman" w:cs="Times New Roman"/>
      <w:color w:val="000000"/>
      <w:kern w:val="2"/>
      <w:sz w:val="24"/>
      <w:szCs w:val="24"/>
      <w:lang w:eastAsia="ja-JP"/>
    </w:rPr>
  </w:style>
  <w:style w:type="paragraph" w:customStyle="1" w:styleId="01">
    <w:name w:val="01"/>
    <w:basedOn w:val="Normal"/>
    <w:uiPriority w:val="99"/>
    <w:rsid w:val="00CB3FF1"/>
    <w:pPr>
      <w:spacing w:after="0" w:line="336" w:lineRule="auto"/>
      <w:jc w:val="center"/>
    </w:pPr>
    <w:rPr>
      <w:rFonts w:ascii="Times New Roman" w:eastAsia="Times New Roman" w:hAnsi="Times New Roman" w:cs="Times New Roman"/>
      <w:b/>
      <w:bCs/>
      <w:sz w:val="28"/>
      <w:szCs w:val="28"/>
    </w:rPr>
  </w:style>
  <w:style w:type="paragraph" w:customStyle="1" w:styleId="CharCharCharCharCharCharCharCharCharChar">
    <w:name w:val="Char Char Char Char Char Char Char Char Char Char"/>
    <w:basedOn w:val="Normal"/>
    <w:semiHidden/>
    <w:rsid w:val="00CB3FF1"/>
    <w:pPr>
      <w:spacing w:after="160" w:line="240" w:lineRule="exact"/>
    </w:pPr>
    <w:rPr>
      <w:rFonts w:ascii="Arial" w:eastAsia="Times New Roman" w:hAnsi="Arial" w:cs="Times New Roman"/>
    </w:rPr>
  </w:style>
  <w:style w:type="character" w:customStyle="1" w:styleId="hps">
    <w:name w:val="hps"/>
    <w:rsid w:val="00CB3FF1"/>
  </w:style>
  <w:style w:type="character" w:customStyle="1" w:styleId="hpsatn">
    <w:name w:val="hps atn"/>
    <w:rsid w:val="00CB3FF1"/>
  </w:style>
  <w:style w:type="paragraph" w:customStyle="1" w:styleId="3">
    <w:name w:val="3"/>
    <w:basedOn w:val="ListParagraph"/>
    <w:qFormat/>
    <w:rsid w:val="00CB3FF1"/>
    <w:pPr>
      <w:spacing w:before="120" w:after="0" w:line="360" w:lineRule="auto"/>
      <w:ind w:left="0"/>
      <w:jc w:val="both"/>
    </w:pPr>
    <w:rPr>
      <w:rFonts w:ascii="Times New Roman" w:eastAsia="Times New Roman" w:hAnsi="Times New Roman" w:cs="Times New Roman"/>
      <w:b/>
      <w:i/>
      <w:sz w:val="26"/>
      <w:szCs w:val="26"/>
    </w:rPr>
  </w:style>
  <w:style w:type="character" w:customStyle="1" w:styleId="ListParagraphChar">
    <w:name w:val="List Paragraph Char"/>
    <w:link w:val="ListParagraph"/>
    <w:uiPriority w:val="34"/>
    <w:qFormat/>
    <w:rsid w:val="00CB3FF1"/>
  </w:style>
  <w:style w:type="paragraph" w:customStyle="1" w:styleId="3b">
    <w:name w:val="3b"/>
    <w:basedOn w:val="Normal"/>
    <w:uiPriority w:val="99"/>
    <w:rsid w:val="00CB3FF1"/>
    <w:pPr>
      <w:widowControl w:val="0"/>
      <w:tabs>
        <w:tab w:val="left" w:pos="1048"/>
      </w:tabs>
      <w:spacing w:after="0" w:line="352" w:lineRule="auto"/>
      <w:ind w:firstLine="720"/>
      <w:jc w:val="both"/>
    </w:pPr>
    <w:rPr>
      <w:rFonts w:ascii="Times New Roman" w:eastAsia="Times New Roman" w:hAnsi="Times New Roman" w:cs="Times New Roman"/>
      <w:b/>
      <w:i/>
      <w:sz w:val="26"/>
      <w:szCs w:val="26"/>
      <w:lang w:val="de-DE"/>
    </w:rPr>
  </w:style>
  <w:style w:type="character" w:customStyle="1" w:styleId="BodytextItalic">
    <w:name w:val="Body text + Italic"/>
    <w:rsid w:val="00CB3FF1"/>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paragraph" w:customStyle="1" w:styleId="ab">
    <w:name w:val="ab"/>
    <w:basedOn w:val="Normal"/>
    <w:qFormat/>
    <w:rsid w:val="00CB3FF1"/>
    <w:pPr>
      <w:widowControl w:val="0"/>
      <w:spacing w:after="0" w:line="360" w:lineRule="auto"/>
      <w:jc w:val="center"/>
    </w:pPr>
    <w:rPr>
      <w:rFonts w:ascii="Times New Roman" w:eastAsia="SimSun" w:hAnsi="Times New Roman" w:cs="Times New Roman"/>
      <w:b/>
      <w:i/>
      <w:sz w:val="26"/>
      <w:szCs w:val="26"/>
      <w:lang w:val="nl-NL" w:eastAsia="vi-VN"/>
    </w:rPr>
  </w:style>
  <w:style w:type="table" w:customStyle="1" w:styleId="TableGrid3">
    <w:name w:val="Table Grid3"/>
    <w:basedOn w:val="TableNormal"/>
    <w:uiPriority w:val="59"/>
    <w:qFormat/>
    <w:rsid w:val="00CB3F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qFormat/>
    <w:rsid w:val="00CB3F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qFormat/>
    <w:rsid w:val="00CB3F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a2"/>
    <w:basedOn w:val="Normal"/>
    <w:qFormat/>
    <w:rsid w:val="00CB3FF1"/>
    <w:pPr>
      <w:widowControl w:val="0"/>
      <w:spacing w:before="40" w:after="0" w:line="360" w:lineRule="auto"/>
      <w:jc w:val="both"/>
    </w:pPr>
    <w:rPr>
      <w:rFonts w:ascii="Times New Roman" w:eastAsia="SimSun" w:hAnsi="Times New Roman" w:cs="Times New Roman"/>
      <w:b/>
      <w:sz w:val="26"/>
      <w:szCs w:val="26"/>
      <w:shd w:val="clear" w:color="auto" w:fill="FFFFFF"/>
      <w:lang w:val="vi-VN" w:eastAsia="vi-VN"/>
    </w:rPr>
  </w:style>
  <w:style w:type="paragraph" w:customStyle="1" w:styleId="a3">
    <w:name w:val="a3"/>
    <w:basedOn w:val="Normal"/>
    <w:qFormat/>
    <w:rsid w:val="00CB3FF1"/>
    <w:pPr>
      <w:widowControl w:val="0"/>
      <w:spacing w:before="40" w:after="0" w:line="360" w:lineRule="auto"/>
      <w:jc w:val="both"/>
    </w:pPr>
    <w:rPr>
      <w:rFonts w:ascii="Times New Roman" w:eastAsia="SimSun" w:hAnsi="Times New Roman" w:cs="Times New Roman"/>
      <w:b/>
      <w:i/>
      <w:sz w:val="26"/>
      <w:szCs w:val="26"/>
      <w:lang w:val="nb-NO" w:eastAsia="vi-VN"/>
    </w:rPr>
  </w:style>
  <w:style w:type="character" w:customStyle="1" w:styleId="Vnbnnidung211pt">
    <w:name w:val="Văn bản nội dung (2) + 11 pt"/>
    <w:qFormat/>
    <w:rsid w:val="00CB3FF1"/>
    <w:rPr>
      <w:rFonts w:ascii="Times New Roman" w:eastAsia="Times New Roman" w:hAnsi="Times New Roman" w:cs="Times New Roman"/>
      <w:color w:val="000000"/>
      <w:spacing w:val="0"/>
      <w:w w:val="100"/>
      <w:position w:val="0"/>
      <w:sz w:val="22"/>
      <w:szCs w:val="22"/>
      <w:u w:val="none"/>
      <w:lang w:val="vi-VN" w:eastAsia="vi-VN" w:bidi="vi-VN"/>
    </w:rPr>
  </w:style>
  <w:style w:type="paragraph" w:customStyle="1" w:styleId="TableParagraph">
    <w:name w:val="Table Paragraph"/>
    <w:basedOn w:val="Normal"/>
    <w:uiPriority w:val="1"/>
    <w:qFormat/>
    <w:rsid w:val="00CB3FF1"/>
    <w:pPr>
      <w:widowControl w:val="0"/>
      <w:autoSpaceDE w:val="0"/>
      <w:autoSpaceDN w:val="0"/>
      <w:spacing w:after="0" w:line="240" w:lineRule="auto"/>
    </w:pPr>
    <w:rPr>
      <w:rFonts w:ascii="Times New Roman" w:eastAsia="Times New Roman" w:hAnsi="Times New Roman" w:cs="Times New Roman"/>
      <w:lang w:val="vi"/>
    </w:rPr>
  </w:style>
  <w:style w:type="character" w:customStyle="1" w:styleId="text">
    <w:name w:val="text"/>
    <w:rsid w:val="00CB3FF1"/>
  </w:style>
  <w:style w:type="paragraph" w:customStyle="1" w:styleId="colorblack">
    <w:name w:val="colorblack"/>
    <w:basedOn w:val="Normal"/>
    <w:rsid w:val="00CB3F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V3">
    <w:name w:val="LV3"/>
    <w:basedOn w:val="Normal"/>
    <w:qFormat/>
    <w:rsid w:val="00CB3FF1"/>
    <w:pPr>
      <w:spacing w:after="0" w:line="360" w:lineRule="auto"/>
      <w:jc w:val="both"/>
      <w:outlineLvl w:val="0"/>
    </w:pPr>
    <w:rPr>
      <w:rFonts w:ascii="Times New Roman" w:eastAsia="Times New Roman" w:hAnsi="Times New Roman" w:cs="Times New Roman"/>
      <w:b/>
      <w:bCs/>
      <w:i/>
      <w:color w:val="000000"/>
      <w:sz w:val="28"/>
      <w:szCs w:val="24"/>
      <w:lang w:val="nl-NL"/>
    </w:rPr>
  </w:style>
  <w:style w:type="paragraph" w:styleId="Revision">
    <w:name w:val="Revision"/>
    <w:uiPriority w:val="99"/>
    <w:rsid w:val="00CB3FF1"/>
    <w:pPr>
      <w:spacing w:after="0" w:line="240" w:lineRule="auto"/>
    </w:pPr>
    <w:rPr>
      <w:rFonts w:ascii="Times New Roman" w:eastAsia="SimSun" w:hAnsi="Times New Roman" w:cs="Times New Roman"/>
      <w:sz w:val="26"/>
      <w:szCs w:val="26"/>
    </w:rPr>
  </w:style>
  <w:style w:type="character" w:customStyle="1" w:styleId="y2iqfc">
    <w:name w:val="y2iqfc"/>
    <w:rsid w:val="00CB3FF1"/>
  </w:style>
  <w:style w:type="paragraph" w:customStyle="1" w:styleId="03">
    <w:name w:val="03"/>
    <w:basedOn w:val="Normal"/>
    <w:qFormat/>
    <w:rsid w:val="00CB3FF1"/>
    <w:pPr>
      <w:spacing w:after="0" w:line="360" w:lineRule="auto"/>
      <w:jc w:val="both"/>
    </w:pPr>
    <w:rPr>
      <w:rFonts w:ascii="Times New Roman" w:eastAsia="Times New Roman" w:hAnsi="Times New Roman" w:cs="Times New Roman"/>
      <w:b/>
      <w:i/>
      <w:sz w:val="26"/>
      <w:szCs w:val="26"/>
      <w:lang w:val="pt-BR"/>
    </w:rPr>
  </w:style>
  <w:style w:type="character" w:customStyle="1" w:styleId="UnresolvedMention1">
    <w:name w:val="Unresolved Mention1"/>
    <w:uiPriority w:val="99"/>
    <w:unhideWhenUsed/>
    <w:rsid w:val="00CB3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AFEF5-F9C4-465F-9039-790008D49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3296</Words>
  <Characters>18790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9</cp:revision>
  <cp:lastPrinted>2024-11-18T03:01:00Z</cp:lastPrinted>
  <dcterms:created xsi:type="dcterms:W3CDTF">2024-11-18T03:00:00Z</dcterms:created>
  <dcterms:modified xsi:type="dcterms:W3CDTF">2024-12-24T09:11:00Z</dcterms:modified>
  <cp:category/>
</cp:coreProperties>
</file>