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99C4A" w14:textId="77777777" w:rsidR="0095530B" w:rsidRPr="0046524B" w:rsidRDefault="002B67B7" w:rsidP="002B67B7">
      <w:pPr>
        <w:spacing w:line="240" w:lineRule="auto"/>
        <w:jc w:val="center"/>
        <w:rPr>
          <w:rFonts w:ascii="Arial" w:hAnsi="Arial"/>
          <w:b/>
          <w:sz w:val="32"/>
        </w:rPr>
      </w:pPr>
      <w:r w:rsidRPr="0046524B">
        <w:rPr>
          <w:noProof/>
          <w:lang w:eastAsia="zh-CN"/>
        </w:rPr>
        <w:drawing>
          <wp:anchor distT="0" distB="0" distL="114300" distR="114300" simplePos="0" relativeHeight="251664384" behindDoc="0" locked="0" layoutInCell="1" allowOverlap="1" wp14:anchorId="68020EC6" wp14:editId="31FDB7A5">
            <wp:simplePos x="0" y="0"/>
            <wp:positionH relativeFrom="margin">
              <wp:posOffset>5292090</wp:posOffset>
            </wp:positionH>
            <wp:positionV relativeFrom="paragraph">
              <wp:posOffset>47625</wp:posOffset>
            </wp:positionV>
            <wp:extent cx="641985" cy="843280"/>
            <wp:effectExtent l="0" t="0" r="5715" b="0"/>
            <wp:wrapNone/>
            <wp:docPr id="5" name="Picture 5" descr="E:\QUAN LY TAP CHI\FINAL\FINAL\Bia_Tong 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N LY TAP CHI\FINAL\FINAL\Bia_Tong ho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985" cy="84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944" w:rsidRPr="0046524B">
        <w:rPr>
          <w:rFonts w:ascii="Arial" w:hAnsi="Arial"/>
          <w:b/>
          <w:noProof/>
          <w:sz w:val="32"/>
          <w:lang w:eastAsia="zh-CN"/>
        </w:rPr>
        <mc:AlternateContent>
          <mc:Choice Requires="wps">
            <w:drawing>
              <wp:anchor distT="45720" distB="45720" distL="114300" distR="114300" simplePos="0" relativeHeight="251672576" behindDoc="0" locked="0" layoutInCell="1" allowOverlap="1" wp14:anchorId="6D7AF620" wp14:editId="21412AE1">
                <wp:simplePos x="0" y="0"/>
                <wp:positionH relativeFrom="column">
                  <wp:posOffset>1182370</wp:posOffset>
                </wp:positionH>
                <wp:positionV relativeFrom="paragraph">
                  <wp:posOffset>132715</wp:posOffset>
                </wp:positionV>
                <wp:extent cx="388620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404620"/>
                        </a:xfrm>
                        <a:prstGeom prst="rect">
                          <a:avLst/>
                        </a:prstGeom>
                        <a:noFill/>
                        <a:ln w="9525">
                          <a:noFill/>
                          <a:miter lim="800000"/>
                          <a:headEnd/>
                          <a:tailEnd/>
                        </a:ln>
                      </wps:spPr>
                      <wps:txbx>
                        <w:txbxContent>
                          <w:p w14:paraId="31598EDF" w14:textId="77777777" w:rsidR="00AC61D5" w:rsidRPr="001050DD" w:rsidRDefault="00AC61D5" w:rsidP="00AA4B50">
                            <w:pPr>
                              <w:spacing w:after="0" w:line="240" w:lineRule="auto"/>
                              <w:jc w:val="center"/>
                              <w:rPr>
                                <w:b/>
                                <w:sz w:val="24"/>
                                <w:szCs w:val="24"/>
                              </w:rPr>
                            </w:pPr>
                            <w:r w:rsidRPr="001050DD">
                              <w:rPr>
                                <w:b/>
                                <w:sz w:val="24"/>
                                <w:szCs w:val="24"/>
                              </w:rPr>
                              <w:t>TẠP CHÍ KHOA HỌC VÀ GIÁO DỤC</w:t>
                            </w:r>
                          </w:p>
                          <w:p w14:paraId="53CAE1AB" w14:textId="77777777" w:rsidR="00AC61D5" w:rsidRPr="001050DD" w:rsidRDefault="00AC61D5" w:rsidP="00AA4B50">
                            <w:pPr>
                              <w:spacing w:after="0" w:line="240" w:lineRule="auto"/>
                              <w:jc w:val="center"/>
                              <w:rPr>
                                <w:b/>
                                <w:sz w:val="24"/>
                                <w:szCs w:val="24"/>
                              </w:rPr>
                            </w:pPr>
                            <w:r w:rsidRPr="001050DD">
                              <w:rPr>
                                <w:b/>
                                <w:sz w:val="24"/>
                                <w:szCs w:val="24"/>
                              </w:rPr>
                              <w:t>JOURNAL OF SCIENCE AND EDUCATION</w:t>
                            </w:r>
                          </w:p>
                          <w:p w14:paraId="2940431A" w14:textId="77777777" w:rsidR="00AC61D5" w:rsidRDefault="00AC61D5" w:rsidP="00AA4B50">
                            <w:pPr>
                              <w:spacing w:after="0" w:line="240" w:lineRule="auto"/>
                            </w:pPr>
                          </w:p>
                          <w:p w14:paraId="215AF817" w14:textId="77777777" w:rsidR="00AC61D5" w:rsidRPr="00AA4B50" w:rsidRDefault="00AC61D5" w:rsidP="00AA4B50">
                            <w:pPr>
                              <w:spacing w:after="0" w:line="240" w:lineRule="auto"/>
                              <w:jc w:val="center"/>
                              <w:rPr>
                                <w:sz w:val="18"/>
                                <w:szCs w:val="18"/>
                              </w:rPr>
                            </w:pPr>
                            <w:r w:rsidRPr="00AA4B50">
                              <w:rPr>
                                <w:sz w:val="18"/>
                                <w:szCs w:val="18"/>
                              </w:rPr>
                              <w:t>Journal homepa</w:t>
                            </w:r>
                            <w:r>
                              <w:rPr>
                                <w:sz w:val="18"/>
                                <w:szCs w:val="18"/>
                              </w:rPr>
                              <w:t>g</w:t>
                            </w:r>
                            <w:r w:rsidRPr="00AA4B50">
                              <w:rPr>
                                <w:sz w:val="18"/>
                                <w:szCs w:val="18"/>
                              </w:rPr>
                              <w:t>e: https://tckhgd.dhsphue.edu.vn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3.1pt;margin-top:10.45pt;width:306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" filled="f" stroked="f">
                <v:textbox style="mso-fit-shape-to-text:t">
                  <w:txbxContent>
                    <w:p w14:paraId="31598EDF" w14:textId="77777777" w:rsidR="00D17342" w:rsidRPr="001050DD" w:rsidRDefault="00D17342" w:rsidP="00AA4B50">
                      <w:pPr>
                        <w:spacing w:after="0" w:line="240" w:lineRule="auto"/>
                        <w:jc w:val="center"/>
                        <w:rPr>
                          <w:b/>
                          <w:sz w:val="24"/>
                          <w:szCs w:val="24"/>
                        </w:rPr>
                      </w:pPr>
                      <w:r w:rsidRPr="001050DD">
                        <w:rPr>
                          <w:b/>
                          <w:sz w:val="24"/>
                          <w:szCs w:val="24"/>
                        </w:rPr>
                        <w:t>TẠP CHÍ KHOA HỌC VÀ GIÁO DỤC</w:t>
                      </w:r>
                    </w:p>
                    <w:p w14:paraId="53CAE1AB" w14:textId="77777777" w:rsidR="00D17342" w:rsidRPr="001050DD" w:rsidRDefault="00D17342" w:rsidP="00AA4B50">
                      <w:pPr>
                        <w:spacing w:after="0" w:line="240" w:lineRule="auto"/>
                        <w:jc w:val="center"/>
                        <w:rPr>
                          <w:b/>
                          <w:sz w:val="24"/>
                          <w:szCs w:val="24"/>
                        </w:rPr>
                      </w:pPr>
                      <w:r w:rsidRPr="001050DD">
                        <w:rPr>
                          <w:b/>
                          <w:sz w:val="24"/>
                          <w:szCs w:val="24"/>
                        </w:rPr>
                        <w:t>JOURNAL OF SCIENCE AND EDUCATION</w:t>
                      </w:r>
                    </w:p>
                    <w:p w14:paraId="2940431A" w14:textId="77777777" w:rsidR="00D17342" w:rsidRDefault="00D17342" w:rsidP="00AA4B50">
                      <w:pPr>
                        <w:spacing w:after="0" w:line="240" w:lineRule="auto"/>
                      </w:pPr>
                    </w:p>
                    <w:p w14:paraId="215AF817" w14:textId="77777777" w:rsidR="00D17342" w:rsidRPr="00AA4B50" w:rsidRDefault="00D17342" w:rsidP="00AA4B50">
                      <w:pPr>
                        <w:spacing w:after="0" w:line="240" w:lineRule="auto"/>
                        <w:jc w:val="center"/>
                        <w:rPr>
                          <w:sz w:val="18"/>
                          <w:szCs w:val="18"/>
                        </w:rPr>
                      </w:pPr>
                      <w:r w:rsidRPr="00AA4B50">
                        <w:rPr>
                          <w:sz w:val="18"/>
                          <w:szCs w:val="18"/>
                        </w:rPr>
                        <w:t>Journal homepa</w:t>
                      </w:r>
                      <w:r>
                        <w:rPr>
                          <w:sz w:val="18"/>
                          <w:szCs w:val="18"/>
                        </w:rPr>
                        <w:t>g</w:t>
                      </w:r>
                      <w:r w:rsidRPr="00AA4B50">
                        <w:rPr>
                          <w:sz w:val="18"/>
                          <w:szCs w:val="18"/>
                        </w:rPr>
                        <w:t>e: https://tckhgd.dhsphue.edu.vn</w:t>
                      </w:r>
                    </w:p>
                  </w:txbxContent>
                </v:textbox>
                <w10:wrap type="square"/>
              </v:shape>
            </w:pict>
          </mc:Fallback>
        </mc:AlternateContent>
      </w:r>
      <w:r w:rsidR="00162944" w:rsidRPr="0046524B">
        <w:rPr>
          <w:rFonts w:ascii="Arial" w:hAnsi="Arial"/>
          <w:b/>
          <w:noProof/>
          <w:sz w:val="32"/>
          <w:lang w:eastAsia="zh-CN"/>
        </w:rPr>
        <mc:AlternateContent>
          <mc:Choice Requires="wps">
            <w:drawing>
              <wp:anchor distT="0" distB="0" distL="114300" distR="114300" simplePos="0" relativeHeight="251662336" behindDoc="0" locked="0" layoutInCell="1" allowOverlap="1" wp14:anchorId="5C16B9F3" wp14:editId="787054AC">
                <wp:simplePos x="0" y="0"/>
                <wp:positionH relativeFrom="column">
                  <wp:posOffset>920750</wp:posOffset>
                </wp:positionH>
                <wp:positionV relativeFrom="paragraph">
                  <wp:posOffset>52705</wp:posOffset>
                </wp:positionV>
                <wp:extent cx="4302760" cy="844550"/>
                <wp:effectExtent l="0" t="0" r="2540" b="0"/>
                <wp:wrapNone/>
                <wp:docPr id="3" name="Rectangle 3"/>
                <wp:cNvGraphicFramePr/>
                <a:graphic xmlns:a="http://schemas.openxmlformats.org/drawingml/2006/main">
                  <a:graphicData uri="http://schemas.microsoft.com/office/word/2010/wordprocessingShape">
                    <wps:wsp>
                      <wps:cNvSpPr/>
                      <wps:spPr>
                        <a:xfrm>
                          <a:off x="0" y="0"/>
                          <a:ext cx="4302760" cy="844550"/>
                        </a:xfrm>
                        <a:prstGeom prst="rect">
                          <a:avLst/>
                        </a:prstGeom>
                        <a:gradFill>
                          <a:gsLst>
                            <a:gs pos="0">
                              <a:schemeClr val="accent4">
                                <a:lumMod val="20000"/>
                                <a:lumOff val="80000"/>
                              </a:schemeClr>
                            </a:gs>
                            <a:gs pos="100000">
                              <a:schemeClr val="accent1">
                                <a:tint val="50000"/>
                                <a:shade val="100000"/>
                                <a:satMod val="350000"/>
                              </a:schemeClr>
                            </a:gs>
                          </a:gsLs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72.5pt;margin-top:4.15pt;width:338.8pt;height: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" fillcolor="#e5dfec [663]" stroked="f">
                <v:fill color2="#a7bfde [1620]" rotate="t" angle="180" focus="100%" type="gradient">
                  <o:fill v:ext="view" type="gradientUnscaled"/>
                </v:fill>
              </v:rect>
            </w:pict>
          </mc:Fallback>
        </mc:AlternateContent>
      </w:r>
      <w:r w:rsidR="00162944" w:rsidRPr="0046524B">
        <w:rPr>
          <w:noProof/>
          <w:lang w:eastAsia="zh-CN"/>
        </w:rPr>
        <w:drawing>
          <wp:anchor distT="0" distB="0" distL="114300" distR="114300" simplePos="0" relativeHeight="251663360" behindDoc="0" locked="0" layoutInCell="1" allowOverlap="1" wp14:anchorId="6B4F7978" wp14:editId="62F3D838">
            <wp:simplePos x="0" y="0"/>
            <wp:positionH relativeFrom="margin">
              <wp:posOffset>7620</wp:posOffset>
            </wp:positionH>
            <wp:positionV relativeFrom="paragraph">
              <wp:posOffset>46355</wp:posOffset>
            </wp:positionV>
            <wp:extent cx="863600" cy="863600"/>
            <wp:effectExtent l="0" t="0" r="0" b="0"/>
            <wp:wrapNone/>
            <wp:docPr id="4" name="Picture 4" descr="E:\LOGO\logo 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logo bi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D8E1D" w14:textId="77777777" w:rsidR="001302A4" w:rsidRPr="0046524B" w:rsidRDefault="00AA4B50" w:rsidP="002B67B7">
      <w:pPr>
        <w:spacing w:line="240" w:lineRule="auto"/>
        <w:jc w:val="center"/>
        <w:rPr>
          <w:rFonts w:ascii="Arial" w:hAnsi="Arial"/>
          <w:b/>
          <w:sz w:val="32"/>
        </w:rPr>
      </w:pPr>
      <w:r w:rsidRPr="0046524B">
        <w:rPr>
          <w:rFonts w:ascii="Arial" w:hAnsi="Arial"/>
          <w:b/>
          <w:sz w:val="32"/>
        </w:rPr>
        <w:t>t</w:t>
      </w:r>
    </w:p>
    <w:p w14:paraId="6901B018" w14:textId="77777777" w:rsidR="001302A4" w:rsidRPr="0046524B" w:rsidRDefault="00AA4B50" w:rsidP="002B67B7">
      <w:pPr>
        <w:spacing w:line="240" w:lineRule="auto"/>
        <w:jc w:val="center"/>
        <w:rPr>
          <w:rFonts w:ascii="Arial" w:hAnsi="Arial"/>
          <w:b/>
          <w:sz w:val="32"/>
        </w:rPr>
      </w:pPr>
      <w:r w:rsidRPr="0046524B">
        <w:rPr>
          <w:rFonts w:ascii="Arial" w:hAnsi="Arial"/>
          <w:b/>
          <w:noProof/>
          <w:sz w:val="32"/>
          <w:lang w:eastAsia="zh-CN"/>
        </w:rPr>
        <mc:AlternateContent>
          <mc:Choice Requires="wps">
            <w:drawing>
              <wp:anchor distT="0" distB="0" distL="114300" distR="114300" simplePos="0" relativeHeight="251666432" behindDoc="0" locked="0" layoutInCell="1" allowOverlap="1" wp14:anchorId="54C7F1B4" wp14:editId="1750FE67">
                <wp:simplePos x="0" y="0"/>
                <wp:positionH relativeFrom="column">
                  <wp:posOffset>1270</wp:posOffset>
                </wp:positionH>
                <wp:positionV relativeFrom="paragraph">
                  <wp:posOffset>224790</wp:posOffset>
                </wp:positionV>
                <wp:extent cx="59372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5937250" cy="0"/>
                        </a:xfrm>
                        <a:prstGeom prst="line">
                          <a:avLst/>
                        </a:prstGeom>
                        <a:ln w="2540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7pt" to="467.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" strokecolor="#4f81bd [3204]" strokeweight="2pt"/>
            </w:pict>
          </mc:Fallback>
        </mc:AlternateContent>
      </w:r>
    </w:p>
    <w:p w14:paraId="41AAF8E5" w14:textId="77777777" w:rsidR="00612CB6" w:rsidRPr="0046524B" w:rsidRDefault="00612CB6" w:rsidP="00612CB6">
      <w:pPr>
        <w:keepNext/>
        <w:spacing w:line="240" w:lineRule="auto"/>
        <w:jc w:val="center"/>
        <w:outlineLvl w:val="0"/>
        <w:rPr>
          <w:rFonts w:ascii="Times New Roman" w:eastAsia="Times New Roman" w:hAnsi="Times New Roman" w:cs="Times New Roman"/>
          <w:b/>
          <w:bCs/>
          <w:sz w:val="28"/>
          <w:szCs w:val="28"/>
          <w:shd w:val="clear" w:color="auto" w:fill="FFFFFF"/>
          <w:lang w:eastAsia="ru-RU"/>
        </w:rPr>
      </w:pPr>
      <w:r w:rsidRPr="0046524B">
        <w:rPr>
          <w:rFonts w:ascii="Times New Roman" w:eastAsia="Times New Roman" w:hAnsi="Times New Roman" w:cs="Times New Roman"/>
          <w:b/>
          <w:bCs/>
          <w:sz w:val="28"/>
          <w:szCs w:val="28"/>
          <w:shd w:val="clear" w:color="auto" w:fill="FFFFFF"/>
          <w:lang w:eastAsia="ru-RU"/>
        </w:rPr>
        <w:t>NGHIÊN CỨU</w:t>
      </w:r>
      <w:r w:rsidRPr="0046524B">
        <w:rPr>
          <w:rFonts w:ascii="Times New Roman" w:eastAsia="Times New Roman" w:hAnsi="Times New Roman" w:cs="Times New Roman"/>
          <w:b/>
          <w:bCs/>
          <w:sz w:val="28"/>
          <w:szCs w:val="28"/>
          <w:shd w:val="clear" w:color="auto" w:fill="FFFFFF"/>
          <w:lang w:val="ru-RU" w:eastAsia="ru-RU"/>
        </w:rPr>
        <w:t xml:space="preserve"> Đ</w:t>
      </w:r>
      <w:r w:rsidRPr="0046524B">
        <w:rPr>
          <w:rFonts w:ascii="Times New Roman" w:eastAsia="Times New Roman" w:hAnsi="Times New Roman" w:cs="Times New Roman"/>
          <w:b/>
          <w:bCs/>
          <w:sz w:val="28"/>
          <w:szCs w:val="28"/>
          <w:shd w:val="clear" w:color="auto" w:fill="FFFFFF"/>
          <w:lang w:val="vi-VN" w:eastAsia="ru-RU"/>
        </w:rPr>
        <w:t>Ề</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XUẤT</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C</w:t>
      </w:r>
      <w:r w:rsidRPr="0046524B">
        <w:rPr>
          <w:rFonts w:ascii="Times New Roman" w:eastAsia="Times New Roman" w:hAnsi="Times New Roman" w:cs="Times New Roman"/>
          <w:b/>
          <w:bCs/>
          <w:sz w:val="28"/>
          <w:szCs w:val="28"/>
          <w:shd w:val="clear" w:color="auto" w:fill="FFFFFF"/>
          <w:lang w:val="ru-RU" w:eastAsia="ru-RU"/>
        </w:rPr>
        <w:t>Á</w:t>
      </w:r>
      <w:r w:rsidRPr="0046524B">
        <w:rPr>
          <w:rFonts w:ascii="Times New Roman" w:eastAsia="Times New Roman" w:hAnsi="Times New Roman" w:cs="Times New Roman"/>
          <w:b/>
          <w:bCs/>
          <w:sz w:val="28"/>
          <w:szCs w:val="28"/>
          <w:shd w:val="clear" w:color="auto" w:fill="FFFFFF"/>
          <w:lang w:val="vi-VN" w:eastAsia="ru-RU"/>
        </w:rPr>
        <w:t>C</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M</w:t>
      </w:r>
      <w:r w:rsidRPr="0046524B">
        <w:rPr>
          <w:rFonts w:ascii="Times New Roman" w:eastAsia="Times New Roman" w:hAnsi="Times New Roman" w:cs="Times New Roman"/>
          <w:b/>
          <w:bCs/>
          <w:sz w:val="28"/>
          <w:szCs w:val="28"/>
          <w:shd w:val="clear" w:color="auto" w:fill="FFFFFF"/>
          <w:lang w:val="ru-RU" w:eastAsia="ru-RU"/>
        </w:rPr>
        <w:t xml:space="preserve">Ô </w:t>
      </w:r>
      <w:r w:rsidRPr="0046524B">
        <w:rPr>
          <w:rFonts w:ascii="Times New Roman" w:eastAsia="Times New Roman" w:hAnsi="Times New Roman" w:cs="Times New Roman"/>
          <w:b/>
          <w:bCs/>
          <w:sz w:val="28"/>
          <w:szCs w:val="28"/>
          <w:shd w:val="clear" w:color="auto" w:fill="FFFFFF"/>
          <w:lang w:val="vi-VN" w:eastAsia="ru-RU"/>
        </w:rPr>
        <w:t>H</w:t>
      </w:r>
      <w:r w:rsidRPr="0046524B">
        <w:rPr>
          <w:rFonts w:ascii="Times New Roman" w:eastAsia="Times New Roman" w:hAnsi="Times New Roman" w:cs="Times New Roman"/>
          <w:b/>
          <w:bCs/>
          <w:sz w:val="28"/>
          <w:szCs w:val="28"/>
          <w:shd w:val="clear" w:color="auto" w:fill="FFFFFF"/>
          <w:lang w:val="ru-RU" w:eastAsia="ru-RU"/>
        </w:rPr>
        <w:t>Ì</w:t>
      </w:r>
      <w:r w:rsidRPr="0046524B">
        <w:rPr>
          <w:rFonts w:ascii="Times New Roman" w:eastAsia="Times New Roman" w:hAnsi="Times New Roman" w:cs="Times New Roman"/>
          <w:b/>
          <w:bCs/>
          <w:sz w:val="28"/>
          <w:szCs w:val="28"/>
          <w:shd w:val="clear" w:color="auto" w:fill="FFFFFF"/>
          <w:lang w:val="vi-VN" w:eastAsia="ru-RU"/>
        </w:rPr>
        <w:t>NH</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N</w:t>
      </w:r>
      <w:r w:rsidRPr="0046524B">
        <w:rPr>
          <w:rFonts w:ascii="Times New Roman" w:eastAsia="Times New Roman" w:hAnsi="Times New Roman" w:cs="Times New Roman"/>
          <w:b/>
          <w:bCs/>
          <w:sz w:val="28"/>
          <w:szCs w:val="28"/>
          <w:shd w:val="clear" w:color="auto" w:fill="FFFFFF"/>
          <w:lang w:eastAsia="ru-RU"/>
        </w:rPr>
        <w:t>ÔNG NGHIỆP XANH</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NG</w:t>
      </w:r>
      <w:r w:rsidRPr="0046524B">
        <w:rPr>
          <w:rFonts w:ascii="Times New Roman" w:eastAsia="Times New Roman" w:hAnsi="Times New Roman" w:cs="Times New Roman"/>
          <w:b/>
          <w:bCs/>
          <w:sz w:val="28"/>
          <w:szCs w:val="28"/>
          <w:shd w:val="clear" w:color="auto" w:fill="FFFFFF"/>
          <w:lang w:val="ru-RU" w:eastAsia="ru-RU"/>
        </w:rPr>
        <w:t>À</w:t>
      </w:r>
      <w:r w:rsidRPr="0046524B">
        <w:rPr>
          <w:rFonts w:ascii="Times New Roman" w:eastAsia="Times New Roman" w:hAnsi="Times New Roman" w:cs="Times New Roman"/>
          <w:b/>
          <w:bCs/>
          <w:sz w:val="28"/>
          <w:szCs w:val="28"/>
          <w:shd w:val="clear" w:color="auto" w:fill="FFFFFF"/>
          <w:lang w:val="vi-VN" w:eastAsia="ru-RU"/>
        </w:rPr>
        <w:t>NH</w:t>
      </w:r>
      <w:r w:rsidRPr="0046524B">
        <w:rPr>
          <w:rFonts w:ascii="Times New Roman" w:eastAsia="Times New Roman" w:hAnsi="Times New Roman" w:cs="Times New Roman"/>
          <w:b/>
          <w:bCs/>
          <w:sz w:val="28"/>
          <w:szCs w:val="28"/>
          <w:shd w:val="clear" w:color="auto" w:fill="FFFFFF"/>
          <w:lang w:val="ru-RU" w:eastAsia="ru-RU"/>
        </w:rPr>
        <w:t xml:space="preserve"> </w:t>
      </w:r>
    </w:p>
    <w:p w14:paraId="00CD8674" w14:textId="571B4A39" w:rsidR="002E6A61" w:rsidRPr="0046524B" w:rsidRDefault="00612CB6" w:rsidP="00612CB6">
      <w:pPr>
        <w:spacing w:line="240" w:lineRule="auto"/>
        <w:jc w:val="center"/>
        <w:rPr>
          <w:rFonts w:ascii="Times New Roman" w:hAnsi="Times New Roman" w:cs="Times New Roman"/>
          <w:sz w:val="28"/>
          <w:szCs w:val="28"/>
        </w:rPr>
      </w:pPr>
      <w:r w:rsidRPr="0046524B">
        <w:rPr>
          <w:rFonts w:ascii="Times New Roman" w:eastAsia="Times New Roman" w:hAnsi="Times New Roman" w:cs="Times New Roman"/>
          <w:b/>
          <w:bCs/>
          <w:sz w:val="28"/>
          <w:szCs w:val="28"/>
          <w:shd w:val="clear" w:color="auto" w:fill="FFFFFF"/>
          <w:lang w:val="vi-VN" w:eastAsia="ru-RU"/>
        </w:rPr>
        <w:t>CHĂN NUÔI</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Ở</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HUYỆN</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NAM</w:t>
      </w:r>
      <w:r w:rsidRPr="0046524B">
        <w:rPr>
          <w:rFonts w:ascii="Times New Roman" w:eastAsia="Times New Roman" w:hAnsi="Times New Roman" w:cs="Times New Roman"/>
          <w:b/>
          <w:bCs/>
          <w:sz w:val="28"/>
          <w:szCs w:val="28"/>
          <w:shd w:val="clear" w:color="auto" w:fill="FFFFFF"/>
          <w:lang w:val="ru-RU" w:eastAsia="ru-RU"/>
        </w:rPr>
        <w:t xml:space="preserve"> ĐÔ</w:t>
      </w:r>
      <w:r w:rsidRPr="0046524B">
        <w:rPr>
          <w:rFonts w:ascii="Times New Roman" w:eastAsia="Times New Roman" w:hAnsi="Times New Roman" w:cs="Times New Roman"/>
          <w:b/>
          <w:bCs/>
          <w:sz w:val="28"/>
          <w:szCs w:val="28"/>
          <w:shd w:val="clear" w:color="auto" w:fill="FFFFFF"/>
          <w:lang w:val="vi-VN" w:eastAsia="ru-RU"/>
        </w:rPr>
        <w:t>NG</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TỈNH THỪA THIÊN</w:t>
      </w:r>
      <w:r w:rsidRPr="0046524B">
        <w:rPr>
          <w:rFonts w:ascii="Times New Roman" w:eastAsia="Times New Roman" w:hAnsi="Times New Roman" w:cs="Times New Roman"/>
          <w:b/>
          <w:bCs/>
          <w:sz w:val="28"/>
          <w:szCs w:val="28"/>
          <w:shd w:val="clear" w:color="auto" w:fill="FFFFFF"/>
          <w:lang w:val="ru-RU" w:eastAsia="ru-RU"/>
        </w:rPr>
        <w:t xml:space="preserve"> </w:t>
      </w:r>
      <w:r w:rsidRPr="0046524B">
        <w:rPr>
          <w:rFonts w:ascii="Times New Roman" w:eastAsia="Times New Roman" w:hAnsi="Times New Roman" w:cs="Times New Roman"/>
          <w:b/>
          <w:bCs/>
          <w:sz w:val="28"/>
          <w:szCs w:val="28"/>
          <w:shd w:val="clear" w:color="auto" w:fill="FFFFFF"/>
          <w:lang w:val="vi-VN" w:eastAsia="ru-RU"/>
        </w:rPr>
        <w:t>HUẾ</w:t>
      </w:r>
    </w:p>
    <w:p w14:paraId="0A19F4FE" w14:textId="43B60F93" w:rsidR="00612CB6" w:rsidRPr="0046524B" w:rsidRDefault="00612CB6" w:rsidP="00AF2270">
      <w:pPr>
        <w:keepNext/>
        <w:spacing w:after="120" w:line="240" w:lineRule="auto"/>
        <w:ind w:right="400"/>
        <w:jc w:val="center"/>
        <w:outlineLvl w:val="0"/>
        <w:rPr>
          <w:rFonts w:ascii="Times New Roman" w:eastAsia="Times New Roman" w:hAnsi="Times New Roman" w:cs="Times New Roman"/>
          <w:b/>
          <w:bCs/>
          <w:sz w:val="24"/>
          <w:szCs w:val="24"/>
          <w:shd w:val="clear" w:color="auto" w:fill="FFFFFF"/>
          <w:lang w:eastAsia="ru-RU"/>
        </w:rPr>
      </w:pPr>
      <w:r w:rsidRPr="0046524B">
        <w:rPr>
          <w:rFonts w:ascii="Times New Roman" w:eastAsia="Times New Roman" w:hAnsi="Times New Roman" w:cs="Times New Roman"/>
          <w:b/>
          <w:bCs/>
          <w:sz w:val="24"/>
          <w:szCs w:val="24"/>
          <w:shd w:val="clear" w:color="auto" w:fill="FFFFFF"/>
          <w:lang w:eastAsia="ru-RU"/>
        </w:rPr>
        <w:t>Nguyễn</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Ngọc</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Đ</w:t>
      </w:r>
      <w:r w:rsidRPr="0046524B">
        <w:rPr>
          <w:rFonts w:ascii="Times New Roman" w:eastAsia="Times New Roman" w:hAnsi="Times New Roman" w:cs="Times New Roman"/>
          <w:b/>
          <w:bCs/>
          <w:sz w:val="24"/>
          <w:szCs w:val="24"/>
          <w:shd w:val="clear" w:color="auto" w:fill="FFFFFF"/>
          <w:lang w:val="ru-RU" w:eastAsia="ru-RU"/>
        </w:rPr>
        <w:t>à</w:t>
      </w:r>
      <w:r w:rsidRPr="0046524B">
        <w:rPr>
          <w:rFonts w:ascii="Times New Roman" w:eastAsia="Times New Roman" w:hAnsi="Times New Roman" w:cs="Times New Roman"/>
          <w:b/>
          <w:bCs/>
          <w:sz w:val="24"/>
          <w:szCs w:val="24"/>
          <w:shd w:val="clear" w:color="auto" w:fill="FFFFFF"/>
          <w:lang w:eastAsia="ru-RU"/>
        </w:rPr>
        <w:t>n</w:t>
      </w:r>
      <w:r w:rsidRPr="0046524B">
        <w:rPr>
          <w:rFonts w:ascii="Times New Roman" w:eastAsia="Times New Roman" w:hAnsi="Times New Roman" w:cs="Times New Roman"/>
          <w:b/>
          <w:bCs/>
          <w:sz w:val="24"/>
          <w:szCs w:val="24"/>
          <w:shd w:val="clear" w:color="auto" w:fill="FFFFFF"/>
          <w:vertAlign w:val="superscript"/>
          <w:lang w:val="kk-KZ" w:eastAsia="ru-RU"/>
        </w:rPr>
        <w:t>1</w:t>
      </w:r>
      <w:r w:rsidRPr="0046524B">
        <w:rPr>
          <w:rFonts w:ascii="Times New Roman" w:eastAsia="Times New Roman" w:hAnsi="Times New Roman" w:cs="Times New Roman"/>
          <w:b/>
          <w:bCs/>
          <w:sz w:val="24"/>
          <w:szCs w:val="24"/>
          <w:shd w:val="clear" w:color="auto" w:fill="FFFFFF"/>
          <w:vertAlign w:val="superscript"/>
          <w:lang w:val="ru-RU" w:eastAsia="ru-RU"/>
        </w:rPr>
        <w:t>*</w:t>
      </w:r>
      <w:r w:rsidRPr="0046524B">
        <w:rPr>
          <w:rFonts w:ascii="Times New Roman" w:eastAsia="Times New Roman" w:hAnsi="Times New Roman" w:cs="Times New Roman"/>
          <w:b/>
          <w:bCs/>
          <w:sz w:val="24"/>
          <w:szCs w:val="24"/>
          <w:shd w:val="clear" w:color="auto" w:fill="FFFFFF"/>
          <w:lang w:val="kk-KZ" w:eastAsia="ru-RU"/>
        </w:rPr>
        <w:t>,</w:t>
      </w:r>
      <w:r w:rsidRPr="0046524B">
        <w:rPr>
          <w:rFonts w:ascii="Times New Roman" w:eastAsia="Times New Roman" w:hAnsi="Times New Roman" w:cs="Times New Roman"/>
          <w:b/>
          <w:bCs/>
          <w:sz w:val="24"/>
          <w:szCs w:val="24"/>
          <w:shd w:val="clear" w:color="auto" w:fill="FFFFFF"/>
          <w:lang w:eastAsia="ru-RU"/>
        </w:rPr>
        <w:t xml:space="preserve"> Nguyễn</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Ho</w:t>
      </w:r>
      <w:r w:rsidRPr="0046524B">
        <w:rPr>
          <w:rFonts w:ascii="Times New Roman" w:eastAsia="Times New Roman" w:hAnsi="Times New Roman" w:cs="Times New Roman"/>
          <w:b/>
          <w:bCs/>
          <w:sz w:val="24"/>
          <w:szCs w:val="24"/>
          <w:shd w:val="clear" w:color="auto" w:fill="FFFFFF"/>
          <w:lang w:val="ru-RU" w:eastAsia="ru-RU"/>
        </w:rPr>
        <w:t>à</w:t>
      </w:r>
      <w:r w:rsidRPr="0046524B">
        <w:rPr>
          <w:rFonts w:ascii="Times New Roman" w:eastAsia="Times New Roman" w:hAnsi="Times New Roman" w:cs="Times New Roman"/>
          <w:b/>
          <w:bCs/>
          <w:sz w:val="24"/>
          <w:szCs w:val="24"/>
          <w:shd w:val="clear" w:color="auto" w:fill="FFFFFF"/>
          <w:lang w:eastAsia="ru-RU"/>
        </w:rPr>
        <w:t>ng</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S</w:t>
      </w:r>
      <w:r w:rsidRPr="0046524B">
        <w:rPr>
          <w:rFonts w:ascii="Times New Roman" w:eastAsia="Times New Roman" w:hAnsi="Times New Roman" w:cs="Times New Roman"/>
          <w:b/>
          <w:bCs/>
          <w:sz w:val="24"/>
          <w:szCs w:val="24"/>
          <w:shd w:val="clear" w:color="auto" w:fill="FFFFFF"/>
          <w:lang w:val="ru-RU" w:eastAsia="ru-RU"/>
        </w:rPr>
        <w:t>ơ</w:t>
      </w:r>
      <w:r w:rsidRPr="0046524B">
        <w:rPr>
          <w:rFonts w:ascii="Times New Roman" w:eastAsia="Times New Roman" w:hAnsi="Times New Roman" w:cs="Times New Roman"/>
          <w:b/>
          <w:bCs/>
          <w:sz w:val="24"/>
          <w:szCs w:val="24"/>
          <w:shd w:val="clear" w:color="auto" w:fill="FFFFFF"/>
          <w:lang w:eastAsia="ru-RU"/>
        </w:rPr>
        <w:t>n</w:t>
      </w:r>
      <w:r w:rsidRPr="0046524B">
        <w:rPr>
          <w:rFonts w:ascii="Times New Roman" w:eastAsia="Times New Roman" w:hAnsi="Times New Roman" w:cs="Times New Roman"/>
          <w:b/>
          <w:bCs/>
          <w:sz w:val="24"/>
          <w:szCs w:val="24"/>
          <w:shd w:val="clear" w:color="auto" w:fill="FFFFFF"/>
          <w:vertAlign w:val="superscript"/>
          <w:lang w:val="kk-KZ" w:eastAsia="ru-RU"/>
        </w:rPr>
        <w:t>2</w:t>
      </w:r>
      <w:r w:rsidRPr="0046524B">
        <w:rPr>
          <w:rFonts w:ascii="Times New Roman" w:eastAsia="Times New Roman" w:hAnsi="Times New Roman" w:cs="Times New Roman"/>
          <w:b/>
          <w:bCs/>
          <w:sz w:val="24"/>
          <w:szCs w:val="24"/>
          <w:shd w:val="clear" w:color="auto" w:fill="FFFFFF"/>
          <w:lang w:val="ru-RU" w:eastAsia="ru-RU"/>
        </w:rPr>
        <w:t>,</w:t>
      </w:r>
      <w:r w:rsidR="0007216E">
        <w:rPr>
          <w:rFonts w:ascii="Times New Roman" w:eastAsia="Times New Roman" w:hAnsi="Times New Roman" w:cs="Times New Roman"/>
          <w:b/>
          <w:bCs/>
          <w:sz w:val="24"/>
          <w:szCs w:val="24"/>
          <w:shd w:val="clear" w:color="auto" w:fill="FFFFFF"/>
          <w:lang w:eastAsia="ru-RU"/>
        </w:rPr>
        <w:t xml:space="preserve"> </w:t>
      </w:r>
      <w:r w:rsidRPr="0046524B">
        <w:rPr>
          <w:rFonts w:ascii="Times New Roman" w:eastAsia="Times New Roman" w:hAnsi="Times New Roman" w:cs="Times New Roman"/>
          <w:b/>
          <w:bCs/>
          <w:sz w:val="24"/>
          <w:szCs w:val="24"/>
          <w:shd w:val="clear" w:color="auto" w:fill="FFFFFF"/>
          <w:lang w:eastAsia="ru-RU"/>
        </w:rPr>
        <w:t>Mai</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V</w:t>
      </w:r>
      <w:r w:rsidRPr="0046524B">
        <w:rPr>
          <w:rFonts w:ascii="Times New Roman" w:eastAsia="Times New Roman" w:hAnsi="Times New Roman" w:cs="Times New Roman"/>
          <w:b/>
          <w:bCs/>
          <w:sz w:val="24"/>
          <w:szCs w:val="24"/>
          <w:shd w:val="clear" w:color="auto" w:fill="FFFFFF"/>
          <w:lang w:val="ru-RU" w:eastAsia="ru-RU"/>
        </w:rPr>
        <w:t>ă</w:t>
      </w:r>
      <w:r w:rsidRPr="0046524B">
        <w:rPr>
          <w:rFonts w:ascii="Times New Roman" w:eastAsia="Times New Roman" w:hAnsi="Times New Roman" w:cs="Times New Roman"/>
          <w:b/>
          <w:bCs/>
          <w:sz w:val="24"/>
          <w:szCs w:val="24"/>
          <w:shd w:val="clear" w:color="auto" w:fill="FFFFFF"/>
          <w:lang w:eastAsia="ru-RU"/>
        </w:rPr>
        <w:t>n</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Ch</w:t>
      </w:r>
      <w:r w:rsidRPr="0046524B">
        <w:rPr>
          <w:rFonts w:ascii="Times New Roman" w:eastAsia="Times New Roman" w:hAnsi="Times New Roman" w:cs="Times New Roman"/>
          <w:b/>
          <w:bCs/>
          <w:sz w:val="24"/>
          <w:szCs w:val="24"/>
          <w:shd w:val="clear" w:color="auto" w:fill="FFFFFF"/>
          <w:lang w:val="ru-RU" w:eastAsia="ru-RU"/>
        </w:rPr>
        <w:t>â</w:t>
      </w:r>
      <w:r w:rsidRPr="0046524B">
        <w:rPr>
          <w:rFonts w:ascii="Times New Roman" w:eastAsia="Times New Roman" w:hAnsi="Times New Roman" w:cs="Times New Roman"/>
          <w:b/>
          <w:bCs/>
          <w:sz w:val="24"/>
          <w:szCs w:val="24"/>
          <w:shd w:val="clear" w:color="auto" w:fill="FFFFFF"/>
          <w:lang w:eastAsia="ru-RU"/>
        </w:rPr>
        <w:t>n</w:t>
      </w:r>
      <w:r w:rsidRPr="0046524B">
        <w:rPr>
          <w:rFonts w:ascii="Times New Roman" w:eastAsia="Times New Roman" w:hAnsi="Times New Roman" w:cs="Times New Roman"/>
          <w:b/>
          <w:bCs/>
          <w:sz w:val="24"/>
          <w:szCs w:val="24"/>
          <w:shd w:val="clear" w:color="auto" w:fill="FFFFFF"/>
          <w:vertAlign w:val="superscript"/>
          <w:lang w:val="kk-KZ" w:eastAsia="ru-RU"/>
        </w:rPr>
        <w:t>1</w:t>
      </w:r>
      <w:r w:rsidRPr="0046524B">
        <w:rPr>
          <w:rFonts w:ascii="Times New Roman" w:eastAsia="Times New Roman" w:hAnsi="Times New Roman" w:cs="Times New Roman"/>
          <w:b/>
          <w:bCs/>
          <w:sz w:val="24"/>
          <w:szCs w:val="24"/>
          <w:shd w:val="clear" w:color="auto" w:fill="FFFFFF"/>
          <w:lang w:eastAsia="ru-RU"/>
        </w:rPr>
        <w:t>,</w:t>
      </w:r>
    </w:p>
    <w:p w14:paraId="05A79C0B" w14:textId="4DE4B548" w:rsidR="00612CB6" w:rsidRPr="0046524B" w:rsidRDefault="00612CB6" w:rsidP="00AF2270">
      <w:pPr>
        <w:spacing w:after="120" w:line="240" w:lineRule="auto"/>
        <w:jc w:val="center"/>
        <w:rPr>
          <w:rFonts w:ascii="Times New Roman" w:eastAsia="Times New Roman" w:hAnsi="Times New Roman" w:cs="Times New Roman"/>
          <w:b/>
          <w:bCs/>
          <w:sz w:val="24"/>
          <w:szCs w:val="24"/>
          <w:shd w:val="clear" w:color="auto" w:fill="FFFFFF"/>
          <w:vertAlign w:val="superscript"/>
          <w:lang w:eastAsia="ru-RU"/>
        </w:rPr>
      </w:pPr>
      <w:r w:rsidRPr="0046524B">
        <w:rPr>
          <w:rFonts w:ascii="Times New Roman" w:eastAsia="Times New Roman" w:hAnsi="Times New Roman" w:cs="Times New Roman"/>
          <w:b/>
          <w:bCs/>
          <w:sz w:val="24"/>
          <w:szCs w:val="24"/>
          <w:shd w:val="clear" w:color="auto" w:fill="FFFFFF"/>
          <w:lang w:eastAsia="ru-RU"/>
        </w:rPr>
        <w:t>Trần</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Thị</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minh</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T</w:t>
      </w:r>
      <w:r w:rsidRPr="0046524B">
        <w:rPr>
          <w:rFonts w:ascii="Times New Roman" w:eastAsia="Times New Roman" w:hAnsi="Times New Roman" w:cs="Times New Roman"/>
          <w:b/>
          <w:bCs/>
          <w:sz w:val="24"/>
          <w:szCs w:val="24"/>
          <w:shd w:val="clear" w:color="auto" w:fill="FFFFFF"/>
          <w:lang w:val="ru-RU" w:eastAsia="ru-RU"/>
        </w:rPr>
        <w:t>â</w:t>
      </w:r>
      <w:r w:rsidRPr="0046524B">
        <w:rPr>
          <w:rFonts w:ascii="Times New Roman" w:eastAsia="Times New Roman" w:hAnsi="Times New Roman" w:cs="Times New Roman"/>
          <w:b/>
          <w:bCs/>
          <w:sz w:val="24"/>
          <w:szCs w:val="24"/>
          <w:shd w:val="clear" w:color="auto" w:fill="FFFFFF"/>
          <w:lang w:eastAsia="ru-RU"/>
        </w:rPr>
        <w:t>m</w:t>
      </w:r>
      <w:r w:rsidRPr="0046524B">
        <w:rPr>
          <w:rFonts w:ascii="Times New Roman" w:eastAsia="Times New Roman" w:hAnsi="Times New Roman" w:cs="Times New Roman"/>
          <w:b/>
          <w:bCs/>
          <w:sz w:val="24"/>
          <w:szCs w:val="24"/>
          <w:shd w:val="clear" w:color="auto" w:fill="FFFFFF"/>
          <w:vertAlign w:val="superscript"/>
          <w:lang w:val="ru-RU" w:eastAsia="ru-RU"/>
        </w:rPr>
        <w:t xml:space="preserve">1 </w:t>
      </w:r>
      <w:r w:rsidRPr="0046524B">
        <w:rPr>
          <w:rFonts w:ascii="Times New Roman" w:eastAsia="Times New Roman" w:hAnsi="Times New Roman" w:cs="Times New Roman"/>
          <w:b/>
          <w:bCs/>
          <w:sz w:val="24"/>
          <w:szCs w:val="24"/>
          <w:shd w:val="clear" w:color="auto" w:fill="FFFFFF"/>
          <w:lang w:eastAsia="ru-RU"/>
        </w:rPr>
        <w:t>v</w:t>
      </w:r>
      <w:r w:rsidRPr="0046524B">
        <w:rPr>
          <w:rFonts w:ascii="Times New Roman" w:eastAsia="Times New Roman" w:hAnsi="Times New Roman" w:cs="Times New Roman"/>
          <w:b/>
          <w:bCs/>
          <w:sz w:val="24"/>
          <w:szCs w:val="24"/>
          <w:shd w:val="clear" w:color="auto" w:fill="FFFFFF"/>
          <w:lang w:val="ru-RU" w:eastAsia="ru-RU"/>
        </w:rPr>
        <w:t xml:space="preserve">à </w:t>
      </w:r>
      <w:r w:rsidRPr="0046524B">
        <w:rPr>
          <w:rFonts w:ascii="Times New Roman" w:eastAsia="Times New Roman" w:hAnsi="Times New Roman" w:cs="Times New Roman"/>
          <w:b/>
          <w:bCs/>
          <w:sz w:val="24"/>
          <w:szCs w:val="24"/>
          <w:shd w:val="clear" w:color="auto" w:fill="FFFFFF"/>
          <w:lang w:eastAsia="ru-RU"/>
        </w:rPr>
        <w:t>Cao</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Thị</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Thanh</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Thuỷ</w:t>
      </w:r>
      <w:r w:rsidRPr="0046524B">
        <w:rPr>
          <w:rFonts w:ascii="Times New Roman" w:eastAsia="Times New Roman" w:hAnsi="Times New Roman" w:cs="Times New Roman"/>
          <w:b/>
          <w:bCs/>
          <w:sz w:val="24"/>
          <w:szCs w:val="24"/>
          <w:shd w:val="clear" w:color="auto" w:fill="FFFFFF"/>
          <w:vertAlign w:val="superscript"/>
          <w:lang w:val="ru-RU" w:eastAsia="ru-RU"/>
        </w:rPr>
        <w:t>3</w:t>
      </w:r>
    </w:p>
    <w:p w14:paraId="675AA3BF" w14:textId="1A88DA7C" w:rsidR="00612CB6" w:rsidRPr="0046524B" w:rsidRDefault="00612CB6" w:rsidP="00AF2270">
      <w:pPr>
        <w:tabs>
          <w:tab w:val="left" w:pos="0"/>
        </w:tabs>
        <w:spacing w:after="120" w:line="240" w:lineRule="auto"/>
        <w:jc w:val="center"/>
        <w:rPr>
          <w:rFonts w:ascii="Times New Roman" w:eastAsia="SimSun" w:hAnsi="Times New Roman" w:cs="Times New Roman"/>
          <w:b/>
          <w:sz w:val="24"/>
          <w:szCs w:val="24"/>
          <w:lang w:val="ru-RU"/>
        </w:rPr>
      </w:pPr>
      <w:r w:rsidRPr="0046524B">
        <w:rPr>
          <w:rFonts w:ascii="Times New Roman" w:eastAsia="SimSun" w:hAnsi="Times New Roman" w:cs="Times New Roman"/>
          <w:b/>
          <w:sz w:val="24"/>
          <w:szCs w:val="24"/>
          <w:vertAlign w:val="superscript"/>
          <w:lang w:val="ru-RU"/>
        </w:rPr>
        <w:t>1</w:t>
      </w:r>
      <w:r w:rsidR="0060504F" w:rsidRPr="0046524B">
        <w:rPr>
          <w:rFonts w:ascii="Times New Roman" w:eastAsia="SimSun" w:hAnsi="Times New Roman" w:cs="Times New Roman"/>
          <w:b/>
          <w:sz w:val="24"/>
          <w:szCs w:val="24"/>
        </w:rPr>
        <w:t>T</w:t>
      </w:r>
      <w:r w:rsidRPr="0046524B">
        <w:rPr>
          <w:rFonts w:ascii="Times New Roman" w:eastAsia="SimSun" w:hAnsi="Times New Roman" w:cs="Times New Roman"/>
          <w:b/>
          <w:sz w:val="24"/>
          <w:szCs w:val="24"/>
        </w:rPr>
        <w:t>r</w:t>
      </w:r>
      <w:r w:rsidRPr="0046524B">
        <w:rPr>
          <w:rFonts w:ascii="Times New Roman" w:eastAsia="SimSun" w:hAnsi="Times New Roman" w:cs="Times New Roman"/>
          <w:b/>
          <w:sz w:val="24"/>
          <w:szCs w:val="24"/>
          <w:lang w:val="ru-RU"/>
        </w:rPr>
        <w:t>ư</w:t>
      </w:r>
      <w:r w:rsidRPr="0046524B">
        <w:rPr>
          <w:rFonts w:ascii="Times New Roman" w:eastAsia="SimSun" w:hAnsi="Times New Roman" w:cs="Times New Roman"/>
          <w:b/>
          <w:sz w:val="24"/>
          <w:szCs w:val="24"/>
        </w:rPr>
        <w:t>ờng</w:t>
      </w:r>
      <w:r w:rsidRPr="0046524B">
        <w:rPr>
          <w:rFonts w:ascii="Times New Roman" w:eastAsia="SimSun" w:hAnsi="Times New Roman" w:cs="Times New Roman"/>
          <w:b/>
          <w:sz w:val="24"/>
          <w:szCs w:val="24"/>
          <w:lang w:val="ru-RU"/>
        </w:rPr>
        <w:t xml:space="preserve"> Đ</w:t>
      </w:r>
      <w:r w:rsidRPr="0046524B">
        <w:rPr>
          <w:rFonts w:ascii="Times New Roman" w:eastAsia="SimSun" w:hAnsi="Times New Roman" w:cs="Times New Roman"/>
          <w:b/>
          <w:sz w:val="24"/>
          <w:szCs w:val="24"/>
        </w:rPr>
        <w:t>ại</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học</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s</w:t>
      </w:r>
      <w:r w:rsidRPr="0046524B">
        <w:rPr>
          <w:rFonts w:ascii="Times New Roman" w:eastAsia="SimSun" w:hAnsi="Times New Roman" w:cs="Times New Roman"/>
          <w:b/>
          <w:sz w:val="24"/>
          <w:szCs w:val="24"/>
          <w:lang w:val="ru-RU"/>
        </w:rPr>
        <w:t xml:space="preserve">ư </w:t>
      </w:r>
      <w:r w:rsidRPr="0046524B">
        <w:rPr>
          <w:rFonts w:ascii="Times New Roman" w:eastAsia="SimSun" w:hAnsi="Times New Roman" w:cs="Times New Roman"/>
          <w:b/>
          <w:sz w:val="24"/>
          <w:szCs w:val="24"/>
        </w:rPr>
        <w:t>phạm</w:t>
      </w:r>
      <w:r w:rsidRPr="0046524B">
        <w:rPr>
          <w:rFonts w:ascii="Times New Roman" w:eastAsia="SimSun" w:hAnsi="Times New Roman" w:cs="Times New Roman"/>
          <w:b/>
          <w:sz w:val="24"/>
          <w:szCs w:val="24"/>
          <w:lang w:val="ru-RU"/>
        </w:rPr>
        <w:t>, Đ</w:t>
      </w:r>
      <w:r w:rsidRPr="0046524B">
        <w:rPr>
          <w:rFonts w:ascii="Times New Roman" w:eastAsia="SimSun" w:hAnsi="Times New Roman" w:cs="Times New Roman"/>
          <w:b/>
          <w:sz w:val="24"/>
          <w:szCs w:val="24"/>
        </w:rPr>
        <w:t>ại</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học</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Huế</w:t>
      </w:r>
    </w:p>
    <w:p w14:paraId="1B48C9B4" w14:textId="77777777" w:rsidR="00612CB6" w:rsidRPr="0046524B" w:rsidRDefault="00612CB6" w:rsidP="00AF2270">
      <w:pPr>
        <w:tabs>
          <w:tab w:val="left" w:pos="0"/>
        </w:tabs>
        <w:spacing w:after="120" w:line="240" w:lineRule="auto"/>
        <w:jc w:val="center"/>
        <w:rPr>
          <w:rFonts w:ascii="Times New Roman" w:eastAsia="SimSun" w:hAnsi="Times New Roman" w:cs="Times New Roman"/>
          <w:b/>
          <w:sz w:val="24"/>
          <w:szCs w:val="24"/>
          <w:lang w:val="ru-RU"/>
        </w:rPr>
      </w:pPr>
      <w:r w:rsidRPr="0046524B">
        <w:rPr>
          <w:rFonts w:ascii="Times New Roman" w:eastAsia="SimSun" w:hAnsi="Times New Roman" w:cs="Times New Roman"/>
          <w:b/>
          <w:sz w:val="24"/>
          <w:szCs w:val="24"/>
          <w:vertAlign w:val="superscript"/>
          <w:lang w:val="ru-RU"/>
        </w:rPr>
        <w:t>2</w:t>
      </w:r>
      <w:r w:rsidRPr="0046524B">
        <w:rPr>
          <w:rFonts w:ascii="Times New Roman" w:eastAsia="SimSun" w:hAnsi="Times New Roman" w:cs="Times New Roman"/>
          <w:b/>
          <w:sz w:val="24"/>
          <w:szCs w:val="24"/>
        </w:rPr>
        <w:t>Viện</w:t>
      </w:r>
      <w:r w:rsidRPr="0046524B">
        <w:rPr>
          <w:rFonts w:ascii="Times New Roman" w:eastAsia="SimSun" w:hAnsi="Times New Roman" w:cs="Times New Roman"/>
          <w:b/>
          <w:sz w:val="24"/>
          <w:szCs w:val="24"/>
          <w:lang w:val="ru-RU"/>
        </w:rPr>
        <w:t xml:space="preserve"> Đà</w:t>
      </w:r>
      <w:r w:rsidRPr="0046524B">
        <w:rPr>
          <w:rFonts w:ascii="Times New Roman" w:eastAsia="SimSun" w:hAnsi="Times New Roman" w:cs="Times New Roman"/>
          <w:b/>
          <w:sz w:val="24"/>
          <w:szCs w:val="24"/>
        </w:rPr>
        <w:t>o</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tạo</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mở</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v</w:t>
      </w:r>
      <w:r w:rsidRPr="0046524B">
        <w:rPr>
          <w:rFonts w:ascii="Times New Roman" w:eastAsia="SimSun" w:hAnsi="Times New Roman" w:cs="Times New Roman"/>
          <w:b/>
          <w:sz w:val="24"/>
          <w:szCs w:val="24"/>
          <w:lang w:val="ru-RU"/>
        </w:rPr>
        <w:t xml:space="preserve">à </w:t>
      </w:r>
      <w:r w:rsidRPr="0046524B">
        <w:rPr>
          <w:rFonts w:ascii="Times New Roman" w:eastAsia="SimSun" w:hAnsi="Times New Roman" w:cs="Times New Roman"/>
          <w:b/>
          <w:sz w:val="24"/>
          <w:szCs w:val="24"/>
        </w:rPr>
        <w:t>C</w:t>
      </w:r>
      <w:r w:rsidRPr="0046524B">
        <w:rPr>
          <w:rFonts w:ascii="Times New Roman" w:eastAsia="SimSun" w:hAnsi="Times New Roman" w:cs="Times New Roman"/>
          <w:b/>
          <w:sz w:val="24"/>
          <w:szCs w:val="24"/>
          <w:lang w:val="ru-RU"/>
        </w:rPr>
        <w:t>ô</w:t>
      </w:r>
      <w:r w:rsidRPr="0046524B">
        <w:rPr>
          <w:rFonts w:ascii="Times New Roman" w:eastAsia="SimSun" w:hAnsi="Times New Roman" w:cs="Times New Roman"/>
          <w:b/>
          <w:sz w:val="24"/>
          <w:szCs w:val="24"/>
        </w:rPr>
        <w:t>ng</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nghệ</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th</w:t>
      </w:r>
      <w:r w:rsidRPr="0046524B">
        <w:rPr>
          <w:rFonts w:ascii="Times New Roman" w:eastAsia="SimSun" w:hAnsi="Times New Roman" w:cs="Times New Roman"/>
          <w:b/>
          <w:sz w:val="24"/>
          <w:szCs w:val="24"/>
          <w:lang w:val="ru-RU"/>
        </w:rPr>
        <w:t>ô</w:t>
      </w:r>
      <w:r w:rsidRPr="0046524B">
        <w:rPr>
          <w:rFonts w:ascii="Times New Roman" w:eastAsia="SimSun" w:hAnsi="Times New Roman" w:cs="Times New Roman"/>
          <w:b/>
          <w:sz w:val="24"/>
          <w:szCs w:val="24"/>
        </w:rPr>
        <w:t>ng</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tin</w:t>
      </w:r>
      <w:r w:rsidRPr="0046524B">
        <w:rPr>
          <w:rFonts w:ascii="Times New Roman" w:eastAsia="SimSun" w:hAnsi="Times New Roman" w:cs="Times New Roman"/>
          <w:b/>
          <w:sz w:val="24"/>
          <w:szCs w:val="24"/>
          <w:lang w:val="ru-RU"/>
        </w:rPr>
        <w:t>, Đ</w:t>
      </w:r>
      <w:r w:rsidRPr="0046524B">
        <w:rPr>
          <w:rFonts w:ascii="Times New Roman" w:eastAsia="SimSun" w:hAnsi="Times New Roman" w:cs="Times New Roman"/>
          <w:b/>
          <w:sz w:val="24"/>
          <w:szCs w:val="24"/>
        </w:rPr>
        <w:t>ại</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học</w:t>
      </w:r>
      <w:r w:rsidRPr="0046524B">
        <w:rPr>
          <w:rFonts w:ascii="Times New Roman" w:eastAsia="SimSun" w:hAnsi="Times New Roman" w:cs="Times New Roman"/>
          <w:b/>
          <w:sz w:val="24"/>
          <w:szCs w:val="24"/>
          <w:lang w:val="ru-RU"/>
        </w:rPr>
        <w:t xml:space="preserve"> </w:t>
      </w:r>
      <w:r w:rsidRPr="0046524B">
        <w:rPr>
          <w:rFonts w:ascii="Times New Roman" w:eastAsia="SimSun" w:hAnsi="Times New Roman" w:cs="Times New Roman"/>
          <w:b/>
          <w:sz w:val="24"/>
          <w:szCs w:val="24"/>
        </w:rPr>
        <w:t>Huế</w:t>
      </w:r>
    </w:p>
    <w:p w14:paraId="62AD2763" w14:textId="526EC6C5" w:rsidR="00612CB6" w:rsidRPr="004B646A" w:rsidRDefault="00612CB6" w:rsidP="00AF2270">
      <w:pPr>
        <w:spacing w:after="120" w:line="240" w:lineRule="auto"/>
        <w:jc w:val="center"/>
        <w:rPr>
          <w:rFonts w:ascii="Times New Roman" w:hAnsi="Times New Roman" w:cs="Times New Roman"/>
          <w:b/>
          <w:sz w:val="24"/>
          <w:szCs w:val="24"/>
          <w:lang w:val="ru-RU"/>
        </w:rPr>
      </w:pPr>
      <w:r w:rsidRPr="0046524B">
        <w:rPr>
          <w:rFonts w:ascii="Times New Roman" w:eastAsia="Times New Roman" w:hAnsi="Times New Roman" w:cs="Times New Roman"/>
          <w:b/>
          <w:bCs/>
          <w:sz w:val="24"/>
          <w:szCs w:val="24"/>
          <w:shd w:val="clear" w:color="auto" w:fill="FFFFFF"/>
          <w:vertAlign w:val="superscript"/>
          <w:lang w:val="ru-RU" w:eastAsia="ru-RU"/>
        </w:rPr>
        <w:t>3</w:t>
      </w:r>
      <w:r w:rsidRPr="0046524B">
        <w:rPr>
          <w:rFonts w:ascii="Times New Roman" w:eastAsia="Times New Roman" w:hAnsi="Times New Roman" w:cs="Times New Roman"/>
          <w:b/>
          <w:bCs/>
          <w:sz w:val="24"/>
          <w:szCs w:val="24"/>
          <w:shd w:val="clear" w:color="auto" w:fill="FFFFFF"/>
          <w:lang w:eastAsia="ru-RU"/>
        </w:rPr>
        <w:t>Tr</w:t>
      </w:r>
      <w:r w:rsidRPr="0046524B">
        <w:rPr>
          <w:rFonts w:ascii="Times New Roman" w:eastAsia="Times New Roman" w:hAnsi="Times New Roman" w:cs="Times New Roman"/>
          <w:b/>
          <w:bCs/>
          <w:sz w:val="24"/>
          <w:szCs w:val="24"/>
          <w:shd w:val="clear" w:color="auto" w:fill="FFFFFF"/>
          <w:lang w:val="ru-RU" w:eastAsia="ru-RU"/>
        </w:rPr>
        <w:t>ư</w:t>
      </w:r>
      <w:r w:rsidRPr="0046524B">
        <w:rPr>
          <w:rFonts w:ascii="Times New Roman" w:eastAsia="Times New Roman" w:hAnsi="Times New Roman" w:cs="Times New Roman"/>
          <w:b/>
          <w:bCs/>
          <w:sz w:val="24"/>
          <w:szCs w:val="24"/>
          <w:shd w:val="clear" w:color="auto" w:fill="FFFFFF"/>
          <w:lang w:eastAsia="ru-RU"/>
        </w:rPr>
        <w:t>ờng</w:t>
      </w:r>
      <w:r w:rsidRPr="0046524B">
        <w:rPr>
          <w:rFonts w:ascii="Times New Roman" w:eastAsia="Times New Roman" w:hAnsi="Times New Roman" w:cs="Times New Roman"/>
          <w:b/>
          <w:bCs/>
          <w:sz w:val="24"/>
          <w:szCs w:val="24"/>
          <w:shd w:val="clear" w:color="auto" w:fill="FFFFFF"/>
          <w:lang w:val="ru-RU" w:eastAsia="ru-RU"/>
        </w:rPr>
        <w:t xml:space="preserve"> Đ</w:t>
      </w:r>
      <w:r w:rsidRPr="0046524B">
        <w:rPr>
          <w:rFonts w:ascii="Times New Roman" w:eastAsia="Times New Roman" w:hAnsi="Times New Roman" w:cs="Times New Roman"/>
          <w:b/>
          <w:bCs/>
          <w:sz w:val="24"/>
          <w:szCs w:val="24"/>
          <w:shd w:val="clear" w:color="auto" w:fill="FFFFFF"/>
          <w:lang w:eastAsia="ru-RU"/>
        </w:rPr>
        <w:t>ại</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học</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Quảng</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B</w:t>
      </w:r>
      <w:r w:rsidRPr="0046524B">
        <w:rPr>
          <w:rFonts w:ascii="Times New Roman" w:eastAsia="Times New Roman" w:hAnsi="Times New Roman" w:cs="Times New Roman"/>
          <w:b/>
          <w:bCs/>
          <w:sz w:val="24"/>
          <w:szCs w:val="24"/>
          <w:shd w:val="clear" w:color="auto" w:fill="FFFFFF"/>
          <w:lang w:val="ru-RU" w:eastAsia="ru-RU"/>
        </w:rPr>
        <w:t>ì</w:t>
      </w:r>
      <w:r w:rsidRPr="0046524B">
        <w:rPr>
          <w:rFonts w:ascii="Times New Roman" w:eastAsia="Times New Roman" w:hAnsi="Times New Roman" w:cs="Times New Roman"/>
          <w:b/>
          <w:bCs/>
          <w:sz w:val="24"/>
          <w:szCs w:val="24"/>
          <w:shd w:val="clear" w:color="auto" w:fill="FFFFFF"/>
          <w:lang w:eastAsia="ru-RU"/>
        </w:rPr>
        <w:t>nh</w:t>
      </w:r>
    </w:p>
    <w:p w14:paraId="424BA3C8" w14:textId="079F83A4" w:rsidR="00EB3707" w:rsidRPr="004B646A" w:rsidRDefault="00521E68" w:rsidP="00612CB6">
      <w:pPr>
        <w:spacing w:line="240" w:lineRule="auto"/>
        <w:jc w:val="center"/>
        <w:rPr>
          <w:rFonts w:ascii="Arial" w:hAnsi="Arial"/>
          <w:b/>
          <w:noProof/>
          <w:lang w:val="ru-RU"/>
        </w:rPr>
      </w:pPr>
      <w:r w:rsidRPr="0046524B">
        <w:rPr>
          <w:rFonts w:ascii="Times New Roman" w:hAnsi="Times New Roman"/>
        </w:rPr>
        <w:t>T</w:t>
      </w:r>
      <w:r w:rsidRPr="004B646A">
        <w:rPr>
          <w:rFonts w:ascii="Times New Roman" w:hAnsi="Times New Roman"/>
          <w:lang w:val="ru-RU"/>
        </w:rPr>
        <w:t>á</w:t>
      </w:r>
      <w:r w:rsidRPr="0046524B">
        <w:rPr>
          <w:rFonts w:ascii="Times New Roman" w:hAnsi="Times New Roman"/>
        </w:rPr>
        <w:t>c</w:t>
      </w:r>
      <w:r w:rsidRPr="004B646A">
        <w:rPr>
          <w:rFonts w:ascii="Times New Roman" w:hAnsi="Times New Roman"/>
          <w:lang w:val="ru-RU"/>
        </w:rPr>
        <w:t xml:space="preserve"> </w:t>
      </w:r>
      <w:r w:rsidRPr="0046524B">
        <w:rPr>
          <w:rFonts w:ascii="Times New Roman" w:hAnsi="Times New Roman"/>
        </w:rPr>
        <w:t>giả</w:t>
      </w:r>
      <w:r w:rsidRPr="004B646A">
        <w:rPr>
          <w:rFonts w:ascii="Times New Roman" w:hAnsi="Times New Roman"/>
          <w:lang w:val="ru-RU"/>
        </w:rPr>
        <w:t xml:space="preserve"> </w:t>
      </w:r>
      <w:r w:rsidRPr="0046524B">
        <w:rPr>
          <w:rFonts w:ascii="Times New Roman" w:hAnsi="Times New Roman"/>
        </w:rPr>
        <w:t>li</w:t>
      </w:r>
      <w:r w:rsidRPr="004B646A">
        <w:rPr>
          <w:rFonts w:ascii="Times New Roman" w:hAnsi="Times New Roman"/>
          <w:lang w:val="ru-RU"/>
        </w:rPr>
        <w:t>ê</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hệ</w:t>
      </w:r>
      <w:r w:rsidRPr="004B646A">
        <w:rPr>
          <w:rFonts w:ascii="Times New Roman" w:hAnsi="Times New Roman"/>
          <w:lang w:val="ru-RU"/>
        </w:rPr>
        <w:t>: *</w:t>
      </w:r>
      <w:r w:rsidRPr="0046524B">
        <w:rPr>
          <w:rFonts w:ascii="Times New Roman" w:hAnsi="Times New Roman"/>
        </w:rPr>
        <w:t>Email</w:t>
      </w:r>
      <w:r w:rsidRPr="004B646A">
        <w:rPr>
          <w:rFonts w:ascii="Times New Roman" w:hAnsi="Times New Roman"/>
          <w:lang w:val="ru-RU"/>
        </w:rPr>
        <w:t xml:space="preserve">: </w:t>
      </w:r>
      <w:r w:rsidR="00612CB6" w:rsidRPr="0046524B">
        <w:rPr>
          <w:rFonts w:ascii="Times New Roman" w:hAnsi="Times New Roman"/>
        </w:rPr>
        <w:t>nguyenngocdan</w:t>
      </w:r>
      <w:r w:rsidRPr="004B646A">
        <w:rPr>
          <w:rFonts w:ascii="Times New Roman" w:hAnsi="Times New Roman"/>
          <w:lang w:val="ru-RU"/>
        </w:rPr>
        <w:t>@</w:t>
      </w:r>
      <w:r w:rsidR="0084296D" w:rsidRPr="0046524B">
        <w:rPr>
          <w:rFonts w:ascii="Times New Roman" w:hAnsi="Times New Roman"/>
        </w:rPr>
        <w:t>dhsphue</w:t>
      </w:r>
      <w:r w:rsidR="0084296D" w:rsidRPr="004B646A">
        <w:rPr>
          <w:rFonts w:ascii="Times New Roman" w:hAnsi="Times New Roman"/>
          <w:lang w:val="ru-RU"/>
        </w:rPr>
        <w:t>.</w:t>
      </w:r>
      <w:r w:rsidR="0084296D" w:rsidRPr="0046524B">
        <w:rPr>
          <w:rFonts w:ascii="Times New Roman" w:hAnsi="Times New Roman"/>
        </w:rPr>
        <w:t>edu</w:t>
      </w:r>
      <w:r w:rsidR="0084296D" w:rsidRPr="004B646A">
        <w:rPr>
          <w:rFonts w:ascii="Times New Roman" w:hAnsi="Times New Roman" w:cs="Times New Roman"/>
          <w:lang w:val="ru-RU"/>
        </w:rPr>
        <w:t>.</w:t>
      </w:r>
      <w:r w:rsidR="0084296D" w:rsidRPr="0046524B">
        <w:rPr>
          <w:rFonts w:ascii="Times New Roman" w:hAnsi="Times New Roman" w:cs="Times New Roman"/>
        </w:rPr>
        <w:t>vn</w:t>
      </w:r>
      <w:r w:rsidR="0084296D" w:rsidRPr="004B646A">
        <w:rPr>
          <w:rFonts w:ascii="Times New Roman" w:hAnsi="Times New Roman" w:cs="Times New Roman"/>
          <w:b/>
          <w:noProof/>
          <w:lang w:val="ru-RU"/>
        </w:rPr>
        <w:t xml:space="preserve"> </w:t>
      </w:r>
      <w:r w:rsidR="007755A2" w:rsidRPr="0046524B">
        <w:rPr>
          <w:rFonts w:ascii="Arial" w:hAnsi="Arial"/>
          <w:b/>
          <w:noProof/>
          <w:lang w:eastAsia="zh-CN"/>
        </w:rPr>
        <mc:AlternateContent>
          <mc:Choice Requires="wps">
            <w:drawing>
              <wp:inline distT="0" distB="0" distL="0" distR="0" wp14:anchorId="231D350F" wp14:editId="1B67F945">
                <wp:extent cx="5937250" cy="0"/>
                <wp:effectExtent l="0" t="0" r="25400" b="19050"/>
                <wp:docPr id="1" name="Straight Connector 1"/>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Oc4X9b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6AD6FCFB" w14:textId="20B9524A" w:rsidR="002E6A61" w:rsidRPr="004B646A" w:rsidRDefault="00521E68" w:rsidP="00955B77">
      <w:pPr>
        <w:spacing w:line="240" w:lineRule="auto"/>
        <w:rPr>
          <w:rFonts w:ascii="Times New Roman" w:hAnsi="Times New Roman" w:cs="Times New Roman"/>
          <w:lang w:val="ru-RU"/>
        </w:rPr>
      </w:pPr>
      <w:r w:rsidRPr="0046524B">
        <w:rPr>
          <w:rFonts w:ascii="Times New Roman" w:hAnsi="Times New Roman" w:cs="Times New Roman"/>
          <w:b/>
        </w:rPr>
        <w:t>T</w:t>
      </w:r>
      <w:r w:rsidRPr="004B646A">
        <w:rPr>
          <w:rFonts w:ascii="Times New Roman" w:hAnsi="Times New Roman" w:cs="Times New Roman"/>
          <w:b/>
          <w:lang w:val="ru-RU"/>
        </w:rPr>
        <w:t>Ó</w:t>
      </w:r>
      <w:r w:rsidRPr="0046524B">
        <w:rPr>
          <w:rFonts w:ascii="Times New Roman" w:hAnsi="Times New Roman" w:cs="Times New Roman"/>
          <w:b/>
        </w:rPr>
        <w:t>M</w:t>
      </w:r>
      <w:r w:rsidRPr="004B646A">
        <w:rPr>
          <w:rFonts w:ascii="Times New Roman" w:hAnsi="Times New Roman" w:cs="Times New Roman"/>
          <w:b/>
          <w:lang w:val="ru-RU"/>
        </w:rPr>
        <w:t xml:space="preserve"> </w:t>
      </w:r>
      <w:r w:rsidRPr="0046524B">
        <w:rPr>
          <w:rFonts w:ascii="Times New Roman" w:hAnsi="Times New Roman" w:cs="Times New Roman"/>
          <w:b/>
        </w:rPr>
        <w:t>TẮT</w:t>
      </w:r>
      <w:r w:rsidR="00612CB6" w:rsidRPr="004B646A">
        <w:rPr>
          <w:rFonts w:ascii="Times New Roman" w:hAnsi="Times New Roman" w:cs="Times New Roman"/>
          <w:b/>
          <w:lang w:val="ru-RU"/>
        </w:rPr>
        <w:t>:</w:t>
      </w:r>
    </w:p>
    <w:p w14:paraId="54B41468" w14:textId="49A40BCE" w:rsidR="002E6A61" w:rsidRPr="004B646A" w:rsidRDefault="00612CB6" w:rsidP="002B67B7">
      <w:pPr>
        <w:spacing w:line="240" w:lineRule="auto"/>
        <w:ind w:left="567"/>
        <w:jc w:val="both"/>
        <w:rPr>
          <w:rFonts w:ascii="Times New Roman" w:hAnsi="Times New Roman"/>
          <w:lang w:val="ru-RU"/>
        </w:rPr>
      </w:pPr>
      <w:r w:rsidRPr="0046524B">
        <w:rPr>
          <w:rFonts w:ascii="Times New Roman" w:hAnsi="Times New Roman"/>
        </w:rPr>
        <w:t>Hiện</w:t>
      </w:r>
      <w:r w:rsidRPr="004B646A">
        <w:rPr>
          <w:rFonts w:ascii="Times New Roman" w:hAnsi="Times New Roman"/>
          <w:lang w:val="ru-RU"/>
        </w:rPr>
        <w:t xml:space="preserve"> </w:t>
      </w:r>
      <w:r w:rsidRPr="0046524B">
        <w:rPr>
          <w:rFonts w:ascii="Times New Roman" w:hAnsi="Times New Roman"/>
        </w:rPr>
        <w:t>nay</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á</w:t>
      </w:r>
      <w:r w:rsidRPr="0046524B">
        <w:rPr>
          <w:rFonts w:ascii="Times New Roman" w:hAnsi="Times New Roman"/>
        </w:rPr>
        <w:t>c</w:t>
      </w:r>
      <w:r w:rsidRPr="004B646A">
        <w:rPr>
          <w:rFonts w:ascii="Times New Roman" w:hAnsi="Times New Roman"/>
          <w:lang w:val="ru-RU"/>
        </w:rPr>
        <w:t xml:space="preserve"> </w:t>
      </w:r>
      <w:r w:rsidRPr="0046524B">
        <w:rPr>
          <w:rFonts w:ascii="Times New Roman" w:hAnsi="Times New Roman"/>
        </w:rPr>
        <w:t>hoạt</w:t>
      </w:r>
      <w:r w:rsidRPr="004B646A">
        <w:rPr>
          <w:rFonts w:ascii="Times New Roman" w:hAnsi="Times New Roman"/>
          <w:lang w:val="ru-RU"/>
        </w:rPr>
        <w:t xml:space="preserve"> đ</w:t>
      </w:r>
      <w:r w:rsidRPr="0046524B">
        <w:rPr>
          <w:rFonts w:ascii="Times New Roman" w:hAnsi="Times New Roman"/>
        </w:rPr>
        <w:t>ộng</w:t>
      </w:r>
      <w:r w:rsidRPr="004B646A">
        <w:rPr>
          <w:rFonts w:ascii="Times New Roman" w:hAnsi="Times New Roman"/>
          <w:lang w:val="ru-RU"/>
        </w:rPr>
        <w:t xml:space="preserve"> </w:t>
      </w:r>
      <w:r w:rsidRPr="0046524B">
        <w:rPr>
          <w:rFonts w:ascii="Times New Roman" w:hAnsi="Times New Roman"/>
        </w:rPr>
        <w:t>ch</w:t>
      </w:r>
      <w:r w:rsidRPr="004B646A">
        <w:rPr>
          <w:rFonts w:ascii="Times New Roman" w:hAnsi="Times New Roman"/>
          <w:lang w:val="ru-RU"/>
        </w:rPr>
        <w:t>ă</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nu</w:t>
      </w:r>
      <w:r w:rsidRPr="004B646A">
        <w:rPr>
          <w:rFonts w:ascii="Times New Roman" w:hAnsi="Times New Roman"/>
          <w:lang w:val="ru-RU"/>
        </w:rPr>
        <w:t>ô</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tại</w:t>
      </w:r>
      <w:r w:rsidRPr="004B646A">
        <w:rPr>
          <w:rFonts w:ascii="Times New Roman" w:hAnsi="Times New Roman"/>
          <w:lang w:val="ru-RU"/>
        </w:rPr>
        <w:t xml:space="preserve"> </w:t>
      </w:r>
      <w:r w:rsidRPr="0046524B">
        <w:rPr>
          <w:rFonts w:ascii="Times New Roman" w:hAnsi="Times New Roman"/>
        </w:rPr>
        <w:t>huyện</w:t>
      </w:r>
      <w:r w:rsidRPr="004B646A">
        <w:rPr>
          <w:rFonts w:ascii="Times New Roman" w:hAnsi="Times New Roman"/>
          <w:lang w:val="ru-RU"/>
        </w:rPr>
        <w:t xml:space="preserve"> </w:t>
      </w:r>
      <w:r w:rsidRPr="0046524B">
        <w:rPr>
          <w:rFonts w:ascii="Times New Roman" w:hAnsi="Times New Roman"/>
        </w:rPr>
        <w:t>Nam</w:t>
      </w:r>
      <w:r w:rsidRPr="004B646A">
        <w:rPr>
          <w:rFonts w:ascii="Times New Roman" w:hAnsi="Times New Roman"/>
          <w:lang w:val="ru-RU"/>
        </w:rPr>
        <w:t xml:space="preserve"> Đô</w:t>
      </w:r>
      <w:r w:rsidRPr="0046524B">
        <w:rPr>
          <w:rFonts w:ascii="Times New Roman" w:hAnsi="Times New Roman"/>
        </w:rPr>
        <w:t>ng</w:t>
      </w:r>
      <w:r w:rsidRPr="004B646A">
        <w:rPr>
          <w:rFonts w:ascii="Times New Roman" w:hAnsi="Times New Roman"/>
          <w:lang w:val="ru-RU"/>
        </w:rPr>
        <w:t xml:space="preserve">, </w:t>
      </w:r>
      <w:r w:rsidRPr="0046524B">
        <w:rPr>
          <w:rFonts w:ascii="Times New Roman" w:hAnsi="Times New Roman"/>
        </w:rPr>
        <w:t>tỉnh</w:t>
      </w:r>
      <w:r w:rsidRPr="004B646A">
        <w:rPr>
          <w:rFonts w:ascii="Times New Roman" w:hAnsi="Times New Roman"/>
          <w:lang w:val="ru-RU"/>
        </w:rPr>
        <w:t xml:space="preserve"> </w:t>
      </w:r>
      <w:r w:rsidRPr="0046524B">
        <w:rPr>
          <w:rFonts w:ascii="Times New Roman" w:hAnsi="Times New Roman"/>
        </w:rPr>
        <w:t>Thừa</w:t>
      </w:r>
      <w:r w:rsidRPr="004B646A">
        <w:rPr>
          <w:rFonts w:ascii="Times New Roman" w:hAnsi="Times New Roman"/>
          <w:lang w:val="ru-RU"/>
        </w:rPr>
        <w:t xml:space="preserve"> </w:t>
      </w:r>
      <w:r w:rsidRPr="0046524B">
        <w:rPr>
          <w:rFonts w:ascii="Times New Roman" w:hAnsi="Times New Roman"/>
        </w:rPr>
        <w:t>Thi</w:t>
      </w:r>
      <w:r w:rsidRPr="004B646A">
        <w:rPr>
          <w:rFonts w:ascii="Times New Roman" w:hAnsi="Times New Roman"/>
          <w:lang w:val="ru-RU"/>
        </w:rPr>
        <w:t>ê</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Huế</w:t>
      </w:r>
      <w:r w:rsidRPr="004B646A">
        <w:rPr>
          <w:rFonts w:ascii="Times New Roman" w:hAnsi="Times New Roman"/>
          <w:lang w:val="ru-RU"/>
        </w:rPr>
        <w:t xml:space="preserve"> đã </w:t>
      </w:r>
      <w:r w:rsidRPr="0046524B">
        <w:rPr>
          <w:rFonts w:ascii="Times New Roman" w:hAnsi="Times New Roman"/>
        </w:rPr>
        <w:t>c</w:t>
      </w:r>
      <w:r w:rsidRPr="004B646A">
        <w:rPr>
          <w:rFonts w:ascii="Times New Roman" w:hAnsi="Times New Roman"/>
          <w:lang w:val="ru-RU"/>
        </w:rPr>
        <w:t xml:space="preserve">ó </w:t>
      </w:r>
      <w:r w:rsidRPr="0046524B">
        <w:rPr>
          <w:rFonts w:ascii="Times New Roman" w:hAnsi="Times New Roman"/>
        </w:rPr>
        <w:t>nhiều</w:t>
      </w:r>
      <w:r w:rsidRPr="004B646A">
        <w:rPr>
          <w:rFonts w:ascii="Times New Roman" w:hAnsi="Times New Roman"/>
          <w:lang w:val="ru-RU"/>
        </w:rPr>
        <w:t xml:space="preserve"> </w:t>
      </w:r>
      <w:r w:rsidRPr="0046524B">
        <w:rPr>
          <w:rFonts w:ascii="Times New Roman" w:hAnsi="Times New Roman"/>
        </w:rPr>
        <w:t>thay</w:t>
      </w:r>
      <w:r w:rsidRPr="004B646A">
        <w:rPr>
          <w:rFonts w:ascii="Times New Roman" w:hAnsi="Times New Roman"/>
          <w:lang w:val="ru-RU"/>
        </w:rPr>
        <w:t xml:space="preserve"> đ</w:t>
      </w:r>
      <w:r w:rsidRPr="0046524B">
        <w:rPr>
          <w:rFonts w:ascii="Times New Roman" w:hAnsi="Times New Roman"/>
        </w:rPr>
        <w:t>ổi</w:t>
      </w:r>
      <w:r w:rsidRPr="004B646A">
        <w:rPr>
          <w:rFonts w:ascii="Times New Roman" w:hAnsi="Times New Roman"/>
          <w:lang w:val="ru-RU"/>
        </w:rPr>
        <w:t xml:space="preserve"> </w:t>
      </w:r>
      <w:r w:rsidRPr="0046524B">
        <w:rPr>
          <w:rFonts w:ascii="Times New Roman" w:hAnsi="Times New Roman"/>
        </w:rPr>
        <w:t>t</w:t>
      </w:r>
      <w:r w:rsidRPr="004B646A">
        <w:rPr>
          <w:rFonts w:ascii="Times New Roman" w:hAnsi="Times New Roman"/>
          <w:lang w:val="ru-RU"/>
        </w:rPr>
        <w:t>í</w:t>
      </w:r>
      <w:r w:rsidRPr="0046524B">
        <w:rPr>
          <w:rFonts w:ascii="Times New Roman" w:hAnsi="Times New Roman"/>
        </w:rPr>
        <w:t>ch</w:t>
      </w:r>
      <w:r w:rsidRPr="004B646A">
        <w:rPr>
          <w:rFonts w:ascii="Times New Roman" w:hAnsi="Times New Roman"/>
          <w:lang w:val="ru-RU"/>
        </w:rPr>
        <w:t xml:space="preserve"> </w:t>
      </w:r>
      <w:r w:rsidRPr="0046524B">
        <w:rPr>
          <w:rFonts w:ascii="Times New Roman" w:hAnsi="Times New Roman"/>
        </w:rPr>
        <w:t>cực</w:t>
      </w:r>
      <w:r w:rsidRPr="004B646A">
        <w:rPr>
          <w:rFonts w:ascii="Times New Roman" w:hAnsi="Times New Roman"/>
          <w:lang w:val="ru-RU"/>
        </w:rPr>
        <w:t xml:space="preserve"> </w:t>
      </w:r>
      <w:r w:rsidRPr="0046524B">
        <w:rPr>
          <w:rFonts w:ascii="Times New Roman" w:hAnsi="Times New Roman"/>
        </w:rPr>
        <w:t>nh</w:t>
      </w:r>
      <w:r w:rsidRPr="004B646A">
        <w:rPr>
          <w:rFonts w:ascii="Times New Roman" w:hAnsi="Times New Roman"/>
          <w:lang w:val="ru-RU"/>
        </w:rPr>
        <w:t xml:space="preserve">ư </w:t>
      </w:r>
      <w:r w:rsidRPr="0046524B">
        <w:rPr>
          <w:rFonts w:ascii="Times New Roman" w:hAnsi="Times New Roman"/>
        </w:rPr>
        <w:t>chuyển</w:t>
      </w:r>
      <w:r w:rsidRPr="004B646A">
        <w:rPr>
          <w:rFonts w:ascii="Times New Roman" w:hAnsi="Times New Roman"/>
          <w:lang w:val="ru-RU"/>
        </w:rPr>
        <w:t xml:space="preserve"> </w:t>
      </w:r>
      <w:r w:rsidRPr="0046524B">
        <w:rPr>
          <w:rFonts w:ascii="Times New Roman" w:hAnsi="Times New Roman"/>
        </w:rPr>
        <w:t>từ</w:t>
      </w:r>
      <w:r w:rsidRPr="004B646A">
        <w:rPr>
          <w:rFonts w:ascii="Times New Roman" w:hAnsi="Times New Roman"/>
          <w:lang w:val="ru-RU"/>
        </w:rPr>
        <w:t xml:space="preserve"> </w:t>
      </w:r>
      <w:r w:rsidRPr="0046524B">
        <w:rPr>
          <w:rFonts w:ascii="Times New Roman" w:hAnsi="Times New Roman"/>
        </w:rPr>
        <w:t>ch</w:t>
      </w:r>
      <w:r w:rsidRPr="004B646A">
        <w:rPr>
          <w:rFonts w:ascii="Times New Roman" w:hAnsi="Times New Roman"/>
          <w:lang w:val="ru-RU"/>
        </w:rPr>
        <w:t>ă</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nu</w:t>
      </w:r>
      <w:r w:rsidRPr="004B646A">
        <w:rPr>
          <w:rFonts w:ascii="Times New Roman" w:hAnsi="Times New Roman"/>
          <w:lang w:val="ru-RU"/>
        </w:rPr>
        <w:t>ô</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thả</w:t>
      </w:r>
      <w:r w:rsidRPr="004B646A">
        <w:rPr>
          <w:rFonts w:ascii="Times New Roman" w:hAnsi="Times New Roman"/>
          <w:lang w:val="ru-RU"/>
        </w:rPr>
        <w:t xml:space="preserve"> </w:t>
      </w:r>
      <w:r w:rsidRPr="0046524B">
        <w:rPr>
          <w:rFonts w:ascii="Times New Roman" w:hAnsi="Times New Roman"/>
        </w:rPr>
        <w:t>r</w:t>
      </w:r>
      <w:r w:rsidRPr="004B646A">
        <w:rPr>
          <w:rFonts w:ascii="Times New Roman" w:hAnsi="Times New Roman"/>
          <w:lang w:val="ru-RU"/>
        </w:rPr>
        <w:t>ô</w:t>
      </w:r>
      <w:r w:rsidRPr="0046524B">
        <w:rPr>
          <w:rFonts w:ascii="Times New Roman" w:hAnsi="Times New Roman"/>
        </w:rPr>
        <w:t>ng</w:t>
      </w:r>
      <w:r w:rsidRPr="004B646A">
        <w:rPr>
          <w:rFonts w:ascii="Times New Roman" w:hAnsi="Times New Roman"/>
          <w:lang w:val="ru-RU"/>
        </w:rPr>
        <w:t xml:space="preserve"> </w:t>
      </w:r>
      <w:r w:rsidRPr="0046524B">
        <w:rPr>
          <w:rFonts w:ascii="Times New Roman" w:hAnsi="Times New Roman"/>
        </w:rPr>
        <w:t>sang</w:t>
      </w:r>
      <w:r w:rsidRPr="004B646A">
        <w:rPr>
          <w:rFonts w:ascii="Times New Roman" w:hAnsi="Times New Roman"/>
          <w:lang w:val="ru-RU"/>
        </w:rPr>
        <w:t xml:space="preserve"> </w:t>
      </w:r>
      <w:r w:rsidRPr="0046524B">
        <w:rPr>
          <w:rFonts w:ascii="Times New Roman" w:hAnsi="Times New Roman"/>
        </w:rPr>
        <w:t>ch</w:t>
      </w:r>
      <w:r w:rsidRPr="004B646A">
        <w:rPr>
          <w:rFonts w:ascii="Times New Roman" w:hAnsi="Times New Roman"/>
          <w:lang w:val="ru-RU"/>
        </w:rPr>
        <w:t>ă</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nu</w:t>
      </w:r>
      <w:r w:rsidRPr="004B646A">
        <w:rPr>
          <w:rFonts w:ascii="Times New Roman" w:hAnsi="Times New Roman"/>
          <w:lang w:val="ru-RU"/>
        </w:rPr>
        <w:t>ô</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 xml:space="preserve">ó </w:t>
      </w:r>
      <w:r w:rsidRPr="0046524B">
        <w:rPr>
          <w:rFonts w:ascii="Times New Roman" w:hAnsi="Times New Roman"/>
        </w:rPr>
        <w:t>kiểm</w:t>
      </w:r>
      <w:r w:rsidRPr="004B646A">
        <w:rPr>
          <w:rFonts w:ascii="Times New Roman" w:hAnsi="Times New Roman"/>
          <w:lang w:val="ru-RU"/>
        </w:rPr>
        <w:t xml:space="preserve"> </w:t>
      </w:r>
      <w:r w:rsidRPr="0046524B">
        <w:rPr>
          <w:rFonts w:ascii="Times New Roman" w:hAnsi="Times New Roman"/>
        </w:rPr>
        <w:t>so</w:t>
      </w:r>
      <w:r w:rsidRPr="004B646A">
        <w:rPr>
          <w:rFonts w:ascii="Times New Roman" w:hAnsi="Times New Roman"/>
          <w:lang w:val="ru-RU"/>
        </w:rPr>
        <w:t>á</w:t>
      </w:r>
      <w:r w:rsidRPr="0046524B">
        <w:rPr>
          <w:rFonts w:ascii="Times New Roman" w:hAnsi="Times New Roman"/>
        </w:rPr>
        <w:t>t</w:t>
      </w:r>
      <w:r w:rsidRPr="004B646A">
        <w:rPr>
          <w:rFonts w:ascii="Times New Roman" w:hAnsi="Times New Roman"/>
          <w:lang w:val="ru-RU"/>
        </w:rPr>
        <w:t xml:space="preserve">, </w:t>
      </w:r>
      <w:r w:rsidRPr="0046524B">
        <w:rPr>
          <w:rFonts w:ascii="Times New Roman" w:hAnsi="Times New Roman"/>
        </w:rPr>
        <w:t>ch</w:t>
      </w:r>
      <w:r w:rsidRPr="004B646A">
        <w:rPr>
          <w:rFonts w:ascii="Times New Roman" w:hAnsi="Times New Roman"/>
          <w:lang w:val="ru-RU"/>
        </w:rPr>
        <w:t xml:space="preserve">ú </w:t>
      </w:r>
      <w:r w:rsidRPr="0046524B">
        <w:rPr>
          <w:rFonts w:ascii="Times New Roman" w:hAnsi="Times New Roman"/>
        </w:rPr>
        <w:t>trọng</w:t>
      </w:r>
      <w:r w:rsidRPr="004B646A">
        <w:rPr>
          <w:rFonts w:ascii="Times New Roman" w:hAnsi="Times New Roman"/>
          <w:lang w:val="ru-RU"/>
        </w:rPr>
        <w:t xml:space="preserve"> đ</w:t>
      </w:r>
      <w:r w:rsidRPr="0046524B">
        <w:rPr>
          <w:rFonts w:ascii="Times New Roman" w:hAnsi="Times New Roman"/>
        </w:rPr>
        <w:t>ến</w:t>
      </w:r>
      <w:r w:rsidRPr="004B646A">
        <w:rPr>
          <w:rFonts w:ascii="Times New Roman" w:hAnsi="Times New Roman"/>
          <w:lang w:val="ru-RU"/>
        </w:rPr>
        <w:t xml:space="preserve"> </w:t>
      </w:r>
      <w:r w:rsidRPr="0046524B">
        <w:rPr>
          <w:rFonts w:ascii="Times New Roman" w:hAnsi="Times New Roman"/>
        </w:rPr>
        <w:t>thực</w:t>
      </w:r>
      <w:r w:rsidRPr="004B646A">
        <w:rPr>
          <w:rFonts w:ascii="Times New Roman" w:hAnsi="Times New Roman"/>
          <w:lang w:val="ru-RU"/>
        </w:rPr>
        <w:t xml:space="preserve"> </w:t>
      </w:r>
      <w:r w:rsidRPr="0046524B">
        <w:rPr>
          <w:rFonts w:ascii="Times New Roman" w:hAnsi="Times New Roman"/>
        </w:rPr>
        <w:t>phẩm</w:t>
      </w:r>
      <w:r w:rsidRPr="004B646A">
        <w:rPr>
          <w:rFonts w:ascii="Times New Roman" w:hAnsi="Times New Roman"/>
          <w:lang w:val="ru-RU"/>
        </w:rPr>
        <w:t xml:space="preserve"> </w:t>
      </w:r>
      <w:r w:rsidRPr="0046524B">
        <w:rPr>
          <w:rFonts w:ascii="Times New Roman" w:hAnsi="Times New Roman"/>
        </w:rPr>
        <w:t>an</w:t>
      </w:r>
      <w:r w:rsidRPr="004B646A">
        <w:rPr>
          <w:rFonts w:ascii="Times New Roman" w:hAnsi="Times New Roman"/>
          <w:lang w:val="ru-RU"/>
        </w:rPr>
        <w:t xml:space="preserve"> </w:t>
      </w:r>
      <w:r w:rsidRPr="0046524B">
        <w:rPr>
          <w:rFonts w:ascii="Times New Roman" w:hAnsi="Times New Roman"/>
        </w:rPr>
        <w:t>to</w:t>
      </w:r>
      <w:r w:rsidRPr="004B646A">
        <w:rPr>
          <w:rFonts w:ascii="Times New Roman" w:hAnsi="Times New Roman"/>
          <w:lang w:val="ru-RU"/>
        </w:rPr>
        <w:t>à</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ch</w:t>
      </w:r>
      <w:r w:rsidRPr="004B646A">
        <w:rPr>
          <w:rFonts w:ascii="Times New Roman" w:hAnsi="Times New Roman"/>
          <w:lang w:val="ru-RU"/>
        </w:rPr>
        <w:t>ă</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nu</w:t>
      </w:r>
      <w:r w:rsidRPr="004B646A">
        <w:rPr>
          <w:rFonts w:ascii="Times New Roman" w:hAnsi="Times New Roman"/>
          <w:lang w:val="ru-RU"/>
        </w:rPr>
        <w:t>ô</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hữu</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ơ,…</w:t>
      </w:r>
      <w:r w:rsidRPr="0046524B">
        <w:rPr>
          <w:rFonts w:ascii="Times New Roman" w:hAnsi="Times New Roman"/>
        </w:rPr>
        <w:t>Tuy</w:t>
      </w:r>
      <w:r w:rsidRPr="004B646A">
        <w:rPr>
          <w:rFonts w:ascii="Times New Roman" w:hAnsi="Times New Roman"/>
          <w:lang w:val="ru-RU"/>
        </w:rPr>
        <w:t xml:space="preserve"> </w:t>
      </w:r>
      <w:r w:rsidRPr="0046524B">
        <w:rPr>
          <w:rFonts w:ascii="Times New Roman" w:hAnsi="Times New Roman"/>
        </w:rPr>
        <w:t>nhi</w:t>
      </w:r>
      <w:r w:rsidRPr="004B646A">
        <w:rPr>
          <w:rFonts w:ascii="Times New Roman" w:hAnsi="Times New Roman"/>
          <w:lang w:val="ru-RU"/>
        </w:rPr>
        <w:t>ê</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vẫn</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ò</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tồn</w:t>
      </w:r>
      <w:r w:rsidRPr="004B646A">
        <w:rPr>
          <w:rFonts w:ascii="Times New Roman" w:hAnsi="Times New Roman"/>
          <w:lang w:val="ru-RU"/>
        </w:rPr>
        <w:t xml:space="preserve"> </w:t>
      </w:r>
      <w:r w:rsidRPr="0046524B">
        <w:rPr>
          <w:rFonts w:ascii="Times New Roman" w:hAnsi="Times New Roman"/>
        </w:rPr>
        <w:t>tại</w:t>
      </w:r>
      <w:r w:rsidRPr="004B646A">
        <w:rPr>
          <w:rFonts w:ascii="Times New Roman" w:hAnsi="Times New Roman"/>
          <w:lang w:val="ru-RU"/>
        </w:rPr>
        <w:t xml:space="preserve"> </w:t>
      </w:r>
      <w:r w:rsidRPr="0046524B">
        <w:rPr>
          <w:rFonts w:ascii="Times New Roman" w:hAnsi="Times New Roman"/>
        </w:rPr>
        <w:t>nhiều</w:t>
      </w:r>
      <w:r w:rsidRPr="004B646A">
        <w:rPr>
          <w:rFonts w:ascii="Times New Roman" w:hAnsi="Times New Roman"/>
          <w:lang w:val="ru-RU"/>
        </w:rPr>
        <w:t xml:space="preserve"> </w:t>
      </w:r>
      <w:r w:rsidRPr="0046524B">
        <w:rPr>
          <w:rFonts w:ascii="Times New Roman" w:hAnsi="Times New Roman"/>
        </w:rPr>
        <w:t>ph</w:t>
      </w:r>
      <w:r w:rsidRPr="004B646A">
        <w:rPr>
          <w:rFonts w:ascii="Times New Roman" w:hAnsi="Times New Roman"/>
          <w:lang w:val="ru-RU"/>
        </w:rPr>
        <w:t>ươ</w:t>
      </w:r>
      <w:r w:rsidRPr="0046524B">
        <w:rPr>
          <w:rFonts w:ascii="Times New Roman" w:hAnsi="Times New Roman"/>
        </w:rPr>
        <w:t>ng</w:t>
      </w:r>
      <w:r w:rsidRPr="004B646A">
        <w:rPr>
          <w:rFonts w:ascii="Times New Roman" w:hAnsi="Times New Roman"/>
          <w:lang w:val="ru-RU"/>
        </w:rPr>
        <w:t xml:space="preserve"> </w:t>
      </w:r>
      <w:r w:rsidRPr="0046524B">
        <w:rPr>
          <w:rFonts w:ascii="Times New Roman" w:hAnsi="Times New Roman"/>
        </w:rPr>
        <w:t>thức</w:t>
      </w:r>
      <w:r w:rsidRPr="004B646A">
        <w:rPr>
          <w:rFonts w:ascii="Times New Roman" w:hAnsi="Times New Roman"/>
          <w:lang w:val="ru-RU"/>
        </w:rPr>
        <w:t xml:space="preserve"> </w:t>
      </w:r>
      <w:r w:rsidRPr="0046524B">
        <w:rPr>
          <w:rFonts w:ascii="Times New Roman" w:hAnsi="Times New Roman"/>
        </w:rPr>
        <w:t>truyền</w:t>
      </w:r>
      <w:r w:rsidRPr="004B646A">
        <w:rPr>
          <w:rFonts w:ascii="Times New Roman" w:hAnsi="Times New Roman"/>
          <w:lang w:val="ru-RU"/>
        </w:rPr>
        <w:t xml:space="preserve"> </w:t>
      </w:r>
      <w:r w:rsidRPr="0046524B">
        <w:rPr>
          <w:rFonts w:ascii="Times New Roman" w:hAnsi="Times New Roman"/>
        </w:rPr>
        <w:t>thống</w:t>
      </w:r>
      <w:r w:rsidRPr="004B646A">
        <w:rPr>
          <w:rFonts w:ascii="Times New Roman" w:hAnsi="Times New Roman"/>
          <w:lang w:val="ru-RU"/>
        </w:rPr>
        <w:t xml:space="preserve"> </w:t>
      </w:r>
      <w:r w:rsidRPr="0046524B">
        <w:rPr>
          <w:rFonts w:ascii="Times New Roman" w:hAnsi="Times New Roman"/>
        </w:rPr>
        <w:t>lạc</w:t>
      </w:r>
      <w:r w:rsidRPr="004B646A">
        <w:rPr>
          <w:rFonts w:ascii="Times New Roman" w:hAnsi="Times New Roman"/>
          <w:lang w:val="ru-RU"/>
        </w:rPr>
        <w:t xml:space="preserve"> </w:t>
      </w:r>
      <w:r w:rsidRPr="0046524B">
        <w:rPr>
          <w:rFonts w:ascii="Times New Roman" w:hAnsi="Times New Roman"/>
        </w:rPr>
        <w:t>hậu</w:t>
      </w:r>
      <w:r w:rsidRPr="004B646A">
        <w:rPr>
          <w:rFonts w:ascii="Times New Roman" w:hAnsi="Times New Roman"/>
          <w:lang w:val="ru-RU"/>
        </w:rPr>
        <w:t xml:space="preserve">, </w:t>
      </w:r>
      <w:r w:rsidRPr="0046524B">
        <w:rPr>
          <w:rFonts w:ascii="Times New Roman" w:hAnsi="Times New Roman"/>
        </w:rPr>
        <w:t>quy</w:t>
      </w:r>
      <w:r w:rsidRPr="004B646A">
        <w:rPr>
          <w:rFonts w:ascii="Times New Roman" w:hAnsi="Times New Roman"/>
          <w:lang w:val="ru-RU"/>
        </w:rPr>
        <w:t xml:space="preserve"> </w:t>
      </w:r>
      <w:r w:rsidRPr="0046524B">
        <w:rPr>
          <w:rFonts w:ascii="Times New Roman" w:hAnsi="Times New Roman"/>
        </w:rPr>
        <w:t>m</w:t>
      </w:r>
      <w:r w:rsidRPr="004B646A">
        <w:rPr>
          <w:rFonts w:ascii="Times New Roman" w:hAnsi="Times New Roman"/>
          <w:lang w:val="ru-RU"/>
        </w:rPr>
        <w:t xml:space="preserve">ô </w:t>
      </w:r>
      <w:r w:rsidRPr="0046524B">
        <w:rPr>
          <w:rFonts w:ascii="Times New Roman" w:hAnsi="Times New Roman"/>
        </w:rPr>
        <w:t>ch</w:t>
      </w:r>
      <w:r w:rsidRPr="004B646A">
        <w:rPr>
          <w:rFonts w:ascii="Times New Roman" w:hAnsi="Times New Roman"/>
          <w:lang w:val="ru-RU"/>
        </w:rPr>
        <w:t>ă</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nu</w:t>
      </w:r>
      <w:r w:rsidRPr="004B646A">
        <w:rPr>
          <w:rFonts w:ascii="Times New Roman" w:hAnsi="Times New Roman"/>
          <w:lang w:val="ru-RU"/>
        </w:rPr>
        <w:t>ô</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nhỏ</w:t>
      </w:r>
      <w:r w:rsidRPr="004B646A">
        <w:rPr>
          <w:rFonts w:ascii="Times New Roman" w:hAnsi="Times New Roman"/>
          <w:lang w:val="ru-RU"/>
        </w:rPr>
        <w:t xml:space="preserve"> </w:t>
      </w:r>
      <w:r w:rsidRPr="0046524B">
        <w:rPr>
          <w:rFonts w:ascii="Times New Roman" w:hAnsi="Times New Roman"/>
        </w:rPr>
        <w:t>lẻ</w:t>
      </w:r>
      <w:r w:rsidRPr="004B646A">
        <w:rPr>
          <w:rFonts w:ascii="Times New Roman" w:hAnsi="Times New Roman"/>
          <w:lang w:val="ru-RU"/>
        </w:rPr>
        <w:t xml:space="preserve">, </w:t>
      </w:r>
      <w:r w:rsidRPr="0046524B">
        <w:rPr>
          <w:rFonts w:ascii="Times New Roman" w:hAnsi="Times New Roman"/>
        </w:rPr>
        <w:t>thiếu</w:t>
      </w:r>
      <w:r w:rsidRPr="004B646A">
        <w:rPr>
          <w:rFonts w:ascii="Times New Roman" w:hAnsi="Times New Roman"/>
          <w:lang w:val="ru-RU"/>
        </w:rPr>
        <w:t xml:space="preserve"> </w:t>
      </w:r>
      <w:r w:rsidRPr="0046524B">
        <w:rPr>
          <w:rFonts w:ascii="Times New Roman" w:hAnsi="Times New Roman"/>
        </w:rPr>
        <w:t>bền</w:t>
      </w:r>
      <w:r w:rsidRPr="004B646A">
        <w:rPr>
          <w:rFonts w:ascii="Times New Roman" w:hAnsi="Times New Roman"/>
          <w:lang w:val="ru-RU"/>
        </w:rPr>
        <w:t xml:space="preserve"> </w:t>
      </w:r>
      <w:r w:rsidRPr="0046524B">
        <w:rPr>
          <w:rFonts w:ascii="Times New Roman" w:hAnsi="Times New Roman"/>
        </w:rPr>
        <w:t>vững</w:t>
      </w:r>
      <w:r w:rsidRPr="004B646A">
        <w:rPr>
          <w:rFonts w:ascii="Times New Roman" w:hAnsi="Times New Roman"/>
          <w:lang w:val="ru-RU"/>
        </w:rPr>
        <w:t xml:space="preserve">. </w:t>
      </w:r>
      <w:r w:rsidRPr="0046524B">
        <w:rPr>
          <w:rFonts w:ascii="Times New Roman" w:hAnsi="Times New Roman"/>
        </w:rPr>
        <w:t>Nghi</w:t>
      </w:r>
      <w:r w:rsidRPr="004B646A">
        <w:rPr>
          <w:rFonts w:ascii="Times New Roman" w:hAnsi="Times New Roman"/>
          <w:lang w:val="ru-RU"/>
        </w:rPr>
        <w:t>ê</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cứu</w:t>
      </w:r>
      <w:r w:rsidRPr="004B646A">
        <w:rPr>
          <w:rFonts w:ascii="Times New Roman" w:hAnsi="Times New Roman"/>
          <w:lang w:val="ru-RU"/>
        </w:rPr>
        <w:t xml:space="preserve"> </w:t>
      </w:r>
      <w:r w:rsidRPr="0046524B">
        <w:rPr>
          <w:rFonts w:ascii="Times New Roman" w:hAnsi="Times New Roman"/>
        </w:rPr>
        <w:t>n</w:t>
      </w:r>
      <w:r w:rsidRPr="004B646A">
        <w:rPr>
          <w:rFonts w:ascii="Times New Roman" w:hAnsi="Times New Roman"/>
          <w:lang w:val="ru-RU"/>
        </w:rPr>
        <w:t>à</w:t>
      </w:r>
      <w:r w:rsidRPr="0046524B">
        <w:rPr>
          <w:rFonts w:ascii="Times New Roman" w:hAnsi="Times New Roman"/>
        </w:rPr>
        <w:t>y</w:t>
      </w:r>
      <w:r w:rsidRPr="004B646A">
        <w:rPr>
          <w:rFonts w:ascii="Times New Roman" w:hAnsi="Times New Roman"/>
          <w:lang w:val="ru-RU"/>
        </w:rPr>
        <w:t xml:space="preserve"> </w:t>
      </w:r>
      <w:r w:rsidRPr="0046524B">
        <w:rPr>
          <w:rFonts w:ascii="Times New Roman" w:hAnsi="Times New Roman"/>
        </w:rPr>
        <w:t>sử</w:t>
      </w:r>
      <w:r w:rsidRPr="004B646A">
        <w:rPr>
          <w:rFonts w:ascii="Times New Roman" w:hAnsi="Times New Roman"/>
          <w:lang w:val="ru-RU"/>
        </w:rPr>
        <w:t xml:space="preserve"> </w:t>
      </w:r>
      <w:r w:rsidRPr="0046524B">
        <w:rPr>
          <w:rFonts w:ascii="Times New Roman" w:hAnsi="Times New Roman"/>
        </w:rPr>
        <w:t>dụng</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á</w:t>
      </w:r>
      <w:r w:rsidRPr="0046524B">
        <w:rPr>
          <w:rFonts w:ascii="Times New Roman" w:hAnsi="Times New Roman"/>
        </w:rPr>
        <w:t>c</w:t>
      </w:r>
      <w:r w:rsidRPr="004B646A">
        <w:rPr>
          <w:rFonts w:ascii="Times New Roman" w:hAnsi="Times New Roman"/>
          <w:lang w:val="ru-RU"/>
        </w:rPr>
        <w:t xml:space="preserve"> </w:t>
      </w:r>
      <w:r w:rsidRPr="0046524B">
        <w:rPr>
          <w:rFonts w:ascii="Times New Roman" w:hAnsi="Times New Roman"/>
        </w:rPr>
        <w:t>ph</w:t>
      </w:r>
      <w:r w:rsidRPr="004B646A">
        <w:rPr>
          <w:rFonts w:ascii="Times New Roman" w:hAnsi="Times New Roman"/>
          <w:lang w:val="ru-RU"/>
        </w:rPr>
        <w:t>ươ</w:t>
      </w:r>
      <w:r w:rsidRPr="0046524B">
        <w:rPr>
          <w:rFonts w:ascii="Times New Roman" w:hAnsi="Times New Roman"/>
        </w:rPr>
        <w:t>ng</w:t>
      </w:r>
      <w:r w:rsidRPr="004B646A">
        <w:rPr>
          <w:rFonts w:ascii="Times New Roman" w:hAnsi="Times New Roman"/>
          <w:lang w:val="ru-RU"/>
        </w:rPr>
        <w:t xml:space="preserve"> </w:t>
      </w:r>
      <w:r w:rsidRPr="0046524B">
        <w:rPr>
          <w:rFonts w:ascii="Times New Roman" w:hAnsi="Times New Roman"/>
        </w:rPr>
        <w:t>ph</w:t>
      </w:r>
      <w:r w:rsidRPr="004B646A">
        <w:rPr>
          <w:rFonts w:ascii="Times New Roman" w:hAnsi="Times New Roman"/>
          <w:lang w:val="ru-RU"/>
        </w:rPr>
        <w:t>á</w:t>
      </w:r>
      <w:r w:rsidRPr="0046524B">
        <w:rPr>
          <w:rFonts w:ascii="Times New Roman" w:hAnsi="Times New Roman"/>
        </w:rPr>
        <w:t>p</w:t>
      </w:r>
      <w:r w:rsidRPr="004B646A">
        <w:rPr>
          <w:rFonts w:ascii="Times New Roman" w:hAnsi="Times New Roman"/>
          <w:lang w:val="ru-RU"/>
        </w:rPr>
        <w:t xml:space="preserve"> đ</w:t>
      </w:r>
      <w:r w:rsidRPr="0046524B">
        <w:rPr>
          <w:rFonts w:ascii="Times New Roman" w:hAnsi="Times New Roman"/>
        </w:rPr>
        <w:t>iều</w:t>
      </w:r>
      <w:r w:rsidRPr="004B646A">
        <w:rPr>
          <w:rFonts w:ascii="Times New Roman" w:hAnsi="Times New Roman"/>
          <w:lang w:val="ru-RU"/>
        </w:rPr>
        <w:t xml:space="preserve"> </w:t>
      </w:r>
      <w:r w:rsidRPr="0046524B">
        <w:rPr>
          <w:rFonts w:ascii="Times New Roman" w:hAnsi="Times New Roman"/>
        </w:rPr>
        <w:t>tra</w:t>
      </w:r>
      <w:r w:rsidRPr="004B646A">
        <w:rPr>
          <w:rFonts w:ascii="Times New Roman" w:hAnsi="Times New Roman"/>
          <w:lang w:val="ru-RU"/>
        </w:rPr>
        <w:t xml:space="preserve"> </w:t>
      </w:r>
      <w:r w:rsidRPr="0046524B">
        <w:rPr>
          <w:rFonts w:ascii="Times New Roman" w:hAnsi="Times New Roman"/>
        </w:rPr>
        <w:t>x</w:t>
      </w:r>
      <w:r w:rsidRPr="004B646A">
        <w:rPr>
          <w:rFonts w:ascii="Times New Roman" w:hAnsi="Times New Roman"/>
          <w:lang w:val="ru-RU"/>
        </w:rPr>
        <w:t xml:space="preserve">ã </w:t>
      </w:r>
      <w:r w:rsidRPr="0046524B">
        <w:rPr>
          <w:rFonts w:ascii="Times New Roman" w:hAnsi="Times New Roman"/>
        </w:rPr>
        <w:t>hội</w:t>
      </w:r>
      <w:r w:rsidRPr="004B646A">
        <w:rPr>
          <w:rFonts w:ascii="Times New Roman" w:hAnsi="Times New Roman"/>
          <w:lang w:val="ru-RU"/>
        </w:rPr>
        <w:t xml:space="preserve"> </w:t>
      </w:r>
      <w:r w:rsidRPr="0046524B">
        <w:rPr>
          <w:rFonts w:ascii="Times New Roman" w:hAnsi="Times New Roman"/>
        </w:rPr>
        <w:t>học</w:t>
      </w:r>
      <w:r w:rsidRPr="004B646A">
        <w:rPr>
          <w:rFonts w:ascii="Times New Roman" w:hAnsi="Times New Roman"/>
          <w:lang w:val="ru-RU"/>
        </w:rPr>
        <w:t xml:space="preserve">, </w:t>
      </w:r>
      <w:r w:rsidRPr="0046524B">
        <w:rPr>
          <w:rFonts w:ascii="Times New Roman" w:hAnsi="Times New Roman"/>
        </w:rPr>
        <w:t>phỏng</w:t>
      </w:r>
      <w:r w:rsidRPr="004B646A">
        <w:rPr>
          <w:rFonts w:ascii="Times New Roman" w:hAnsi="Times New Roman"/>
          <w:lang w:val="ru-RU"/>
        </w:rPr>
        <w:t xml:space="preserve"> </w:t>
      </w:r>
      <w:r w:rsidRPr="0046524B">
        <w:rPr>
          <w:rFonts w:ascii="Times New Roman" w:hAnsi="Times New Roman"/>
        </w:rPr>
        <w:t>vấn</w:t>
      </w:r>
      <w:r w:rsidRPr="004B646A">
        <w:rPr>
          <w:rFonts w:ascii="Times New Roman" w:hAnsi="Times New Roman"/>
          <w:lang w:val="ru-RU"/>
        </w:rPr>
        <w:t xml:space="preserve"> </w:t>
      </w:r>
      <w:r w:rsidRPr="0046524B">
        <w:rPr>
          <w:rFonts w:ascii="Times New Roman" w:hAnsi="Times New Roman"/>
        </w:rPr>
        <w:t>b</w:t>
      </w:r>
      <w:r w:rsidRPr="004B646A">
        <w:rPr>
          <w:rFonts w:ascii="Times New Roman" w:hAnsi="Times New Roman"/>
          <w:lang w:val="ru-RU"/>
        </w:rPr>
        <w:t>á</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cấu</w:t>
      </w:r>
      <w:r w:rsidRPr="004B646A">
        <w:rPr>
          <w:rFonts w:ascii="Times New Roman" w:hAnsi="Times New Roman"/>
          <w:lang w:val="ru-RU"/>
        </w:rPr>
        <w:t xml:space="preserve"> </w:t>
      </w:r>
      <w:r w:rsidRPr="0046524B">
        <w:rPr>
          <w:rFonts w:ascii="Times New Roman" w:hAnsi="Times New Roman"/>
        </w:rPr>
        <w:t>tr</w:t>
      </w:r>
      <w:r w:rsidRPr="004B646A">
        <w:rPr>
          <w:rFonts w:ascii="Times New Roman" w:hAnsi="Times New Roman"/>
          <w:lang w:val="ru-RU"/>
        </w:rPr>
        <w:t>ú</w:t>
      </w:r>
      <w:r w:rsidRPr="0046524B">
        <w:rPr>
          <w:rFonts w:ascii="Times New Roman" w:hAnsi="Times New Roman"/>
        </w:rPr>
        <w:t>c</w:t>
      </w:r>
      <w:r w:rsidRPr="004B646A">
        <w:rPr>
          <w:rFonts w:ascii="Times New Roman" w:hAnsi="Times New Roman"/>
          <w:lang w:val="ru-RU"/>
        </w:rPr>
        <w:t>, đá</w:t>
      </w:r>
      <w:r w:rsidRPr="0046524B">
        <w:rPr>
          <w:rFonts w:ascii="Times New Roman" w:hAnsi="Times New Roman"/>
        </w:rPr>
        <w:t>nh</w:t>
      </w:r>
      <w:r w:rsidRPr="004B646A">
        <w:rPr>
          <w:rFonts w:ascii="Times New Roman" w:hAnsi="Times New Roman"/>
          <w:lang w:val="ru-RU"/>
        </w:rPr>
        <w:t xml:space="preserve"> </w:t>
      </w:r>
      <w:r w:rsidRPr="0046524B">
        <w:rPr>
          <w:rFonts w:ascii="Times New Roman" w:hAnsi="Times New Roman"/>
        </w:rPr>
        <w:t>gi</w:t>
      </w:r>
      <w:r w:rsidRPr="004B646A">
        <w:rPr>
          <w:rFonts w:ascii="Times New Roman" w:hAnsi="Times New Roman"/>
          <w:lang w:val="ru-RU"/>
        </w:rPr>
        <w:t xml:space="preserve">á </w:t>
      </w:r>
      <w:r w:rsidRPr="0046524B">
        <w:rPr>
          <w:rFonts w:ascii="Times New Roman" w:hAnsi="Times New Roman"/>
        </w:rPr>
        <w:t>hiệu</w:t>
      </w:r>
      <w:r w:rsidRPr="004B646A">
        <w:rPr>
          <w:rFonts w:ascii="Times New Roman" w:hAnsi="Times New Roman"/>
          <w:lang w:val="ru-RU"/>
        </w:rPr>
        <w:t xml:space="preserve"> </w:t>
      </w:r>
      <w:r w:rsidRPr="0046524B">
        <w:rPr>
          <w:rFonts w:ascii="Times New Roman" w:hAnsi="Times New Roman"/>
        </w:rPr>
        <w:t>quả</w:t>
      </w:r>
      <w:r w:rsidRPr="004B646A">
        <w:rPr>
          <w:rFonts w:ascii="Times New Roman" w:hAnsi="Times New Roman"/>
          <w:lang w:val="ru-RU"/>
        </w:rPr>
        <w:t xml:space="preserve"> </w:t>
      </w:r>
      <w:r w:rsidRPr="0046524B">
        <w:rPr>
          <w:rFonts w:ascii="Times New Roman" w:hAnsi="Times New Roman"/>
        </w:rPr>
        <w:t>kinh</w:t>
      </w:r>
      <w:r w:rsidRPr="004B646A">
        <w:rPr>
          <w:rFonts w:ascii="Times New Roman" w:hAnsi="Times New Roman"/>
          <w:lang w:val="ru-RU"/>
        </w:rPr>
        <w:t xml:space="preserve"> </w:t>
      </w:r>
      <w:r w:rsidRPr="0046524B">
        <w:rPr>
          <w:rFonts w:ascii="Times New Roman" w:hAnsi="Times New Roman"/>
        </w:rPr>
        <w:t>tế</w:t>
      </w:r>
      <w:r w:rsidRPr="004B646A">
        <w:rPr>
          <w:rFonts w:ascii="Times New Roman" w:hAnsi="Times New Roman"/>
          <w:lang w:val="ru-RU"/>
        </w:rPr>
        <w:t xml:space="preserve"> - </w:t>
      </w:r>
      <w:r w:rsidRPr="0046524B">
        <w:rPr>
          <w:rFonts w:ascii="Times New Roman" w:hAnsi="Times New Roman"/>
        </w:rPr>
        <w:t>x</w:t>
      </w:r>
      <w:r w:rsidRPr="004B646A">
        <w:rPr>
          <w:rFonts w:ascii="Times New Roman" w:hAnsi="Times New Roman"/>
          <w:lang w:val="ru-RU"/>
        </w:rPr>
        <w:t xml:space="preserve">ã </w:t>
      </w:r>
      <w:r w:rsidRPr="0046524B">
        <w:rPr>
          <w:rFonts w:ascii="Times New Roman" w:hAnsi="Times New Roman"/>
        </w:rPr>
        <w:t>hội</w:t>
      </w:r>
      <w:r w:rsidRPr="004B646A">
        <w:rPr>
          <w:rFonts w:ascii="Times New Roman" w:hAnsi="Times New Roman"/>
          <w:lang w:val="ru-RU"/>
        </w:rPr>
        <w:t xml:space="preserve"> – </w:t>
      </w:r>
      <w:r w:rsidRPr="0046524B">
        <w:rPr>
          <w:rFonts w:ascii="Times New Roman" w:hAnsi="Times New Roman"/>
        </w:rPr>
        <w:t>m</w:t>
      </w:r>
      <w:r w:rsidRPr="004B646A">
        <w:rPr>
          <w:rFonts w:ascii="Times New Roman" w:hAnsi="Times New Roman"/>
          <w:lang w:val="ru-RU"/>
        </w:rPr>
        <w:t>ô</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tr</w:t>
      </w:r>
      <w:r w:rsidRPr="004B646A">
        <w:rPr>
          <w:rFonts w:ascii="Times New Roman" w:hAnsi="Times New Roman"/>
          <w:lang w:val="ru-RU"/>
        </w:rPr>
        <w:t>ư</w:t>
      </w:r>
      <w:r w:rsidRPr="0046524B">
        <w:rPr>
          <w:rFonts w:ascii="Times New Roman" w:hAnsi="Times New Roman"/>
        </w:rPr>
        <w:t>ờng</w:t>
      </w:r>
      <w:r w:rsidRPr="004B646A">
        <w:rPr>
          <w:rFonts w:ascii="Times New Roman" w:hAnsi="Times New Roman"/>
          <w:lang w:val="ru-RU"/>
        </w:rPr>
        <w:t xml:space="preserve"> </w:t>
      </w:r>
      <w:r w:rsidRPr="0046524B">
        <w:rPr>
          <w:rFonts w:ascii="Times New Roman" w:hAnsi="Times New Roman"/>
        </w:rPr>
        <w:t>dựa</w:t>
      </w:r>
      <w:r w:rsidRPr="004B646A">
        <w:rPr>
          <w:rFonts w:ascii="Times New Roman" w:hAnsi="Times New Roman"/>
          <w:lang w:val="ru-RU"/>
        </w:rPr>
        <w:t xml:space="preserve"> </w:t>
      </w:r>
      <w:r w:rsidRPr="0046524B">
        <w:rPr>
          <w:rFonts w:ascii="Times New Roman" w:hAnsi="Times New Roman"/>
        </w:rPr>
        <w:t>tr</w:t>
      </w:r>
      <w:r w:rsidRPr="004B646A">
        <w:rPr>
          <w:rFonts w:ascii="Times New Roman" w:hAnsi="Times New Roman"/>
          <w:lang w:val="ru-RU"/>
        </w:rPr>
        <w:t>ê</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bộ</w:t>
      </w:r>
      <w:r w:rsidRPr="004B646A">
        <w:rPr>
          <w:rFonts w:ascii="Times New Roman" w:hAnsi="Times New Roman"/>
          <w:lang w:val="ru-RU"/>
        </w:rPr>
        <w:t xml:space="preserve"> </w:t>
      </w:r>
      <w:r w:rsidRPr="0046524B">
        <w:rPr>
          <w:rFonts w:ascii="Times New Roman" w:hAnsi="Times New Roman"/>
        </w:rPr>
        <w:t>chỉ</w:t>
      </w:r>
      <w:r w:rsidRPr="004B646A">
        <w:rPr>
          <w:rFonts w:ascii="Times New Roman" w:hAnsi="Times New Roman"/>
          <w:lang w:val="ru-RU"/>
        </w:rPr>
        <w:t xml:space="preserve"> </w:t>
      </w:r>
      <w:r w:rsidRPr="0046524B">
        <w:rPr>
          <w:rFonts w:ascii="Times New Roman" w:hAnsi="Times New Roman"/>
        </w:rPr>
        <w:t>ti</w:t>
      </w:r>
      <w:r w:rsidRPr="004B646A">
        <w:rPr>
          <w:rFonts w:ascii="Times New Roman" w:hAnsi="Times New Roman"/>
          <w:lang w:val="ru-RU"/>
        </w:rPr>
        <w:t>ê</w:t>
      </w:r>
      <w:r w:rsidRPr="0046524B">
        <w:rPr>
          <w:rFonts w:ascii="Times New Roman" w:hAnsi="Times New Roman"/>
        </w:rPr>
        <w:t>u</w:t>
      </w:r>
      <w:r w:rsidRPr="004B646A">
        <w:rPr>
          <w:rFonts w:ascii="Times New Roman" w:hAnsi="Times New Roman"/>
          <w:lang w:val="ru-RU"/>
        </w:rPr>
        <w:t xml:space="preserve"> đ</w:t>
      </w:r>
      <w:r w:rsidRPr="0046524B">
        <w:rPr>
          <w:rFonts w:ascii="Times New Roman" w:hAnsi="Times New Roman"/>
        </w:rPr>
        <w:t>ịnh</w:t>
      </w:r>
      <w:r w:rsidRPr="004B646A">
        <w:rPr>
          <w:rFonts w:ascii="Times New Roman" w:hAnsi="Times New Roman"/>
          <w:lang w:val="ru-RU"/>
        </w:rPr>
        <w:t xml:space="preserve"> </w:t>
      </w:r>
      <w:r w:rsidRPr="0046524B">
        <w:rPr>
          <w:rFonts w:ascii="Times New Roman" w:hAnsi="Times New Roman"/>
        </w:rPr>
        <w:t>l</w:t>
      </w:r>
      <w:r w:rsidRPr="004B646A">
        <w:rPr>
          <w:rFonts w:ascii="Times New Roman" w:hAnsi="Times New Roman"/>
          <w:lang w:val="ru-RU"/>
        </w:rPr>
        <w:t>ư</w:t>
      </w:r>
      <w:r w:rsidRPr="0046524B">
        <w:rPr>
          <w:rFonts w:ascii="Times New Roman" w:hAnsi="Times New Roman"/>
        </w:rPr>
        <w:t>ợng</w:t>
      </w:r>
      <w:r w:rsidRPr="004B646A">
        <w:rPr>
          <w:rFonts w:ascii="Times New Roman" w:hAnsi="Times New Roman"/>
          <w:lang w:val="ru-RU"/>
        </w:rPr>
        <w:t xml:space="preserve"> </w:t>
      </w:r>
      <w:r w:rsidRPr="0046524B">
        <w:rPr>
          <w:rFonts w:ascii="Times New Roman" w:hAnsi="Times New Roman"/>
        </w:rPr>
        <w:t>v</w:t>
      </w:r>
      <w:r w:rsidRPr="004B646A">
        <w:rPr>
          <w:rFonts w:ascii="Times New Roman" w:hAnsi="Times New Roman"/>
          <w:lang w:val="ru-RU"/>
        </w:rPr>
        <w:t xml:space="preserve">à </w:t>
      </w:r>
      <w:r w:rsidRPr="0046524B">
        <w:rPr>
          <w:rFonts w:ascii="Times New Roman" w:hAnsi="Times New Roman"/>
        </w:rPr>
        <w:t>ph</w:t>
      </w:r>
      <w:r w:rsidRPr="004B646A">
        <w:rPr>
          <w:rFonts w:ascii="Times New Roman" w:hAnsi="Times New Roman"/>
          <w:lang w:val="ru-RU"/>
        </w:rPr>
        <w:t>â</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t</w:t>
      </w:r>
      <w:r w:rsidRPr="004B646A">
        <w:rPr>
          <w:rFonts w:ascii="Times New Roman" w:hAnsi="Times New Roman"/>
          <w:lang w:val="ru-RU"/>
        </w:rPr>
        <w:t>í</w:t>
      </w:r>
      <w:r w:rsidRPr="0046524B">
        <w:rPr>
          <w:rFonts w:ascii="Times New Roman" w:hAnsi="Times New Roman"/>
        </w:rPr>
        <w:t>ch</w:t>
      </w:r>
      <w:r w:rsidRPr="004B646A">
        <w:rPr>
          <w:rFonts w:ascii="Times New Roman" w:hAnsi="Times New Roman"/>
          <w:lang w:val="ru-RU"/>
        </w:rPr>
        <w:t xml:space="preserve"> </w:t>
      </w:r>
      <w:r w:rsidRPr="0046524B">
        <w:rPr>
          <w:rFonts w:ascii="Times New Roman" w:hAnsi="Times New Roman"/>
        </w:rPr>
        <w:t>Swot</w:t>
      </w:r>
      <w:r w:rsidRPr="004B646A">
        <w:rPr>
          <w:rFonts w:ascii="Times New Roman" w:hAnsi="Times New Roman"/>
          <w:lang w:val="ru-RU"/>
        </w:rPr>
        <w:t xml:space="preserve"> đ</w:t>
      </w:r>
      <w:r w:rsidRPr="0046524B">
        <w:rPr>
          <w:rFonts w:ascii="Times New Roman" w:hAnsi="Times New Roman"/>
        </w:rPr>
        <w:t>ề</w:t>
      </w:r>
      <w:r w:rsidRPr="004B646A">
        <w:rPr>
          <w:rFonts w:ascii="Times New Roman" w:hAnsi="Times New Roman"/>
          <w:lang w:val="ru-RU"/>
        </w:rPr>
        <w:t xml:space="preserve"> đá</w:t>
      </w:r>
      <w:r w:rsidRPr="0046524B">
        <w:rPr>
          <w:rFonts w:ascii="Times New Roman" w:hAnsi="Times New Roman"/>
        </w:rPr>
        <w:t>nh</w:t>
      </w:r>
      <w:r w:rsidRPr="004B646A">
        <w:rPr>
          <w:rFonts w:ascii="Times New Roman" w:hAnsi="Times New Roman"/>
          <w:lang w:val="ru-RU"/>
        </w:rPr>
        <w:t xml:space="preserve"> </w:t>
      </w:r>
      <w:r w:rsidRPr="0046524B">
        <w:rPr>
          <w:rFonts w:ascii="Times New Roman" w:hAnsi="Times New Roman"/>
        </w:rPr>
        <w:t>gi</w:t>
      </w:r>
      <w:r w:rsidRPr="004B646A">
        <w:rPr>
          <w:rFonts w:ascii="Times New Roman" w:hAnsi="Times New Roman"/>
          <w:lang w:val="ru-RU"/>
        </w:rPr>
        <w:t xml:space="preserve">á </w:t>
      </w:r>
      <w:r w:rsidRPr="0046524B">
        <w:rPr>
          <w:rFonts w:ascii="Times New Roman" w:hAnsi="Times New Roman"/>
        </w:rPr>
        <w:t>hiệu</w:t>
      </w:r>
      <w:r w:rsidRPr="004B646A">
        <w:rPr>
          <w:rFonts w:ascii="Times New Roman" w:hAnsi="Times New Roman"/>
          <w:lang w:val="ru-RU"/>
        </w:rPr>
        <w:t xml:space="preserve"> </w:t>
      </w:r>
      <w:r w:rsidRPr="0046524B">
        <w:rPr>
          <w:rFonts w:ascii="Times New Roman" w:hAnsi="Times New Roman"/>
        </w:rPr>
        <w:t>quả</w:t>
      </w:r>
      <w:r w:rsidRPr="004B646A">
        <w:rPr>
          <w:rFonts w:ascii="Times New Roman" w:hAnsi="Times New Roman"/>
          <w:lang w:val="ru-RU"/>
        </w:rPr>
        <w:t xml:space="preserve"> </w:t>
      </w:r>
      <w:r w:rsidRPr="0046524B">
        <w:rPr>
          <w:rFonts w:ascii="Times New Roman" w:hAnsi="Times New Roman"/>
        </w:rPr>
        <w:t>của</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á</w:t>
      </w:r>
      <w:r w:rsidRPr="0046524B">
        <w:rPr>
          <w:rFonts w:ascii="Times New Roman" w:hAnsi="Times New Roman"/>
        </w:rPr>
        <w:t>c</w:t>
      </w:r>
      <w:r w:rsidRPr="004B646A">
        <w:rPr>
          <w:rFonts w:ascii="Times New Roman" w:hAnsi="Times New Roman"/>
          <w:lang w:val="ru-RU"/>
        </w:rPr>
        <w:t xml:space="preserve"> </w:t>
      </w:r>
      <w:r w:rsidRPr="0046524B">
        <w:rPr>
          <w:rFonts w:ascii="Times New Roman" w:hAnsi="Times New Roman"/>
        </w:rPr>
        <w:t>m</w:t>
      </w:r>
      <w:r w:rsidRPr="004B646A">
        <w:rPr>
          <w:rFonts w:ascii="Times New Roman" w:hAnsi="Times New Roman"/>
          <w:lang w:val="ru-RU"/>
        </w:rPr>
        <w:t xml:space="preserve">ô </w:t>
      </w:r>
      <w:r w:rsidRPr="0046524B">
        <w:rPr>
          <w:rFonts w:ascii="Times New Roman" w:hAnsi="Times New Roman"/>
        </w:rPr>
        <w:t>h</w:t>
      </w:r>
      <w:r w:rsidRPr="004B646A">
        <w:rPr>
          <w:rFonts w:ascii="Times New Roman" w:hAnsi="Times New Roman"/>
          <w:lang w:val="ru-RU"/>
        </w:rPr>
        <w:t>ì</w:t>
      </w:r>
      <w:r w:rsidRPr="0046524B">
        <w:rPr>
          <w:rFonts w:ascii="Times New Roman" w:hAnsi="Times New Roman"/>
        </w:rPr>
        <w:t>nh</w:t>
      </w:r>
      <w:r w:rsidRPr="004B646A">
        <w:rPr>
          <w:rFonts w:ascii="Times New Roman" w:hAnsi="Times New Roman"/>
          <w:lang w:val="ru-RU"/>
        </w:rPr>
        <w:t xml:space="preserve"> </w:t>
      </w:r>
      <w:r w:rsidRPr="0046524B">
        <w:rPr>
          <w:rFonts w:ascii="Times New Roman" w:hAnsi="Times New Roman"/>
        </w:rPr>
        <w:t>n</w:t>
      </w:r>
      <w:r w:rsidRPr="004B646A">
        <w:rPr>
          <w:rFonts w:ascii="Times New Roman" w:hAnsi="Times New Roman"/>
          <w:lang w:val="ru-RU"/>
        </w:rPr>
        <w:t>ô</w:t>
      </w:r>
      <w:r w:rsidRPr="0046524B">
        <w:rPr>
          <w:rFonts w:ascii="Times New Roman" w:hAnsi="Times New Roman"/>
        </w:rPr>
        <w:t>ng</w:t>
      </w:r>
      <w:r w:rsidRPr="004B646A">
        <w:rPr>
          <w:rFonts w:ascii="Times New Roman" w:hAnsi="Times New Roman"/>
          <w:lang w:val="ru-RU"/>
        </w:rPr>
        <w:t xml:space="preserve"> </w:t>
      </w:r>
      <w:r w:rsidRPr="0046524B">
        <w:rPr>
          <w:rFonts w:ascii="Times New Roman" w:hAnsi="Times New Roman"/>
        </w:rPr>
        <w:t>nghiệp</w:t>
      </w:r>
      <w:r w:rsidR="00EF4205" w:rsidRPr="00EF4205">
        <w:rPr>
          <w:rFonts w:ascii="Times New Roman" w:hAnsi="Times New Roman"/>
          <w:lang w:val="ru-RU"/>
        </w:rPr>
        <w:t xml:space="preserve"> </w:t>
      </w:r>
      <w:r w:rsidR="00EF4205">
        <w:rPr>
          <w:rFonts w:ascii="Times New Roman" w:hAnsi="Times New Roman"/>
        </w:rPr>
        <w:t>ng</w:t>
      </w:r>
      <w:r w:rsidR="00EF4205" w:rsidRPr="00EF4205">
        <w:rPr>
          <w:rFonts w:ascii="Times New Roman" w:hAnsi="Times New Roman"/>
          <w:lang w:val="ru-RU"/>
        </w:rPr>
        <w:t>à</w:t>
      </w:r>
      <w:r w:rsidR="00EF4205">
        <w:rPr>
          <w:rFonts w:ascii="Times New Roman" w:hAnsi="Times New Roman"/>
        </w:rPr>
        <w:t>nh</w:t>
      </w:r>
      <w:r w:rsidR="00EF4205" w:rsidRPr="00EF4205">
        <w:rPr>
          <w:rFonts w:ascii="Times New Roman" w:hAnsi="Times New Roman"/>
          <w:lang w:val="ru-RU"/>
        </w:rPr>
        <w:t xml:space="preserve"> </w:t>
      </w:r>
      <w:r w:rsidR="00EF4205">
        <w:rPr>
          <w:rFonts w:ascii="Times New Roman" w:hAnsi="Times New Roman"/>
        </w:rPr>
        <w:t>ch</w:t>
      </w:r>
      <w:r w:rsidR="00EF4205" w:rsidRPr="00EF4205">
        <w:rPr>
          <w:rFonts w:ascii="Times New Roman" w:hAnsi="Times New Roman"/>
          <w:lang w:val="ru-RU"/>
        </w:rPr>
        <w:t>ă</w:t>
      </w:r>
      <w:r w:rsidR="00EF4205">
        <w:rPr>
          <w:rFonts w:ascii="Times New Roman" w:hAnsi="Times New Roman"/>
        </w:rPr>
        <w:t>n</w:t>
      </w:r>
      <w:r w:rsidR="00EF4205" w:rsidRPr="00EF4205">
        <w:rPr>
          <w:rFonts w:ascii="Times New Roman" w:hAnsi="Times New Roman"/>
          <w:lang w:val="ru-RU"/>
        </w:rPr>
        <w:t xml:space="preserve"> </w:t>
      </w:r>
      <w:r w:rsidR="00EF4205">
        <w:rPr>
          <w:rFonts w:ascii="Times New Roman" w:hAnsi="Times New Roman"/>
        </w:rPr>
        <w:t>nu</w:t>
      </w:r>
      <w:r w:rsidR="00EF4205" w:rsidRPr="00EF4205">
        <w:rPr>
          <w:rFonts w:ascii="Times New Roman" w:hAnsi="Times New Roman"/>
          <w:lang w:val="ru-RU"/>
        </w:rPr>
        <w:t>ô</w:t>
      </w:r>
      <w:r w:rsidR="00EF4205">
        <w:rPr>
          <w:rFonts w:ascii="Times New Roman" w:hAnsi="Times New Roman"/>
        </w:rPr>
        <w:t>i</w:t>
      </w:r>
      <w:r w:rsidRPr="004B646A">
        <w:rPr>
          <w:rFonts w:ascii="Times New Roman" w:hAnsi="Times New Roman"/>
          <w:lang w:val="ru-RU"/>
        </w:rPr>
        <w:t xml:space="preserve"> </w:t>
      </w:r>
      <w:r w:rsidRPr="0046524B">
        <w:rPr>
          <w:rFonts w:ascii="Times New Roman" w:hAnsi="Times New Roman"/>
        </w:rPr>
        <w:t>hiện</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 xml:space="preserve">ó </w:t>
      </w:r>
      <w:r w:rsidRPr="0046524B">
        <w:rPr>
          <w:rFonts w:ascii="Times New Roman" w:hAnsi="Times New Roman"/>
        </w:rPr>
        <w:t>phục</w:t>
      </w:r>
      <w:r w:rsidRPr="004B646A">
        <w:rPr>
          <w:rFonts w:ascii="Times New Roman" w:hAnsi="Times New Roman"/>
          <w:lang w:val="ru-RU"/>
        </w:rPr>
        <w:t xml:space="preserve"> </w:t>
      </w:r>
      <w:r w:rsidRPr="0046524B">
        <w:rPr>
          <w:rFonts w:ascii="Times New Roman" w:hAnsi="Times New Roman"/>
        </w:rPr>
        <w:t>vụ</w:t>
      </w:r>
      <w:r w:rsidRPr="004B646A">
        <w:rPr>
          <w:rFonts w:ascii="Times New Roman" w:hAnsi="Times New Roman"/>
          <w:lang w:val="ru-RU"/>
        </w:rPr>
        <w:t xml:space="preserve"> </w:t>
      </w:r>
      <w:r w:rsidRPr="0046524B">
        <w:rPr>
          <w:rFonts w:ascii="Times New Roman" w:hAnsi="Times New Roman"/>
        </w:rPr>
        <w:t>cho</w:t>
      </w:r>
      <w:r w:rsidRPr="004B646A">
        <w:rPr>
          <w:rFonts w:ascii="Times New Roman" w:hAnsi="Times New Roman"/>
          <w:lang w:val="ru-RU"/>
        </w:rPr>
        <w:t xml:space="preserve"> </w:t>
      </w:r>
      <w:r w:rsidRPr="0046524B">
        <w:rPr>
          <w:rFonts w:ascii="Times New Roman" w:hAnsi="Times New Roman"/>
        </w:rPr>
        <w:t>việc</w:t>
      </w:r>
      <w:r w:rsidRPr="004B646A">
        <w:rPr>
          <w:rFonts w:ascii="Times New Roman" w:hAnsi="Times New Roman"/>
          <w:lang w:val="ru-RU"/>
        </w:rPr>
        <w:t xml:space="preserve"> đ</w:t>
      </w:r>
      <w:r w:rsidRPr="0046524B">
        <w:rPr>
          <w:rFonts w:ascii="Times New Roman" w:hAnsi="Times New Roman"/>
        </w:rPr>
        <w:t>ề</w:t>
      </w:r>
      <w:r w:rsidRPr="004B646A">
        <w:rPr>
          <w:rFonts w:ascii="Times New Roman" w:hAnsi="Times New Roman"/>
          <w:lang w:val="ru-RU"/>
        </w:rPr>
        <w:t xml:space="preserve"> </w:t>
      </w:r>
      <w:r w:rsidRPr="0046524B">
        <w:rPr>
          <w:rFonts w:ascii="Times New Roman" w:hAnsi="Times New Roman"/>
        </w:rPr>
        <w:t>xuất</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á</w:t>
      </w:r>
      <w:r w:rsidRPr="0046524B">
        <w:rPr>
          <w:rFonts w:ascii="Times New Roman" w:hAnsi="Times New Roman"/>
        </w:rPr>
        <w:t>c</w:t>
      </w:r>
      <w:r w:rsidRPr="004B646A">
        <w:rPr>
          <w:rFonts w:ascii="Times New Roman" w:hAnsi="Times New Roman"/>
          <w:lang w:val="ru-RU"/>
        </w:rPr>
        <w:t xml:space="preserve"> </w:t>
      </w:r>
      <w:r w:rsidRPr="0046524B">
        <w:rPr>
          <w:rFonts w:ascii="Times New Roman" w:hAnsi="Times New Roman"/>
        </w:rPr>
        <w:t>m</w:t>
      </w:r>
      <w:r w:rsidRPr="004B646A">
        <w:rPr>
          <w:rFonts w:ascii="Times New Roman" w:hAnsi="Times New Roman"/>
          <w:lang w:val="ru-RU"/>
        </w:rPr>
        <w:t xml:space="preserve">ô </w:t>
      </w:r>
      <w:r w:rsidRPr="0046524B">
        <w:rPr>
          <w:rFonts w:ascii="Times New Roman" w:hAnsi="Times New Roman"/>
        </w:rPr>
        <w:t>h</w:t>
      </w:r>
      <w:r w:rsidRPr="004B646A">
        <w:rPr>
          <w:rFonts w:ascii="Times New Roman" w:hAnsi="Times New Roman"/>
          <w:lang w:val="ru-RU"/>
        </w:rPr>
        <w:t>ì</w:t>
      </w:r>
      <w:r w:rsidRPr="0046524B">
        <w:rPr>
          <w:rFonts w:ascii="Times New Roman" w:hAnsi="Times New Roman"/>
        </w:rPr>
        <w:t>nh</w:t>
      </w:r>
      <w:r w:rsidRPr="004B646A">
        <w:rPr>
          <w:rFonts w:ascii="Times New Roman" w:hAnsi="Times New Roman"/>
          <w:lang w:val="ru-RU"/>
        </w:rPr>
        <w:t xml:space="preserve"> </w:t>
      </w:r>
      <w:r w:rsidRPr="0046524B">
        <w:rPr>
          <w:rFonts w:ascii="Times New Roman" w:hAnsi="Times New Roman"/>
        </w:rPr>
        <w:t>n</w:t>
      </w:r>
      <w:r w:rsidRPr="004B646A">
        <w:rPr>
          <w:rFonts w:ascii="Times New Roman" w:hAnsi="Times New Roman"/>
          <w:lang w:val="ru-RU"/>
        </w:rPr>
        <w:t>ô</w:t>
      </w:r>
      <w:r w:rsidRPr="0046524B">
        <w:rPr>
          <w:rFonts w:ascii="Times New Roman" w:hAnsi="Times New Roman"/>
        </w:rPr>
        <w:t>ng</w:t>
      </w:r>
      <w:r w:rsidRPr="004B646A">
        <w:rPr>
          <w:rFonts w:ascii="Times New Roman" w:hAnsi="Times New Roman"/>
          <w:lang w:val="ru-RU"/>
        </w:rPr>
        <w:t xml:space="preserve"> </w:t>
      </w:r>
      <w:r w:rsidRPr="0046524B">
        <w:rPr>
          <w:rFonts w:ascii="Times New Roman" w:hAnsi="Times New Roman"/>
        </w:rPr>
        <w:t>nghiệp</w:t>
      </w:r>
      <w:r w:rsidRPr="004B646A">
        <w:rPr>
          <w:rFonts w:ascii="Times New Roman" w:hAnsi="Times New Roman"/>
          <w:lang w:val="ru-RU"/>
        </w:rPr>
        <w:t xml:space="preserve"> </w:t>
      </w:r>
      <w:r w:rsidRPr="0046524B">
        <w:rPr>
          <w:rFonts w:ascii="Times New Roman" w:hAnsi="Times New Roman"/>
        </w:rPr>
        <w:t>xanh</w:t>
      </w:r>
      <w:r w:rsidRPr="004B646A">
        <w:rPr>
          <w:rFonts w:ascii="Times New Roman" w:hAnsi="Times New Roman"/>
          <w:lang w:val="ru-RU"/>
        </w:rPr>
        <w:t xml:space="preserve"> </w:t>
      </w:r>
      <w:r w:rsidRPr="0046524B">
        <w:rPr>
          <w:rFonts w:ascii="Times New Roman" w:hAnsi="Times New Roman"/>
        </w:rPr>
        <w:t>ng</w:t>
      </w:r>
      <w:r w:rsidRPr="004B646A">
        <w:rPr>
          <w:rFonts w:ascii="Times New Roman" w:hAnsi="Times New Roman"/>
          <w:lang w:val="ru-RU"/>
        </w:rPr>
        <w:t>à</w:t>
      </w:r>
      <w:r w:rsidRPr="0046524B">
        <w:rPr>
          <w:rFonts w:ascii="Times New Roman" w:hAnsi="Times New Roman"/>
        </w:rPr>
        <w:t>nh</w:t>
      </w:r>
      <w:r w:rsidRPr="004B646A">
        <w:rPr>
          <w:rFonts w:ascii="Times New Roman" w:hAnsi="Times New Roman"/>
          <w:lang w:val="ru-RU"/>
        </w:rPr>
        <w:t xml:space="preserve"> </w:t>
      </w:r>
      <w:r w:rsidRPr="0046524B">
        <w:rPr>
          <w:rFonts w:ascii="Times New Roman" w:hAnsi="Times New Roman"/>
        </w:rPr>
        <w:t>ch</w:t>
      </w:r>
      <w:r w:rsidRPr="004B646A">
        <w:rPr>
          <w:rFonts w:ascii="Times New Roman" w:hAnsi="Times New Roman"/>
          <w:lang w:val="ru-RU"/>
        </w:rPr>
        <w:t>ă</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nu</w:t>
      </w:r>
      <w:r w:rsidRPr="004B646A">
        <w:rPr>
          <w:rFonts w:ascii="Times New Roman" w:hAnsi="Times New Roman"/>
          <w:lang w:val="ru-RU"/>
        </w:rPr>
        <w:t>ô</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một</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á</w:t>
      </w:r>
      <w:r w:rsidRPr="0046524B">
        <w:rPr>
          <w:rFonts w:ascii="Times New Roman" w:hAnsi="Times New Roman"/>
        </w:rPr>
        <w:t>ch</w:t>
      </w:r>
      <w:r w:rsidRPr="004B646A">
        <w:rPr>
          <w:rFonts w:ascii="Times New Roman" w:hAnsi="Times New Roman"/>
          <w:lang w:val="ru-RU"/>
        </w:rPr>
        <w:t xml:space="preserve"> </w:t>
      </w:r>
      <w:r w:rsidRPr="0046524B">
        <w:rPr>
          <w:rFonts w:ascii="Times New Roman" w:hAnsi="Times New Roman"/>
        </w:rPr>
        <w:t>bền</w:t>
      </w:r>
      <w:r w:rsidRPr="004B646A">
        <w:rPr>
          <w:rFonts w:ascii="Times New Roman" w:hAnsi="Times New Roman"/>
          <w:lang w:val="ru-RU"/>
        </w:rPr>
        <w:t xml:space="preserve"> </w:t>
      </w:r>
      <w:r w:rsidRPr="0046524B">
        <w:rPr>
          <w:rFonts w:ascii="Times New Roman" w:hAnsi="Times New Roman"/>
        </w:rPr>
        <w:t>vững</w:t>
      </w:r>
      <w:r w:rsidRPr="004B646A">
        <w:rPr>
          <w:rFonts w:ascii="Times New Roman" w:hAnsi="Times New Roman"/>
          <w:lang w:val="ru-RU"/>
        </w:rPr>
        <w:t xml:space="preserve"> </w:t>
      </w:r>
      <w:r w:rsidRPr="0046524B">
        <w:rPr>
          <w:rFonts w:ascii="Times New Roman" w:hAnsi="Times New Roman"/>
        </w:rPr>
        <w:t>cho</w:t>
      </w:r>
      <w:r w:rsidRPr="004B646A">
        <w:rPr>
          <w:rFonts w:ascii="Times New Roman" w:hAnsi="Times New Roman"/>
          <w:lang w:val="ru-RU"/>
        </w:rPr>
        <w:t xml:space="preserve"> đ</w:t>
      </w:r>
      <w:r w:rsidRPr="0046524B">
        <w:rPr>
          <w:rFonts w:ascii="Times New Roman" w:hAnsi="Times New Roman"/>
        </w:rPr>
        <w:t>ịa</w:t>
      </w:r>
      <w:r w:rsidRPr="004B646A">
        <w:rPr>
          <w:rFonts w:ascii="Times New Roman" w:hAnsi="Times New Roman"/>
          <w:lang w:val="ru-RU"/>
        </w:rPr>
        <w:t xml:space="preserve"> </w:t>
      </w:r>
      <w:r w:rsidRPr="0046524B">
        <w:rPr>
          <w:rFonts w:ascii="Times New Roman" w:hAnsi="Times New Roman"/>
        </w:rPr>
        <w:t>ph</w:t>
      </w:r>
      <w:r w:rsidRPr="004B646A">
        <w:rPr>
          <w:rFonts w:ascii="Times New Roman" w:hAnsi="Times New Roman"/>
          <w:lang w:val="ru-RU"/>
        </w:rPr>
        <w:t>ươ</w:t>
      </w:r>
      <w:r w:rsidRPr="0046524B">
        <w:rPr>
          <w:rFonts w:ascii="Times New Roman" w:hAnsi="Times New Roman"/>
        </w:rPr>
        <w:t>ng</w:t>
      </w:r>
      <w:r w:rsidRPr="004B646A">
        <w:rPr>
          <w:rFonts w:ascii="Times New Roman" w:hAnsi="Times New Roman"/>
          <w:lang w:val="ru-RU"/>
        </w:rPr>
        <w:t xml:space="preserve">. </w:t>
      </w:r>
      <w:r w:rsidRPr="0046524B">
        <w:rPr>
          <w:rFonts w:ascii="Times New Roman" w:hAnsi="Times New Roman"/>
        </w:rPr>
        <w:t>Kết</w:t>
      </w:r>
      <w:r w:rsidRPr="004B646A">
        <w:rPr>
          <w:rFonts w:ascii="Times New Roman" w:hAnsi="Times New Roman"/>
          <w:lang w:val="ru-RU"/>
        </w:rPr>
        <w:t xml:space="preserve"> </w:t>
      </w:r>
      <w:r w:rsidRPr="0046524B">
        <w:rPr>
          <w:rFonts w:ascii="Times New Roman" w:hAnsi="Times New Roman"/>
        </w:rPr>
        <w:t>quả</w:t>
      </w:r>
      <w:r w:rsidRPr="004B646A">
        <w:rPr>
          <w:rFonts w:ascii="Times New Roman" w:hAnsi="Times New Roman"/>
          <w:lang w:val="ru-RU"/>
        </w:rPr>
        <w:t xml:space="preserve"> đã đ</w:t>
      </w:r>
      <w:r w:rsidRPr="0046524B">
        <w:rPr>
          <w:rFonts w:ascii="Times New Roman" w:hAnsi="Times New Roman"/>
        </w:rPr>
        <w:t>ề</w:t>
      </w:r>
      <w:r w:rsidRPr="004B646A">
        <w:rPr>
          <w:rFonts w:ascii="Times New Roman" w:hAnsi="Times New Roman"/>
          <w:lang w:val="ru-RU"/>
        </w:rPr>
        <w:t xml:space="preserve"> </w:t>
      </w:r>
      <w:r w:rsidRPr="0046524B">
        <w:rPr>
          <w:rFonts w:ascii="Times New Roman" w:hAnsi="Times New Roman"/>
        </w:rPr>
        <w:t>xuất</w:t>
      </w:r>
      <w:r w:rsidRPr="004B646A">
        <w:rPr>
          <w:rFonts w:ascii="Times New Roman" w:hAnsi="Times New Roman"/>
          <w:lang w:val="ru-RU"/>
        </w:rPr>
        <w:t xml:space="preserve"> đư</w:t>
      </w:r>
      <w:r w:rsidRPr="0046524B">
        <w:rPr>
          <w:rFonts w:ascii="Times New Roman" w:hAnsi="Times New Roman"/>
        </w:rPr>
        <w:t>ợc</w:t>
      </w:r>
      <w:r w:rsidRPr="004B646A">
        <w:rPr>
          <w:rFonts w:ascii="Times New Roman" w:hAnsi="Times New Roman"/>
          <w:lang w:val="ru-RU"/>
        </w:rPr>
        <w:t xml:space="preserve"> </w:t>
      </w:r>
      <w:r w:rsidRPr="0046524B">
        <w:rPr>
          <w:rFonts w:ascii="Times New Roman" w:hAnsi="Times New Roman"/>
        </w:rPr>
        <w:t>c</w:t>
      </w:r>
      <w:r w:rsidRPr="004B646A">
        <w:rPr>
          <w:rFonts w:ascii="Times New Roman" w:hAnsi="Times New Roman"/>
          <w:lang w:val="ru-RU"/>
        </w:rPr>
        <w:t>á</w:t>
      </w:r>
      <w:r w:rsidRPr="0046524B">
        <w:rPr>
          <w:rFonts w:ascii="Times New Roman" w:hAnsi="Times New Roman"/>
        </w:rPr>
        <w:t>c</w:t>
      </w:r>
      <w:r w:rsidRPr="004B646A">
        <w:rPr>
          <w:rFonts w:ascii="Times New Roman" w:hAnsi="Times New Roman"/>
          <w:lang w:val="ru-RU"/>
        </w:rPr>
        <w:t xml:space="preserve"> </w:t>
      </w:r>
      <w:r w:rsidRPr="0046524B">
        <w:rPr>
          <w:rFonts w:ascii="Times New Roman" w:hAnsi="Times New Roman"/>
        </w:rPr>
        <w:t>m</w:t>
      </w:r>
      <w:r w:rsidRPr="004B646A">
        <w:rPr>
          <w:rFonts w:ascii="Times New Roman" w:hAnsi="Times New Roman"/>
          <w:lang w:val="ru-RU"/>
        </w:rPr>
        <w:t xml:space="preserve">ô </w:t>
      </w:r>
      <w:r w:rsidRPr="0046524B">
        <w:rPr>
          <w:rFonts w:ascii="Times New Roman" w:hAnsi="Times New Roman"/>
        </w:rPr>
        <w:t>h</w:t>
      </w:r>
      <w:r w:rsidRPr="004B646A">
        <w:rPr>
          <w:rFonts w:ascii="Times New Roman" w:hAnsi="Times New Roman"/>
          <w:lang w:val="ru-RU"/>
        </w:rPr>
        <w:t>ì</w:t>
      </w:r>
      <w:r w:rsidRPr="0046524B">
        <w:rPr>
          <w:rFonts w:ascii="Times New Roman" w:hAnsi="Times New Roman"/>
        </w:rPr>
        <w:t>nh</w:t>
      </w:r>
      <w:r w:rsidRPr="004B646A">
        <w:rPr>
          <w:rFonts w:ascii="Times New Roman" w:hAnsi="Times New Roman"/>
          <w:lang w:val="ru-RU"/>
        </w:rPr>
        <w:t xml:space="preserve"> </w:t>
      </w:r>
      <w:r w:rsidRPr="0046524B">
        <w:rPr>
          <w:rFonts w:ascii="Times New Roman" w:hAnsi="Times New Roman"/>
        </w:rPr>
        <w:t>n</w:t>
      </w:r>
      <w:r w:rsidRPr="004B646A">
        <w:rPr>
          <w:rFonts w:ascii="Times New Roman" w:hAnsi="Times New Roman"/>
          <w:lang w:val="ru-RU"/>
        </w:rPr>
        <w:t>ô</w:t>
      </w:r>
      <w:r w:rsidRPr="0046524B">
        <w:rPr>
          <w:rFonts w:ascii="Times New Roman" w:hAnsi="Times New Roman"/>
        </w:rPr>
        <w:t>ng</w:t>
      </w:r>
      <w:r w:rsidRPr="004B646A">
        <w:rPr>
          <w:rFonts w:ascii="Times New Roman" w:hAnsi="Times New Roman"/>
          <w:lang w:val="ru-RU"/>
        </w:rPr>
        <w:t xml:space="preserve"> </w:t>
      </w:r>
      <w:r w:rsidRPr="0046524B">
        <w:rPr>
          <w:rFonts w:ascii="Times New Roman" w:hAnsi="Times New Roman"/>
        </w:rPr>
        <w:t>nghiệp</w:t>
      </w:r>
      <w:r w:rsidRPr="004B646A">
        <w:rPr>
          <w:rFonts w:ascii="Times New Roman" w:hAnsi="Times New Roman"/>
          <w:lang w:val="ru-RU"/>
        </w:rPr>
        <w:t xml:space="preserve"> </w:t>
      </w:r>
      <w:r w:rsidRPr="0046524B">
        <w:rPr>
          <w:rFonts w:ascii="Times New Roman" w:hAnsi="Times New Roman"/>
        </w:rPr>
        <w:t>xanh</w:t>
      </w:r>
      <w:r w:rsidRPr="004B646A">
        <w:rPr>
          <w:rFonts w:ascii="Times New Roman" w:hAnsi="Times New Roman"/>
          <w:lang w:val="ru-RU"/>
        </w:rPr>
        <w:t xml:space="preserve"> </w:t>
      </w:r>
      <w:r w:rsidRPr="0046524B">
        <w:rPr>
          <w:rFonts w:ascii="Times New Roman" w:hAnsi="Times New Roman"/>
        </w:rPr>
        <w:t>ng</w:t>
      </w:r>
      <w:r w:rsidRPr="004B646A">
        <w:rPr>
          <w:rFonts w:ascii="Times New Roman" w:hAnsi="Times New Roman"/>
          <w:lang w:val="ru-RU"/>
        </w:rPr>
        <w:t>à</w:t>
      </w:r>
      <w:r w:rsidRPr="0046524B">
        <w:rPr>
          <w:rFonts w:ascii="Times New Roman" w:hAnsi="Times New Roman"/>
        </w:rPr>
        <w:t>nh</w:t>
      </w:r>
      <w:r w:rsidRPr="004B646A">
        <w:rPr>
          <w:rFonts w:ascii="Times New Roman" w:hAnsi="Times New Roman"/>
          <w:lang w:val="ru-RU"/>
        </w:rPr>
        <w:t xml:space="preserve"> </w:t>
      </w:r>
      <w:r w:rsidRPr="0046524B">
        <w:rPr>
          <w:rFonts w:ascii="Times New Roman" w:hAnsi="Times New Roman"/>
        </w:rPr>
        <w:t>ch</w:t>
      </w:r>
      <w:r w:rsidRPr="004B646A">
        <w:rPr>
          <w:rFonts w:ascii="Times New Roman" w:hAnsi="Times New Roman"/>
          <w:lang w:val="ru-RU"/>
        </w:rPr>
        <w:t>ă</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nu</w:t>
      </w:r>
      <w:r w:rsidRPr="004B646A">
        <w:rPr>
          <w:rFonts w:ascii="Times New Roman" w:hAnsi="Times New Roman"/>
          <w:lang w:val="ru-RU"/>
        </w:rPr>
        <w:t>ô</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với</w:t>
      </w:r>
      <w:r w:rsidRPr="004B646A">
        <w:rPr>
          <w:rFonts w:ascii="Times New Roman" w:hAnsi="Times New Roman"/>
          <w:lang w:val="ru-RU"/>
        </w:rPr>
        <w:t xml:space="preserve"> 3 </w:t>
      </w:r>
      <w:r w:rsidRPr="0046524B">
        <w:rPr>
          <w:rFonts w:ascii="Times New Roman" w:hAnsi="Times New Roman"/>
        </w:rPr>
        <w:t>m</w:t>
      </w:r>
      <w:r w:rsidRPr="004B646A">
        <w:rPr>
          <w:rFonts w:ascii="Times New Roman" w:hAnsi="Times New Roman"/>
          <w:lang w:val="ru-RU"/>
        </w:rPr>
        <w:t xml:space="preserve">ô </w:t>
      </w:r>
      <w:r w:rsidRPr="0046524B">
        <w:rPr>
          <w:rFonts w:ascii="Times New Roman" w:hAnsi="Times New Roman"/>
        </w:rPr>
        <w:t>h</w:t>
      </w:r>
      <w:r w:rsidRPr="004B646A">
        <w:rPr>
          <w:rFonts w:ascii="Times New Roman" w:hAnsi="Times New Roman"/>
          <w:lang w:val="ru-RU"/>
        </w:rPr>
        <w:t>ì</w:t>
      </w:r>
      <w:r w:rsidRPr="0046524B">
        <w:rPr>
          <w:rFonts w:ascii="Times New Roman" w:hAnsi="Times New Roman"/>
        </w:rPr>
        <w:t>nh</w:t>
      </w:r>
      <w:r w:rsidRPr="004B646A">
        <w:rPr>
          <w:rFonts w:ascii="Times New Roman" w:hAnsi="Times New Roman"/>
          <w:lang w:val="ru-RU"/>
        </w:rPr>
        <w:t xml:space="preserve"> </w:t>
      </w:r>
      <w:r w:rsidRPr="0046524B">
        <w:rPr>
          <w:rFonts w:ascii="Times New Roman" w:hAnsi="Times New Roman"/>
        </w:rPr>
        <w:t>chủ</w:t>
      </w:r>
      <w:r w:rsidRPr="004B646A">
        <w:rPr>
          <w:rFonts w:ascii="Times New Roman" w:hAnsi="Times New Roman"/>
          <w:lang w:val="ru-RU"/>
        </w:rPr>
        <w:t xml:space="preserve"> </w:t>
      </w:r>
      <w:r w:rsidRPr="0046524B">
        <w:rPr>
          <w:rFonts w:ascii="Times New Roman" w:hAnsi="Times New Roman"/>
        </w:rPr>
        <w:t>lực</w:t>
      </w:r>
      <w:r w:rsidRPr="004B646A">
        <w:rPr>
          <w:rFonts w:ascii="Times New Roman" w:hAnsi="Times New Roman"/>
          <w:lang w:val="ru-RU"/>
        </w:rPr>
        <w:t xml:space="preserve"> </w:t>
      </w:r>
      <w:r w:rsidRPr="0046524B">
        <w:rPr>
          <w:rFonts w:ascii="Times New Roman" w:hAnsi="Times New Roman"/>
        </w:rPr>
        <w:t>v</w:t>
      </w:r>
      <w:r w:rsidRPr="004B646A">
        <w:rPr>
          <w:rFonts w:ascii="Times New Roman" w:hAnsi="Times New Roman"/>
          <w:lang w:val="ru-RU"/>
        </w:rPr>
        <w:t xml:space="preserve">à 3 </w:t>
      </w:r>
      <w:r w:rsidRPr="0046524B">
        <w:rPr>
          <w:rFonts w:ascii="Times New Roman" w:hAnsi="Times New Roman"/>
        </w:rPr>
        <w:t>m</w:t>
      </w:r>
      <w:r w:rsidRPr="004B646A">
        <w:rPr>
          <w:rFonts w:ascii="Times New Roman" w:hAnsi="Times New Roman"/>
          <w:lang w:val="ru-RU"/>
        </w:rPr>
        <w:t xml:space="preserve">ô </w:t>
      </w:r>
      <w:r w:rsidRPr="0046524B">
        <w:rPr>
          <w:rFonts w:ascii="Times New Roman" w:hAnsi="Times New Roman"/>
        </w:rPr>
        <w:t>h</w:t>
      </w:r>
      <w:r w:rsidRPr="004B646A">
        <w:rPr>
          <w:rFonts w:ascii="Times New Roman" w:hAnsi="Times New Roman"/>
          <w:lang w:val="ru-RU"/>
        </w:rPr>
        <w:t>ì</w:t>
      </w:r>
      <w:r w:rsidRPr="0046524B">
        <w:rPr>
          <w:rFonts w:ascii="Times New Roman" w:hAnsi="Times New Roman"/>
        </w:rPr>
        <w:t>nh</w:t>
      </w:r>
      <w:r w:rsidRPr="004B646A">
        <w:rPr>
          <w:rFonts w:ascii="Times New Roman" w:hAnsi="Times New Roman"/>
          <w:lang w:val="ru-RU"/>
        </w:rPr>
        <w:t xml:space="preserve"> </w:t>
      </w:r>
      <w:r w:rsidRPr="0046524B">
        <w:rPr>
          <w:rFonts w:ascii="Times New Roman" w:hAnsi="Times New Roman"/>
        </w:rPr>
        <w:t>ch</w:t>
      </w:r>
      <w:r w:rsidRPr="004B646A">
        <w:rPr>
          <w:rFonts w:ascii="Times New Roman" w:hAnsi="Times New Roman"/>
          <w:lang w:val="ru-RU"/>
        </w:rPr>
        <w:t>ă</w:t>
      </w:r>
      <w:r w:rsidRPr="0046524B">
        <w:rPr>
          <w:rFonts w:ascii="Times New Roman" w:hAnsi="Times New Roman"/>
        </w:rPr>
        <w:t>n</w:t>
      </w:r>
      <w:r w:rsidRPr="004B646A">
        <w:rPr>
          <w:rFonts w:ascii="Times New Roman" w:hAnsi="Times New Roman"/>
          <w:lang w:val="ru-RU"/>
        </w:rPr>
        <w:t xml:space="preserve"> </w:t>
      </w:r>
      <w:r w:rsidRPr="0046524B">
        <w:rPr>
          <w:rFonts w:ascii="Times New Roman" w:hAnsi="Times New Roman"/>
        </w:rPr>
        <w:t>nu</w:t>
      </w:r>
      <w:r w:rsidRPr="004B646A">
        <w:rPr>
          <w:rFonts w:ascii="Times New Roman" w:hAnsi="Times New Roman"/>
          <w:lang w:val="ru-RU"/>
        </w:rPr>
        <w:t>ô</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tiềm</w:t>
      </w:r>
      <w:r w:rsidRPr="004B646A">
        <w:rPr>
          <w:rFonts w:ascii="Times New Roman" w:hAnsi="Times New Roman"/>
          <w:lang w:val="ru-RU"/>
        </w:rPr>
        <w:t xml:space="preserve"> </w:t>
      </w:r>
      <w:r w:rsidRPr="0046524B">
        <w:rPr>
          <w:rFonts w:ascii="Times New Roman" w:hAnsi="Times New Roman"/>
        </w:rPr>
        <w:t>n</w:t>
      </w:r>
      <w:r w:rsidRPr="004B646A">
        <w:rPr>
          <w:rFonts w:ascii="Times New Roman" w:hAnsi="Times New Roman"/>
          <w:lang w:val="ru-RU"/>
        </w:rPr>
        <w:t>ă</w:t>
      </w:r>
      <w:r w:rsidRPr="0046524B">
        <w:rPr>
          <w:rFonts w:ascii="Times New Roman" w:hAnsi="Times New Roman"/>
        </w:rPr>
        <w:t>ng</w:t>
      </w:r>
      <w:r w:rsidRPr="004B646A">
        <w:rPr>
          <w:rFonts w:ascii="Times New Roman" w:hAnsi="Times New Roman"/>
          <w:lang w:val="ru-RU"/>
        </w:rPr>
        <w:t xml:space="preserve"> </w:t>
      </w:r>
      <w:r w:rsidRPr="0046524B">
        <w:rPr>
          <w:rFonts w:ascii="Times New Roman" w:hAnsi="Times New Roman"/>
        </w:rPr>
        <w:t>ph</w:t>
      </w:r>
      <w:r w:rsidRPr="004B646A">
        <w:rPr>
          <w:rFonts w:ascii="Times New Roman" w:hAnsi="Times New Roman"/>
          <w:lang w:val="ru-RU"/>
        </w:rPr>
        <w:t xml:space="preserve">ù </w:t>
      </w:r>
      <w:r w:rsidRPr="0046524B">
        <w:rPr>
          <w:rFonts w:ascii="Times New Roman" w:hAnsi="Times New Roman"/>
        </w:rPr>
        <w:t>với</w:t>
      </w:r>
      <w:r w:rsidRPr="004B646A">
        <w:rPr>
          <w:rFonts w:ascii="Times New Roman" w:hAnsi="Times New Roman"/>
          <w:lang w:val="ru-RU"/>
        </w:rPr>
        <w:t xml:space="preserve"> đ</w:t>
      </w:r>
      <w:r w:rsidRPr="0046524B">
        <w:rPr>
          <w:rFonts w:ascii="Times New Roman" w:hAnsi="Times New Roman"/>
        </w:rPr>
        <w:t>iều</w:t>
      </w:r>
      <w:r w:rsidRPr="004B646A">
        <w:rPr>
          <w:rFonts w:ascii="Times New Roman" w:hAnsi="Times New Roman"/>
          <w:lang w:val="ru-RU"/>
        </w:rPr>
        <w:t xml:space="preserve"> </w:t>
      </w:r>
      <w:r w:rsidRPr="0046524B">
        <w:rPr>
          <w:rFonts w:ascii="Times New Roman" w:hAnsi="Times New Roman"/>
        </w:rPr>
        <w:t>kiện</w:t>
      </w:r>
      <w:r w:rsidRPr="004B646A">
        <w:rPr>
          <w:rFonts w:ascii="Times New Roman" w:hAnsi="Times New Roman"/>
          <w:lang w:val="ru-RU"/>
        </w:rPr>
        <w:t xml:space="preserve"> </w:t>
      </w:r>
      <w:r w:rsidRPr="0046524B">
        <w:rPr>
          <w:rFonts w:ascii="Times New Roman" w:hAnsi="Times New Roman"/>
        </w:rPr>
        <w:t>sinh</w:t>
      </w:r>
      <w:r w:rsidRPr="004B646A">
        <w:rPr>
          <w:rFonts w:ascii="Times New Roman" w:hAnsi="Times New Roman"/>
          <w:lang w:val="ru-RU"/>
        </w:rPr>
        <w:t xml:space="preserve"> </w:t>
      </w:r>
      <w:r w:rsidRPr="0046524B">
        <w:rPr>
          <w:rFonts w:ascii="Times New Roman" w:hAnsi="Times New Roman"/>
        </w:rPr>
        <w:t>th</w:t>
      </w:r>
      <w:r w:rsidRPr="004B646A">
        <w:rPr>
          <w:rFonts w:ascii="Times New Roman" w:hAnsi="Times New Roman"/>
          <w:lang w:val="ru-RU"/>
        </w:rPr>
        <w:t>á</w:t>
      </w:r>
      <w:r w:rsidRPr="0046524B">
        <w:rPr>
          <w:rFonts w:ascii="Times New Roman" w:hAnsi="Times New Roman"/>
        </w:rPr>
        <w:t>i</w:t>
      </w:r>
      <w:r w:rsidRPr="004B646A">
        <w:rPr>
          <w:rFonts w:ascii="Times New Roman" w:hAnsi="Times New Roman"/>
          <w:lang w:val="ru-RU"/>
        </w:rPr>
        <w:t xml:space="preserve"> </w:t>
      </w:r>
      <w:r w:rsidRPr="0046524B">
        <w:rPr>
          <w:rFonts w:ascii="Times New Roman" w:hAnsi="Times New Roman"/>
        </w:rPr>
        <w:t>của</w:t>
      </w:r>
      <w:r w:rsidRPr="004B646A">
        <w:rPr>
          <w:rFonts w:ascii="Times New Roman" w:hAnsi="Times New Roman"/>
          <w:lang w:val="ru-RU"/>
        </w:rPr>
        <w:t xml:space="preserve"> đ</w:t>
      </w:r>
      <w:r w:rsidRPr="0046524B">
        <w:rPr>
          <w:rFonts w:ascii="Times New Roman" w:hAnsi="Times New Roman"/>
        </w:rPr>
        <w:t>ịa</w:t>
      </w:r>
      <w:r w:rsidRPr="004B646A">
        <w:rPr>
          <w:rFonts w:ascii="Times New Roman" w:hAnsi="Times New Roman"/>
          <w:lang w:val="ru-RU"/>
        </w:rPr>
        <w:t xml:space="preserve"> </w:t>
      </w:r>
      <w:r w:rsidRPr="0046524B">
        <w:rPr>
          <w:rFonts w:ascii="Times New Roman" w:hAnsi="Times New Roman"/>
        </w:rPr>
        <w:t>ph</w:t>
      </w:r>
      <w:r w:rsidRPr="004B646A">
        <w:rPr>
          <w:rFonts w:ascii="Times New Roman" w:hAnsi="Times New Roman"/>
          <w:lang w:val="ru-RU"/>
        </w:rPr>
        <w:t>ươ</w:t>
      </w:r>
      <w:r w:rsidRPr="0046524B">
        <w:rPr>
          <w:rFonts w:ascii="Times New Roman" w:hAnsi="Times New Roman"/>
        </w:rPr>
        <w:t>ng</w:t>
      </w:r>
      <w:r w:rsidRPr="004B646A">
        <w:rPr>
          <w:rFonts w:ascii="Times New Roman" w:hAnsi="Times New Roman"/>
          <w:lang w:val="ru-RU"/>
        </w:rPr>
        <w:t>.</w:t>
      </w:r>
    </w:p>
    <w:p w14:paraId="745E886A" w14:textId="3E3E6893" w:rsidR="0016225C" w:rsidRPr="004B646A" w:rsidRDefault="00521E68" w:rsidP="002B67B7">
      <w:pPr>
        <w:spacing w:line="240" w:lineRule="auto"/>
        <w:rPr>
          <w:rFonts w:ascii="Arial" w:hAnsi="Arial"/>
          <w:b/>
          <w:noProof/>
          <w:lang w:val="ru-RU"/>
        </w:rPr>
      </w:pPr>
      <w:r w:rsidRPr="0046524B">
        <w:rPr>
          <w:rFonts w:ascii="Times New Roman" w:hAnsi="Times New Roman"/>
          <w:i/>
        </w:rPr>
        <w:t>Từ</w:t>
      </w:r>
      <w:r w:rsidRPr="004B646A">
        <w:rPr>
          <w:rFonts w:ascii="Times New Roman" w:hAnsi="Times New Roman"/>
          <w:i/>
          <w:lang w:val="ru-RU"/>
        </w:rPr>
        <w:t xml:space="preserve"> </w:t>
      </w:r>
      <w:r w:rsidRPr="0046524B">
        <w:rPr>
          <w:rFonts w:ascii="Times New Roman" w:hAnsi="Times New Roman"/>
          <w:i/>
        </w:rPr>
        <w:t>kh</w:t>
      </w:r>
      <w:r w:rsidRPr="004B646A">
        <w:rPr>
          <w:rFonts w:ascii="Times New Roman" w:hAnsi="Times New Roman"/>
          <w:i/>
          <w:lang w:val="ru-RU"/>
        </w:rPr>
        <w:t>ó</w:t>
      </w:r>
      <w:r w:rsidRPr="0046524B">
        <w:rPr>
          <w:rFonts w:ascii="Times New Roman" w:hAnsi="Times New Roman"/>
          <w:i/>
        </w:rPr>
        <w:t>a</w:t>
      </w:r>
      <w:r w:rsidRPr="004B646A">
        <w:rPr>
          <w:rFonts w:ascii="Times New Roman" w:hAnsi="Times New Roman"/>
          <w:i/>
          <w:lang w:val="ru-RU"/>
        </w:rPr>
        <w:t>:</w:t>
      </w:r>
      <w:r w:rsidR="00FB54A7" w:rsidRPr="004B646A">
        <w:rPr>
          <w:rFonts w:ascii="Times New Roman" w:hAnsi="Times New Roman"/>
          <w:i/>
          <w:lang w:val="ru-RU"/>
        </w:rPr>
        <w:t xml:space="preserve"> </w:t>
      </w:r>
      <w:r w:rsidR="00612CB6" w:rsidRPr="0046524B">
        <w:rPr>
          <w:rFonts w:ascii="Times New Roman" w:hAnsi="Times New Roman"/>
          <w:i/>
        </w:rPr>
        <w:t>N</w:t>
      </w:r>
      <w:r w:rsidR="00612CB6" w:rsidRPr="004B646A">
        <w:rPr>
          <w:rFonts w:ascii="Times New Roman" w:hAnsi="Times New Roman"/>
          <w:i/>
          <w:lang w:val="ru-RU"/>
        </w:rPr>
        <w:t>ô</w:t>
      </w:r>
      <w:r w:rsidR="00612CB6" w:rsidRPr="0046524B">
        <w:rPr>
          <w:rFonts w:ascii="Times New Roman" w:hAnsi="Times New Roman"/>
          <w:i/>
        </w:rPr>
        <w:t>ng</w:t>
      </w:r>
      <w:r w:rsidR="00612CB6" w:rsidRPr="004B646A">
        <w:rPr>
          <w:rFonts w:ascii="Times New Roman" w:hAnsi="Times New Roman"/>
          <w:i/>
          <w:lang w:val="ru-RU"/>
        </w:rPr>
        <w:t xml:space="preserve"> </w:t>
      </w:r>
      <w:r w:rsidR="00612CB6" w:rsidRPr="0046524B">
        <w:rPr>
          <w:rFonts w:ascii="Times New Roman" w:hAnsi="Times New Roman"/>
          <w:i/>
        </w:rPr>
        <w:t>nghiệp</w:t>
      </w:r>
      <w:r w:rsidR="00612CB6" w:rsidRPr="004B646A">
        <w:rPr>
          <w:rFonts w:ascii="Times New Roman" w:hAnsi="Times New Roman"/>
          <w:i/>
          <w:lang w:val="ru-RU"/>
        </w:rPr>
        <w:t xml:space="preserve"> </w:t>
      </w:r>
      <w:r w:rsidR="00612CB6" w:rsidRPr="0046524B">
        <w:rPr>
          <w:rFonts w:ascii="Times New Roman" w:hAnsi="Times New Roman"/>
          <w:i/>
        </w:rPr>
        <w:t>xanh</w:t>
      </w:r>
      <w:r w:rsidR="00612CB6" w:rsidRPr="004B646A">
        <w:rPr>
          <w:rFonts w:ascii="Times New Roman" w:hAnsi="Times New Roman"/>
          <w:i/>
          <w:lang w:val="ru-RU"/>
        </w:rPr>
        <w:t xml:space="preserve">, </w:t>
      </w:r>
      <w:r w:rsidR="00612CB6" w:rsidRPr="0046524B">
        <w:rPr>
          <w:rFonts w:ascii="Times New Roman" w:hAnsi="Times New Roman"/>
          <w:i/>
        </w:rPr>
        <w:t>ch</w:t>
      </w:r>
      <w:r w:rsidR="00612CB6" w:rsidRPr="004B646A">
        <w:rPr>
          <w:rFonts w:ascii="Times New Roman" w:hAnsi="Times New Roman"/>
          <w:i/>
          <w:lang w:val="ru-RU"/>
        </w:rPr>
        <w:t>ă</w:t>
      </w:r>
      <w:r w:rsidR="00612CB6" w:rsidRPr="0046524B">
        <w:rPr>
          <w:rFonts w:ascii="Times New Roman" w:hAnsi="Times New Roman"/>
          <w:i/>
        </w:rPr>
        <w:t>n</w:t>
      </w:r>
      <w:r w:rsidR="00612CB6" w:rsidRPr="004B646A">
        <w:rPr>
          <w:rFonts w:ascii="Times New Roman" w:hAnsi="Times New Roman"/>
          <w:i/>
          <w:lang w:val="ru-RU"/>
        </w:rPr>
        <w:t xml:space="preserve"> </w:t>
      </w:r>
      <w:r w:rsidR="00612CB6" w:rsidRPr="0046524B">
        <w:rPr>
          <w:rFonts w:ascii="Times New Roman" w:hAnsi="Times New Roman"/>
          <w:i/>
        </w:rPr>
        <w:t>nu</w:t>
      </w:r>
      <w:r w:rsidR="00612CB6" w:rsidRPr="004B646A">
        <w:rPr>
          <w:rFonts w:ascii="Times New Roman" w:hAnsi="Times New Roman"/>
          <w:i/>
          <w:lang w:val="ru-RU"/>
        </w:rPr>
        <w:t>ô</w:t>
      </w:r>
      <w:r w:rsidR="00612CB6" w:rsidRPr="0046524B">
        <w:rPr>
          <w:rFonts w:ascii="Times New Roman" w:hAnsi="Times New Roman"/>
          <w:i/>
        </w:rPr>
        <w:t>i</w:t>
      </w:r>
      <w:r w:rsidR="00612CB6" w:rsidRPr="004B646A">
        <w:rPr>
          <w:rFonts w:ascii="Times New Roman" w:hAnsi="Times New Roman"/>
          <w:i/>
          <w:lang w:val="ru-RU"/>
        </w:rPr>
        <w:t xml:space="preserve">, </w:t>
      </w:r>
      <w:r w:rsidR="00612CB6" w:rsidRPr="0046524B">
        <w:rPr>
          <w:rFonts w:ascii="Times New Roman" w:hAnsi="Times New Roman"/>
          <w:i/>
        </w:rPr>
        <w:t>bền</w:t>
      </w:r>
      <w:r w:rsidR="00612CB6" w:rsidRPr="004B646A">
        <w:rPr>
          <w:rFonts w:ascii="Times New Roman" w:hAnsi="Times New Roman"/>
          <w:i/>
          <w:lang w:val="ru-RU"/>
        </w:rPr>
        <w:t xml:space="preserve"> </w:t>
      </w:r>
      <w:r w:rsidR="00612CB6" w:rsidRPr="0046524B">
        <w:rPr>
          <w:rFonts w:ascii="Times New Roman" w:hAnsi="Times New Roman"/>
          <w:i/>
        </w:rPr>
        <w:t>vững</w:t>
      </w:r>
      <w:r w:rsidR="00612CB6" w:rsidRPr="004B646A">
        <w:rPr>
          <w:rFonts w:ascii="Times New Roman" w:hAnsi="Times New Roman"/>
          <w:i/>
          <w:lang w:val="ru-RU"/>
        </w:rPr>
        <w:t xml:space="preserve">, </w:t>
      </w:r>
      <w:r w:rsidR="001657EB">
        <w:rPr>
          <w:rFonts w:ascii="Times New Roman" w:hAnsi="Times New Roman"/>
          <w:i/>
        </w:rPr>
        <w:t>hữu</w:t>
      </w:r>
      <w:r w:rsidR="001657EB" w:rsidRPr="001657EB">
        <w:rPr>
          <w:rFonts w:ascii="Times New Roman" w:hAnsi="Times New Roman"/>
          <w:i/>
          <w:lang w:val="ru-RU"/>
        </w:rPr>
        <w:t xml:space="preserve"> </w:t>
      </w:r>
      <w:r w:rsidR="001657EB">
        <w:rPr>
          <w:rFonts w:ascii="Times New Roman" w:hAnsi="Times New Roman"/>
          <w:i/>
        </w:rPr>
        <w:t>c</w:t>
      </w:r>
      <w:r w:rsidR="001657EB" w:rsidRPr="001657EB">
        <w:rPr>
          <w:rFonts w:ascii="Times New Roman" w:hAnsi="Times New Roman"/>
          <w:i/>
          <w:lang w:val="ru-RU"/>
        </w:rPr>
        <w:t>ơ/</w:t>
      </w:r>
      <w:r w:rsidR="00612CB6" w:rsidRPr="0046524B">
        <w:rPr>
          <w:rFonts w:ascii="Times New Roman" w:hAnsi="Times New Roman"/>
          <w:i/>
        </w:rPr>
        <w:t>VietGap</w:t>
      </w:r>
      <w:r w:rsidR="00612CB6" w:rsidRPr="004B646A">
        <w:rPr>
          <w:rFonts w:ascii="Times New Roman" w:hAnsi="Times New Roman"/>
          <w:i/>
          <w:lang w:val="ru-RU"/>
        </w:rPr>
        <w:t xml:space="preserve">, </w:t>
      </w:r>
      <w:r w:rsidR="00612CB6" w:rsidRPr="0046524B">
        <w:rPr>
          <w:rFonts w:ascii="Times New Roman" w:hAnsi="Times New Roman"/>
          <w:i/>
        </w:rPr>
        <w:t>huyện</w:t>
      </w:r>
      <w:r w:rsidR="00612CB6" w:rsidRPr="004B646A">
        <w:rPr>
          <w:rFonts w:ascii="Times New Roman" w:hAnsi="Times New Roman"/>
          <w:i/>
          <w:lang w:val="ru-RU"/>
        </w:rPr>
        <w:t xml:space="preserve"> </w:t>
      </w:r>
      <w:r w:rsidR="00612CB6" w:rsidRPr="0046524B">
        <w:rPr>
          <w:rFonts w:ascii="Times New Roman" w:hAnsi="Times New Roman"/>
          <w:i/>
        </w:rPr>
        <w:t>Nam</w:t>
      </w:r>
      <w:r w:rsidR="00612CB6" w:rsidRPr="004B646A">
        <w:rPr>
          <w:rFonts w:ascii="Times New Roman" w:hAnsi="Times New Roman"/>
          <w:i/>
          <w:lang w:val="ru-RU"/>
        </w:rPr>
        <w:t xml:space="preserve"> Đô</w:t>
      </w:r>
      <w:r w:rsidR="00612CB6" w:rsidRPr="0046524B">
        <w:rPr>
          <w:rFonts w:ascii="Times New Roman" w:hAnsi="Times New Roman"/>
          <w:i/>
        </w:rPr>
        <w:t>ng</w:t>
      </w:r>
      <w:r w:rsidR="00612CB6" w:rsidRPr="004B646A">
        <w:rPr>
          <w:rFonts w:ascii="Arial" w:hAnsi="Arial"/>
          <w:b/>
          <w:noProof/>
          <w:lang w:val="ru-RU" w:eastAsia="zh-CN"/>
        </w:rPr>
        <w:t xml:space="preserve"> </w:t>
      </w:r>
      <w:r w:rsidR="00AA4B50" w:rsidRPr="0046524B">
        <w:rPr>
          <w:rFonts w:ascii="Arial" w:hAnsi="Arial"/>
          <w:b/>
          <w:noProof/>
          <w:lang w:eastAsia="zh-CN"/>
        </w:rPr>
        <mc:AlternateContent>
          <mc:Choice Requires="wps">
            <w:drawing>
              <wp:inline distT="0" distB="0" distL="0" distR="0" wp14:anchorId="2C3A6427" wp14:editId="6E28B582">
                <wp:extent cx="5937250" cy="0"/>
                <wp:effectExtent l="0" t="0" r="25400" b="19050"/>
                <wp:docPr id="8" name="Straight Connector 8"/>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APFBZX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0CB33118" w14:textId="0C71D695" w:rsidR="002E6A61" w:rsidRPr="004B646A" w:rsidRDefault="0016225C" w:rsidP="0016225C">
      <w:pPr>
        <w:pStyle w:val="ListParagraph"/>
        <w:spacing w:line="240" w:lineRule="auto"/>
        <w:ind w:left="0"/>
        <w:rPr>
          <w:lang w:val="ru-RU"/>
        </w:rPr>
      </w:pPr>
      <w:r w:rsidRPr="004B646A">
        <w:rPr>
          <w:rFonts w:ascii="Times New Roman" w:hAnsi="Times New Roman"/>
          <w:b/>
          <w:lang w:val="ru-RU"/>
        </w:rPr>
        <w:t xml:space="preserve">1. </w:t>
      </w:r>
      <w:r w:rsidR="00FB54A7" w:rsidRPr="0046524B">
        <w:rPr>
          <w:rFonts w:ascii="Times New Roman" w:hAnsi="Times New Roman"/>
          <w:b/>
        </w:rPr>
        <w:t>GIỚI</w:t>
      </w:r>
      <w:r w:rsidR="00FB54A7" w:rsidRPr="004B646A">
        <w:rPr>
          <w:rFonts w:ascii="Times New Roman" w:hAnsi="Times New Roman"/>
          <w:b/>
          <w:lang w:val="ru-RU"/>
        </w:rPr>
        <w:t xml:space="preserve"> </w:t>
      </w:r>
      <w:r w:rsidR="00FB54A7" w:rsidRPr="0046524B">
        <w:rPr>
          <w:rFonts w:ascii="Times New Roman" w:hAnsi="Times New Roman"/>
          <w:b/>
        </w:rPr>
        <w:t>THIỆU</w:t>
      </w:r>
    </w:p>
    <w:p w14:paraId="5C7E0913" w14:textId="54D65446" w:rsidR="00622920" w:rsidRPr="0046524B" w:rsidRDefault="00622920" w:rsidP="00622920">
      <w:pPr>
        <w:pStyle w:val="Heading2"/>
        <w:shd w:val="clear" w:color="auto" w:fill="FFFFFF"/>
        <w:jc w:val="both"/>
        <w:rPr>
          <w:rFonts w:ascii="Times New Roman" w:eastAsia="SimSun" w:hAnsi="Times New Roman" w:cs="Times New Roman"/>
          <w:color w:val="auto"/>
          <w:lang w:val="ru-RU"/>
        </w:rPr>
      </w:pPr>
      <w:r w:rsidRPr="0046524B">
        <w:rPr>
          <w:rFonts w:ascii="Times New Roman" w:eastAsia="SimSun" w:hAnsi="Times New Roman" w:cs="Times New Roman"/>
          <w:b w:val="0"/>
          <w:bCs w:val="0"/>
          <w:color w:val="auto"/>
          <w:sz w:val="22"/>
          <w:szCs w:val="22"/>
        </w:rPr>
        <w:t>Hiện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nay</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biến</w:t>
      </w:r>
      <w:r w:rsidRPr="0046524B">
        <w:rPr>
          <w:rFonts w:ascii="Times New Roman" w:eastAsia="SimSun" w:hAnsi="Times New Roman" w:cs="Times New Roman"/>
          <w:b w:val="0"/>
          <w:bCs w:val="0"/>
          <w:color w:val="auto"/>
          <w:sz w:val="22"/>
          <w:szCs w:val="22"/>
          <w:lang w:val="ru-RU"/>
        </w:rPr>
        <w:t xml:space="preserve"> đ</w:t>
      </w:r>
      <w:r w:rsidRPr="0046524B">
        <w:rPr>
          <w:rFonts w:ascii="Times New Roman" w:eastAsia="SimSun" w:hAnsi="Times New Roman" w:cs="Times New Roman"/>
          <w:b w:val="0"/>
          <w:bCs w:val="0"/>
          <w:color w:val="auto"/>
          <w:sz w:val="22"/>
          <w:szCs w:val="22"/>
        </w:rPr>
        <w:t>ổi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kh</w:t>
      </w:r>
      <w:r w:rsidRPr="0046524B">
        <w:rPr>
          <w:rFonts w:ascii="Times New Roman" w:eastAsia="SimSun" w:hAnsi="Times New Roman" w:cs="Times New Roman"/>
          <w:b w:val="0"/>
          <w:bCs w:val="0"/>
          <w:color w:val="auto"/>
          <w:sz w:val="22"/>
          <w:szCs w:val="22"/>
          <w:lang w:val="ru-RU"/>
        </w:rPr>
        <w:t xml:space="preserve">í </w:t>
      </w:r>
      <w:r w:rsidRPr="0046524B">
        <w:rPr>
          <w:rFonts w:ascii="Times New Roman" w:eastAsia="SimSun" w:hAnsi="Times New Roman" w:cs="Times New Roman"/>
          <w:b w:val="0"/>
          <w:bCs w:val="0"/>
          <w:color w:val="auto"/>
          <w:sz w:val="22"/>
          <w:szCs w:val="22"/>
        </w:rPr>
        <w:t>hậu</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to</w:t>
      </w:r>
      <w:r w:rsidRPr="0046524B">
        <w:rPr>
          <w:rFonts w:ascii="Times New Roman" w:eastAsia="SimSun" w:hAnsi="Times New Roman" w:cs="Times New Roman"/>
          <w:b w:val="0"/>
          <w:bCs w:val="0"/>
          <w:color w:val="auto"/>
          <w:sz w:val="22"/>
          <w:szCs w:val="22"/>
          <w:lang w:val="ru-RU"/>
        </w:rPr>
        <w:t>à</w:t>
      </w:r>
      <w:r w:rsidRPr="0046524B">
        <w:rPr>
          <w:rFonts w:ascii="Times New Roman" w:eastAsia="SimSun" w:hAnsi="Times New Roman" w:cs="Times New Roman"/>
          <w:b w:val="0"/>
          <w:bCs w:val="0"/>
          <w:color w:val="auto"/>
          <w:sz w:val="22"/>
          <w:szCs w:val="22"/>
        </w:rPr>
        <w:t>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cầu</w:t>
      </w:r>
      <w:r w:rsidRPr="0046524B">
        <w:rPr>
          <w:rFonts w:ascii="Times New Roman" w:eastAsia="SimSun" w:hAnsi="Times New Roman" w:cs="Times New Roman"/>
          <w:b w:val="0"/>
          <w:bCs w:val="0"/>
          <w:color w:val="auto"/>
          <w:sz w:val="22"/>
          <w:szCs w:val="22"/>
          <w:lang w:val="ru-RU"/>
        </w:rPr>
        <w:t xml:space="preserve"> đ</w:t>
      </w:r>
      <w:r w:rsidRPr="0046524B">
        <w:rPr>
          <w:rFonts w:ascii="Times New Roman" w:eastAsia="SimSun" w:hAnsi="Times New Roman" w:cs="Times New Roman"/>
          <w:b w:val="0"/>
          <w:bCs w:val="0"/>
          <w:color w:val="auto"/>
          <w:sz w:val="22"/>
          <w:szCs w:val="22"/>
        </w:rPr>
        <w:t>ang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g</w:t>
      </w:r>
      <w:r w:rsidRPr="0046524B">
        <w:rPr>
          <w:rFonts w:ascii="Times New Roman" w:eastAsia="SimSun" w:hAnsi="Times New Roman" w:cs="Times New Roman"/>
          <w:b w:val="0"/>
          <w:bCs w:val="0"/>
          <w:color w:val="auto"/>
          <w:sz w:val="22"/>
          <w:szCs w:val="22"/>
          <w:lang w:val="ru-RU"/>
        </w:rPr>
        <w:t>â</w:t>
      </w:r>
      <w:r w:rsidRPr="0046524B">
        <w:rPr>
          <w:rFonts w:ascii="Times New Roman" w:eastAsia="SimSun" w:hAnsi="Times New Roman" w:cs="Times New Roman"/>
          <w:b w:val="0"/>
          <w:bCs w:val="0"/>
          <w:color w:val="auto"/>
          <w:sz w:val="22"/>
          <w:szCs w:val="22"/>
        </w:rPr>
        <w:t>y</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suy</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tho</w:t>
      </w:r>
      <w:r w:rsidRPr="0046524B">
        <w:rPr>
          <w:rFonts w:ascii="Times New Roman" w:eastAsia="SimSun" w:hAnsi="Times New Roman" w:cs="Times New Roman"/>
          <w:b w:val="0"/>
          <w:bCs w:val="0"/>
          <w:color w:val="auto"/>
          <w:sz w:val="22"/>
          <w:szCs w:val="22"/>
          <w:lang w:val="ru-RU"/>
        </w:rPr>
        <w:t>á</w:t>
      </w:r>
      <w:r w:rsidRPr="0046524B">
        <w:rPr>
          <w:rFonts w:ascii="Times New Roman" w:eastAsia="SimSun" w:hAnsi="Times New Roman" w:cs="Times New Roman"/>
          <w:b w:val="0"/>
          <w:bCs w:val="0"/>
          <w:color w:val="auto"/>
          <w:sz w:val="22"/>
          <w:szCs w:val="22"/>
        </w:rPr>
        <w:t>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w:t>
      </w:r>
      <w:r w:rsidRPr="0046524B">
        <w:rPr>
          <w:rFonts w:ascii="Times New Roman" w:eastAsia="SimSun" w:hAnsi="Times New Roman" w:cs="Times New Roman"/>
          <w:b w:val="0"/>
          <w:bCs w:val="0"/>
          <w:color w:val="auto"/>
          <w:sz w:val="22"/>
          <w:szCs w:val="22"/>
          <w:lang w:val="ru-RU"/>
        </w:rPr>
        <w:t>à</w:t>
      </w:r>
      <w:r w:rsidRPr="0046524B">
        <w:rPr>
          <w:rFonts w:ascii="Times New Roman" w:eastAsia="SimSun" w:hAnsi="Times New Roman" w:cs="Times New Roman"/>
          <w:b w:val="0"/>
          <w:bCs w:val="0"/>
          <w:color w:val="auto"/>
          <w:sz w:val="22"/>
          <w:szCs w:val="22"/>
        </w:rPr>
        <w:t>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nguy</w:t>
      </w:r>
      <w:r w:rsidRPr="0046524B">
        <w:rPr>
          <w:rFonts w:ascii="Times New Roman" w:eastAsia="SimSun" w:hAnsi="Times New Roman" w:cs="Times New Roman"/>
          <w:b w:val="0"/>
          <w:bCs w:val="0"/>
          <w:color w:val="auto"/>
          <w:sz w:val="22"/>
          <w:szCs w:val="22"/>
          <w:lang w:val="ru-RU"/>
        </w:rPr>
        <w:t>ê</w:t>
      </w:r>
      <w:r w:rsidRPr="0046524B">
        <w:rPr>
          <w:rFonts w:ascii="Times New Roman" w:eastAsia="SimSun" w:hAnsi="Times New Roman" w:cs="Times New Roman"/>
          <w:b w:val="0"/>
          <w:bCs w:val="0"/>
          <w:color w:val="auto"/>
          <w:sz w:val="22"/>
          <w:szCs w:val="22"/>
        </w:rPr>
        <w:t>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v</w:t>
      </w:r>
      <w:r w:rsidRPr="0046524B">
        <w:rPr>
          <w:rFonts w:ascii="Times New Roman" w:eastAsia="SimSun" w:hAnsi="Times New Roman" w:cs="Times New Roman"/>
          <w:b w:val="0"/>
          <w:bCs w:val="0"/>
          <w:color w:val="auto"/>
          <w:sz w:val="22"/>
          <w:szCs w:val="22"/>
          <w:lang w:val="ru-RU"/>
        </w:rPr>
        <w:t xml:space="preserve">à ô </w:t>
      </w:r>
      <w:r w:rsidRPr="0046524B">
        <w:rPr>
          <w:rFonts w:ascii="Times New Roman" w:eastAsia="SimSun" w:hAnsi="Times New Roman" w:cs="Times New Roman"/>
          <w:b w:val="0"/>
          <w:bCs w:val="0"/>
          <w:color w:val="auto"/>
          <w:sz w:val="22"/>
          <w:szCs w:val="22"/>
        </w:rPr>
        <w:t>nhiễm</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m</w:t>
      </w:r>
      <w:r w:rsidRPr="0046524B">
        <w:rPr>
          <w:rFonts w:ascii="Times New Roman" w:eastAsia="SimSun" w:hAnsi="Times New Roman" w:cs="Times New Roman"/>
          <w:b w:val="0"/>
          <w:bCs w:val="0"/>
          <w:color w:val="auto"/>
          <w:sz w:val="22"/>
          <w:szCs w:val="22"/>
          <w:lang w:val="ru-RU"/>
        </w:rPr>
        <w:t>ô</w:t>
      </w:r>
      <w:r w:rsidRPr="0046524B">
        <w:rPr>
          <w:rFonts w:ascii="Times New Roman" w:eastAsia="SimSun" w:hAnsi="Times New Roman" w:cs="Times New Roman"/>
          <w:b w:val="0"/>
          <w:bCs w:val="0"/>
          <w:color w:val="auto"/>
          <w:sz w:val="22"/>
          <w:szCs w:val="22"/>
        </w:rPr>
        <w:t>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tr</w:t>
      </w:r>
      <w:r w:rsidRPr="0046524B">
        <w:rPr>
          <w:rFonts w:ascii="Times New Roman" w:eastAsia="SimSun" w:hAnsi="Times New Roman" w:cs="Times New Roman"/>
          <w:b w:val="0"/>
          <w:bCs w:val="0"/>
          <w:color w:val="auto"/>
          <w:sz w:val="22"/>
          <w:szCs w:val="22"/>
          <w:lang w:val="ru-RU"/>
        </w:rPr>
        <w:t>ư</w:t>
      </w:r>
      <w:r w:rsidRPr="0046524B">
        <w:rPr>
          <w:rFonts w:ascii="Times New Roman" w:eastAsia="SimSun" w:hAnsi="Times New Roman" w:cs="Times New Roman"/>
          <w:b w:val="0"/>
          <w:bCs w:val="0"/>
          <w:color w:val="auto"/>
          <w:sz w:val="22"/>
          <w:szCs w:val="22"/>
        </w:rPr>
        <w:t>ờng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ảnh</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h</w:t>
      </w:r>
      <w:r w:rsidRPr="0046524B">
        <w:rPr>
          <w:rFonts w:ascii="Times New Roman" w:eastAsia="SimSun" w:hAnsi="Times New Roman" w:cs="Times New Roman"/>
          <w:b w:val="0"/>
          <w:bCs w:val="0"/>
          <w:color w:val="auto"/>
          <w:sz w:val="22"/>
          <w:szCs w:val="22"/>
          <w:lang w:val="ru-RU"/>
        </w:rPr>
        <w:t>ư</w:t>
      </w:r>
      <w:r w:rsidRPr="0046524B">
        <w:rPr>
          <w:rFonts w:ascii="Times New Roman" w:eastAsia="SimSun" w:hAnsi="Times New Roman" w:cs="Times New Roman"/>
          <w:b w:val="0"/>
          <w:bCs w:val="0"/>
          <w:color w:val="auto"/>
          <w:sz w:val="22"/>
          <w:szCs w:val="22"/>
        </w:rPr>
        <w:t>ởng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nghi</w:t>
      </w:r>
      <w:r w:rsidRPr="0046524B">
        <w:rPr>
          <w:rFonts w:ascii="Times New Roman" w:eastAsia="SimSun" w:hAnsi="Times New Roman" w:cs="Times New Roman"/>
          <w:b w:val="0"/>
          <w:bCs w:val="0"/>
          <w:color w:val="auto"/>
          <w:sz w:val="22"/>
          <w:szCs w:val="22"/>
          <w:lang w:val="ru-RU"/>
        </w:rPr>
        <w:t>ê</w:t>
      </w:r>
      <w:r w:rsidRPr="0046524B">
        <w:rPr>
          <w:rFonts w:ascii="Times New Roman" w:eastAsia="SimSun" w:hAnsi="Times New Roman" w:cs="Times New Roman"/>
          <w:b w:val="0"/>
          <w:bCs w:val="0"/>
          <w:color w:val="auto"/>
          <w:sz w:val="22"/>
          <w:szCs w:val="22"/>
        </w:rPr>
        <w:t>m</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trọng</w:t>
      </w:r>
      <w:r w:rsidRPr="0046524B">
        <w:rPr>
          <w:rFonts w:ascii="Times New Roman" w:eastAsia="SimSun" w:hAnsi="Times New Roman" w:cs="Times New Roman"/>
          <w:b w:val="0"/>
          <w:bCs w:val="0"/>
          <w:color w:val="auto"/>
          <w:sz w:val="22"/>
          <w:szCs w:val="22"/>
          <w:lang w:val="ru-RU"/>
        </w:rPr>
        <w:t xml:space="preserve"> đ</w:t>
      </w:r>
      <w:r w:rsidRPr="0046524B">
        <w:rPr>
          <w:rFonts w:ascii="Times New Roman" w:eastAsia="SimSun" w:hAnsi="Times New Roman" w:cs="Times New Roman"/>
          <w:b w:val="0"/>
          <w:bCs w:val="0"/>
          <w:color w:val="auto"/>
          <w:sz w:val="22"/>
          <w:szCs w:val="22"/>
        </w:rPr>
        <w:t>ến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sản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xuất</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w:t>
      </w:r>
      <w:r w:rsidRPr="0046524B">
        <w:rPr>
          <w:rFonts w:ascii="Times New Roman" w:eastAsia="SimSun" w:hAnsi="Times New Roman" w:cs="Times New Roman"/>
          <w:b w:val="0"/>
          <w:bCs w:val="0"/>
          <w:color w:val="auto"/>
          <w:sz w:val="22"/>
          <w:szCs w:val="22"/>
          <w:lang w:val="ru-RU"/>
        </w:rPr>
        <w:t>ô</w:t>
      </w:r>
      <w:r w:rsidRPr="0046524B">
        <w:rPr>
          <w:rFonts w:ascii="Times New Roman" w:eastAsia="SimSun" w:hAnsi="Times New Roman" w:cs="Times New Roman"/>
          <w:b w:val="0"/>
          <w:bCs w:val="0"/>
          <w:color w:val="auto"/>
          <w:sz w:val="22"/>
          <w:szCs w:val="22"/>
        </w:rPr>
        <w:t>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nghiệp</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Việt</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Nam</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Do</w:t>
      </w:r>
      <w:r w:rsidRPr="0046524B">
        <w:rPr>
          <w:rFonts w:ascii="Times New Roman" w:eastAsia="SimSun" w:hAnsi="Times New Roman" w:cs="Times New Roman"/>
          <w:b w:val="0"/>
          <w:bCs w:val="0"/>
          <w:color w:val="auto"/>
          <w:sz w:val="22"/>
          <w:szCs w:val="22"/>
          <w:lang w:val="ru-RU"/>
        </w:rPr>
        <w:t xml:space="preserve"> đó, </w:t>
      </w:r>
      <w:r w:rsidRPr="0046524B">
        <w:rPr>
          <w:rFonts w:ascii="Times New Roman" w:eastAsia="SimSun" w:hAnsi="Times New Roman" w:cs="Times New Roman"/>
          <w:b w:val="0"/>
          <w:bCs w:val="0"/>
          <w:color w:val="auto"/>
          <w:sz w:val="22"/>
          <w:szCs w:val="22"/>
        </w:rPr>
        <w:t>việc</w:t>
      </w:r>
      <w:r w:rsidRPr="0046524B">
        <w:rPr>
          <w:rFonts w:ascii="Times New Roman" w:eastAsia="SimSun" w:hAnsi="Times New Roman" w:cs="Times New Roman"/>
          <w:b w:val="0"/>
          <w:bCs w:val="0"/>
          <w:color w:val="auto"/>
          <w:sz w:val="22"/>
          <w:szCs w:val="22"/>
          <w:lang w:val="ru-RU"/>
        </w:rPr>
        <w:t xml:space="preserve"> đ</w:t>
      </w:r>
      <w:r w:rsidRPr="0046524B">
        <w:rPr>
          <w:rFonts w:ascii="Times New Roman" w:eastAsia="SimSun" w:hAnsi="Times New Roman" w:cs="Times New Roman"/>
          <w:b w:val="0"/>
          <w:bCs w:val="0"/>
          <w:color w:val="auto"/>
          <w:sz w:val="22"/>
          <w:szCs w:val="22"/>
        </w:rPr>
        <w:t>ảm</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bảo</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an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ninh</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l</w:t>
      </w:r>
      <w:r w:rsidRPr="0046524B">
        <w:rPr>
          <w:rFonts w:ascii="Times New Roman" w:eastAsia="SimSun" w:hAnsi="Times New Roman" w:cs="Times New Roman"/>
          <w:b w:val="0"/>
          <w:bCs w:val="0"/>
          <w:color w:val="auto"/>
          <w:sz w:val="22"/>
          <w:szCs w:val="22"/>
          <w:lang w:val="ru-RU"/>
        </w:rPr>
        <w:t>ươ</w:t>
      </w:r>
      <w:r w:rsidRPr="0046524B">
        <w:rPr>
          <w:rFonts w:ascii="Times New Roman" w:eastAsia="SimSun" w:hAnsi="Times New Roman" w:cs="Times New Roman"/>
          <w:b w:val="0"/>
          <w:bCs w:val="0"/>
          <w:color w:val="auto"/>
          <w:sz w:val="22"/>
          <w:szCs w:val="22"/>
        </w:rPr>
        <w:t>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thực</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x</w:t>
      </w:r>
      <w:r w:rsidRPr="0046524B">
        <w:rPr>
          <w:rFonts w:ascii="Times New Roman" w:eastAsia="SimSun" w:hAnsi="Times New Roman" w:cs="Times New Roman"/>
          <w:b w:val="0"/>
          <w:bCs w:val="0"/>
          <w:color w:val="auto"/>
          <w:sz w:val="22"/>
          <w:szCs w:val="22"/>
          <w:lang w:val="ru-RU"/>
        </w:rPr>
        <w:t>ó</w:t>
      </w:r>
      <w:r w:rsidRPr="0046524B">
        <w:rPr>
          <w:rFonts w:ascii="Times New Roman" w:eastAsia="SimSun" w:hAnsi="Times New Roman" w:cs="Times New Roman"/>
          <w:b w:val="0"/>
          <w:bCs w:val="0"/>
          <w:color w:val="auto"/>
          <w:sz w:val="22"/>
          <w:szCs w:val="22"/>
        </w:rPr>
        <w:t>a</w:t>
      </w:r>
      <w:r w:rsidRPr="0046524B">
        <w:rPr>
          <w:rFonts w:ascii="Times New Roman" w:eastAsia="SimSun" w:hAnsi="Times New Roman" w:cs="Times New Roman"/>
          <w:b w:val="0"/>
          <w:bCs w:val="0"/>
          <w:color w:val="auto"/>
          <w:sz w:val="22"/>
          <w:szCs w:val="22"/>
          <w:lang w:val="ru-RU"/>
        </w:rPr>
        <w:t xml:space="preserve"> đó</w:t>
      </w:r>
      <w:r w:rsidRPr="0046524B">
        <w:rPr>
          <w:rFonts w:ascii="Times New Roman" w:eastAsia="SimSun" w:hAnsi="Times New Roman" w:cs="Times New Roman"/>
          <w:b w:val="0"/>
          <w:bCs w:val="0"/>
          <w:color w:val="auto"/>
          <w:sz w:val="22"/>
          <w:szCs w:val="22"/>
        </w:rPr>
        <w:t>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giảm</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ngh</w:t>
      </w:r>
      <w:r w:rsidRPr="0046524B">
        <w:rPr>
          <w:rFonts w:ascii="Times New Roman" w:eastAsia="SimSun" w:hAnsi="Times New Roman" w:cs="Times New Roman"/>
          <w:b w:val="0"/>
          <w:bCs w:val="0"/>
          <w:color w:val="auto"/>
          <w:sz w:val="22"/>
          <w:szCs w:val="22"/>
          <w:lang w:val="ru-RU"/>
        </w:rPr>
        <w:t>è</w:t>
      </w:r>
      <w:r w:rsidRPr="0046524B">
        <w:rPr>
          <w:rFonts w:ascii="Times New Roman" w:eastAsia="SimSun" w:hAnsi="Times New Roman" w:cs="Times New Roman"/>
          <w:b w:val="0"/>
          <w:bCs w:val="0"/>
          <w:color w:val="auto"/>
          <w:sz w:val="22"/>
          <w:szCs w:val="22"/>
        </w:rPr>
        <w:t>o</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trong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bối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cảnh</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w:t>
      </w:r>
      <w:r w:rsidRPr="0046524B">
        <w:rPr>
          <w:rFonts w:ascii="Times New Roman" w:eastAsia="SimSun" w:hAnsi="Times New Roman" w:cs="Times New Roman"/>
          <w:b w:val="0"/>
          <w:bCs w:val="0"/>
          <w:color w:val="auto"/>
          <w:sz w:val="22"/>
          <w:szCs w:val="22"/>
          <w:lang w:val="ru-RU"/>
        </w:rPr>
        <w:t>à</w:t>
      </w:r>
      <w:r w:rsidRPr="0046524B">
        <w:rPr>
          <w:rFonts w:ascii="Times New Roman" w:eastAsia="SimSun" w:hAnsi="Times New Roman" w:cs="Times New Roman"/>
          <w:b w:val="0"/>
          <w:bCs w:val="0"/>
          <w:color w:val="auto"/>
          <w:sz w:val="22"/>
          <w:szCs w:val="22"/>
        </w:rPr>
        <w:t>y</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l</w:t>
      </w:r>
      <w:r w:rsidRPr="0046524B">
        <w:rPr>
          <w:rFonts w:ascii="Times New Roman" w:eastAsia="SimSun" w:hAnsi="Times New Roman" w:cs="Times New Roman"/>
          <w:b w:val="0"/>
          <w:bCs w:val="0"/>
          <w:color w:val="auto"/>
          <w:sz w:val="22"/>
          <w:szCs w:val="22"/>
          <w:lang w:val="ru-RU"/>
        </w:rPr>
        <w:t xml:space="preserve">à </w:t>
      </w:r>
      <w:r w:rsidRPr="0046524B">
        <w:rPr>
          <w:rFonts w:ascii="Times New Roman" w:eastAsia="SimSun" w:hAnsi="Times New Roman" w:cs="Times New Roman"/>
          <w:b w:val="0"/>
          <w:bCs w:val="0"/>
          <w:color w:val="auto"/>
          <w:sz w:val="22"/>
          <w:szCs w:val="22"/>
        </w:rPr>
        <w:t>y</w:t>
      </w:r>
      <w:r w:rsidRPr="0046524B">
        <w:rPr>
          <w:rFonts w:ascii="Times New Roman" w:eastAsia="SimSun" w:hAnsi="Times New Roman" w:cs="Times New Roman"/>
          <w:b w:val="0"/>
          <w:bCs w:val="0"/>
          <w:color w:val="auto"/>
          <w:sz w:val="22"/>
          <w:szCs w:val="22"/>
          <w:lang w:val="ru-RU"/>
        </w:rPr>
        <w:t>ê</w:t>
      </w:r>
      <w:r w:rsidRPr="0046524B">
        <w:rPr>
          <w:rFonts w:ascii="Times New Roman" w:eastAsia="SimSun" w:hAnsi="Times New Roman" w:cs="Times New Roman"/>
          <w:b w:val="0"/>
          <w:bCs w:val="0"/>
          <w:color w:val="auto"/>
          <w:sz w:val="22"/>
          <w:szCs w:val="22"/>
        </w:rPr>
        <w:t>u</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cầu</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cấp</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b</w:t>
      </w:r>
      <w:r w:rsidRPr="0046524B">
        <w:rPr>
          <w:rFonts w:ascii="Times New Roman" w:eastAsia="SimSun" w:hAnsi="Times New Roman" w:cs="Times New Roman"/>
          <w:b w:val="0"/>
          <w:bCs w:val="0"/>
          <w:color w:val="auto"/>
          <w:sz w:val="22"/>
          <w:szCs w:val="22"/>
          <w:lang w:val="ru-RU"/>
        </w:rPr>
        <w:t>á</w:t>
      </w:r>
      <w:r w:rsidRPr="0046524B">
        <w:rPr>
          <w:rFonts w:ascii="Times New Roman" w:eastAsia="SimSun" w:hAnsi="Times New Roman" w:cs="Times New Roman"/>
          <w:b w:val="0"/>
          <w:bCs w:val="0"/>
          <w:color w:val="auto"/>
          <w:sz w:val="22"/>
          <w:szCs w:val="22"/>
        </w:rPr>
        <w:t>ch</w:t>
      </w:r>
      <w:r w:rsidRPr="0046524B">
        <w:rPr>
          <w:rFonts w:ascii="Times New Roman" w:eastAsia="SimSun" w:hAnsi="Times New Roman" w:cs="Times New Roman"/>
          <w:b w:val="0"/>
          <w:bCs w:val="0"/>
          <w:color w:val="auto"/>
          <w:sz w:val="22"/>
          <w:szCs w:val="22"/>
          <w:lang w:val="ru-RU"/>
        </w:rPr>
        <w:t xml:space="preserve"> đ</w:t>
      </w:r>
      <w:r w:rsidRPr="0046524B">
        <w:rPr>
          <w:rFonts w:ascii="Times New Roman" w:eastAsia="SimSun" w:hAnsi="Times New Roman" w:cs="Times New Roman"/>
          <w:b w:val="0"/>
          <w:bCs w:val="0"/>
          <w:color w:val="auto"/>
          <w:sz w:val="22"/>
          <w:szCs w:val="22"/>
        </w:rPr>
        <w:t>ối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với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ng</w:t>
      </w:r>
      <w:r w:rsidRPr="0046524B">
        <w:rPr>
          <w:rFonts w:ascii="Times New Roman" w:eastAsia="SimSun" w:hAnsi="Times New Roman" w:cs="Times New Roman"/>
          <w:b w:val="0"/>
          <w:bCs w:val="0"/>
          <w:color w:val="auto"/>
          <w:sz w:val="22"/>
          <w:szCs w:val="22"/>
          <w:lang w:val="ru-RU"/>
        </w:rPr>
        <w:t>à</w:t>
      </w:r>
      <w:r w:rsidRPr="0046524B">
        <w:rPr>
          <w:rFonts w:ascii="Times New Roman" w:eastAsia="SimSun" w:hAnsi="Times New Roman" w:cs="Times New Roman"/>
          <w:b w:val="0"/>
          <w:bCs w:val="0"/>
          <w:color w:val="auto"/>
          <w:sz w:val="22"/>
          <w:szCs w:val="22"/>
        </w:rPr>
        <w:t>nh</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w:t>
      </w:r>
      <w:r w:rsidRPr="0046524B">
        <w:rPr>
          <w:rFonts w:ascii="Times New Roman" w:eastAsia="SimSun" w:hAnsi="Times New Roman" w:cs="Times New Roman"/>
          <w:b w:val="0"/>
          <w:bCs w:val="0"/>
          <w:color w:val="auto"/>
          <w:sz w:val="22"/>
          <w:szCs w:val="22"/>
          <w:lang w:val="ru-RU"/>
        </w:rPr>
        <w:t>ô</w:t>
      </w:r>
      <w:r w:rsidRPr="0046524B">
        <w:rPr>
          <w:rFonts w:ascii="Times New Roman" w:eastAsia="SimSun" w:hAnsi="Times New Roman" w:cs="Times New Roman"/>
          <w:b w:val="0"/>
          <w:bCs w:val="0"/>
          <w:color w:val="auto"/>
          <w:sz w:val="22"/>
          <w:szCs w:val="22"/>
        </w:rPr>
        <w:t>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nghiệp</w:t>
      </w:r>
      <w:r w:rsidR="006D01DA" w:rsidRPr="00091193">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lang w:val="ru-RU"/>
        </w:rPr>
        <w:t xml:space="preserve">[1]. </w:t>
      </w:r>
      <w:r w:rsidRPr="0046524B">
        <w:rPr>
          <w:rFonts w:ascii="Times New Roman" w:eastAsia="SimSun" w:hAnsi="Times New Roman" w:cs="Times New Roman"/>
          <w:b w:val="0"/>
          <w:bCs w:val="0"/>
          <w:color w:val="auto"/>
          <w:sz w:val="22"/>
          <w:szCs w:val="22"/>
        </w:rPr>
        <w:t>Trong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bối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cảnh</w:t>
      </w:r>
      <w:r w:rsidRPr="0046524B">
        <w:rPr>
          <w:rFonts w:ascii="Times New Roman" w:eastAsia="SimSun" w:hAnsi="Times New Roman" w:cs="Times New Roman"/>
          <w:b w:val="0"/>
          <w:bCs w:val="0"/>
          <w:color w:val="auto"/>
          <w:sz w:val="22"/>
          <w:szCs w:val="22"/>
          <w:lang w:val="ru-RU"/>
        </w:rPr>
        <w:t xml:space="preserve"> đó, </w:t>
      </w:r>
      <w:r w:rsidRPr="0046524B">
        <w:rPr>
          <w:rFonts w:ascii="Times New Roman" w:eastAsia="SimSun" w:hAnsi="Times New Roman" w:cs="Times New Roman"/>
          <w:b w:val="0"/>
          <w:bCs w:val="0"/>
          <w:color w:val="auto"/>
          <w:sz w:val="22"/>
          <w:szCs w:val="22"/>
        </w:rPr>
        <w:t>t</w:t>
      </w:r>
      <w:r w:rsidRPr="0046524B">
        <w:rPr>
          <w:rFonts w:ascii="Times New Roman" w:eastAsia="SimSun" w:hAnsi="Times New Roman" w:cs="Times New Roman"/>
          <w:b w:val="0"/>
          <w:bCs w:val="0"/>
          <w:color w:val="auto"/>
          <w:sz w:val="22"/>
          <w:szCs w:val="22"/>
          <w:lang w:val="ru-RU"/>
        </w:rPr>
        <w:t>ă</w:t>
      </w:r>
      <w:r w:rsidRPr="0046524B">
        <w:rPr>
          <w:rFonts w:ascii="Times New Roman" w:eastAsia="SimSun" w:hAnsi="Times New Roman" w:cs="Times New Roman"/>
          <w:b w:val="0"/>
          <w:bCs w:val="0"/>
          <w:color w:val="auto"/>
          <w:sz w:val="22"/>
          <w:szCs w:val="22"/>
        </w:rPr>
        <w:t>ng</w:t>
      </w:r>
      <w:r w:rsidRPr="0046524B">
        <w:rPr>
          <w:rFonts w:ascii="Times New Roman" w:eastAsia="SimSun" w:hAnsi="Times New Roman" w:cs="Times New Roman"/>
          <w:b w:val="0"/>
          <w:bCs w:val="0"/>
          <w:color w:val="auto"/>
          <w:sz w:val="22"/>
          <w:szCs w:val="22"/>
          <w:lang w:val="ru-RU"/>
        </w:rPr>
        <w:t xml:space="preserve"> </w:t>
      </w:r>
      <w:r w:rsidRPr="00A77184">
        <w:rPr>
          <w:rFonts w:ascii="Times New Roman" w:eastAsia="SimSun" w:hAnsi="Times New Roman" w:cs="Times New Roman"/>
          <w:b w:val="0"/>
          <w:bCs w:val="0"/>
          <w:color w:val="FF0000"/>
          <w:sz w:val="22"/>
          <w:szCs w:val="22"/>
        </w:rPr>
        <w:t>tr</w:t>
      </w:r>
      <w:r w:rsidRPr="00A77184">
        <w:rPr>
          <w:rFonts w:ascii="Times New Roman" w:eastAsia="SimSun" w:hAnsi="Times New Roman" w:cs="Times New Roman"/>
          <w:b w:val="0"/>
          <w:bCs w:val="0"/>
          <w:color w:val="FF0000"/>
          <w:sz w:val="22"/>
          <w:szCs w:val="22"/>
          <w:lang w:val="ru-RU"/>
        </w:rPr>
        <w:t>ư</w:t>
      </w:r>
      <w:r w:rsidRPr="00A77184">
        <w:rPr>
          <w:rFonts w:ascii="Times New Roman" w:eastAsia="SimSun" w:hAnsi="Times New Roman" w:cs="Times New Roman"/>
          <w:b w:val="0"/>
          <w:bCs w:val="0"/>
          <w:color w:val="FF0000"/>
          <w:sz w:val="22"/>
          <w:szCs w:val="22"/>
        </w:rPr>
        <w:t>ởng</w:t>
      </w:r>
      <w:r w:rsidRPr="00A77184">
        <w:rPr>
          <w:rFonts w:ascii="Times New Roman" w:eastAsia="SimSun" w:hAnsi="Times New Roman" w:cs="Times New Roman"/>
          <w:b w:val="0"/>
          <w:bCs w:val="0"/>
          <w:color w:val="FF0000"/>
          <w:sz w:val="22"/>
          <w:szCs w:val="22"/>
          <w:lang w:val="ru-RU"/>
        </w:rPr>
        <w:t xml:space="preserve"> </w:t>
      </w:r>
      <w:r w:rsidRPr="00A77184">
        <w:rPr>
          <w:rFonts w:ascii="Times New Roman" w:eastAsia="SimSun" w:hAnsi="Times New Roman" w:cs="Times New Roman"/>
          <w:b w:val="0"/>
          <w:bCs w:val="0"/>
          <w:color w:val="FF0000"/>
          <w:sz w:val="22"/>
          <w:szCs w:val="22"/>
        </w:rPr>
        <w:t>xanh</w:t>
      </w:r>
      <w:r w:rsidRPr="00A77184">
        <w:rPr>
          <w:rFonts w:ascii="Times New Roman" w:eastAsia="SimSun" w:hAnsi="Times New Roman" w:cs="Times New Roman"/>
          <w:b w:val="0"/>
          <w:bCs w:val="0"/>
          <w:color w:val="FF0000"/>
          <w:sz w:val="22"/>
          <w:szCs w:val="22"/>
          <w:lang w:val="ru-RU"/>
        </w:rPr>
        <w:t xml:space="preserve"> </w:t>
      </w:r>
      <w:r w:rsidRPr="00A77184">
        <w:rPr>
          <w:rFonts w:ascii="Times New Roman" w:eastAsia="SimSun" w:hAnsi="Times New Roman" w:cs="Times New Roman"/>
          <w:b w:val="0"/>
          <w:bCs w:val="0"/>
          <w:color w:val="FF0000"/>
          <w:sz w:val="22"/>
          <w:szCs w:val="22"/>
        </w:rPr>
        <w:t>n</w:t>
      </w:r>
      <w:r w:rsidRPr="00A77184">
        <w:rPr>
          <w:rFonts w:ascii="Times New Roman" w:eastAsia="SimSun" w:hAnsi="Times New Roman" w:cs="Times New Roman"/>
          <w:b w:val="0"/>
          <w:bCs w:val="0"/>
          <w:color w:val="FF0000"/>
          <w:sz w:val="22"/>
          <w:szCs w:val="22"/>
          <w:lang w:val="ru-RU"/>
        </w:rPr>
        <w:t>ó</w:t>
      </w:r>
      <w:r w:rsidRPr="00A77184">
        <w:rPr>
          <w:rFonts w:ascii="Times New Roman" w:eastAsia="SimSun" w:hAnsi="Times New Roman" w:cs="Times New Roman"/>
          <w:b w:val="0"/>
          <w:bCs w:val="0"/>
          <w:color w:val="FF0000"/>
          <w:sz w:val="22"/>
          <w:szCs w:val="22"/>
        </w:rPr>
        <w:t>i</w:t>
      </w:r>
      <w:r w:rsidRPr="00A77184">
        <w:rPr>
          <w:rFonts w:ascii="Times New Roman" w:eastAsia="SimSun" w:hAnsi="Times New Roman" w:cs="Times New Roman"/>
          <w:b w:val="0"/>
          <w:bCs w:val="0"/>
          <w:color w:val="FF0000"/>
          <w:sz w:val="22"/>
          <w:szCs w:val="22"/>
          <w:lang w:val="ru-RU"/>
        </w:rPr>
        <w:t xml:space="preserve"> </w:t>
      </w:r>
      <w:r w:rsidRPr="00A77184">
        <w:rPr>
          <w:rFonts w:ascii="Times New Roman" w:eastAsia="SimSun" w:hAnsi="Times New Roman" w:cs="Times New Roman"/>
          <w:b w:val="0"/>
          <w:bCs w:val="0"/>
          <w:color w:val="FF0000"/>
          <w:sz w:val="22"/>
          <w:szCs w:val="22"/>
        </w:rPr>
        <w:t>chung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w:t>
      </w:r>
      <w:r w:rsidRPr="0046524B">
        <w:rPr>
          <w:rFonts w:ascii="Times New Roman" w:eastAsia="SimSun" w:hAnsi="Times New Roman" w:cs="Times New Roman"/>
          <w:b w:val="0"/>
          <w:bCs w:val="0"/>
          <w:color w:val="auto"/>
          <w:sz w:val="22"/>
          <w:szCs w:val="22"/>
          <w:lang w:val="ru-RU"/>
        </w:rPr>
        <w:t>ô</w:t>
      </w:r>
      <w:r w:rsidRPr="0046524B">
        <w:rPr>
          <w:rFonts w:ascii="Times New Roman" w:eastAsia="SimSun" w:hAnsi="Times New Roman" w:cs="Times New Roman"/>
          <w:b w:val="0"/>
          <w:bCs w:val="0"/>
          <w:color w:val="auto"/>
          <w:sz w:val="22"/>
          <w:szCs w:val="22"/>
        </w:rPr>
        <w:t>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nghiệp</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xanh</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w:t>
      </w:r>
      <w:r w:rsidRPr="0046524B">
        <w:rPr>
          <w:rFonts w:ascii="Times New Roman" w:eastAsia="SimSun" w:hAnsi="Times New Roman" w:cs="Times New Roman"/>
          <w:b w:val="0"/>
          <w:bCs w:val="0"/>
          <w:color w:val="auto"/>
          <w:sz w:val="22"/>
          <w:szCs w:val="22"/>
          <w:lang w:val="ru-RU"/>
        </w:rPr>
        <w:t>ó</w:t>
      </w:r>
      <w:r w:rsidRPr="0046524B">
        <w:rPr>
          <w:rFonts w:ascii="Times New Roman" w:eastAsia="SimSun" w:hAnsi="Times New Roman" w:cs="Times New Roman"/>
          <w:b w:val="0"/>
          <w:bCs w:val="0"/>
          <w:color w:val="auto"/>
          <w:sz w:val="22"/>
          <w:szCs w:val="22"/>
        </w:rPr>
        <w:t>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ri</w:t>
      </w:r>
      <w:r w:rsidRPr="0046524B">
        <w:rPr>
          <w:rFonts w:ascii="Times New Roman" w:eastAsia="SimSun" w:hAnsi="Times New Roman" w:cs="Times New Roman"/>
          <w:b w:val="0"/>
          <w:bCs w:val="0"/>
          <w:color w:val="auto"/>
          <w:sz w:val="22"/>
          <w:szCs w:val="22"/>
          <w:lang w:val="ru-RU"/>
        </w:rPr>
        <w:t>ê</w:t>
      </w:r>
      <w:r w:rsidRPr="0046524B">
        <w:rPr>
          <w:rFonts w:ascii="Times New Roman" w:eastAsia="SimSun" w:hAnsi="Times New Roman" w:cs="Times New Roman"/>
          <w:b w:val="0"/>
          <w:bCs w:val="0"/>
          <w:color w:val="auto"/>
          <w:sz w:val="22"/>
          <w:szCs w:val="22"/>
        </w:rPr>
        <w:t>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trở</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th</w:t>
      </w:r>
      <w:r w:rsidRPr="0046524B">
        <w:rPr>
          <w:rFonts w:ascii="Times New Roman" w:eastAsia="SimSun" w:hAnsi="Times New Roman" w:cs="Times New Roman"/>
          <w:b w:val="0"/>
          <w:bCs w:val="0"/>
          <w:color w:val="auto"/>
          <w:sz w:val="22"/>
          <w:szCs w:val="22"/>
          <w:lang w:val="ru-RU"/>
        </w:rPr>
        <w:t>à</w:t>
      </w:r>
      <w:r w:rsidRPr="0046524B">
        <w:rPr>
          <w:rFonts w:ascii="Times New Roman" w:eastAsia="SimSun" w:hAnsi="Times New Roman" w:cs="Times New Roman"/>
          <w:b w:val="0"/>
          <w:bCs w:val="0"/>
          <w:color w:val="auto"/>
          <w:sz w:val="22"/>
          <w:szCs w:val="22"/>
        </w:rPr>
        <w:t>nh</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một</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lựa</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chọn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tất</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yếu</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l</w:t>
      </w:r>
      <w:r w:rsidRPr="0046524B">
        <w:rPr>
          <w:rFonts w:ascii="Times New Roman" w:eastAsia="SimSun" w:hAnsi="Times New Roman" w:cs="Times New Roman"/>
          <w:b w:val="0"/>
          <w:bCs w:val="0"/>
          <w:color w:val="auto"/>
          <w:sz w:val="22"/>
          <w:szCs w:val="22"/>
          <w:lang w:val="ru-RU"/>
        </w:rPr>
        <w:t xml:space="preserve">à </w:t>
      </w:r>
      <w:r w:rsidRPr="0046524B">
        <w:rPr>
          <w:rFonts w:ascii="Times New Roman" w:eastAsia="SimSun" w:hAnsi="Times New Roman" w:cs="Times New Roman"/>
          <w:b w:val="0"/>
          <w:bCs w:val="0"/>
          <w:color w:val="auto"/>
          <w:sz w:val="22"/>
          <w:szCs w:val="22"/>
        </w:rPr>
        <w:t>mục</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ti</w:t>
      </w:r>
      <w:r w:rsidRPr="0046524B">
        <w:rPr>
          <w:rFonts w:ascii="Times New Roman" w:eastAsia="SimSun" w:hAnsi="Times New Roman" w:cs="Times New Roman"/>
          <w:b w:val="0"/>
          <w:bCs w:val="0"/>
          <w:color w:val="auto"/>
          <w:sz w:val="22"/>
          <w:szCs w:val="22"/>
          <w:lang w:val="ru-RU"/>
        </w:rPr>
        <w:t>ê</w:t>
      </w:r>
      <w:r w:rsidRPr="0046524B">
        <w:rPr>
          <w:rFonts w:ascii="Times New Roman" w:eastAsia="SimSun" w:hAnsi="Times New Roman" w:cs="Times New Roman"/>
          <w:b w:val="0"/>
          <w:bCs w:val="0"/>
          <w:color w:val="auto"/>
          <w:sz w:val="22"/>
          <w:szCs w:val="22"/>
        </w:rPr>
        <w:t>u</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mọi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quốc</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gia</w:t>
      </w:r>
      <w:r w:rsidRPr="0046524B">
        <w:rPr>
          <w:rFonts w:ascii="Times New Roman" w:eastAsia="SimSun" w:hAnsi="Times New Roman" w:cs="Times New Roman"/>
          <w:b w:val="0"/>
          <w:bCs w:val="0"/>
          <w:color w:val="auto"/>
          <w:sz w:val="22"/>
          <w:szCs w:val="22"/>
          <w:lang w:val="ru-RU"/>
        </w:rPr>
        <w:t xml:space="preserve"> đ</w:t>
      </w:r>
      <w:r w:rsidRPr="0046524B">
        <w:rPr>
          <w:rFonts w:ascii="Times New Roman" w:eastAsia="SimSun" w:hAnsi="Times New Roman" w:cs="Times New Roman"/>
          <w:b w:val="0"/>
          <w:bCs w:val="0"/>
          <w:color w:val="auto"/>
          <w:sz w:val="22"/>
          <w:szCs w:val="22"/>
        </w:rPr>
        <w:t>ang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h</w:t>
      </w:r>
      <w:r w:rsidRPr="0046524B">
        <w:rPr>
          <w:rFonts w:ascii="Times New Roman" w:eastAsia="SimSun" w:hAnsi="Times New Roman" w:cs="Times New Roman"/>
          <w:b w:val="0"/>
          <w:bCs w:val="0"/>
          <w:color w:val="auto"/>
          <w:sz w:val="22"/>
          <w:szCs w:val="22"/>
          <w:lang w:val="ru-RU"/>
        </w:rPr>
        <w:t>ư</w:t>
      </w:r>
      <w:r w:rsidRPr="0046524B">
        <w:rPr>
          <w:rFonts w:ascii="Times New Roman" w:eastAsia="SimSun" w:hAnsi="Times New Roman" w:cs="Times New Roman"/>
          <w:b w:val="0"/>
          <w:bCs w:val="0"/>
          <w:color w:val="auto"/>
          <w:sz w:val="22"/>
          <w:szCs w:val="22"/>
        </w:rPr>
        <w:t>ớng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tới</w:t>
      </w:r>
      <w:r w:rsidRPr="0046524B">
        <w:rPr>
          <w:rFonts w:ascii="Times New Roman" w:eastAsia="SimSun" w:hAnsi="Times New Roman" w:cs="Times New Roman"/>
          <w:b w:val="0"/>
          <w:bCs w:val="0"/>
          <w:color w:val="auto"/>
          <w:sz w:val="22"/>
          <w:szCs w:val="22"/>
          <w:lang w:val="ru-RU"/>
        </w:rPr>
        <w:t xml:space="preserve"> [2] </w:t>
      </w:r>
      <w:r w:rsidRPr="0046524B">
        <w:rPr>
          <w:rFonts w:ascii="Times New Roman" w:eastAsia="SimSun" w:hAnsi="Times New Roman" w:cs="Times New Roman"/>
          <w:b w:val="0"/>
          <w:bCs w:val="0"/>
          <w:color w:val="auto"/>
          <w:sz w:val="22"/>
          <w:szCs w:val="22"/>
        </w:rPr>
        <w:t>với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mục</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ti</w:t>
      </w:r>
      <w:r w:rsidRPr="0046524B">
        <w:rPr>
          <w:rFonts w:ascii="Times New Roman" w:eastAsia="SimSun" w:hAnsi="Times New Roman" w:cs="Times New Roman"/>
          <w:b w:val="0"/>
          <w:bCs w:val="0"/>
          <w:color w:val="auto"/>
          <w:sz w:val="22"/>
          <w:szCs w:val="22"/>
          <w:lang w:val="ru-RU"/>
        </w:rPr>
        <w:t>ê</w:t>
      </w:r>
      <w:r w:rsidRPr="0046524B">
        <w:rPr>
          <w:rFonts w:ascii="Times New Roman" w:eastAsia="SimSun" w:hAnsi="Times New Roman" w:cs="Times New Roman"/>
          <w:b w:val="0"/>
          <w:bCs w:val="0"/>
          <w:color w:val="auto"/>
          <w:sz w:val="22"/>
          <w:szCs w:val="22"/>
        </w:rPr>
        <w:t>u</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bảo</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vệ</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m</w:t>
      </w:r>
      <w:r w:rsidRPr="0046524B">
        <w:rPr>
          <w:rFonts w:ascii="Times New Roman" w:eastAsia="SimSun" w:hAnsi="Times New Roman" w:cs="Times New Roman"/>
          <w:b w:val="0"/>
          <w:bCs w:val="0"/>
          <w:color w:val="auto"/>
          <w:sz w:val="22"/>
          <w:szCs w:val="22"/>
          <w:lang w:val="ru-RU"/>
        </w:rPr>
        <w:t>ô</w:t>
      </w:r>
      <w:r w:rsidRPr="0046524B">
        <w:rPr>
          <w:rFonts w:ascii="Times New Roman" w:eastAsia="SimSun" w:hAnsi="Times New Roman" w:cs="Times New Roman"/>
          <w:b w:val="0"/>
          <w:bCs w:val="0"/>
          <w:color w:val="auto"/>
          <w:sz w:val="22"/>
          <w:szCs w:val="22"/>
        </w:rPr>
        <w:t>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tr</w:t>
      </w:r>
      <w:r w:rsidRPr="0046524B">
        <w:rPr>
          <w:rFonts w:ascii="Times New Roman" w:eastAsia="SimSun" w:hAnsi="Times New Roman" w:cs="Times New Roman"/>
          <w:b w:val="0"/>
          <w:bCs w:val="0"/>
          <w:color w:val="auto"/>
          <w:sz w:val="22"/>
          <w:szCs w:val="22"/>
          <w:lang w:val="ru-RU"/>
        </w:rPr>
        <w:t>ư</w:t>
      </w:r>
      <w:r w:rsidRPr="0046524B">
        <w:rPr>
          <w:rFonts w:ascii="Times New Roman" w:eastAsia="SimSun" w:hAnsi="Times New Roman" w:cs="Times New Roman"/>
          <w:b w:val="0"/>
          <w:bCs w:val="0"/>
          <w:color w:val="auto"/>
          <w:sz w:val="22"/>
          <w:szCs w:val="22"/>
        </w:rPr>
        <w:t>ờng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giảm</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thiểu</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w:t>
      </w:r>
      <w:r w:rsidRPr="0046524B">
        <w:rPr>
          <w:rFonts w:ascii="Times New Roman" w:eastAsia="SimSun" w:hAnsi="Times New Roman" w:cs="Times New Roman"/>
          <w:b w:val="0"/>
          <w:bCs w:val="0"/>
          <w:color w:val="auto"/>
          <w:sz w:val="22"/>
          <w:szCs w:val="22"/>
          <w:lang w:val="ru-RU"/>
        </w:rPr>
        <w:t>á</w:t>
      </w:r>
      <w:r w:rsidRPr="0046524B">
        <w:rPr>
          <w:rFonts w:ascii="Times New Roman" w:eastAsia="SimSun" w:hAnsi="Times New Roman" w:cs="Times New Roman"/>
          <w:b w:val="0"/>
          <w:bCs w:val="0"/>
          <w:color w:val="auto"/>
          <w:sz w:val="22"/>
          <w:szCs w:val="22"/>
        </w:rPr>
        <w:t>c</w:t>
      </w:r>
      <w:r w:rsidRPr="0046524B">
        <w:rPr>
          <w:rFonts w:ascii="Times New Roman" w:eastAsia="SimSun" w:hAnsi="Times New Roman" w:cs="Times New Roman"/>
          <w:b w:val="0"/>
          <w:bCs w:val="0"/>
          <w:color w:val="auto"/>
          <w:sz w:val="22"/>
          <w:szCs w:val="22"/>
          <w:lang w:val="ru-RU"/>
        </w:rPr>
        <w:t xml:space="preserve"> đ</w:t>
      </w:r>
      <w:r w:rsidRPr="0046524B">
        <w:rPr>
          <w:rFonts w:ascii="Times New Roman" w:eastAsia="SimSun" w:hAnsi="Times New Roman" w:cs="Times New Roman"/>
          <w:b w:val="0"/>
          <w:bCs w:val="0"/>
          <w:color w:val="auto"/>
          <w:sz w:val="22"/>
          <w:szCs w:val="22"/>
        </w:rPr>
        <w:t>ộng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ti</w:t>
      </w:r>
      <w:r w:rsidRPr="0046524B">
        <w:rPr>
          <w:rFonts w:ascii="Times New Roman" w:eastAsia="SimSun" w:hAnsi="Times New Roman" w:cs="Times New Roman"/>
          <w:b w:val="0"/>
          <w:bCs w:val="0"/>
          <w:color w:val="auto"/>
          <w:sz w:val="22"/>
          <w:szCs w:val="22"/>
          <w:lang w:val="ru-RU"/>
        </w:rPr>
        <w:t>ê</w:t>
      </w:r>
      <w:r w:rsidRPr="0046524B">
        <w:rPr>
          <w:rFonts w:ascii="Times New Roman" w:eastAsia="SimSun" w:hAnsi="Times New Roman" w:cs="Times New Roman"/>
          <w:b w:val="0"/>
          <w:bCs w:val="0"/>
          <w:color w:val="auto"/>
          <w:sz w:val="22"/>
          <w:szCs w:val="22"/>
        </w:rPr>
        <w:t>u</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cực</w:t>
      </w:r>
      <w:r w:rsidRPr="0046524B">
        <w:rPr>
          <w:rFonts w:ascii="Times New Roman" w:eastAsia="SimSun" w:hAnsi="Times New Roman" w:cs="Times New Roman"/>
          <w:b w:val="0"/>
          <w:bCs w:val="0"/>
          <w:color w:val="auto"/>
          <w:sz w:val="22"/>
          <w:szCs w:val="22"/>
          <w:lang w:val="ru-RU"/>
        </w:rPr>
        <w:t xml:space="preserve"> đ</w:t>
      </w:r>
      <w:r w:rsidRPr="0046524B">
        <w:rPr>
          <w:rFonts w:ascii="Times New Roman" w:eastAsia="SimSun" w:hAnsi="Times New Roman" w:cs="Times New Roman"/>
          <w:b w:val="0"/>
          <w:bCs w:val="0"/>
          <w:color w:val="auto"/>
          <w:sz w:val="22"/>
          <w:szCs w:val="22"/>
        </w:rPr>
        <w:t>ến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hệ</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sinh</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th</w:t>
      </w:r>
      <w:r w:rsidRPr="0046524B">
        <w:rPr>
          <w:rFonts w:ascii="Times New Roman" w:eastAsia="SimSun" w:hAnsi="Times New Roman" w:cs="Times New Roman"/>
          <w:b w:val="0"/>
          <w:bCs w:val="0"/>
          <w:color w:val="auto"/>
          <w:sz w:val="22"/>
          <w:szCs w:val="22"/>
          <w:lang w:val="ru-RU"/>
        </w:rPr>
        <w:t>á</w:t>
      </w:r>
      <w:r w:rsidRPr="0046524B">
        <w:rPr>
          <w:rFonts w:ascii="Times New Roman" w:eastAsia="SimSun" w:hAnsi="Times New Roman" w:cs="Times New Roman"/>
          <w:b w:val="0"/>
          <w:bCs w:val="0"/>
          <w:color w:val="auto"/>
          <w:sz w:val="22"/>
          <w:szCs w:val="22"/>
        </w:rPr>
        <w:t>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v</w:t>
      </w:r>
      <w:r w:rsidRPr="0046524B">
        <w:rPr>
          <w:rFonts w:ascii="Times New Roman" w:eastAsia="SimSun" w:hAnsi="Times New Roman" w:cs="Times New Roman"/>
          <w:b w:val="0"/>
          <w:bCs w:val="0"/>
          <w:color w:val="auto"/>
          <w:sz w:val="22"/>
          <w:szCs w:val="22"/>
          <w:lang w:val="ru-RU"/>
        </w:rPr>
        <w:t xml:space="preserve">à </w:t>
      </w:r>
      <w:r w:rsidRPr="0046524B">
        <w:rPr>
          <w:rFonts w:ascii="Times New Roman" w:eastAsia="SimSun" w:hAnsi="Times New Roman" w:cs="Times New Roman"/>
          <w:b w:val="0"/>
          <w:bCs w:val="0"/>
          <w:color w:val="auto"/>
          <w:sz w:val="22"/>
          <w:szCs w:val="22"/>
        </w:rPr>
        <w:t>sức</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khỏe</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con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ng</w:t>
      </w:r>
      <w:r w:rsidRPr="0046524B">
        <w:rPr>
          <w:rFonts w:ascii="Times New Roman" w:eastAsia="SimSun" w:hAnsi="Times New Roman" w:cs="Times New Roman"/>
          <w:b w:val="0"/>
          <w:bCs w:val="0"/>
          <w:color w:val="auto"/>
          <w:sz w:val="22"/>
          <w:szCs w:val="22"/>
          <w:lang w:val="ru-RU"/>
        </w:rPr>
        <w:t>ư</w:t>
      </w:r>
      <w:r w:rsidRPr="0046524B">
        <w:rPr>
          <w:rFonts w:ascii="Times New Roman" w:eastAsia="SimSun" w:hAnsi="Times New Roman" w:cs="Times New Roman"/>
          <w:b w:val="0"/>
          <w:bCs w:val="0"/>
          <w:color w:val="auto"/>
          <w:sz w:val="22"/>
          <w:szCs w:val="22"/>
        </w:rPr>
        <w:t>ời</w:t>
      </w:r>
      <w:r w:rsidRPr="0046524B">
        <w:rPr>
          <w:rFonts w:ascii="Times New Roman" w:eastAsia="SimSun" w:hAnsi="Times New Roman" w:cs="Times New Roman"/>
          <w:b w:val="0"/>
          <w:bCs w:val="0"/>
          <w:color w:val="auto"/>
          <w:sz w:val="22"/>
          <w:szCs w:val="22"/>
          <w:lang w:val="ru-RU"/>
        </w:rPr>
        <w:t>, đ</w:t>
      </w:r>
      <w:r w:rsidRPr="0046524B">
        <w:rPr>
          <w:rFonts w:ascii="Times New Roman" w:eastAsia="SimSun" w:hAnsi="Times New Roman" w:cs="Times New Roman"/>
          <w:b w:val="0"/>
          <w:bCs w:val="0"/>
          <w:color w:val="auto"/>
          <w:sz w:val="22"/>
          <w:szCs w:val="22"/>
        </w:rPr>
        <w:t>ồng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thời</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ph</w:t>
      </w:r>
      <w:r w:rsidRPr="0046524B">
        <w:rPr>
          <w:rFonts w:ascii="Times New Roman" w:eastAsia="SimSun" w:hAnsi="Times New Roman" w:cs="Times New Roman"/>
          <w:b w:val="0"/>
          <w:bCs w:val="0"/>
          <w:color w:val="auto"/>
          <w:sz w:val="22"/>
          <w:szCs w:val="22"/>
          <w:lang w:val="ru-RU"/>
        </w:rPr>
        <w:t>á</w:t>
      </w:r>
      <w:r w:rsidRPr="0046524B">
        <w:rPr>
          <w:rFonts w:ascii="Times New Roman" w:eastAsia="SimSun" w:hAnsi="Times New Roman" w:cs="Times New Roman"/>
          <w:b w:val="0"/>
          <w:bCs w:val="0"/>
          <w:color w:val="auto"/>
          <w:sz w:val="22"/>
          <w:szCs w:val="22"/>
        </w:rPr>
        <w:t>t</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triển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bền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vững</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nguồn</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lực</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tự</w:t>
      </w:r>
      <w:r w:rsidRPr="0046524B">
        <w:rPr>
          <w:rFonts w:ascii="Times New Roman" w:eastAsia="SimSun" w:hAnsi="Times New Roman" w:cs="Times New Roman"/>
          <w:b w:val="0"/>
          <w:bCs w:val="0"/>
          <w:color w:val="auto"/>
          <w:sz w:val="22"/>
          <w:szCs w:val="22"/>
          <w:lang w:val="ru-RU"/>
        </w:rPr>
        <w:t xml:space="preserve"> </w:t>
      </w:r>
      <w:r w:rsidRPr="0046524B">
        <w:rPr>
          <w:rFonts w:ascii="Times New Roman" w:eastAsia="SimSun" w:hAnsi="Times New Roman" w:cs="Times New Roman"/>
          <w:b w:val="0"/>
          <w:bCs w:val="0"/>
          <w:color w:val="auto"/>
          <w:sz w:val="22"/>
          <w:szCs w:val="22"/>
        </w:rPr>
        <w:t>nhi</w:t>
      </w:r>
      <w:r w:rsidRPr="0046524B">
        <w:rPr>
          <w:rFonts w:ascii="Times New Roman" w:eastAsia="SimSun" w:hAnsi="Times New Roman" w:cs="Times New Roman"/>
          <w:b w:val="0"/>
          <w:bCs w:val="0"/>
          <w:color w:val="auto"/>
          <w:sz w:val="22"/>
          <w:szCs w:val="22"/>
          <w:lang w:val="ru-RU"/>
        </w:rPr>
        <w:t>ê</w:t>
      </w:r>
      <w:r w:rsidRPr="0046524B">
        <w:rPr>
          <w:rFonts w:ascii="Times New Roman" w:eastAsia="SimSun" w:hAnsi="Times New Roman" w:cs="Times New Roman"/>
          <w:b w:val="0"/>
          <w:bCs w:val="0"/>
          <w:color w:val="auto"/>
          <w:sz w:val="22"/>
          <w:szCs w:val="22"/>
        </w:rPr>
        <w:t>n</w:t>
      </w:r>
      <w:r w:rsidRPr="0046524B">
        <w:rPr>
          <w:rFonts w:ascii="Times New Roman" w:eastAsia="SimSun" w:hAnsi="Times New Roman" w:cs="Times New Roman"/>
          <w:b w:val="0"/>
          <w:bCs w:val="0"/>
          <w:color w:val="auto"/>
          <w:sz w:val="22"/>
          <w:szCs w:val="22"/>
          <w:lang w:val="ru-RU"/>
        </w:rPr>
        <w:t>[3].</w:t>
      </w:r>
      <w:r w:rsidRPr="0046524B">
        <w:rPr>
          <w:rFonts w:ascii="Times New Roman" w:eastAsia="SimSun" w:hAnsi="Times New Roman" w:cs="Times New Roman"/>
          <w:color w:val="auto"/>
          <w:lang w:val="ru-RU"/>
        </w:rPr>
        <w:t xml:space="preserve"> </w:t>
      </w:r>
    </w:p>
    <w:p w14:paraId="6A2EF27E" w14:textId="4F2F4C80" w:rsidR="00622920" w:rsidRPr="0046524B" w:rsidRDefault="00622920" w:rsidP="00622920">
      <w:pPr>
        <w:spacing w:before="40" w:after="40" w:line="240" w:lineRule="auto"/>
        <w:jc w:val="both"/>
        <w:rPr>
          <w:rFonts w:ascii="Times New Roman" w:eastAsia="SimSun" w:hAnsi="Times New Roman" w:cs="Times New Roman"/>
          <w:lang w:val="ru-RU"/>
        </w:rPr>
      </w:pPr>
      <w:r w:rsidRPr="0046524B">
        <w:rPr>
          <w:rFonts w:ascii="Times New Roman" w:eastAsia="SimSun" w:hAnsi="Times New Roman" w:cs="Times New Roman"/>
        </w:rPr>
        <w:t>Ở</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Việt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Nam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kh</w:t>
      </w:r>
      <w:r w:rsidRPr="0046524B">
        <w:rPr>
          <w:rFonts w:ascii="Times New Roman" w:eastAsia="SimSun" w:hAnsi="Times New Roman" w:cs="Times New Roman"/>
          <w:lang w:val="ru-RU"/>
        </w:rPr>
        <w:t>á</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niệm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ă</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w:t>
      </w:r>
      <w:r w:rsidRPr="0046524B">
        <w:rPr>
          <w:rFonts w:ascii="Times New Roman" w:eastAsia="SimSun" w:hAnsi="Times New Roman" w:cs="Times New Roman"/>
          <w:lang w:val="ru-RU"/>
        </w:rPr>
        <w:t>ư</w:t>
      </w:r>
      <w:r w:rsidRPr="0046524B">
        <w:rPr>
          <w:rFonts w:ascii="Times New Roman" w:eastAsia="SimSun" w:hAnsi="Times New Roman" w:cs="Times New Roman"/>
        </w:rPr>
        <w:t>ởng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xanh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í</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thức</w:t>
      </w:r>
      <w:r w:rsidRPr="0046524B">
        <w:rPr>
          <w:rFonts w:ascii="Times New Roman" w:eastAsia="SimSun" w:hAnsi="Times New Roman" w:cs="Times New Roman"/>
          <w:lang w:val="ru-RU"/>
        </w:rPr>
        <w:t xml:space="preserve"> đư</w:t>
      </w:r>
      <w:r w:rsidRPr="0046524B">
        <w:rPr>
          <w:rFonts w:ascii="Times New Roman" w:eastAsia="SimSun" w:hAnsi="Times New Roman" w:cs="Times New Roman"/>
        </w:rPr>
        <w:t>ợc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 xml:space="preserve">ê </w:t>
      </w:r>
      <w:r w:rsidRPr="0046524B">
        <w:rPr>
          <w:rFonts w:ascii="Times New Roman" w:eastAsia="SimSun" w:hAnsi="Times New Roman" w:cs="Times New Roman"/>
        </w:rPr>
        <w:t>duyệt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quyết</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ịnh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số</w:t>
      </w:r>
      <w:r w:rsidRPr="0046524B">
        <w:rPr>
          <w:rFonts w:ascii="Times New Roman" w:eastAsia="SimSun" w:hAnsi="Times New Roman" w:cs="Times New Roman"/>
          <w:lang w:val="ru-RU"/>
        </w:rPr>
        <w:t xml:space="preserve"> 1393/</w:t>
      </w:r>
      <w:r w:rsidRPr="0046524B">
        <w:rPr>
          <w:rFonts w:ascii="Times New Roman" w:eastAsia="SimSun" w:hAnsi="Times New Roman" w:cs="Times New Roman"/>
        </w:rPr>
        <w:t>Q</w:t>
      </w:r>
      <w:r w:rsidRPr="0046524B">
        <w:rPr>
          <w:rFonts w:ascii="Times New Roman" w:eastAsia="SimSun" w:hAnsi="Times New Roman" w:cs="Times New Roman"/>
          <w:lang w:val="ru-RU"/>
        </w:rPr>
        <w:t>Đ-</w:t>
      </w:r>
      <w:r w:rsidRPr="0046524B">
        <w:rPr>
          <w:rFonts w:ascii="Times New Roman" w:eastAsia="SimSun" w:hAnsi="Times New Roman" w:cs="Times New Roman"/>
        </w:rPr>
        <w:t>TTg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của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Thủ</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ư</w:t>
      </w:r>
      <w:r w:rsidRPr="0046524B">
        <w:rPr>
          <w:rFonts w:ascii="Times New Roman" w:eastAsia="SimSun" w:hAnsi="Times New Roman" w:cs="Times New Roman"/>
        </w:rPr>
        <w:t>ớng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í</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phủ</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về</w:t>
      </w:r>
      <w:r w:rsidRPr="0046524B">
        <w:rPr>
          <w:rFonts w:ascii="Times New Roman" w:eastAsia="SimSun" w:hAnsi="Times New Roman" w:cs="Times New Roman"/>
          <w:lang w:val="ru-RU"/>
        </w:rPr>
        <w:t xml:space="preserve"> “</w:t>
      </w:r>
      <w:r w:rsidRPr="0046524B">
        <w:rPr>
          <w:rFonts w:ascii="Times New Roman" w:eastAsia="SimSun" w:hAnsi="Times New Roman" w:cs="Times New Roman"/>
          <w:i/>
        </w:rPr>
        <w:t>Chiến</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l</w:t>
      </w:r>
      <w:r w:rsidRPr="0046524B">
        <w:rPr>
          <w:rFonts w:ascii="Times New Roman" w:eastAsia="SimSun" w:hAnsi="Times New Roman" w:cs="Times New Roman"/>
          <w:i/>
          <w:lang w:val="ru-RU"/>
        </w:rPr>
        <w:t>ư</w:t>
      </w:r>
      <w:r w:rsidRPr="0046524B">
        <w:rPr>
          <w:rFonts w:ascii="Times New Roman" w:eastAsia="SimSun" w:hAnsi="Times New Roman" w:cs="Times New Roman"/>
          <w:i/>
        </w:rPr>
        <w:t>ợc</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quốc</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gia</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về</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t</w:t>
      </w:r>
      <w:r w:rsidRPr="0046524B">
        <w:rPr>
          <w:rFonts w:ascii="Times New Roman" w:eastAsia="SimSun" w:hAnsi="Times New Roman" w:cs="Times New Roman"/>
          <w:i/>
          <w:lang w:val="ru-RU"/>
        </w:rPr>
        <w:t>ă</w:t>
      </w:r>
      <w:r w:rsidRPr="0046524B">
        <w:rPr>
          <w:rFonts w:ascii="Times New Roman" w:eastAsia="SimSun" w:hAnsi="Times New Roman" w:cs="Times New Roman"/>
          <w:i/>
        </w:rPr>
        <w:t>ng</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tr</w:t>
      </w:r>
      <w:r w:rsidRPr="0046524B">
        <w:rPr>
          <w:rFonts w:ascii="Times New Roman" w:eastAsia="SimSun" w:hAnsi="Times New Roman" w:cs="Times New Roman"/>
          <w:i/>
          <w:lang w:val="ru-RU"/>
        </w:rPr>
        <w:t>ư</w:t>
      </w:r>
      <w:r w:rsidRPr="0046524B">
        <w:rPr>
          <w:rFonts w:ascii="Times New Roman" w:eastAsia="SimSun" w:hAnsi="Times New Roman" w:cs="Times New Roman"/>
          <w:i/>
        </w:rPr>
        <w:t>ởng</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xanh</w:t>
      </w:r>
      <w:r w:rsidRPr="0046524B">
        <w:rPr>
          <w:rFonts w:ascii="Times New Roman" w:eastAsia="SimSun" w:hAnsi="Times New Roman" w:cs="Times New Roman"/>
          <w:i/>
          <w:lang w:val="ru-RU"/>
        </w:rPr>
        <w: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w:t>
      </w:r>
      <w:r w:rsidRPr="0046524B">
        <w:rPr>
          <w:rFonts w:ascii="Times New Roman" w:eastAsia="SimSun" w:hAnsi="Times New Roman" w:cs="Times New Roman"/>
          <w:lang w:val="ru-RU"/>
        </w:rPr>
        <w:t>à</w:t>
      </w:r>
      <w:r w:rsidRPr="0046524B">
        <w:rPr>
          <w:rFonts w:ascii="Times New Roman" w:eastAsia="SimSun" w:hAnsi="Times New Roman" w:cs="Times New Roman"/>
        </w:rPr>
        <w:t>y</w:t>
      </w:r>
      <w:r w:rsidRPr="0046524B">
        <w:rPr>
          <w:rFonts w:ascii="Times New Roman" w:eastAsia="SimSun" w:hAnsi="Times New Roman" w:cs="Times New Roman"/>
          <w:lang w:val="ru-RU"/>
        </w:rPr>
        <w:t xml:space="preserve"> 25 </w:t>
      </w:r>
      <w:r w:rsidRPr="0046524B">
        <w:rPr>
          <w:rFonts w:ascii="Times New Roman" w:eastAsia="SimSun" w:hAnsi="Times New Roman" w:cs="Times New Roman"/>
        </w:rPr>
        <w:t>th</w:t>
      </w:r>
      <w:r w:rsidRPr="0046524B">
        <w:rPr>
          <w:rFonts w:ascii="Times New Roman" w:eastAsia="SimSun" w:hAnsi="Times New Roman" w:cs="Times New Roman"/>
          <w:lang w:val="ru-RU"/>
        </w:rPr>
        <w:t>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09 </w:t>
      </w:r>
      <w:r w:rsidRPr="0046524B">
        <w:rPr>
          <w:rFonts w:ascii="Times New Roman" w:eastAsia="SimSun" w:hAnsi="Times New Roman" w:cs="Times New Roman"/>
        </w:rPr>
        <w:t>n</w:t>
      </w:r>
      <w:r w:rsidRPr="0046524B">
        <w:rPr>
          <w:rFonts w:ascii="Times New Roman" w:eastAsia="SimSun" w:hAnsi="Times New Roman" w:cs="Times New Roman"/>
          <w:lang w:val="ru-RU"/>
        </w:rPr>
        <w:t>ă</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 2012[4] đã đ</w:t>
      </w:r>
      <w:r w:rsidRPr="0046524B">
        <w:rPr>
          <w:rFonts w:ascii="Times New Roman" w:eastAsia="SimSun" w:hAnsi="Times New Roman" w:cs="Times New Roman"/>
        </w:rPr>
        <w:t>ề</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ra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mục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í</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trong</w:t>
      </w:r>
      <w:r w:rsidRPr="0046524B">
        <w:rPr>
          <w:rFonts w:ascii="Times New Roman" w:eastAsia="SimSun" w:hAnsi="Times New Roman" w:cs="Times New Roman"/>
          <w:lang w:val="ru-RU"/>
        </w:rPr>
        <w:t xml:space="preserve"> đó </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ó </w:t>
      </w:r>
      <w:r w:rsidRPr="0046524B">
        <w:rPr>
          <w:rFonts w:ascii="Times New Roman" w:eastAsia="SimSun" w:hAnsi="Times New Roman" w:cs="Times New Roman"/>
        </w:rPr>
        <w:t>mục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xanh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ó</w:t>
      </w:r>
      <w:r w:rsidRPr="0046524B">
        <w:rPr>
          <w:rFonts w:ascii="Times New Roman" w:eastAsia="SimSun" w:hAnsi="Times New Roman" w:cs="Times New Roman"/>
        </w:rPr>
        <w:t>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lối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sống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w:t>
      </w:r>
      <w:r w:rsidRPr="0046524B">
        <w:rPr>
          <w:rFonts w:ascii="Times New Roman" w:eastAsia="SimSun" w:hAnsi="Times New Roman" w:cs="Times New Roman"/>
          <w:lang w:val="ru-RU"/>
        </w:rPr>
        <w:t>ù</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tạo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dựng</w:t>
      </w:r>
      <w:r w:rsidRPr="0046524B">
        <w:rPr>
          <w:rFonts w:ascii="Times New Roman" w:eastAsia="SimSun" w:hAnsi="Times New Roman" w:cs="Times New Roman"/>
          <w:lang w:val="ru-RU"/>
        </w:rPr>
        <w:t xml:space="preserve"> đô </w:t>
      </w:r>
      <w:r w:rsidRPr="0046524B">
        <w:rPr>
          <w:rFonts w:ascii="Times New Roman" w:eastAsia="SimSun" w:hAnsi="Times New Roman" w:cs="Times New Roman"/>
        </w:rPr>
        <w:t>thị</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ó</w:t>
      </w:r>
      <w:r w:rsidRPr="0046524B">
        <w:rPr>
          <w:rFonts w:ascii="Times New Roman" w:eastAsia="SimSun" w:hAnsi="Times New Roman" w:cs="Times New Roman"/>
        </w:rPr>
        <w:t>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bền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vững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w:t>
      </w:r>
      <w:r w:rsidRPr="0046524B">
        <w:rPr>
          <w:rFonts w:ascii="Times New Roman" w:eastAsia="SimSun" w:hAnsi="Times New Roman" w:cs="Times New Roman"/>
          <w:lang w:val="ru-RU"/>
        </w:rPr>
        <w:t>â</w:t>
      </w:r>
      <w:r w:rsidRPr="0046524B">
        <w:rPr>
          <w:rFonts w:ascii="Times New Roman" w:eastAsia="SimSun" w:hAnsi="Times New Roman" w:cs="Times New Roman"/>
        </w:rPr>
        <w:t>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dựng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w:t>
      </w:r>
      <w:r w:rsidRPr="0046524B">
        <w:rPr>
          <w:rFonts w:ascii="Times New Roman" w:eastAsia="SimSun" w:hAnsi="Times New Roman" w:cs="Times New Roman"/>
          <w:lang w:val="ru-RU"/>
        </w:rPr>
        <w:t>ô</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mới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lối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sống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w:t>
      </w:r>
      <w:r w:rsidRPr="0046524B">
        <w:rPr>
          <w:rFonts w:ascii="Times New Roman" w:eastAsia="SimSun" w:hAnsi="Times New Roman" w:cs="Times New Roman"/>
          <w:lang w:val="ru-RU"/>
        </w:rPr>
        <w:t>â</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thiện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w:t>
      </w:r>
      <w:r w:rsidRPr="0046524B">
        <w:rPr>
          <w:rFonts w:ascii="Times New Roman" w:eastAsia="SimSun" w:hAnsi="Times New Roman" w:cs="Times New Roman"/>
          <w:lang w:val="ru-RU"/>
        </w:rPr>
        <w:t>ư</w:t>
      </w:r>
      <w:r w:rsidRPr="0046524B">
        <w:rPr>
          <w:rFonts w:ascii="Times New Roman" w:eastAsia="SimSun" w:hAnsi="Times New Roman" w:cs="Times New Roman"/>
        </w:rPr>
        <w:t>ờng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th</w:t>
      </w:r>
      <w:r w:rsidRPr="0046524B">
        <w:rPr>
          <w:rFonts w:ascii="Times New Roman" w:eastAsia="SimSun" w:hAnsi="Times New Roman" w:cs="Times New Roman"/>
          <w:lang w:val="ru-RU"/>
        </w:rPr>
        <w:t>ú</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ẩy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w:t>
      </w:r>
      <w:r w:rsidRPr="0046524B">
        <w:rPr>
          <w:rFonts w:ascii="Times New Roman" w:eastAsia="SimSun" w:hAnsi="Times New Roman" w:cs="Times New Roman"/>
          <w:lang w:val="ru-RU"/>
        </w:rPr>
        <w:t>ù</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bền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vững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w:t>
      </w:r>
      <w:r w:rsidRPr="0046524B">
        <w:rPr>
          <w:rFonts w:ascii="Times New Roman" w:eastAsia="SimSun" w:hAnsi="Times New Roman" w:cs="Times New Roman"/>
          <w:lang w:val="ru-RU"/>
        </w:rPr>
        <w:t>â</w:t>
      </w:r>
      <w:r w:rsidRPr="0046524B">
        <w:rPr>
          <w:rFonts w:ascii="Times New Roman" w:eastAsia="SimSun" w:hAnsi="Times New Roman" w:cs="Times New Roman"/>
        </w:rPr>
        <w:t>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dựng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lối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sống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xanh</w:t>
      </w:r>
      <w:r w:rsidRPr="0046524B">
        <w:rPr>
          <w:rFonts w:ascii="Times New Roman" w:eastAsia="SimSun" w:hAnsi="Times New Roman" w:cs="Times New Roman"/>
          <w:lang w:val="ru-RU"/>
        </w:rPr>
        <w:t>.</w:t>
      </w:r>
      <w:r w:rsidRPr="0046524B">
        <w:rPr>
          <w:rFonts w:ascii="Times New Roman" w:eastAsia="SimSun" w:hAnsi="Times New Roman" w:cs="Times New Roman"/>
        </w:rPr>
        <w:t>Theo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w:t>
      </w:r>
      <w:r w:rsidRPr="0046524B">
        <w:rPr>
          <w:rFonts w:ascii="Times New Roman" w:eastAsia="SimSun" w:hAnsi="Times New Roman" w:cs="Times New Roman"/>
          <w:lang w:val="ru-RU"/>
        </w:rPr>
        <w:t>ù</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ức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ù</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(2016), </w:t>
      </w:r>
      <w:r w:rsidRPr="0046524B">
        <w:rPr>
          <w:rFonts w:ascii="Times New Roman" w:eastAsia="SimSun" w:hAnsi="Times New Roman" w:cs="Times New Roman"/>
        </w:rPr>
        <w:t>N</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nghiệp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xanh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w:t>
      </w:r>
      <w:r w:rsidRPr="0046524B">
        <w:rPr>
          <w:rFonts w:ascii="Times New Roman" w:eastAsia="SimSun" w:hAnsi="Times New Roman" w:cs="Times New Roman"/>
        </w:rPr>
        <w:t>h</w:t>
      </w:r>
      <w:r w:rsidRPr="0046524B">
        <w:rPr>
          <w:rFonts w:ascii="Times New Roman" w:eastAsia="SimSun" w:hAnsi="Times New Roman" w:cs="Times New Roman"/>
          <w:lang w:val="ru-RU"/>
        </w:rPr>
        <w:t>ì</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canh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hiện</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ại</w:t>
      </w:r>
      <w:r w:rsidRPr="0046524B">
        <w:rPr>
          <w:rFonts w:ascii="Times New Roman" w:eastAsia="SimSun" w:hAnsi="Times New Roman" w:cs="Times New Roman"/>
          <w:lang w:val="ru-RU"/>
        </w:rPr>
        <w:t>, á</w:t>
      </w:r>
      <w:r w:rsidRPr="0046524B">
        <w:rPr>
          <w:rFonts w:ascii="Times New Roman" w:eastAsia="SimSun" w:hAnsi="Times New Roman" w:cs="Times New Roman"/>
        </w:rPr>
        <w:t>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dụng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w:t>
      </w:r>
      <w:r w:rsidRPr="0046524B">
        <w:rPr>
          <w:rFonts w:ascii="Times New Roman" w:eastAsia="SimSun" w:hAnsi="Times New Roman" w:cs="Times New Roman"/>
          <w:lang w:val="ru-RU"/>
        </w:rPr>
        <w:t>ì</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c</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nghệ</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xanh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nhằm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giảm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ộng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cực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từ</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xuất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truyền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thống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w:t>
      </w:r>
      <w:r w:rsidRPr="0046524B">
        <w:rPr>
          <w:rFonts w:ascii="Times New Roman" w:eastAsia="SimSun" w:hAnsi="Times New Roman" w:cs="Times New Roman"/>
        </w:rPr>
        <w:t>h</w:t>
      </w:r>
      <w:r w:rsidRPr="0046524B">
        <w:rPr>
          <w:rFonts w:ascii="Times New Roman" w:eastAsia="SimSun" w:hAnsi="Times New Roman" w:cs="Times New Roman"/>
          <w:lang w:val="ru-RU"/>
        </w:rPr>
        <w:t>ì</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à</w:t>
      </w:r>
      <w:r w:rsidRPr="0046524B">
        <w:rPr>
          <w:rFonts w:ascii="Times New Roman" w:eastAsia="SimSun" w:hAnsi="Times New Roman" w:cs="Times New Roman"/>
        </w:rPr>
        <w:t>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sử</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dụng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hiệu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quả</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à</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nguy</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tiết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kiệm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í đ</w:t>
      </w:r>
      <w:r w:rsidRPr="0046524B">
        <w:rPr>
          <w:rFonts w:ascii="Times New Roman" w:eastAsia="SimSun" w:hAnsi="Times New Roman" w:cs="Times New Roman"/>
        </w:rPr>
        <w:t>ầu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à</w:t>
      </w:r>
      <w:r w:rsidRPr="0046524B">
        <w:rPr>
          <w:rFonts w:ascii="Times New Roman" w:eastAsia="SimSun" w:hAnsi="Times New Roman" w:cs="Times New Roman"/>
        </w:rPr>
        <w:t>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giảm</w:t>
      </w:r>
      <w:r w:rsidRPr="0046524B">
        <w:rPr>
          <w:rFonts w:ascii="Times New Roman" w:eastAsia="SimSun" w:hAnsi="Times New Roman" w:cs="Times New Roman"/>
          <w:lang w:val="ru-RU"/>
        </w:rPr>
        <w:t xml:space="preserve"> ô </w:t>
      </w:r>
      <w:r w:rsidRPr="0046524B">
        <w:rPr>
          <w:rFonts w:ascii="Times New Roman" w:eastAsia="SimSun" w:hAnsi="Times New Roman" w:cs="Times New Roman"/>
        </w:rPr>
        <w:t>nhiễm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w:t>
      </w:r>
      <w:r w:rsidRPr="0046524B">
        <w:rPr>
          <w:rFonts w:ascii="Times New Roman" w:eastAsia="SimSun" w:hAnsi="Times New Roman" w:cs="Times New Roman"/>
          <w:lang w:val="ru-RU"/>
        </w:rPr>
        <w:t>ư</w:t>
      </w:r>
      <w:r w:rsidRPr="0046524B">
        <w:rPr>
          <w:rFonts w:ascii="Times New Roman" w:eastAsia="SimSun" w:hAnsi="Times New Roman" w:cs="Times New Roman"/>
        </w:rPr>
        <w:t>ờng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w:t>
      </w:r>
      <w:r w:rsidRPr="0046524B">
        <w:rPr>
          <w:rFonts w:ascii="Times New Roman" w:eastAsia="SimSun" w:hAnsi="Times New Roman" w:cs="Times New Roman"/>
          <w:lang w:val="ru-RU"/>
        </w:rPr>
        <w:t>ó</w:t>
      </w:r>
      <w:r w:rsidRPr="0046524B">
        <w:rPr>
          <w:rFonts w:ascii="Times New Roman" w:eastAsia="SimSun" w:hAnsi="Times New Roman" w:cs="Times New Roman"/>
        </w:rPr>
        <w:t>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phần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à</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ò</w:t>
      </w:r>
      <w:r w:rsidRPr="0046524B">
        <w:rPr>
          <w:rFonts w:ascii="Times New Roman" w:eastAsia="SimSun" w:hAnsi="Times New Roman" w:cs="Times New Roman"/>
        </w:rPr>
        <w:t>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mục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kinh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tế</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w:t>
      </w:r>
      <w:r w:rsidRPr="0046524B">
        <w:rPr>
          <w:rFonts w:ascii="Times New Roman" w:eastAsia="SimSun" w:hAnsi="Times New Roman" w:cs="Times New Roman"/>
          <w:lang w:val="ru-RU"/>
        </w:rPr>
        <w:t>ư</w:t>
      </w:r>
      <w:r w:rsidRPr="0046524B">
        <w:rPr>
          <w:rFonts w:ascii="Times New Roman" w:eastAsia="SimSun" w:hAnsi="Times New Roman" w:cs="Times New Roman"/>
        </w:rPr>
        <w:t>ờng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x</w:t>
      </w:r>
      <w:r w:rsidRPr="0046524B">
        <w:rPr>
          <w:rFonts w:ascii="Times New Roman" w:eastAsia="SimSun" w:hAnsi="Times New Roman" w:cs="Times New Roman"/>
          <w:lang w:val="ru-RU"/>
        </w:rPr>
        <w:t xml:space="preserve">ã </w:t>
      </w:r>
      <w:r w:rsidRPr="0046524B">
        <w:rPr>
          <w:rFonts w:ascii="Times New Roman" w:eastAsia="SimSun" w:hAnsi="Times New Roman" w:cs="Times New Roman"/>
        </w:rPr>
        <w:t>hội</w:t>
      </w:r>
      <w:r w:rsidRPr="0046524B">
        <w:rPr>
          <w:rFonts w:ascii="Times New Roman" w:eastAsia="SimSun" w:hAnsi="Times New Roman" w:cs="Times New Roman"/>
          <w:lang w:val="ru-RU"/>
        </w:rPr>
        <w:t xml:space="preserve">[5]. </w:t>
      </w:r>
      <w:r w:rsidRPr="0046524B">
        <w:rPr>
          <w:rFonts w:ascii="Times New Roman" w:eastAsia="SimSun" w:hAnsi="Times New Roman" w:cs="Times New Roman"/>
        </w:rPr>
        <w:t>Hans</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R</w:t>
      </w:r>
      <w:r w:rsidRPr="0046524B">
        <w:rPr>
          <w:rFonts w:ascii="Times New Roman" w:eastAsia="SimSun" w:hAnsi="Times New Roman" w:cs="Times New Roman"/>
          <w:lang w:val="ru-RU"/>
        </w:rPr>
        <w:t>.</w:t>
      </w:r>
      <w:r w:rsidRPr="0046524B">
        <w:rPr>
          <w:rFonts w:ascii="Times New Roman" w:eastAsia="SimSun" w:hAnsi="Times New Roman" w:cs="Times New Roman"/>
        </w:rPr>
        <w:t>Herren</w:t>
      </w:r>
      <w:r w:rsidRPr="0046524B">
        <w:rPr>
          <w:rFonts w:ascii="Times New Roman" w:eastAsia="SimSun" w:hAnsi="Times New Roman" w:cs="Times New Roman"/>
          <w:lang w:val="ru-RU"/>
        </w:rPr>
        <w:t xml:space="preserve"> (2011), </w:t>
      </w:r>
      <w:r w:rsidRPr="0046524B">
        <w:rPr>
          <w:rFonts w:ascii="Times New Roman" w:eastAsia="SimSun" w:hAnsi="Times New Roman" w:cs="Times New Roman"/>
        </w:rPr>
        <w:t>Ng</w:t>
      </w:r>
      <w:r w:rsidRPr="0046524B">
        <w:rPr>
          <w:rFonts w:ascii="Times New Roman" w:eastAsia="SimSun" w:hAnsi="Times New Roman" w:cs="Times New Roman"/>
          <w:lang w:val="ru-RU"/>
        </w:rPr>
        <w:t>à</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nghiệp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hiện</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ang</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ối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mặt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nhiều thách thức như gia tăng dân số, suy giảm tài nguyên đất, nước, khoáng sản, lao động nông nghiệp giảm, tác động rõ nét của biến đổi khí hậu và thất thoát trong sản xuất – sau thu hoạch. Trước thực trạng đó, chuyển đổi sang nông nghiệp xanh là xu hướng tất yếu để phát triển bền vững[6]. </w:t>
      </w:r>
      <w:r w:rsidRPr="0046524B">
        <w:rPr>
          <w:rFonts w:ascii="Times New Roman" w:eastAsia="SimSun" w:hAnsi="Times New Roman" w:cs="Times New Roman"/>
        </w:rPr>
        <w:t>L</w:t>
      </w:r>
      <w:r w:rsidRPr="0046524B">
        <w:rPr>
          <w:rFonts w:ascii="Times New Roman" w:eastAsia="SimSun" w:hAnsi="Times New Roman" w:cs="Times New Roman"/>
          <w:lang w:val="ru-RU"/>
        </w:rPr>
        <w:t xml:space="preserve">ê </w:t>
      </w:r>
      <w:r w:rsidRPr="0046524B">
        <w:rPr>
          <w:rFonts w:ascii="Times New Roman" w:eastAsia="SimSun" w:hAnsi="Times New Roman" w:cs="Times New Roman"/>
        </w:rPr>
        <w:t>Thị</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Hồng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lastRenderedPageBreak/>
        <w:t>D</w:t>
      </w:r>
      <w:r w:rsidRPr="0046524B">
        <w:rPr>
          <w:rFonts w:ascii="Times New Roman" w:eastAsia="SimSun" w:hAnsi="Times New Roman" w:cs="Times New Roman"/>
          <w:lang w:val="ru-RU"/>
        </w:rPr>
        <w:t>ươ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(2018), </w:t>
      </w:r>
      <w:r w:rsidRPr="0046524B">
        <w:rPr>
          <w:rFonts w:ascii="Times New Roman" w:eastAsia="SimSun" w:hAnsi="Times New Roman" w:cs="Times New Roman"/>
        </w:rPr>
        <w:t>c</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w:t>
      </w:r>
      <w:r w:rsidRPr="0046524B">
        <w:rPr>
          <w:rFonts w:ascii="Times New Roman" w:eastAsia="SimSun" w:hAnsi="Times New Roman" w:cs="Times New Roman"/>
          <w:lang w:val="ru-RU"/>
        </w:rPr>
        <w:t>ì</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đã </w:t>
      </w:r>
      <w:r w:rsidRPr="0046524B">
        <w:rPr>
          <w:rFonts w:ascii="Times New Roman" w:eastAsia="SimSun" w:hAnsi="Times New Roman" w:cs="Times New Roman"/>
        </w:rPr>
        <w:t>tập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trung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cứu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yếu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tố</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ảnh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ư</w:t>
      </w:r>
      <w:r w:rsidRPr="0046524B">
        <w:rPr>
          <w:rFonts w:ascii="Times New Roman" w:eastAsia="SimSun" w:hAnsi="Times New Roman" w:cs="Times New Roman"/>
        </w:rPr>
        <w:t>ởng</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ến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w:t>
      </w:r>
      <w:r w:rsidRPr="0046524B">
        <w:rPr>
          <w:rFonts w:ascii="Times New Roman" w:eastAsia="SimSun" w:hAnsi="Times New Roman" w:cs="Times New Roman"/>
          <w:lang w:val="ru-RU"/>
        </w:rPr>
        <w:t xml:space="preserve">á </w:t>
      </w:r>
      <w:r w:rsidRPr="0046524B">
        <w:rPr>
          <w:rFonts w:ascii="Times New Roman" w:eastAsia="SimSun" w:hAnsi="Times New Roman" w:cs="Times New Roman"/>
        </w:rPr>
        <w:t>tr</w:t>
      </w:r>
      <w:r w:rsidRPr="0046524B">
        <w:rPr>
          <w:rFonts w:ascii="Times New Roman" w:eastAsia="SimSun" w:hAnsi="Times New Roman" w:cs="Times New Roman"/>
          <w:lang w:val="ru-RU"/>
        </w:rPr>
        <w:t>ì</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á</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triển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nghiệp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xanh</w:t>
      </w:r>
      <w:r w:rsidRPr="0046524B">
        <w:rPr>
          <w:rFonts w:ascii="Times New Roman" w:eastAsia="SimSun" w:hAnsi="Times New Roman" w:cs="Times New Roman"/>
          <w:lang w:val="ru-RU"/>
        </w:rPr>
        <w:t>; đ</w:t>
      </w:r>
      <w:r w:rsidRPr="0046524B">
        <w:rPr>
          <w:rFonts w:ascii="Times New Roman" w:eastAsia="SimSun" w:hAnsi="Times New Roman" w:cs="Times New Roman"/>
        </w:rPr>
        <w:t>ồng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thời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khảo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w:t>
      </w:r>
      <w:r w:rsidRPr="0046524B">
        <w:rPr>
          <w:rFonts w:ascii="Times New Roman" w:eastAsia="SimSun" w:hAnsi="Times New Roman" w:cs="Times New Roman"/>
          <w:lang w:val="ru-RU"/>
        </w:rPr>
        <w:t>á</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kinh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nghiệm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quốc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tế</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một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số</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ịa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ươ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trong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ư</w:t>
      </w:r>
      <w:r w:rsidRPr="0046524B">
        <w:rPr>
          <w:rFonts w:ascii="Times New Roman" w:eastAsia="SimSun" w:hAnsi="Times New Roman" w:cs="Times New Roman"/>
        </w:rPr>
        <w:t>ớc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nhằm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r</w:t>
      </w:r>
      <w:r w:rsidRPr="0046524B">
        <w:rPr>
          <w:rFonts w:ascii="Times New Roman" w:eastAsia="SimSun" w:hAnsi="Times New Roman" w:cs="Times New Roman"/>
          <w:lang w:val="ru-RU"/>
        </w:rPr>
        <w:t>ú</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ra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w:t>
      </w:r>
      <w:r w:rsidRPr="0046524B">
        <w:rPr>
          <w:rFonts w:ascii="Times New Roman" w:eastAsia="SimSun" w:hAnsi="Times New Roman" w:cs="Times New Roman"/>
          <w:lang w:val="ru-RU"/>
        </w:rPr>
        <w:t>à</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học</w:t>
      </w:r>
      <w:r w:rsidRPr="0046524B">
        <w:rPr>
          <w:rFonts w:ascii="Times New Roman" w:eastAsia="SimSun" w:hAnsi="Times New Roman" w:cs="Times New Roman"/>
          <w:lang w:val="ru-RU"/>
        </w:rPr>
        <w:t xml:space="preserve"> á</w:t>
      </w:r>
      <w:r w:rsidRPr="0046524B">
        <w:rPr>
          <w:rFonts w:ascii="Times New Roman" w:eastAsia="SimSun" w:hAnsi="Times New Roman" w:cs="Times New Roman"/>
        </w:rPr>
        <w:t>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dụng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tỉnh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Quảng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Nam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giả</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ũ</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tiến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à</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đá</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w:t>
      </w:r>
      <w:r w:rsidRPr="0046524B">
        <w:rPr>
          <w:rFonts w:ascii="Times New Roman" w:eastAsia="SimSun" w:hAnsi="Times New Roman" w:cs="Times New Roman"/>
          <w:lang w:val="ru-RU"/>
        </w:rPr>
        <w:t xml:space="preserve">á </w:t>
      </w:r>
      <w:r w:rsidRPr="0046524B">
        <w:rPr>
          <w:rFonts w:ascii="Times New Roman" w:eastAsia="SimSun" w:hAnsi="Times New Roman" w:cs="Times New Roman"/>
        </w:rPr>
        <w:t>thực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trạng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á</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triển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nghiệp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xanh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tại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Quảng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Nam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trong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giai</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oạn</w:t>
      </w:r>
      <w:r w:rsidRPr="0046524B">
        <w:rPr>
          <w:rFonts w:ascii="Times New Roman" w:eastAsia="SimSun" w:hAnsi="Times New Roman" w:cs="Times New Roman"/>
          <w:lang w:val="ru-RU"/>
        </w:rPr>
        <w:t xml:space="preserve"> 2006–2015, </w:t>
      </w:r>
      <w:r w:rsidRPr="0046524B">
        <w:rPr>
          <w:rFonts w:ascii="Times New Roman" w:eastAsia="SimSun" w:hAnsi="Times New Roman" w:cs="Times New Roman"/>
        </w:rPr>
        <w:t>ph</w:t>
      </w:r>
      <w:r w:rsidRPr="0046524B">
        <w:rPr>
          <w:rFonts w:ascii="Times New Roman" w:eastAsia="SimSun" w:hAnsi="Times New Roman" w:cs="Times New Roman"/>
          <w:lang w:val="ru-RU"/>
        </w:rPr>
        <w:t>â</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í</w:t>
      </w:r>
      <w:r w:rsidRPr="0046524B">
        <w:rPr>
          <w:rFonts w:ascii="Times New Roman" w:eastAsia="SimSun" w:hAnsi="Times New Roman" w:cs="Times New Roman"/>
        </w:rPr>
        <w:t>ch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những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hạn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chế</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nguy</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w:t>
      </w:r>
      <w:r w:rsidRPr="0046524B">
        <w:rPr>
          <w:rFonts w:ascii="Times New Roman" w:eastAsia="SimSun" w:hAnsi="Times New Roman" w:cs="Times New Roman"/>
          <w:lang w:val="ru-RU"/>
        </w:rPr>
        <w:t>â</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tồn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tại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à đ</w:t>
      </w:r>
      <w:r w:rsidRPr="0046524B">
        <w:rPr>
          <w:rFonts w:ascii="Times New Roman" w:eastAsia="SimSun" w:hAnsi="Times New Roman" w:cs="Times New Roman"/>
        </w:rPr>
        <w:t>ề</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xuất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giải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á</w:t>
      </w:r>
      <w:r w:rsidRPr="0046524B">
        <w:rPr>
          <w:rFonts w:ascii="Times New Roman" w:eastAsia="SimSun" w:hAnsi="Times New Roman" w:cs="Times New Roman"/>
        </w:rPr>
        <w:t>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 xml:space="preserve">ù </w:t>
      </w:r>
      <w:r w:rsidRPr="0046524B">
        <w:rPr>
          <w:rFonts w:ascii="Times New Roman" w:eastAsia="SimSun" w:hAnsi="Times New Roman" w:cs="Times New Roman"/>
        </w:rPr>
        <w:t>hợp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nhằm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w:t>
      </w:r>
      <w:r w:rsidRPr="0046524B">
        <w:rPr>
          <w:rFonts w:ascii="Times New Roman" w:eastAsia="SimSun" w:hAnsi="Times New Roman" w:cs="Times New Roman"/>
          <w:lang w:val="ru-RU"/>
        </w:rPr>
        <w:t>ú</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ẩy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á</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triển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nghiệp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xanh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ịa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w:t>
      </w:r>
      <w:r w:rsidRPr="0046524B">
        <w:rPr>
          <w:rFonts w:ascii="Times New Roman" w:eastAsia="SimSun" w:hAnsi="Times New Roman" w:cs="Times New Roman"/>
          <w:lang w:val="ru-RU"/>
        </w:rPr>
        <w:t>à</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tỉnh</w:t>
      </w:r>
      <w:r w:rsidRPr="0046524B">
        <w:rPr>
          <w:rFonts w:ascii="Times New Roman" w:eastAsia="SimSun" w:hAnsi="Times New Roman" w:cs="Times New Roman"/>
          <w:lang w:val="ru-RU"/>
        </w:rPr>
        <w:t>[7].</w:t>
      </w:r>
    </w:p>
    <w:p w14:paraId="471D62B5" w14:textId="77777777" w:rsidR="00622920" w:rsidRPr="004B646A" w:rsidRDefault="00622920" w:rsidP="00622920">
      <w:pPr>
        <w:pStyle w:val="BodyText"/>
        <w:spacing w:line="240" w:lineRule="auto"/>
        <w:jc w:val="both"/>
        <w:rPr>
          <w:rFonts w:ascii="Times New Roman" w:eastAsia="SimSun" w:hAnsi="Times New Roman" w:cs="Times New Roman"/>
          <w:lang w:val="ru-RU"/>
        </w:rPr>
      </w:pPr>
      <w:r w:rsidRPr="0046524B">
        <w:rPr>
          <w:rFonts w:ascii="Times New Roman" w:eastAsia="SimSun" w:hAnsi="Times New Roman" w:cs="Times New Roman"/>
        </w:rPr>
        <w:t>Nam</w:t>
      </w:r>
      <w:r w:rsidRPr="0046524B">
        <w:rPr>
          <w:rFonts w:ascii="Times New Roman" w:eastAsia="SimSun" w:hAnsi="Times New Roman" w:cs="Times New Roman"/>
          <w:lang w:val="ru-RU"/>
        </w:rPr>
        <w:t xml:space="preserve"> Đô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đư</w:t>
      </w:r>
      <w:r w:rsidRPr="0046524B">
        <w:rPr>
          <w:rFonts w:ascii="Times New Roman" w:eastAsia="SimSun" w:hAnsi="Times New Roman" w:cs="Times New Roman"/>
        </w:rPr>
        <w:t>ợc</w:t>
      </w:r>
      <w:r w:rsidRPr="0046524B">
        <w:rPr>
          <w:rFonts w:ascii="Times New Roman" w:eastAsia="SimSun" w:hAnsi="Times New Roman" w:cs="Times New Roman"/>
          <w:lang w:val="ru-RU"/>
        </w:rPr>
        <w:t xml:space="preserve"> đá</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w:t>
      </w:r>
      <w:r w:rsidRPr="0046524B">
        <w:rPr>
          <w:rFonts w:ascii="Times New Roman" w:eastAsia="SimSun" w:hAnsi="Times New Roman" w:cs="Times New Roman"/>
          <w:lang w:val="ru-RU"/>
        </w:rPr>
        <w:t xml:space="preserve">á </w:t>
      </w:r>
      <w:r w:rsidRPr="0046524B">
        <w:rPr>
          <w:rFonts w:ascii="Times New Roman" w:eastAsia="SimSun" w:hAnsi="Times New Roman" w:cs="Times New Roman"/>
        </w:rPr>
        <w:t>l</w:t>
      </w:r>
      <w:r w:rsidRPr="0046524B">
        <w:rPr>
          <w:rFonts w:ascii="Times New Roman" w:eastAsia="SimSun" w:hAnsi="Times New Roman" w:cs="Times New Roman"/>
          <w:lang w:val="ru-RU"/>
        </w:rPr>
        <w:t>à đ</w:t>
      </w:r>
      <w:r w:rsidRPr="0046524B">
        <w:rPr>
          <w:rFonts w:ascii="Times New Roman" w:eastAsia="SimSun" w:hAnsi="Times New Roman" w:cs="Times New Roman"/>
        </w:rPr>
        <w:t>ịa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ươ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ó </w:t>
      </w:r>
      <w:r w:rsidRPr="0046524B">
        <w:rPr>
          <w:rFonts w:ascii="Times New Roman" w:eastAsia="SimSun" w:hAnsi="Times New Roman" w:cs="Times New Roman"/>
        </w:rPr>
        <w:t>nhiều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lợi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thế</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ể</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á</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triển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w:t>
      </w:r>
      <w:r w:rsidRPr="0046524B">
        <w:rPr>
          <w:rFonts w:ascii="Times New Roman" w:eastAsia="SimSun" w:hAnsi="Times New Roman" w:cs="Times New Roman"/>
        </w:rPr>
        <w:t>h</w:t>
      </w:r>
      <w:r w:rsidRPr="0046524B">
        <w:rPr>
          <w:rFonts w:ascii="Times New Roman" w:eastAsia="SimSun" w:hAnsi="Times New Roman" w:cs="Times New Roman"/>
          <w:lang w:val="ru-RU"/>
        </w:rPr>
        <w:t>ì</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ă</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nu</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theo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ư</w:t>
      </w:r>
      <w:r w:rsidRPr="0046524B">
        <w:rPr>
          <w:rFonts w:ascii="Times New Roman" w:eastAsia="SimSun" w:hAnsi="Times New Roman" w:cs="Times New Roman"/>
        </w:rPr>
        <w:t>ớng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sinh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w:t>
      </w:r>
      <w:r w:rsidRPr="0046524B">
        <w:rPr>
          <w:rFonts w:ascii="Times New Roman" w:eastAsia="SimSun" w:hAnsi="Times New Roman" w:cs="Times New Roman"/>
          <w:lang w:val="ru-RU"/>
        </w:rPr>
        <w:t>á</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 </w:t>
      </w:r>
      <w:r w:rsidRPr="0046524B">
        <w:rPr>
          <w:rFonts w:ascii="Times New Roman" w:eastAsia="SimSun" w:hAnsi="Times New Roman" w:cs="Times New Roman"/>
        </w:rPr>
        <w:t>xanh</w:t>
      </w:r>
      <w:r w:rsidRPr="0046524B">
        <w:rPr>
          <w:rFonts w:ascii="Times New Roman" w:eastAsia="SimSun" w:hAnsi="Times New Roman" w:cs="Times New Roman"/>
          <w:lang w:val="ru-RU"/>
        </w:rPr>
        <w:t xml:space="preserve"> – </w:t>
      </w:r>
      <w:r w:rsidRPr="0046524B">
        <w:rPr>
          <w:rFonts w:ascii="Times New Roman" w:eastAsia="SimSun" w:hAnsi="Times New Roman" w:cs="Times New Roman"/>
        </w:rPr>
        <w:t>tuần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ho</w:t>
      </w:r>
      <w:r w:rsidRPr="0046524B">
        <w:rPr>
          <w:rFonts w:ascii="Times New Roman" w:eastAsia="SimSun" w:hAnsi="Times New Roman" w:cs="Times New Roman"/>
          <w:lang w:val="ru-RU"/>
        </w:rPr>
        <w:t>à</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kết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hợp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á</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triển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kinh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tế</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bảo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vệ</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w:t>
      </w:r>
      <w:r w:rsidRPr="0046524B">
        <w:rPr>
          <w:rFonts w:ascii="Times New Roman" w:eastAsia="SimSun" w:hAnsi="Times New Roman" w:cs="Times New Roman"/>
          <w:lang w:val="ru-RU"/>
        </w:rPr>
        <w:t>ư</w:t>
      </w:r>
      <w:r w:rsidRPr="0046524B">
        <w:rPr>
          <w:rFonts w:ascii="Times New Roman" w:eastAsia="SimSun" w:hAnsi="Times New Roman" w:cs="Times New Roman"/>
        </w:rPr>
        <w:t>ờng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Hiện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nay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tại</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ịa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w:t>
      </w:r>
      <w:r w:rsidRPr="0046524B">
        <w:rPr>
          <w:rFonts w:ascii="Times New Roman" w:eastAsia="SimSun" w:hAnsi="Times New Roman" w:cs="Times New Roman"/>
          <w:lang w:val="ru-RU"/>
        </w:rPr>
        <w:t>à</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đã </w:t>
      </w:r>
      <w:r w:rsidRPr="0046524B">
        <w:rPr>
          <w:rFonts w:ascii="Times New Roman" w:eastAsia="SimSun" w:hAnsi="Times New Roman" w:cs="Times New Roman"/>
        </w:rPr>
        <w:t>li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kết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hợp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tập</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o</w:t>
      </w:r>
      <w:r w:rsidRPr="0046524B">
        <w:rPr>
          <w:rFonts w:ascii="Times New Roman" w:eastAsia="SimSun" w:hAnsi="Times New Roman" w:cs="Times New Roman"/>
          <w:lang w:val="ru-RU"/>
        </w:rPr>
        <w:t>à</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Quế</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w:t>
      </w:r>
      <w:r w:rsidRPr="0046524B">
        <w:rPr>
          <w:rFonts w:ascii="Times New Roman" w:eastAsia="SimSun" w:hAnsi="Times New Roman" w:cs="Times New Roman"/>
          <w:lang w:val="ru-RU"/>
        </w:rPr>
        <w:t>â</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w:t>
      </w:r>
      <w:r w:rsidRPr="0046524B">
        <w:rPr>
          <w:rFonts w:ascii="Times New Roman" w:eastAsia="SimSun" w:hAnsi="Times New Roman" w:cs="Times New Roman"/>
          <w:lang w:val="ru-RU"/>
        </w:rPr>
        <w:t>à</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hữu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ơ, </w:t>
      </w:r>
      <w:r w:rsidRPr="0046524B">
        <w:rPr>
          <w:rFonts w:ascii="Times New Roman" w:eastAsia="SimSun" w:hAnsi="Times New Roman" w:cs="Times New Roman"/>
        </w:rPr>
        <w:t>kinh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tế</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tuần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ho</w:t>
      </w:r>
      <w:r w:rsidRPr="0046524B">
        <w:rPr>
          <w:rFonts w:ascii="Times New Roman" w:eastAsia="SimSun" w:hAnsi="Times New Roman" w:cs="Times New Roman"/>
          <w:lang w:val="ru-RU"/>
        </w:rPr>
        <w:t>à</w:t>
      </w:r>
      <w:r w:rsidRPr="0046524B">
        <w:rPr>
          <w:rFonts w:ascii="Times New Roman" w:eastAsia="SimSun" w:hAnsi="Times New Roman" w:cs="Times New Roman"/>
        </w:rPr>
        <w:t>n</w:t>
      </w:r>
      <w:r w:rsidRPr="0046524B">
        <w:rPr>
          <w:rFonts w:ascii="Times New Roman" w:eastAsia="SimSun" w:hAnsi="Times New Roman" w:cs="Times New Roman"/>
          <w:lang w:val="ru-RU"/>
        </w:rPr>
        <w:t>, đ</w:t>
      </w:r>
      <w:r w:rsidRPr="0046524B">
        <w:rPr>
          <w:rFonts w:ascii="Times New Roman" w:eastAsia="SimSun" w:hAnsi="Times New Roman" w:cs="Times New Roman"/>
        </w:rPr>
        <w:t>ến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ă</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 2024 </w:t>
      </w:r>
      <w:r w:rsidRPr="0046524B">
        <w:rPr>
          <w:rFonts w:ascii="Times New Roman" w:eastAsia="SimSun" w:hAnsi="Times New Roman" w:cs="Times New Roman"/>
        </w:rPr>
        <w:t>một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số</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hộ</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w:t>
      </w:r>
      <w:r w:rsidRPr="0046524B">
        <w:rPr>
          <w:rFonts w:ascii="Times New Roman" w:eastAsia="SimSun" w:hAnsi="Times New Roman" w:cs="Times New Roman"/>
          <w:lang w:val="ru-RU"/>
        </w:rPr>
        <w:t>â</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đã </w:t>
      </w:r>
      <w:r w:rsidRPr="0046524B">
        <w:rPr>
          <w:rFonts w:ascii="Times New Roman" w:eastAsia="SimSun" w:hAnsi="Times New Roman" w:cs="Times New Roman"/>
        </w:rPr>
        <w:t>thực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hiện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hợp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kết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xuất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kết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theo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chuỗi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w:t>
      </w:r>
      <w:r w:rsidRPr="0046524B">
        <w:rPr>
          <w:rFonts w:ascii="Times New Roman" w:eastAsia="SimSun" w:hAnsi="Times New Roman" w:cs="Times New Roman"/>
          <w:lang w:val="ru-RU"/>
        </w:rPr>
        <w:t xml:space="preserve">á </w:t>
      </w:r>
      <w:r w:rsidRPr="0046524B">
        <w:rPr>
          <w:rFonts w:ascii="Times New Roman" w:eastAsia="SimSun" w:hAnsi="Times New Roman" w:cs="Times New Roman"/>
        </w:rPr>
        <w:t>trị</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gắn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thụ</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phẩm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trong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ă</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nu</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gồm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hữu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ơ 04 </w:t>
      </w:r>
      <w:r w:rsidRPr="0046524B">
        <w:rPr>
          <w:rFonts w:ascii="Times New Roman" w:eastAsia="SimSun" w:hAnsi="Times New Roman" w:cs="Times New Roman"/>
        </w:rPr>
        <w:t>hộ</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03 </w:t>
      </w:r>
      <w:r w:rsidRPr="0046524B">
        <w:rPr>
          <w:rFonts w:ascii="Times New Roman" w:eastAsia="SimSun" w:hAnsi="Times New Roman" w:cs="Times New Roman"/>
        </w:rPr>
        <w:t>lợn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á</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 xml:space="preserve">à 30 </w:t>
      </w:r>
      <w:r w:rsidRPr="0046524B">
        <w:rPr>
          <w:rFonts w:ascii="Times New Roman" w:eastAsia="SimSun" w:hAnsi="Times New Roman" w:cs="Times New Roman"/>
        </w:rPr>
        <w:t>lợn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thịt</w:t>
      </w:r>
      <w:r w:rsidRPr="0046524B">
        <w:rPr>
          <w:rFonts w:ascii="Times New Roman" w:eastAsia="SimSun" w:hAnsi="Times New Roman" w:cs="Times New Roman"/>
          <w:lang w:val="ru-RU"/>
        </w:rPr>
        <w:t>/</w:t>
      </w:r>
      <w:r w:rsidRPr="0046524B">
        <w:rPr>
          <w:rFonts w:ascii="Times New Roman" w:eastAsia="SimSun" w:hAnsi="Times New Roman" w:cs="Times New Roman"/>
        </w:rPr>
        <w:t>lứa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tại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w:t>
      </w:r>
      <w:r w:rsidRPr="0046524B">
        <w:rPr>
          <w:rFonts w:ascii="Times New Roman" w:eastAsia="SimSun" w:hAnsi="Times New Roman" w:cs="Times New Roman"/>
          <w:lang w:val="ru-RU"/>
        </w:rPr>
        <w:t xml:space="preserve">ã: </w:t>
      </w:r>
      <w:r w:rsidRPr="0046524B">
        <w:rPr>
          <w:rFonts w:ascii="Times New Roman" w:eastAsia="SimSun" w:hAnsi="Times New Roman" w:cs="Times New Roman"/>
        </w:rPr>
        <w:t>Th</w:t>
      </w:r>
      <w:r w:rsidRPr="0046524B">
        <w:rPr>
          <w:rFonts w:ascii="Times New Roman" w:eastAsia="SimSun" w:hAnsi="Times New Roman" w:cs="Times New Roman"/>
          <w:lang w:val="ru-RU"/>
        </w:rPr>
        <w:t>ư</w:t>
      </w:r>
      <w:r w:rsidRPr="0046524B">
        <w:rPr>
          <w:rFonts w:ascii="Times New Roman" w:eastAsia="SimSun" w:hAnsi="Times New Roman" w:cs="Times New Roman"/>
        </w:rPr>
        <w:t>ợng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Quảng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ươ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Hữu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w:t>
      </w:r>
      <w:r w:rsidRPr="0046524B">
        <w:rPr>
          <w:rFonts w:ascii="Times New Roman" w:eastAsia="SimSun" w:hAnsi="Times New Roman" w:cs="Times New Roman"/>
          <w:lang w:val="ru-RU"/>
        </w:rPr>
        <w:t>ư</w:t>
      </w:r>
      <w:r w:rsidRPr="0046524B">
        <w:rPr>
          <w:rFonts w:ascii="Times New Roman" w:eastAsia="SimSun" w:hAnsi="Times New Roman" w:cs="Times New Roman"/>
        </w:rPr>
        <w:t>ợng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Nhật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xuất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kết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theo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chuỗi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w:t>
      </w:r>
      <w:r w:rsidRPr="0046524B">
        <w:rPr>
          <w:rFonts w:ascii="Times New Roman" w:eastAsia="SimSun" w:hAnsi="Times New Roman" w:cs="Times New Roman"/>
          <w:lang w:val="ru-RU"/>
        </w:rPr>
        <w:t xml:space="preserve">á </w:t>
      </w:r>
      <w:r w:rsidRPr="0046524B">
        <w:rPr>
          <w:rFonts w:ascii="Times New Roman" w:eastAsia="SimSun" w:hAnsi="Times New Roman" w:cs="Times New Roman"/>
        </w:rPr>
        <w:t>trị</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gắn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thụ</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phẩm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w:t>
      </w:r>
      <w:r w:rsidRPr="0046524B">
        <w:rPr>
          <w:rFonts w:ascii="Times New Roman" w:eastAsia="SimSun" w:hAnsi="Times New Roman" w:cs="Times New Roman"/>
          <w:lang w:val="ru-RU"/>
        </w:rPr>
        <w:t xml:space="preserve">ò </w:t>
      </w:r>
      <w:r w:rsidRPr="0046524B">
        <w:rPr>
          <w:rFonts w:ascii="Times New Roman" w:eastAsia="SimSun" w:hAnsi="Times New Roman" w:cs="Times New Roman"/>
        </w:rPr>
        <w:t>hữu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ơ 01 </w:t>
      </w:r>
      <w:r w:rsidRPr="0046524B">
        <w:rPr>
          <w:rFonts w:ascii="Times New Roman" w:eastAsia="SimSun" w:hAnsi="Times New Roman" w:cs="Times New Roman"/>
        </w:rPr>
        <w:t>hộ</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02 </w:t>
      </w:r>
      <w:r w:rsidRPr="0046524B">
        <w:rPr>
          <w:rFonts w:ascii="Times New Roman" w:eastAsia="SimSun" w:hAnsi="Times New Roman" w:cs="Times New Roman"/>
        </w:rPr>
        <w:t>b</w:t>
      </w:r>
      <w:r w:rsidRPr="0046524B">
        <w:rPr>
          <w:rFonts w:ascii="Times New Roman" w:eastAsia="SimSun" w:hAnsi="Times New Roman" w:cs="Times New Roman"/>
          <w:lang w:val="ru-RU"/>
        </w:rPr>
        <w:t xml:space="preserve">ò </w:t>
      </w:r>
      <w:r w:rsidRPr="0046524B">
        <w:rPr>
          <w:rFonts w:ascii="Times New Roman" w:eastAsia="SimSun" w:hAnsi="Times New Roman" w:cs="Times New Roman"/>
        </w:rPr>
        <w:t>c</w:t>
      </w:r>
      <w:r w:rsidRPr="0046524B">
        <w:rPr>
          <w:rFonts w:ascii="Times New Roman" w:eastAsia="SimSun" w:hAnsi="Times New Roman" w:cs="Times New Roman"/>
          <w:lang w:val="ru-RU"/>
        </w:rPr>
        <w:t>á</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sinh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thịt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tại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w:t>
      </w:r>
      <w:r w:rsidRPr="0046524B">
        <w:rPr>
          <w:rFonts w:ascii="Times New Roman" w:eastAsia="SimSun" w:hAnsi="Times New Roman" w:cs="Times New Roman"/>
          <w:lang w:val="ru-RU"/>
        </w:rPr>
        <w:t xml:space="preserve">ã </w:t>
      </w:r>
      <w:r w:rsidRPr="0046524B">
        <w:rPr>
          <w:rFonts w:ascii="Times New Roman" w:eastAsia="SimSun" w:hAnsi="Times New Roman" w:cs="Times New Roman"/>
        </w:rPr>
        <w:t>H</w:t>
      </w:r>
      <w:r w:rsidRPr="0046524B">
        <w:rPr>
          <w:rFonts w:ascii="Times New Roman" w:eastAsia="SimSun" w:hAnsi="Times New Roman" w:cs="Times New Roman"/>
          <w:lang w:val="ru-RU"/>
        </w:rPr>
        <w:t>ươ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Xu</w:t>
      </w:r>
      <w:r w:rsidRPr="0046524B">
        <w:rPr>
          <w:rFonts w:ascii="Times New Roman" w:eastAsia="SimSun" w:hAnsi="Times New Roman" w:cs="Times New Roman"/>
          <w:lang w:val="ru-RU"/>
        </w:rPr>
        <w:t>â</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xuất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kết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theo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chuỗi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w:t>
      </w:r>
      <w:r w:rsidRPr="0046524B">
        <w:rPr>
          <w:rFonts w:ascii="Times New Roman" w:eastAsia="SimSun" w:hAnsi="Times New Roman" w:cs="Times New Roman"/>
          <w:lang w:val="ru-RU"/>
        </w:rPr>
        <w:t xml:space="preserve">á </w:t>
      </w:r>
      <w:r w:rsidRPr="0046524B">
        <w:rPr>
          <w:rFonts w:ascii="Times New Roman" w:eastAsia="SimSun" w:hAnsi="Times New Roman" w:cs="Times New Roman"/>
        </w:rPr>
        <w:t>trị</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gắn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thụ</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sản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phẩm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hữu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ơ 01 </w:t>
      </w:r>
      <w:r w:rsidRPr="0046524B">
        <w:rPr>
          <w:rFonts w:ascii="Times New Roman" w:eastAsia="SimSun" w:hAnsi="Times New Roman" w:cs="Times New Roman"/>
        </w:rPr>
        <w:t>hộ</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300 </w:t>
      </w:r>
      <w:r w:rsidRPr="0046524B">
        <w:rPr>
          <w:rFonts w:ascii="Times New Roman" w:eastAsia="SimSun" w:hAnsi="Times New Roman" w:cs="Times New Roman"/>
        </w:rPr>
        <w:t>g</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thịt</w:t>
      </w:r>
      <w:r w:rsidRPr="0046524B">
        <w:rPr>
          <w:rFonts w:ascii="Times New Roman" w:eastAsia="SimSun" w:hAnsi="Times New Roman" w:cs="Times New Roman"/>
          <w:lang w:val="ru-RU"/>
        </w:rPr>
        <w:t>/</w:t>
      </w:r>
      <w:r w:rsidRPr="0046524B">
        <w:rPr>
          <w:rFonts w:ascii="Times New Roman" w:eastAsia="SimSun" w:hAnsi="Times New Roman" w:cs="Times New Roman"/>
        </w:rPr>
        <w:t>lứa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w:t>
      </w:r>
      <w:r w:rsidRPr="0046524B">
        <w:rPr>
          <w:rFonts w:ascii="Times New Roman" w:eastAsia="SimSun" w:hAnsi="Times New Roman" w:cs="Times New Roman"/>
          <w:lang w:val="ru-RU"/>
        </w:rPr>
        <w:t xml:space="preserve">à 60 </w:t>
      </w:r>
      <w:r w:rsidRPr="0046524B">
        <w:rPr>
          <w:rFonts w:ascii="Times New Roman" w:eastAsia="SimSun" w:hAnsi="Times New Roman" w:cs="Times New Roman"/>
        </w:rPr>
        <w:t>g</w:t>
      </w:r>
      <w:r w:rsidRPr="0046524B">
        <w:rPr>
          <w:rFonts w:ascii="Times New Roman" w:eastAsia="SimSun" w:hAnsi="Times New Roman" w:cs="Times New Roman"/>
          <w:lang w:val="ru-RU"/>
        </w:rPr>
        <w:t>à đ</w:t>
      </w:r>
      <w:r w:rsidRPr="0046524B">
        <w:rPr>
          <w:rFonts w:ascii="Times New Roman" w:eastAsia="SimSun" w:hAnsi="Times New Roman" w:cs="Times New Roman"/>
        </w:rPr>
        <w:t>ẻ</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tại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w:t>
      </w:r>
      <w:r w:rsidRPr="0046524B">
        <w:rPr>
          <w:rFonts w:ascii="Times New Roman" w:eastAsia="SimSun" w:hAnsi="Times New Roman" w:cs="Times New Roman"/>
          <w:lang w:val="ru-RU"/>
        </w:rPr>
        <w:t xml:space="preserve">ã </w:t>
      </w:r>
      <w:r w:rsidRPr="0046524B">
        <w:rPr>
          <w:rFonts w:ascii="Times New Roman" w:eastAsia="SimSun" w:hAnsi="Times New Roman" w:cs="Times New Roman"/>
        </w:rPr>
        <w:t>H</w:t>
      </w:r>
      <w:r w:rsidRPr="0046524B">
        <w:rPr>
          <w:rFonts w:ascii="Times New Roman" w:eastAsia="SimSun" w:hAnsi="Times New Roman" w:cs="Times New Roman"/>
          <w:lang w:val="ru-RU"/>
        </w:rPr>
        <w:t>ươ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Xu</w:t>
      </w:r>
      <w:r w:rsidRPr="0046524B">
        <w:rPr>
          <w:rFonts w:ascii="Times New Roman" w:eastAsia="SimSun" w:hAnsi="Times New Roman" w:cs="Times New Roman"/>
          <w:lang w:val="ru-RU"/>
        </w:rPr>
        <w:t>â</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)[8]. </w:t>
      </w:r>
      <w:r w:rsidRPr="0046524B">
        <w:rPr>
          <w:rFonts w:ascii="Times New Roman" w:eastAsia="SimSun" w:hAnsi="Times New Roman" w:cs="Times New Roman"/>
        </w:rPr>
        <w:t>Tuy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việc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á</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triển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w:t>
      </w:r>
      <w:r w:rsidRPr="0046524B">
        <w:rPr>
          <w:rFonts w:ascii="Times New Roman" w:eastAsia="SimSun" w:hAnsi="Times New Roman" w:cs="Times New Roman"/>
        </w:rPr>
        <w:t>h</w:t>
      </w:r>
      <w:r w:rsidRPr="0046524B">
        <w:rPr>
          <w:rFonts w:ascii="Times New Roman" w:eastAsia="SimSun" w:hAnsi="Times New Roman" w:cs="Times New Roman"/>
          <w:lang w:val="ru-RU"/>
        </w:rPr>
        <w:t>ì</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ă</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nu</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quy</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w:t>
      </w:r>
      <w:r w:rsidRPr="0046524B">
        <w:rPr>
          <w:rFonts w:ascii="Times New Roman" w:eastAsia="SimSun" w:hAnsi="Times New Roman" w:cs="Times New Roman"/>
        </w:rPr>
        <w:t>lớn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theo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ư</w:t>
      </w:r>
      <w:r w:rsidRPr="0046524B">
        <w:rPr>
          <w:rFonts w:ascii="Times New Roman" w:eastAsia="SimSun" w:hAnsi="Times New Roman" w:cs="Times New Roman"/>
        </w:rPr>
        <w:t>ớng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hữu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ơ/</w:t>
      </w:r>
      <w:r w:rsidRPr="0046524B">
        <w:rPr>
          <w:rFonts w:ascii="Times New Roman" w:eastAsia="SimSun" w:hAnsi="Times New Roman" w:cs="Times New Roman"/>
        </w:rPr>
        <w:t>VietGap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ò</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rất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hạn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chế</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w:t>
      </w:r>
      <w:r w:rsidRPr="0046524B">
        <w:rPr>
          <w:rFonts w:ascii="Times New Roman" w:eastAsia="SimSun" w:hAnsi="Times New Roman" w:cs="Times New Roman"/>
        </w:rPr>
        <w:t>h</w:t>
      </w:r>
      <w:r w:rsidRPr="0046524B">
        <w:rPr>
          <w:rFonts w:ascii="Times New Roman" w:eastAsia="SimSun" w:hAnsi="Times New Roman" w:cs="Times New Roman"/>
          <w:lang w:val="ru-RU"/>
        </w:rPr>
        <w:t>ì</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ă</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nu</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chủ</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yếu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vẫn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theo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ươ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thức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truyền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thống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tận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dụng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nguồn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thức</w:t>
      </w:r>
      <w:r w:rsidRPr="0046524B">
        <w:rPr>
          <w:rFonts w:ascii="Times New Roman" w:eastAsia="SimSun" w:hAnsi="Times New Roman" w:cs="Times New Roman"/>
          <w:lang w:val="ru-RU"/>
        </w:rPr>
        <w:t xml:space="preserve"> ă</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sẵn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ó đ</w:t>
      </w:r>
      <w:r w:rsidRPr="0046524B">
        <w:rPr>
          <w:rFonts w:ascii="Times New Roman" w:eastAsia="SimSun" w:hAnsi="Times New Roman" w:cs="Times New Roman"/>
        </w:rPr>
        <w:t>ể</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ă</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nu</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í</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tiếp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cận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ươ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á</w:t>
      </w:r>
      <w:r w:rsidRPr="0046524B">
        <w:rPr>
          <w:rFonts w:ascii="Times New Roman" w:eastAsia="SimSun" w:hAnsi="Times New Roman" w:cs="Times New Roman"/>
        </w:rPr>
        <w:t>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kỹ</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thuật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tiến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dẫn</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ến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ă</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suất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trong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ă</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nu</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w:t>
      </w:r>
      <w:r w:rsidRPr="0046524B">
        <w:rPr>
          <w:rFonts w:ascii="Times New Roman" w:eastAsia="SimSun" w:hAnsi="Times New Roman" w:cs="Times New Roman"/>
          <w:lang w:val="ru-RU"/>
        </w:rPr>
        <w:t>ư</w:t>
      </w:r>
      <w:r w:rsidRPr="0046524B">
        <w:rPr>
          <w:rFonts w:ascii="Times New Roman" w:eastAsia="SimSun" w:hAnsi="Times New Roman" w:cs="Times New Roman"/>
        </w:rPr>
        <w:t>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cao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dễ</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w:t>
      </w:r>
      <w:r w:rsidRPr="0046524B">
        <w:rPr>
          <w:rFonts w:ascii="Times New Roman" w:eastAsia="SimSun" w:hAnsi="Times New Roman" w:cs="Times New Roman"/>
          <w:lang w:val="ru-RU"/>
        </w:rPr>
        <w:t>â</w:t>
      </w:r>
      <w:r w:rsidRPr="0046524B">
        <w:rPr>
          <w:rFonts w:ascii="Times New Roman" w:eastAsia="SimSun" w:hAnsi="Times New Roman" w:cs="Times New Roman"/>
        </w:rPr>
        <w:t>y</w:t>
      </w:r>
      <w:r w:rsidRPr="0046524B">
        <w:rPr>
          <w:rFonts w:ascii="Times New Roman" w:eastAsia="SimSun" w:hAnsi="Times New Roman" w:cs="Times New Roman"/>
          <w:lang w:val="ru-RU"/>
        </w:rPr>
        <w:t xml:space="preserve"> ô </w:t>
      </w:r>
      <w:r w:rsidRPr="0046524B">
        <w:rPr>
          <w:rFonts w:ascii="Times New Roman" w:eastAsia="SimSun" w:hAnsi="Times New Roman" w:cs="Times New Roman"/>
        </w:rPr>
        <w:t>nhiễm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ô</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w:t>
      </w:r>
      <w:r w:rsidRPr="0046524B">
        <w:rPr>
          <w:rFonts w:ascii="Times New Roman" w:eastAsia="SimSun" w:hAnsi="Times New Roman" w:cs="Times New Roman"/>
          <w:lang w:val="ru-RU"/>
        </w:rPr>
        <w:t>ư</w:t>
      </w:r>
      <w:r w:rsidRPr="0046524B">
        <w:rPr>
          <w:rFonts w:ascii="Times New Roman" w:eastAsia="SimSun" w:hAnsi="Times New Roman" w:cs="Times New Roman"/>
        </w:rPr>
        <w:t>ờng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Do</w:t>
      </w:r>
      <w:r w:rsidRPr="0046524B">
        <w:rPr>
          <w:rFonts w:ascii="Times New Roman" w:eastAsia="SimSun" w:hAnsi="Times New Roman" w:cs="Times New Roman"/>
          <w:lang w:val="ru-RU"/>
        </w:rPr>
        <w:t xml:space="preserve"> đó, </w:t>
      </w:r>
      <w:r w:rsidRPr="0046524B">
        <w:rPr>
          <w:rFonts w:ascii="Times New Roman" w:eastAsia="SimSun" w:hAnsi="Times New Roman" w:cs="Times New Roman"/>
        </w:rPr>
        <w:t>việc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cứu</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ề</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xuất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ô </w:t>
      </w:r>
      <w:r w:rsidRPr="0046524B">
        <w:rPr>
          <w:rFonts w:ascii="Times New Roman" w:eastAsia="SimSun" w:hAnsi="Times New Roman" w:cs="Times New Roman"/>
        </w:rPr>
        <w:t>h</w:t>
      </w:r>
      <w:r w:rsidRPr="0046524B">
        <w:rPr>
          <w:rFonts w:ascii="Times New Roman" w:eastAsia="SimSun" w:hAnsi="Times New Roman" w:cs="Times New Roman"/>
          <w:lang w:val="ru-RU"/>
        </w:rPr>
        <w:t>ì</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w:t>
      </w:r>
      <w:r w:rsidRPr="0046524B">
        <w:rPr>
          <w:rFonts w:ascii="Times New Roman" w:eastAsia="SimSun" w:hAnsi="Times New Roman" w:cs="Times New Roman"/>
          <w:lang w:val="ru-RU"/>
        </w:rPr>
        <w:t>ô</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nghiệp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xanh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 xml:space="preserve">ù </w:t>
      </w:r>
      <w:r w:rsidRPr="0046524B">
        <w:rPr>
          <w:rFonts w:ascii="Times New Roman" w:eastAsia="SimSun" w:hAnsi="Times New Roman" w:cs="Times New Roman"/>
        </w:rPr>
        <w:t>hợp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với</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iều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kiện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tự</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kinh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tế</w:t>
      </w:r>
      <w:r w:rsidRPr="0046524B">
        <w:rPr>
          <w:rFonts w:ascii="Times New Roman" w:eastAsia="SimSun" w:hAnsi="Times New Roman" w:cs="Times New Roman"/>
          <w:lang w:val="ru-RU"/>
        </w:rPr>
        <w:t xml:space="preserve"> - </w:t>
      </w:r>
      <w:r w:rsidRPr="0046524B">
        <w:rPr>
          <w:rFonts w:ascii="Times New Roman" w:eastAsia="SimSun" w:hAnsi="Times New Roman" w:cs="Times New Roman"/>
        </w:rPr>
        <w:t>x</w:t>
      </w:r>
      <w:r w:rsidRPr="0046524B">
        <w:rPr>
          <w:rFonts w:ascii="Times New Roman" w:eastAsia="SimSun" w:hAnsi="Times New Roman" w:cs="Times New Roman"/>
          <w:lang w:val="ru-RU"/>
        </w:rPr>
        <w:t xml:space="preserve">ã </w:t>
      </w:r>
      <w:r w:rsidRPr="0046524B">
        <w:rPr>
          <w:rFonts w:ascii="Times New Roman" w:eastAsia="SimSun" w:hAnsi="Times New Roman" w:cs="Times New Roman"/>
        </w:rPr>
        <w:t>hội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của</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ịa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ươ</w:t>
      </w:r>
      <w:r w:rsidRPr="0046524B">
        <w:rPr>
          <w:rFonts w:ascii="Times New Roman" w:eastAsia="SimSun" w:hAnsi="Times New Roman" w:cs="Times New Roman"/>
        </w:rPr>
        <w:t>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phục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vụ</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á</w:t>
      </w:r>
      <w:r w:rsidRPr="0046524B">
        <w:rPr>
          <w:rFonts w:ascii="Times New Roman" w:eastAsia="SimSun" w:hAnsi="Times New Roman" w:cs="Times New Roman"/>
        </w:rPr>
        <w:t>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triển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biền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vững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w:t>
      </w:r>
      <w:r w:rsidRPr="0046524B">
        <w:rPr>
          <w:rFonts w:ascii="Times New Roman" w:eastAsia="SimSun" w:hAnsi="Times New Roman" w:cs="Times New Roman"/>
          <w:lang w:val="ru-RU"/>
        </w:rPr>
        <w:t xml:space="preserve">à </w:t>
      </w:r>
      <w:r w:rsidRPr="0046524B">
        <w:rPr>
          <w:rFonts w:ascii="Times New Roman" w:eastAsia="SimSun" w:hAnsi="Times New Roman" w:cs="Times New Roman"/>
        </w:rPr>
        <w:t>rất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cần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thiết</w:t>
      </w:r>
      <w:r w:rsidRPr="0046524B">
        <w:rPr>
          <w:rFonts w:ascii="Times New Roman" w:eastAsia="SimSun" w:hAnsi="Times New Roman" w:cs="Times New Roman"/>
          <w:lang w:val="ru-RU"/>
        </w:rPr>
        <w:t>.</w:t>
      </w:r>
    </w:p>
    <w:p w14:paraId="612E9A92" w14:textId="54F9968A" w:rsidR="002E6A61" w:rsidRPr="004B646A" w:rsidRDefault="0016225C" w:rsidP="0016225C">
      <w:pPr>
        <w:pStyle w:val="ListParagraph"/>
        <w:spacing w:line="240" w:lineRule="auto"/>
        <w:ind w:left="0"/>
        <w:rPr>
          <w:rFonts w:ascii="Times New Roman" w:hAnsi="Times New Roman"/>
          <w:b/>
          <w:lang w:val="ru-RU"/>
        </w:rPr>
      </w:pPr>
      <w:r w:rsidRPr="004B646A">
        <w:rPr>
          <w:rFonts w:ascii="Times New Roman" w:hAnsi="Times New Roman"/>
          <w:b/>
          <w:lang w:val="ru-RU"/>
        </w:rPr>
        <w:t xml:space="preserve">2. </w:t>
      </w:r>
      <w:r w:rsidR="00521E68" w:rsidRPr="0046524B">
        <w:rPr>
          <w:rFonts w:ascii="Times New Roman" w:hAnsi="Times New Roman"/>
          <w:b/>
        </w:rPr>
        <w:t>PH</w:t>
      </w:r>
      <w:r w:rsidR="00521E68" w:rsidRPr="004B646A">
        <w:rPr>
          <w:rFonts w:ascii="Times New Roman" w:hAnsi="Times New Roman"/>
          <w:b/>
          <w:lang w:val="ru-RU"/>
        </w:rPr>
        <w:t>ƯƠ</w:t>
      </w:r>
      <w:r w:rsidR="00521E68" w:rsidRPr="0046524B">
        <w:rPr>
          <w:rFonts w:ascii="Times New Roman" w:hAnsi="Times New Roman"/>
          <w:b/>
        </w:rPr>
        <w:t>NG</w:t>
      </w:r>
      <w:r w:rsidR="00521E68" w:rsidRPr="004B646A">
        <w:rPr>
          <w:rFonts w:ascii="Times New Roman" w:hAnsi="Times New Roman"/>
          <w:b/>
          <w:lang w:val="ru-RU"/>
        </w:rPr>
        <w:t xml:space="preserve"> </w:t>
      </w:r>
      <w:r w:rsidR="00521E68" w:rsidRPr="0046524B">
        <w:rPr>
          <w:rFonts w:ascii="Times New Roman" w:hAnsi="Times New Roman"/>
          <w:b/>
        </w:rPr>
        <w:t>PH</w:t>
      </w:r>
      <w:r w:rsidR="00521E68" w:rsidRPr="004B646A">
        <w:rPr>
          <w:rFonts w:ascii="Times New Roman" w:hAnsi="Times New Roman"/>
          <w:b/>
          <w:lang w:val="ru-RU"/>
        </w:rPr>
        <w:t>Á</w:t>
      </w:r>
      <w:r w:rsidR="00521E68" w:rsidRPr="0046524B">
        <w:rPr>
          <w:rFonts w:ascii="Times New Roman" w:hAnsi="Times New Roman"/>
          <w:b/>
        </w:rPr>
        <w:t>P</w:t>
      </w:r>
      <w:r w:rsidR="00622920" w:rsidRPr="004B646A">
        <w:rPr>
          <w:rFonts w:ascii="Times New Roman" w:hAnsi="Times New Roman"/>
          <w:b/>
          <w:lang w:val="ru-RU"/>
        </w:rPr>
        <w:t xml:space="preserve"> </w:t>
      </w:r>
      <w:r w:rsidR="00622920" w:rsidRPr="0046524B">
        <w:rPr>
          <w:rFonts w:ascii="Times New Roman" w:hAnsi="Times New Roman"/>
          <w:b/>
        </w:rPr>
        <w:t>NGHI</w:t>
      </w:r>
      <w:r w:rsidR="00622920" w:rsidRPr="004B646A">
        <w:rPr>
          <w:rFonts w:ascii="Times New Roman" w:hAnsi="Times New Roman"/>
          <w:b/>
          <w:lang w:val="ru-RU"/>
        </w:rPr>
        <w:t>Ê</w:t>
      </w:r>
      <w:r w:rsidR="00622920" w:rsidRPr="0046524B">
        <w:rPr>
          <w:rFonts w:ascii="Times New Roman" w:hAnsi="Times New Roman"/>
          <w:b/>
        </w:rPr>
        <w:t>N</w:t>
      </w:r>
      <w:r w:rsidR="00622920" w:rsidRPr="004B646A">
        <w:rPr>
          <w:rFonts w:ascii="Times New Roman" w:hAnsi="Times New Roman"/>
          <w:b/>
          <w:lang w:val="ru-RU"/>
        </w:rPr>
        <w:t xml:space="preserve"> </w:t>
      </w:r>
      <w:r w:rsidR="00622920" w:rsidRPr="0046524B">
        <w:rPr>
          <w:rFonts w:ascii="Times New Roman" w:hAnsi="Times New Roman"/>
          <w:b/>
        </w:rPr>
        <w:t>CỨU</w:t>
      </w:r>
    </w:p>
    <w:p w14:paraId="181C067A" w14:textId="77777777" w:rsidR="00622920" w:rsidRPr="008F03BD" w:rsidRDefault="00622920" w:rsidP="00622920">
      <w:pPr>
        <w:spacing w:after="120" w:line="240" w:lineRule="auto"/>
        <w:jc w:val="both"/>
        <w:rPr>
          <w:rFonts w:ascii="Times New Roman" w:eastAsia="SimSun" w:hAnsi="Times New Roman" w:cs="Times New Roman"/>
          <w:lang w:val="ru-RU"/>
        </w:rPr>
      </w:pP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Ph</w:t>
      </w:r>
      <w:r w:rsidRPr="0046524B">
        <w:rPr>
          <w:rFonts w:ascii="Times New Roman" w:eastAsia="SimSun" w:hAnsi="Times New Roman" w:cs="Times New Roman"/>
          <w:i/>
          <w:lang w:val="ru-RU"/>
        </w:rPr>
        <w:t>ươ</w:t>
      </w:r>
      <w:r w:rsidRPr="0046524B">
        <w:rPr>
          <w:rFonts w:ascii="Times New Roman" w:eastAsia="SimSun" w:hAnsi="Times New Roman" w:cs="Times New Roman"/>
          <w:i/>
        </w:rPr>
        <w:t>ng</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ph</w:t>
      </w:r>
      <w:r w:rsidRPr="0046524B">
        <w:rPr>
          <w:rFonts w:ascii="Times New Roman" w:eastAsia="SimSun" w:hAnsi="Times New Roman" w:cs="Times New Roman"/>
          <w:i/>
          <w:lang w:val="ru-RU"/>
        </w:rPr>
        <w:t>á</w:t>
      </w:r>
      <w:r w:rsidRPr="0046524B">
        <w:rPr>
          <w:rFonts w:ascii="Times New Roman" w:eastAsia="SimSun" w:hAnsi="Times New Roman" w:cs="Times New Roman"/>
          <w:i/>
        </w:rPr>
        <w:t>p</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thu</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thập</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xử</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l</w:t>
      </w:r>
      <w:r w:rsidRPr="0046524B">
        <w:rPr>
          <w:rFonts w:ascii="Times New Roman" w:eastAsia="SimSun" w:hAnsi="Times New Roman" w:cs="Times New Roman"/>
          <w:i/>
          <w:lang w:val="ru-RU"/>
        </w:rPr>
        <w:t xml:space="preserve">ý, </w:t>
      </w:r>
      <w:r w:rsidRPr="0046524B">
        <w:rPr>
          <w:rFonts w:ascii="Times New Roman" w:eastAsia="SimSun" w:hAnsi="Times New Roman" w:cs="Times New Roman"/>
          <w:i/>
        </w:rPr>
        <w:t>ph</w:t>
      </w:r>
      <w:r w:rsidRPr="0046524B">
        <w:rPr>
          <w:rFonts w:ascii="Times New Roman" w:eastAsia="SimSun" w:hAnsi="Times New Roman" w:cs="Times New Roman"/>
          <w:i/>
          <w:lang w:val="ru-RU"/>
        </w:rPr>
        <w:t>â</w:t>
      </w:r>
      <w:r w:rsidRPr="0046524B">
        <w:rPr>
          <w:rFonts w:ascii="Times New Roman" w:eastAsia="SimSun" w:hAnsi="Times New Roman" w:cs="Times New Roman"/>
          <w:i/>
        </w:rPr>
        <w:t>n</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t</w:t>
      </w:r>
      <w:r w:rsidRPr="0046524B">
        <w:rPr>
          <w:rFonts w:ascii="Times New Roman" w:eastAsia="SimSun" w:hAnsi="Times New Roman" w:cs="Times New Roman"/>
          <w:i/>
          <w:lang w:val="ru-RU"/>
        </w:rPr>
        <w:t>í</w:t>
      </w:r>
      <w:r w:rsidRPr="0046524B">
        <w:rPr>
          <w:rFonts w:ascii="Times New Roman" w:eastAsia="SimSun" w:hAnsi="Times New Roman" w:cs="Times New Roman"/>
          <w:i/>
        </w:rPr>
        <w:t>ch</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tổng</w:t>
      </w:r>
      <w:r w:rsidRPr="0046524B">
        <w:rPr>
          <w:rFonts w:ascii="Times New Roman" w:eastAsia="SimSun" w:hAnsi="Times New Roman" w:cs="Times New Roman"/>
          <w:i/>
          <w:lang w:val="ru-RU"/>
        </w:rPr>
        <w:t xml:space="preserve"> </w:t>
      </w:r>
      <w:r w:rsidRPr="0046524B">
        <w:rPr>
          <w:rFonts w:ascii="Times New Roman" w:eastAsia="SimSun" w:hAnsi="Times New Roman" w:cs="Times New Roman"/>
          <w:i/>
        </w:rPr>
        <w:t>hợp</w:t>
      </w:r>
      <w:r w:rsidRPr="0046524B">
        <w:rPr>
          <w:rFonts w:ascii="Times New Roman" w:eastAsia="SimSun" w:hAnsi="Times New Roman" w:cs="Times New Roman"/>
          <w:i/>
          <w:lang w:val="ru-RU"/>
        </w:rPr>
        <w: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Từ</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số</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liệu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à</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liệu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thập</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quan</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ến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vấn</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ề</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cứu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w:t>
      </w:r>
      <w:r w:rsidRPr="0046524B">
        <w:rPr>
          <w:rFonts w:ascii="Times New Roman" w:eastAsia="SimSun" w:hAnsi="Times New Roman" w:cs="Times New Roman"/>
          <w:lang w:val="ru-RU"/>
        </w:rPr>
        <w:t>ó</w:t>
      </w:r>
      <w:r w:rsidRPr="0046524B">
        <w:rPr>
          <w:rFonts w:ascii="Times New Roman" w:eastAsia="SimSun" w:hAnsi="Times New Roman" w:cs="Times New Roman"/>
        </w:rPr>
        <w:t>m</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á</w:t>
      </w:r>
      <w:r w:rsidRPr="0046524B">
        <w:rPr>
          <w:rFonts w:ascii="Times New Roman" w:eastAsia="SimSun" w:hAnsi="Times New Roman" w:cs="Times New Roman"/>
        </w:rPr>
        <w:t>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giả</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tiến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h</w:t>
      </w:r>
      <w:r w:rsidRPr="0046524B">
        <w:rPr>
          <w:rFonts w:ascii="Times New Roman" w:eastAsia="SimSun" w:hAnsi="Times New Roman" w:cs="Times New Roman"/>
          <w:lang w:val="ru-RU"/>
        </w:rPr>
        <w:t>à</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ph</w:t>
      </w:r>
      <w:r w:rsidRPr="0046524B">
        <w:rPr>
          <w:rFonts w:ascii="Times New Roman" w:eastAsia="SimSun" w:hAnsi="Times New Roman" w:cs="Times New Roman"/>
          <w:lang w:val="ru-RU"/>
        </w:rPr>
        <w:t>â</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í</w:t>
      </w:r>
      <w:r w:rsidRPr="0046524B">
        <w:rPr>
          <w:rFonts w:ascii="Times New Roman" w:eastAsia="SimSun" w:hAnsi="Times New Roman" w:cs="Times New Roman"/>
        </w:rPr>
        <w:t>ch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lựa</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chọn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những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w:t>
      </w:r>
      <w:r w:rsidRPr="0046524B">
        <w:rPr>
          <w:rFonts w:ascii="Times New Roman" w:eastAsia="SimSun" w:hAnsi="Times New Roman" w:cs="Times New Roman"/>
          <w:lang w:val="ru-RU"/>
        </w:rPr>
        <w:t>à</w:t>
      </w:r>
      <w:r w:rsidRPr="0046524B">
        <w:rPr>
          <w:rFonts w:ascii="Times New Roman" w:eastAsia="SimSun" w:hAnsi="Times New Roman" w:cs="Times New Roman"/>
        </w:rPr>
        <w:t>i</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liệu</w:t>
      </w:r>
      <w:r w:rsidRPr="0046524B">
        <w:rPr>
          <w:rFonts w:ascii="Times New Roman" w:eastAsia="SimSun" w:hAnsi="Times New Roman" w:cs="Times New Roman"/>
          <w:lang w:val="vi-VN"/>
        </w:rPr>
        <w: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số</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liệu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cần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thiết</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tin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cậy</w:t>
      </w:r>
      <w:r w:rsidRPr="0046524B">
        <w:rPr>
          <w:rFonts w:ascii="Times New Roman" w:eastAsia="SimSun" w:hAnsi="Times New Roman" w:cs="Times New Roman"/>
          <w:lang w:val="ru-RU"/>
        </w:rPr>
        <w:t xml:space="preserve"> đ</w:t>
      </w:r>
      <w:r w:rsidRPr="0046524B">
        <w:rPr>
          <w:rFonts w:ascii="Times New Roman" w:eastAsia="SimSun" w:hAnsi="Times New Roman" w:cs="Times New Roman"/>
        </w:rPr>
        <w:t>ể</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bổ</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sung</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dữ</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liệu</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cho</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việc</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nghi</w:t>
      </w:r>
      <w:r w:rsidRPr="0046524B">
        <w:rPr>
          <w:rFonts w:ascii="Times New Roman" w:eastAsia="SimSun" w:hAnsi="Times New Roman" w:cs="Times New Roman"/>
          <w:lang w:val="ru-RU"/>
        </w:rPr>
        <w:t>ê</w:t>
      </w:r>
      <w:r w:rsidRPr="0046524B">
        <w:rPr>
          <w:rFonts w:ascii="Times New Roman" w:eastAsia="SimSun" w:hAnsi="Times New Roman" w:cs="Times New Roman"/>
        </w:rPr>
        <w:t>n</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cứu</w:t>
      </w:r>
      <w:r w:rsidRPr="0046524B">
        <w:rPr>
          <w:rFonts w:ascii="Times New Roman" w:eastAsia="SimSun" w:hAnsi="Times New Roman" w:cs="Times New Roman"/>
          <w:lang w:val="ru-RU"/>
        </w:rPr>
        <w:t xml:space="preserve"> đá</w:t>
      </w:r>
      <w:r w:rsidRPr="0046524B">
        <w:rPr>
          <w:rFonts w:ascii="Times New Roman" w:eastAsia="SimSun" w:hAnsi="Times New Roman" w:cs="Times New Roman"/>
        </w:rPr>
        <w:t>nh</w:t>
      </w:r>
      <w:r w:rsidRPr="0046524B">
        <w:rPr>
          <w:rFonts w:ascii="Times New Roman" w:eastAsia="SimSun" w:hAnsi="Times New Roman" w:cs="Times New Roman"/>
          <w:lang w:val="ru-RU"/>
        </w:rPr>
        <w:t xml:space="preserve"> </w:t>
      </w:r>
      <w:r w:rsidRPr="0046524B">
        <w:rPr>
          <w:rFonts w:ascii="Times New Roman" w:eastAsia="SimSun" w:hAnsi="Times New Roman" w:cs="Times New Roman"/>
        </w:rPr>
        <w:t>gi</w:t>
      </w:r>
      <w:r w:rsidRPr="0046524B">
        <w:rPr>
          <w:rFonts w:ascii="Times New Roman" w:eastAsia="SimSun" w:hAnsi="Times New Roman" w:cs="Times New Roman"/>
          <w:lang w:val="ru-RU"/>
        </w:rPr>
        <w:t xml:space="preserve">á. </w:t>
      </w:r>
    </w:p>
    <w:p w14:paraId="545299D3" w14:textId="66E96C7B" w:rsidR="008F03BD" w:rsidRPr="00123F90" w:rsidRDefault="008F03BD" w:rsidP="00622920">
      <w:pPr>
        <w:spacing w:after="120" w:line="240" w:lineRule="auto"/>
        <w:jc w:val="both"/>
        <w:rPr>
          <w:rFonts w:ascii="Times New Roman" w:eastAsia="SimSun" w:hAnsi="Times New Roman" w:cs="Times New Roman"/>
          <w:color w:val="FF0000"/>
          <w:lang w:val="ru-RU"/>
        </w:rPr>
      </w:pPr>
      <w:r w:rsidRPr="008F03BD">
        <w:rPr>
          <w:rFonts w:ascii="Times New Roman" w:eastAsia="SimSun" w:hAnsi="Times New Roman" w:cs="Times New Roman"/>
          <w:i/>
          <w:lang w:val="ru-RU"/>
        </w:rPr>
        <w:t xml:space="preserve">- </w:t>
      </w:r>
      <w:r w:rsidRPr="008F03BD">
        <w:rPr>
          <w:rFonts w:ascii="Times New Roman" w:eastAsia="SimSun" w:hAnsi="Times New Roman" w:cs="Times New Roman"/>
          <w:i/>
        </w:rPr>
        <w:t>Ph</w:t>
      </w:r>
      <w:r w:rsidRPr="008F03BD">
        <w:rPr>
          <w:rFonts w:ascii="Times New Roman" w:eastAsia="SimSun" w:hAnsi="Times New Roman" w:cs="Times New Roman"/>
          <w:i/>
          <w:lang w:val="ru-RU"/>
        </w:rPr>
        <w:t>ươ</w:t>
      </w:r>
      <w:r w:rsidRPr="008F03BD">
        <w:rPr>
          <w:rFonts w:ascii="Times New Roman" w:eastAsia="SimSun" w:hAnsi="Times New Roman" w:cs="Times New Roman"/>
          <w:i/>
        </w:rPr>
        <w:t>ng</w:t>
      </w:r>
      <w:r w:rsidRPr="008F03BD">
        <w:rPr>
          <w:rFonts w:ascii="Times New Roman" w:eastAsia="SimSun" w:hAnsi="Times New Roman" w:cs="Times New Roman"/>
          <w:i/>
          <w:lang w:val="ru-RU"/>
        </w:rPr>
        <w:t xml:space="preserve"> </w:t>
      </w:r>
      <w:r w:rsidRPr="008F03BD">
        <w:rPr>
          <w:rFonts w:ascii="Times New Roman" w:eastAsia="SimSun" w:hAnsi="Times New Roman" w:cs="Times New Roman"/>
          <w:i/>
        </w:rPr>
        <w:t>ph</w:t>
      </w:r>
      <w:r w:rsidRPr="008F03BD">
        <w:rPr>
          <w:rFonts w:ascii="Times New Roman" w:eastAsia="SimSun" w:hAnsi="Times New Roman" w:cs="Times New Roman"/>
          <w:i/>
          <w:lang w:val="ru-RU"/>
        </w:rPr>
        <w:t>á</w:t>
      </w:r>
      <w:r w:rsidRPr="008F03BD">
        <w:rPr>
          <w:rFonts w:ascii="Times New Roman" w:eastAsia="SimSun" w:hAnsi="Times New Roman" w:cs="Times New Roman"/>
          <w:i/>
        </w:rPr>
        <w:t>p</w:t>
      </w:r>
      <w:r w:rsidRPr="008F03BD">
        <w:rPr>
          <w:rFonts w:ascii="Times New Roman" w:eastAsia="SimSun" w:hAnsi="Times New Roman" w:cs="Times New Roman"/>
          <w:i/>
          <w:lang w:val="ru-RU"/>
        </w:rPr>
        <w:t xml:space="preserve"> </w:t>
      </w:r>
      <w:r w:rsidRPr="008F03BD">
        <w:rPr>
          <w:rFonts w:ascii="Times New Roman" w:eastAsia="SimSun" w:hAnsi="Times New Roman" w:cs="Times New Roman"/>
          <w:i/>
        </w:rPr>
        <w:t>x</w:t>
      </w:r>
      <w:r w:rsidRPr="008F03BD">
        <w:rPr>
          <w:rFonts w:ascii="Times New Roman" w:eastAsia="SimSun" w:hAnsi="Times New Roman" w:cs="Times New Roman"/>
          <w:i/>
          <w:lang w:val="ru-RU"/>
        </w:rPr>
        <w:t>á</w:t>
      </w:r>
      <w:r w:rsidRPr="008F03BD">
        <w:rPr>
          <w:rFonts w:ascii="Times New Roman" w:eastAsia="SimSun" w:hAnsi="Times New Roman" w:cs="Times New Roman"/>
          <w:i/>
        </w:rPr>
        <w:t>c</w:t>
      </w:r>
      <w:r w:rsidRPr="008F03BD">
        <w:rPr>
          <w:rFonts w:ascii="Times New Roman" w:eastAsia="SimSun" w:hAnsi="Times New Roman" w:cs="Times New Roman"/>
          <w:i/>
          <w:lang w:val="ru-RU"/>
        </w:rPr>
        <w:t xml:space="preserve"> đ</w:t>
      </w:r>
      <w:r w:rsidRPr="008F03BD">
        <w:rPr>
          <w:rFonts w:ascii="Times New Roman" w:eastAsia="SimSun" w:hAnsi="Times New Roman" w:cs="Times New Roman"/>
          <w:i/>
        </w:rPr>
        <w:t>ị</w:t>
      </w:r>
      <w:r>
        <w:rPr>
          <w:rFonts w:ascii="Times New Roman" w:eastAsia="SimSun" w:hAnsi="Times New Roman" w:cs="Times New Roman"/>
          <w:i/>
        </w:rPr>
        <w:t>nh</w:t>
      </w:r>
      <w:r w:rsidRPr="008F03BD">
        <w:rPr>
          <w:rFonts w:ascii="Times New Roman" w:eastAsia="SimSun" w:hAnsi="Times New Roman" w:cs="Times New Roman"/>
          <w:i/>
          <w:lang w:val="ru-RU"/>
        </w:rPr>
        <w:t xml:space="preserve"> </w:t>
      </w:r>
      <w:r>
        <w:rPr>
          <w:rFonts w:ascii="Times New Roman" w:eastAsia="SimSun" w:hAnsi="Times New Roman" w:cs="Times New Roman"/>
          <w:i/>
        </w:rPr>
        <w:t>m</w:t>
      </w:r>
      <w:r w:rsidRPr="008F03BD">
        <w:rPr>
          <w:rFonts w:ascii="Times New Roman" w:eastAsia="SimSun" w:hAnsi="Times New Roman" w:cs="Times New Roman"/>
          <w:i/>
          <w:lang w:val="ru-RU"/>
        </w:rPr>
        <w:t xml:space="preserve">ô </w:t>
      </w:r>
      <w:r>
        <w:rPr>
          <w:rFonts w:ascii="Times New Roman" w:eastAsia="SimSun" w:hAnsi="Times New Roman" w:cs="Times New Roman"/>
          <w:i/>
        </w:rPr>
        <w:t>h</w:t>
      </w:r>
      <w:r w:rsidRPr="008F03BD">
        <w:rPr>
          <w:rFonts w:ascii="Times New Roman" w:eastAsia="SimSun" w:hAnsi="Times New Roman" w:cs="Times New Roman"/>
          <w:i/>
          <w:lang w:val="ru-RU"/>
        </w:rPr>
        <w:t>ì</w:t>
      </w:r>
      <w:r>
        <w:rPr>
          <w:rFonts w:ascii="Times New Roman" w:eastAsia="SimSun" w:hAnsi="Times New Roman" w:cs="Times New Roman"/>
          <w:i/>
        </w:rPr>
        <w:t>nh</w:t>
      </w:r>
      <w:r w:rsidRPr="008F03BD">
        <w:rPr>
          <w:rFonts w:ascii="Times New Roman" w:eastAsia="SimSun" w:hAnsi="Times New Roman" w:cs="Times New Roman"/>
          <w:i/>
          <w:lang w:val="ru-RU"/>
        </w:rPr>
        <w:t xml:space="preserve">: </w:t>
      </w:r>
      <w:r w:rsidRPr="008F03BD">
        <w:rPr>
          <w:rFonts w:ascii="Times New Roman" w:eastAsia="SimSun" w:hAnsi="Times New Roman" w:cs="Times New Roman"/>
          <w:color w:val="FF0000"/>
        </w:rPr>
        <w:t>Nh</w:t>
      </w:r>
      <w:r w:rsidRPr="00123F90">
        <w:rPr>
          <w:rFonts w:ascii="Times New Roman" w:eastAsia="SimSun" w:hAnsi="Times New Roman" w:cs="Times New Roman"/>
          <w:color w:val="FF0000"/>
          <w:lang w:val="ru-RU"/>
        </w:rPr>
        <w:t>ó</w:t>
      </w:r>
      <w:r w:rsidRPr="008F03BD">
        <w:rPr>
          <w:rFonts w:ascii="Times New Roman" w:eastAsia="SimSun" w:hAnsi="Times New Roman" w:cs="Times New Roman"/>
          <w:color w:val="FF0000"/>
        </w:rPr>
        <w:t>m</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nghi</w:t>
      </w:r>
      <w:r w:rsidRPr="00123F90">
        <w:rPr>
          <w:rFonts w:ascii="Times New Roman" w:eastAsia="SimSun" w:hAnsi="Times New Roman" w:cs="Times New Roman"/>
          <w:color w:val="FF0000"/>
          <w:lang w:val="ru-RU"/>
        </w:rPr>
        <w:t>ê</w:t>
      </w:r>
      <w:r w:rsidRPr="008F03BD">
        <w:rPr>
          <w:rFonts w:ascii="Times New Roman" w:eastAsia="SimSun" w:hAnsi="Times New Roman" w:cs="Times New Roman"/>
          <w:color w:val="FF0000"/>
        </w:rPr>
        <w:t>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cứu</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r</w:t>
      </w:r>
      <w:r w:rsidRPr="00123F90">
        <w:rPr>
          <w:rFonts w:ascii="Times New Roman" w:eastAsia="SimSun" w:hAnsi="Times New Roman" w:cs="Times New Roman"/>
          <w:color w:val="FF0000"/>
          <w:lang w:val="ru-RU"/>
        </w:rPr>
        <w:t xml:space="preserve">à </w:t>
      </w:r>
      <w:r w:rsidRPr="008F03BD">
        <w:rPr>
          <w:rFonts w:ascii="Times New Roman" w:eastAsia="SimSun" w:hAnsi="Times New Roman" w:cs="Times New Roman"/>
          <w:color w:val="FF0000"/>
        </w:rPr>
        <w:t>so</w:t>
      </w:r>
      <w:r w:rsidRPr="00123F90">
        <w:rPr>
          <w:rFonts w:ascii="Times New Roman" w:eastAsia="SimSun" w:hAnsi="Times New Roman" w:cs="Times New Roman"/>
          <w:color w:val="FF0000"/>
          <w:lang w:val="ru-RU"/>
        </w:rPr>
        <w:t>á</w:t>
      </w:r>
      <w:r w:rsidRPr="008F03BD">
        <w:rPr>
          <w:rFonts w:ascii="Times New Roman" w:eastAsia="SimSun" w:hAnsi="Times New Roman" w:cs="Times New Roman"/>
          <w:color w:val="FF0000"/>
        </w:rPr>
        <w:t>t</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th</w:t>
      </w:r>
      <w:r w:rsidRPr="00123F90">
        <w:rPr>
          <w:rFonts w:ascii="Times New Roman" w:eastAsia="SimSun" w:hAnsi="Times New Roman" w:cs="Times New Roman"/>
          <w:color w:val="FF0000"/>
          <w:lang w:val="ru-RU"/>
        </w:rPr>
        <w:t>ô</w:t>
      </w:r>
      <w:r w:rsidRPr="008F03BD">
        <w:rPr>
          <w:rFonts w:ascii="Times New Roman" w:eastAsia="SimSun" w:hAnsi="Times New Roman" w:cs="Times New Roman"/>
          <w:color w:val="FF0000"/>
        </w:rPr>
        <w:t>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tin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từ</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UBND</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x</w:t>
      </w:r>
      <w:r w:rsidRPr="00123F90">
        <w:rPr>
          <w:rFonts w:ascii="Times New Roman" w:eastAsia="SimSun" w:hAnsi="Times New Roman" w:cs="Times New Roman"/>
          <w:color w:val="FF0000"/>
          <w:lang w:val="ru-RU"/>
        </w:rPr>
        <w:t xml:space="preserve">ã, </w:t>
      </w:r>
      <w:r w:rsidRPr="008F03BD">
        <w:rPr>
          <w:rFonts w:ascii="Times New Roman" w:eastAsia="SimSun" w:hAnsi="Times New Roman" w:cs="Times New Roman"/>
          <w:color w:val="FF0000"/>
        </w:rPr>
        <w:t>Ph</w:t>
      </w:r>
      <w:r w:rsidRPr="00123F90">
        <w:rPr>
          <w:rFonts w:ascii="Times New Roman" w:eastAsia="SimSun" w:hAnsi="Times New Roman" w:cs="Times New Roman"/>
          <w:color w:val="FF0000"/>
          <w:lang w:val="ru-RU"/>
        </w:rPr>
        <w:t>ò</w:t>
      </w:r>
      <w:r w:rsidRPr="008F03BD">
        <w:rPr>
          <w:rFonts w:ascii="Times New Roman" w:eastAsia="SimSun" w:hAnsi="Times New Roman" w:cs="Times New Roman"/>
          <w:color w:val="FF0000"/>
        </w:rPr>
        <w:t>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w:t>
      </w:r>
      <w:r w:rsidRPr="00123F90">
        <w:rPr>
          <w:rFonts w:ascii="Times New Roman" w:eastAsia="SimSun" w:hAnsi="Times New Roman" w:cs="Times New Roman"/>
          <w:color w:val="FF0000"/>
          <w:lang w:val="ru-RU"/>
        </w:rPr>
        <w:t>ô</w:t>
      </w:r>
      <w:r w:rsidRPr="008F03BD">
        <w:rPr>
          <w:rFonts w:ascii="Times New Roman" w:eastAsia="SimSun" w:hAnsi="Times New Roman" w:cs="Times New Roman"/>
          <w:color w:val="FF0000"/>
        </w:rPr>
        <w:t>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nghiệp</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v</w:t>
      </w:r>
      <w:r w:rsidRPr="00123F90">
        <w:rPr>
          <w:rFonts w:ascii="Times New Roman" w:eastAsia="SimSun" w:hAnsi="Times New Roman" w:cs="Times New Roman"/>
          <w:color w:val="FF0000"/>
          <w:lang w:val="ru-RU"/>
        </w:rPr>
        <w:t xml:space="preserve">à </w:t>
      </w:r>
      <w:r w:rsidRPr="008F03BD">
        <w:rPr>
          <w:rFonts w:ascii="Times New Roman" w:eastAsia="SimSun" w:hAnsi="Times New Roman" w:cs="Times New Roman"/>
          <w:color w:val="FF0000"/>
        </w:rPr>
        <w:t>M</w:t>
      </w:r>
      <w:r w:rsidRPr="00123F90">
        <w:rPr>
          <w:rFonts w:ascii="Times New Roman" w:eastAsia="SimSun" w:hAnsi="Times New Roman" w:cs="Times New Roman"/>
          <w:color w:val="FF0000"/>
          <w:lang w:val="ru-RU"/>
        </w:rPr>
        <w:t>ô</w:t>
      </w:r>
      <w:r w:rsidRPr="008F03BD">
        <w:rPr>
          <w:rFonts w:ascii="Times New Roman" w:eastAsia="SimSun" w:hAnsi="Times New Roman" w:cs="Times New Roman"/>
          <w:color w:val="FF0000"/>
        </w:rPr>
        <w:t>i</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tr</w:t>
      </w:r>
      <w:r w:rsidRPr="00123F90">
        <w:rPr>
          <w:rFonts w:ascii="Times New Roman" w:eastAsia="SimSun" w:hAnsi="Times New Roman" w:cs="Times New Roman"/>
          <w:color w:val="FF0000"/>
          <w:lang w:val="ru-RU"/>
        </w:rPr>
        <w:t>ư</w:t>
      </w:r>
      <w:r w:rsidRPr="008F03BD">
        <w:rPr>
          <w:rFonts w:ascii="Times New Roman" w:eastAsia="SimSun" w:hAnsi="Times New Roman" w:cs="Times New Roman"/>
          <w:color w:val="FF0000"/>
        </w:rPr>
        <w:t>ờng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v</w:t>
      </w:r>
      <w:r w:rsidRPr="00123F90">
        <w:rPr>
          <w:rFonts w:ascii="Times New Roman" w:eastAsia="SimSun" w:hAnsi="Times New Roman" w:cs="Times New Roman"/>
          <w:color w:val="FF0000"/>
          <w:lang w:val="ru-RU"/>
        </w:rPr>
        <w:t xml:space="preserve">à </w:t>
      </w:r>
      <w:r w:rsidRPr="008F03BD">
        <w:rPr>
          <w:rFonts w:ascii="Times New Roman" w:eastAsia="SimSun" w:hAnsi="Times New Roman" w:cs="Times New Roman"/>
          <w:color w:val="FF0000"/>
        </w:rPr>
        <w:t>c</w:t>
      </w:r>
      <w:r w:rsidRPr="00123F90">
        <w:rPr>
          <w:rFonts w:ascii="Times New Roman" w:eastAsia="SimSun" w:hAnsi="Times New Roman" w:cs="Times New Roman"/>
          <w:color w:val="FF0000"/>
          <w:lang w:val="ru-RU"/>
        </w:rPr>
        <w:t>á</w:t>
      </w:r>
      <w:r w:rsidRPr="008F03BD">
        <w:rPr>
          <w:rFonts w:ascii="Times New Roman" w:eastAsia="SimSun" w:hAnsi="Times New Roman" w:cs="Times New Roman"/>
          <w:color w:val="FF0000"/>
        </w:rPr>
        <w:t>c</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tổ</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chức</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khuyến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w:t>
      </w:r>
      <w:r w:rsidRPr="00123F90">
        <w:rPr>
          <w:rFonts w:ascii="Times New Roman" w:eastAsia="SimSun" w:hAnsi="Times New Roman" w:cs="Times New Roman"/>
          <w:color w:val="FF0000"/>
          <w:lang w:val="ru-RU"/>
        </w:rPr>
        <w:t>ô</w:t>
      </w:r>
      <w:r w:rsidRPr="008F03BD">
        <w:rPr>
          <w:rFonts w:ascii="Times New Roman" w:eastAsia="SimSun" w:hAnsi="Times New Roman" w:cs="Times New Roman"/>
          <w:color w:val="FF0000"/>
        </w:rPr>
        <w:t>ng</w:t>
      </w:r>
      <w:r w:rsidRPr="00123F90">
        <w:rPr>
          <w:rFonts w:ascii="Times New Roman" w:eastAsia="SimSun" w:hAnsi="Times New Roman" w:cs="Times New Roman"/>
          <w:color w:val="FF0000"/>
          <w:lang w:val="ru-RU"/>
        </w:rPr>
        <w:t xml:space="preserve"> đ</w:t>
      </w:r>
      <w:r w:rsidRPr="008F03BD">
        <w:rPr>
          <w:rFonts w:ascii="Times New Roman" w:eastAsia="SimSun" w:hAnsi="Times New Roman" w:cs="Times New Roman"/>
          <w:color w:val="FF0000"/>
        </w:rPr>
        <w:t>ể</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lập</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danh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s</w:t>
      </w:r>
      <w:r w:rsidRPr="00123F90">
        <w:rPr>
          <w:rFonts w:ascii="Times New Roman" w:eastAsia="SimSun" w:hAnsi="Times New Roman" w:cs="Times New Roman"/>
          <w:color w:val="FF0000"/>
          <w:lang w:val="ru-RU"/>
        </w:rPr>
        <w:t>á</w:t>
      </w:r>
      <w:r w:rsidRPr="008F03BD">
        <w:rPr>
          <w:rFonts w:ascii="Times New Roman" w:eastAsia="SimSun" w:hAnsi="Times New Roman" w:cs="Times New Roman"/>
          <w:color w:val="FF0000"/>
        </w:rPr>
        <w:t>ch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w:t>
      </w:r>
      <w:r w:rsidRPr="00123F90">
        <w:rPr>
          <w:rFonts w:ascii="Times New Roman" w:eastAsia="SimSun" w:hAnsi="Times New Roman" w:cs="Times New Roman"/>
          <w:color w:val="FF0000"/>
          <w:lang w:val="ru-RU"/>
        </w:rPr>
        <w:t>á</w:t>
      </w:r>
      <w:r w:rsidRPr="008F03BD">
        <w:rPr>
          <w:rFonts w:ascii="Times New Roman" w:eastAsia="SimSun" w:hAnsi="Times New Roman" w:cs="Times New Roman"/>
          <w:color w:val="FF0000"/>
        </w:rPr>
        <w:t>c</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hộ</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w:t>
      </w:r>
      <w:r w:rsidRPr="00123F90">
        <w:rPr>
          <w:rFonts w:ascii="Times New Roman" w:eastAsia="SimSun" w:hAnsi="Times New Roman" w:cs="Times New Roman"/>
          <w:color w:val="FF0000"/>
          <w:lang w:val="ru-RU"/>
        </w:rPr>
        <w:t xml:space="preserve">ó </w:t>
      </w:r>
      <w:r w:rsidRPr="008F03BD">
        <w:rPr>
          <w:rFonts w:ascii="Times New Roman" w:eastAsia="SimSun" w:hAnsi="Times New Roman" w:cs="Times New Roman"/>
          <w:color w:val="FF0000"/>
        </w:rPr>
        <w:t>m</w:t>
      </w:r>
      <w:r w:rsidRPr="00123F90">
        <w:rPr>
          <w:rFonts w:ascii="Times New Roman" w:eastAsia="SimSun" w:hAnsi="Times New Roman" w:cs="Times New Roman"/>
          <w:color w:val="FF0000"/>
          <w:lang w:val="ru-RU"/>
        </w:rPr>
        <w:t xml:space="preserve">ô </w:t>
      </w:r>
      <w:r w:rsidRPr="008F03BD">
        <w:rPr>
          <w:rFonts w:ascii="Times New Roman" w:eastAsia="SimSun" w:hAnsi="Times New Roman" w:cs="Times New Roman"/>
          <w:color w:val="FF0000"/>
        </w:rPr>
        <w:t>h</w:t>
      </w:r>
      <w:r w:rsidRPr="00123F90">
        <w:rPr>
          <w:rFonts w:ascii="Times New Roman" w:eastAsia="SimSun" w:hAnsi="Times New Roman" w:cs="Times New Roman"/>
          <w:color w:val="FF0000"/>
          <w:lang w:val="ru-RU"/>
        </w:rPr>
        <w:t>ì</w:t>
      </w:r>
      <w:r w:rsidRPr="008F03BD">
        <w:rPr>
          <w:rFonts w:ascii="Times New Roman" w:eastAsia="SimSun" w:hAnsi="Times New Roman" w:cs="Times New Roman"/>
          <w:color w:val="FF0000"/>
        </w:rPr>
        <w:t>nh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ch</w:t>
      </w:r>
      <w:r w:rsidRPr="00123F90">
        <w:rPr>
          <w:rFonts w:ascii="Times New Roman" w:eastAsia="SimSun" w:hAnsi="Times New Roman" w:cs="Times New Roman"/>
          <w:color w:val="FF0000"/>
          <w:lang w:val="ru-RU"/>
        </w:rPr>
        <w:t>ă</w:t>
      </w:r>
      <w:r w:rsidRPr="008F03BD">
        <w:rPr>
          <w:rFonts w:ascii="Times New Roman" w:eastAsia="SimSun" w:hAnsi="Times New Roman" w:cs="Times New Roman"/>
          <w:color w:val="FF0000"/>
        </w:rPr>
        <w:t>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nu</w:t>
      </w:r>
      <w:r w:rsidRPr="00123F90">
        <w:rPr>
          <w:rFonts w:ascii="Times New Roman" w:eastAsia="SimSun" w:hAnsi="Times New Roman" w:cs="Times New Roman"/>
          <w:color w:val="FF0000"/>
          <w:lang w:val="ru-RU"/>
        </w:rPr>
        <w:t>ô</w:t>
      </w:r>
      <w:r w:rsidRPr="008F03BD">
        <w:rPr>
          <w:rFonts w:ascii="Times New Roman" w:eastAsia="SimSun" w:hAnsi="Times New Roman" w:cs="Times New Roman"/>
          <w:color w:val="FF0000"/>
        </w:rPr>
        <w:t>i</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ti</w:t>
      </w:r>
      <w:r w:rsidRPr="00123F90">
        <w:rPr>
          <w:rFonts w:ascii="Times New Roman" w:eastAsia="SimSun" w:hAnsi="Times New Roman" w:cs="Times New Roman"/>
          <w:color w:val="FF0000"/>
          <w:lang w:val="ru-RU"/>
        </w:rPr>
        <w:t>ê</w:t>
      </w:r>
      <w:r w:rsidRPr="008F03BD">
        <w:rPr>
          <w:rFonts w:ascii="Times New Roman" w:eastAsia="SimSun" w:hAnsi="Times New Roman" w:cs="Times New Roman"/>
          <w:color w:val="FF0000"/>
        </w:rPr>
        <w:t>u</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biểu</w:t>
      </w:r>
      <w:r w:rsidRPr="00123F90">
        <w:rPr>
          <w:rFonts w:ascii="Times New Roman" w:eastAsia="SimSun" w:hAnsi="Times New Roman" w:cs="Times New Roman"/>
          <w:color w:val="FF0000"/>
          <w:lang w:val="ru-RU"/>
        </w:rPr>
        <w:t>. Đ</w:t>
      </w:r>
      <w:r w:rsidRPr="008F03BD">
        <w:rPr>
          <w:rFonts w:ascii="Times New Roman" w:eastAsia="SimSun" w:hAnsi="Times New Roman" w:cs="Times New Roman"/>
          <w:color w:val="FF0000"/>
        </w:rPr>
        <w:t>ồng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thời</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lựa</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chọn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quy</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m</w:t>
      </w:r>
      <w:r w:rsidRPr="00123F90">
        <w:rPr>
          <w:rFonts w:ascii="Times New Roman" w:eastAsia="SimSun" w:hAnsi="Times New Roman" w:cs="Times New Roman"/>
          <w:color w:val="FF0000"/>
          <w:lang w:val="ru-RU"/>
        </w:rPr>
        <w:t xml:space="preserve">ô </w:t>
      </w:r>
      <w:r w:rsidRPr="008F03BD">
        <w:rPr>
          <w:rFonts w:ascii="Times New Roman" w:eastAsia="SimSun" w:hAnsi="Times New Roman" w:cs="Times New Roman"/>
          <w:color w:val="FF0000"/>
        </w:rPr>
        <w:t>nu</w:t>
      </w:r>
      <w:r w:rsidRPr="00123F90">
        <w:rPr>
          <w:rFonts w:ascii="Times New Roman" w:eastAsia="SimSun" w:hAnsi="Times New Roman" w:cs="Times New Roman"/>
          <w:color w:val="FF0000"/>
          <w:lang w:val="ru-RU"/>
        </w:rPr>
        <w:t>ô</w:t>
      </w:r>
      <w:r w:rsidRPr="008F03BD">
        <w:rPr>
          <w:rFonts w:ascii="Times New Roman" w:eastAsia="SimSun" w:hAnsi="Times New Roman" w:cs="Times New Roman"/>
          <w:color w:val="FF0000"/>
        </w:rPr>
        <w:t>i</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chuẩn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cho</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từng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loại</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vật</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nu</w:t>
      </w:r>
      <w:r w:rsidRPr="00123F90">
        <w:rPr>
          <w:rFonts w:ascii="Times New Roman" w:eastAsia="SimSun" w:hAnsi="Times New Roman" w:cs="Times New Roman"/>
          <w:color w:val="FF0000"/>
          <w:lang w:val="ru-RU"/>
        </w:rPr>
        <w:t>ô</w:t>
      </w:r>
      <w:r w:rsidRPr="008F03BD">
        <w:rPr>
          <w:rFonts w:ascii="Times New Roman" w:eastAsia="SimSun" w:hAnsi="Times New Roman" w:cs="Times New Roman"/>
          <w:color w:val="FF0000"/>
        </w:rPr>
        <w:t>i</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dựa</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tr</w:t>
      </w:r>
      <w:r w:rsidRPr="00123F90">
        <w:rPr>
          <w:rFonts w:ascii="Times New Roman" w:eastAsia="SimSun" w:hAnsi="Times New Roman" w:cs="Times New Roman"/>
          <w:color w:val="FF0000"/>
          <w:lang w:val="ru-RU"/>
        </w:rPr>
        <w:t>ê</w:t>
      </w:r>
      <w:r w:rsidRPr="008F03BD">
        <w:rPr>
          <w:rFonts w:ascii="Times New Roman" w:eastAsia="SimSun" w:hAnsi="Times New Roman" w:cs="Times New Roman"/>
          <w:color w:val="FF0000"/>
        </w:rPr>
        <w:t>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quy</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m</w:t>
      </w:r>
      <w:r w:rsidRPr="00123F90">
        <w:rPr>
          <w:rFonts w:ascii="Times New Roman" w:eastAsia="SimSun" w:hAnsi="Times New Roman" w:cs="Times New Roman"/>
          <w:color w:val="FF0000"/>
          <w:lang w:val="ru-RU"/>
        </w:rPr>
        <w:t xml:space="preserve">ô </w:t>
      </w:r>
      <w:r w:rsidRPr="008F03BD">
        <w:rPr>
          <w:rFonts w:ascii="Times New Roman" w:eastAsia="SimSun" w:hAnsi="Times New Roman" w:cs="Times New Roman"/>
          <w:color w:val="FF0000"/>
        </w:rPr>
        <w:t>phổ</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biến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tại</w:t>
      </w:r>
      <w:r w:rsidRPr="00123F90">
        <w:rPr>
          <w:rFonts w:ascii="Times New Roman" w:eastAsia="SimSun" w:hAnsi="Times New Roman" w:cs="Times New Roman"/>
          <w:color w:val="FF0000"/>
          <w:lang w:val="ru-RU"/>
        </w:rPr>
        <w:t xml:space="preserve"> đ</w:t>
      </w:r>
      <w:r w:rsidRPr="008F03BD">
        <w:rPr>
          <w:rFonts w:ascii="Times New Roman" w:eastAsia="SimSun" w:hAnsi="Times New Roman" w:cs="Times New Roman"/>
          <w:color w:val="FF0000"/>
        </w:rPr>
        <w:t>ịa</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ph</w:t>
      </w:r>
      <w:r w:rsidRPr="00123F90">
        <w:rPr>
          <w:rFonts w:ascii="Times New Roman" w:eastAsia="SimSun" w:hAnsi="Times New Roman" w:cs="Times New Roman"/>
          <w:color w:val="FF0000"/>
          <w:lang w:val="ru-RU"/>
        </w:rPr>
        <w:t>ươ</w:t>
      </w:r>
      <w:r w:rsidRPr="008F03BD">
        <w:rPr>
          <w:rFonts w:ascii="Times New Roman" w:eastAsia="SimSun" w:hAnsi="Times New Roman" w:cs="Times New Roman"/>
          <w:color w:val="FF0000"/>
        </w:rPr>
        <w:t>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nhằm</w:t>
      </w:r>
      <w:r w:rsidRPr="00123F90">
        <w:rPr>
          <w:rFonts w:ascii="Times New Roman" w:eastAsia="SimSun" w:hAnsi="Times New Roman" w:cs="Times New Roman"/>
          <w:color w:val="FF0000"/>
          <w:lang w:val="ru-RU"/>
        </w:rPr>
        <w:t xml:space="preserve"> đ</w:t>
      </w:r>
      <w:r w:rsidRPr="008F03BD">
        <w:rPr>
          <w:rFonts w:ascii="Times New Roman" w:eastAsia="SimSun" w:hAnsi="Times New Roman" w:cs="Times New Roman"/>
          <w:color w:val="FF0000"/>
        </w:rPr>
        <w:t>ảm</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bảo</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w:t>
      </w:r>
      <w:r w:rsidRPr="00123F90">
        <w:rPr>
          <w:rFonts w:ascii="Times New Roman" w:eastAsia="SimSun" w:hAnsi="Times New Roman" w:cs="Times New Roman"/>
          <w:color w:val="FF0000"/>
          <w:lang w:val="ru-RU"/>
        </w:rPr>
        <w:t>í</w:t>
      </w:r>
      <w:r w:rsidRPr="008F03BD">
        <w:rPr>
          <w:rFonts w:ascii="Times New Roman" w:eastAsia="SimSun" w:hAnsi="Times New Roman" w:cs="Times New Roman"/>
          <w:color w:val="FF0000"/>
        </w:rPr>
        <w:t>nh</w:t>
      </w:r>
      <w:r w:rsidRPr="00123F90">
        <w:rPr>
          <w:rFonts w:ascii="Times New Roman" w:eastAsia="SimSun" w:hAnsi="Times New Roman" w:cs="Times New Roman"/>
          <w:color w:val="FF0000"/>
          <w:lang w:val="ru-RU"/>
        </w:rPr>
        <w:t xml:space="preserve"> đ</w:t>
      </w:r>
      <w:r w:rsidRPr="008F03BD">
        <w:rPr>
          <w:rFonts w:ascii="Times New Roman" w:eastAsia="SimSun" w:hAnsi="Times New Roman" w:cs="Times New Roman"/>
          <w:color w:val="FF0000"/>
        </w:rPr>
        <w:t>ồng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nhất</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khi</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so</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s</w:t>
      </w:r>
      <w:r w:rsidRPr="00123F90">
        <w:rPr>
          <w:rFonts w:ascii="Times New Roman" w:eastAsia="SimSun" w:hAnsi="Times New Roman" w:cs="Times New Roman"/>
          <w:color w:val="FF0000"/>
          <w:lang w:val="ru-RU"/>
        </w:rPr>
        <w:t>á</w:t>
      </w:r>
      <w:r w:rsidRPr="008F03BD">
        <w:rPr>
          <w:rFonts w:ascii="Times New Roman" w:eastAsia="SimSun" w:hAnsi="Times New Roman" w:cs="Times New Roman"/>
          <w:color w:val="FF0000"/>
        </w:rPr>
        <w:t>nh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hiệu</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quả</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kinh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tế</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Cụ</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thể</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với</w:t>
      </w:r>
      <w:r w:rsidRPr="00123F90">
        <w:rPr>
          <w:rFonts w:ascii="Times New Roman" w:eastAsia="SimSun" w:hAnsi="Times New Roman" w:cs="Times New Roman"/>
          <w:color w:val="FF0000"/>
          <w:lang w:val="ru-RU"/>
        </w:rPr>
        <w:t xml:space="preserve"> đơ</w:t>
      </w:r>
      <w:r w:rsidRPr="008F03BD">
        <w:rPr>
          <w:rFonts w:ascii="Times New Roman" w:eastAsia="SimSun" w:hAnsi="Times New Roman" w:cs="Times New Roman"/>
          <w:color w:val="FF0000"/>
        </w:rPr>
        <w:t>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vị</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chuẩn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l</w:t>
      </w:r>
      <w:r w:rsidRPr="00123F90">
        <w:rPr>
          <w:rFonts w:ascii="Times New Roman" w:eastAsia="SimSun" w:hAnsi="Times New Roman" w:cs="Times New Roman"/>
          <w:color w:val="FF0000"/>
          <w:lang w:val="ru-RU"/>
        </w:rPr>
        <w:t xml:space="preserve">à 1 </w:t>
      </w:r>
      <w:r w:rsidRPr="008F03BD">
        <w:rPr>
          <w:rFonts w:ascii="Times New Roman" w:eastAsia="SimSun" w:hAnsi="Times New Roman" w:cs="Times New Roman"/>
          <w:color w:val="FF0000"/>
        </w:rPr>
        <w:t>ha</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diện</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w:t>
      </w:r>
      <w:r w:rsidRPr="00123F90">
        <w:rPr>
          <w:rFonts w:ascii="Times New Roman" w:eastAsia="SimSun" w:hAnsi="Times New Roman" w:cs="Times New Roman"/>
          <w:color w:val="FF0000"/>
          <w:lang w:val="ru-RU"/>
        </w:rPr>
        <w:t>í</w:t>
      </w:r>
      <w:r w:rsidRPr="008F03BD">
        <w:rPr>
          <w:rFonts w:ascii="Times New Roman" w:eastAsia="SimSun" w:hAnsi="Times New Roman" w:cs="Times New Roman"/>
          <w:color w:val="FF0000"/>
        </w:rPr>
        <w:t>ch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nhằm</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thống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nhất</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so</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s</w:t>
      </w:r>
      <w:r w:rsidRPr="00123F90">
        <w:rPr>
          <w:rFonts w:ascii="Times New Roman" w:eastAsia="SimSun" w:hAnsi="Times New Roman" w:cs="Times New Roman"/>
          <w:color w:val="FF0000"/>
          <w:lang w:val="ru-RU"/>
        </w:rPr>
        <w:t>á</w:t>
      </w:r>
      <w:r w:rsidRPr="008F03BD">
        <w:rPr>
          <w:rFonts w:ascii="Times New Roman" w:eastAsia="SimSun" w:hAnsi="Times New Roman" w:cs="Times New Roman"/>
          <w:color w:val="FF0000"/>
        </w:rPr>
        <w:t>nh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hiệu</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quả</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kinh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tế</w:t>
      </w:r>
      <w:r w:rsidR="00BD5786" w:rsidRPr="00123F90">
        <w:rPr>
          <w:rFonts w:ascii="Times New Roman" w:eastAsia="SimSun" w:hAnsi="Times New Roman" w:cs="Times New Roman"/>
          <w:color w:val="FF0000"/>
          <w:lang w:val="ru-RU"/>
        </w:rPr>
        <w:t xml:space="preserve">, </w:t>
      </w:r>
      <w:r w:rsidR="00BD5786">
        <w:rPr>
          <w:rFonts w:ascii="Times New Roman" w:eastAsia="SimSun" w:hAnsi="Times New Roman" w:cs="Times New Roman"/>
          <w:color w:val="FF0000"/>
        </w:rPr>
        <w:t>x</w:t>
      </w:r>
      <w:r w:rsidR="00BD5786" w:rsidRPr="00123F90">
        <w:rPr>
          <w:rFonts w:ascii="Times New Roman" w:eastAsia="SimSun" w:hAnsi="Times New Roman" w:cs="Times New Roman"/>
          <w:color w:val="FF0000"/>
          <w:lang w:val="ru-RU"/>
        </w:rPr>
        <w:t xml:space="preserve">ã </w:t>
      </w:r>
      <w:r w:rsidR="00BD5786">
        <w:rPr>
          <w:rFonts w:ascii="Times New Roman" w:eastAsia="SimSun" w:hAnsi="Times New Roman" w:cs="Times New Roman"/>
          <w:color w:val="FF0000"/>
        </w:rPr>
        <w:t>hội</w:t>
      </w:r>
      <w:r w:rsidR="00BD5786" w:rsidRPr="00123F90">
        <w:rPr>
          <w:rFonts w:ascii="Times New Roman" w:eastAsia="SimSun" w:hAnsi="Times New Roman" w:cs="Times New Roman"/>
          <w:color w:val="FF0000"/>
          <w:lang w:val="ru-RU"/>
        </w:rPr>
        <w:t xml:space="preserve"> </w:t>
      </w:r>
      <w:r w:rsidR="00BD5786">
        <w:rPr>
          <w:rFonts w:ascii="Times New Roman" w:eastAsia="SimSun" w:hAnsi="Times New Roman" w:cs="Times New Roman"/>
          <w:color w:val="FF0000"/>
        </w:rPr>
        <w:t>v</w:t>
      </w:r>
      <w:r w:rsidR="00BD5786" w:rsidRPr="00123F90">
        <w:rPr>
          <w:rFonts w:ascii="Times New Roman" w:eastAsia="SimSun" w:hAnsi="Times New Roman" w:cs="Times New Roman"/>
          <w:color w:val="FF0000"/>
          <w:lang w:val="ru-RU"/>
        </w:rPr>
        <w:t xml:space="preserve">à </w:t>
      </w:r>
      <w:r w:rsidR="00BD5786">
        <w:rPr>
          <w:rFonts w:ascii="Times New Roman" w:eastAsia="SimSun" w:hAnsi="Times New Roman" w:cs="Times New Roman"/>
          <w:color w:val="FF0000"/>
        </w:rPr>
        <w:t>m</w:t>
      </w:r>
      <w:r w:rsidR="00BD5786" w:rsidRPr="00123F90">
        <w:rPr>
          <w:rFonts w:ascii="Times New Roman" w:eastAsia="SimSun" w:hAnsi="Times New Roman" w:cs="Times New Roman"/>
          <w:color w:val="FF0000"/>
          <w:lang w:val="ru-RU"/>
        </w:rPr>
        <w:t>ô</w:t>
      </w:r>
      <w:r w:rsidR="00BD5786">
        <w:rPr>
          <w:rFonts w:ascii="Times New Roman" w:eastAsia="SimSun" w:hAnsi="Times New Roman" w:cs="Times New Roman"/>
          <w:color w:val="FF0000"/>
        </w:rPr>
        <w:t>i</w:t>
      </w:r>
      <w:r w:rsidR="00BD5786" w:rsidRPr="00123F90">
        <w:rPr>
          <w:rFonts w:ascii="Times New Roman" w:eastAsia="SimSun" w:hAnsi="Times New Roman" w:cs="Times New Roman"/>
          <w:color w:val="FF0000"/>
          <w:lang w:val="ru-RU"/>
        </w:rPr>
        <w:t xml:space="preserve"> </w:t>
      </w:r>
      <w:r w:rsidR="00BD5786">
        <w:rPr>
          <w:rFonts w:ascii="Times New Roman" w:eastAsia="SimSun" w:hAnsi="Times New Roman" w:cs="Times New Roman"/>
          <w:color w:val="FF0000"/>
        </w:rPr>
        <w:t>tr</w:t>
      </w:r>
      <w:r w:rsidR="00BD5786" w:rsidRPr="00123F90">
        <w:rPr>
          <w:rFonts w:ascii="Times New Roman" w:eastAsia="SimSun" w:hAnsi="Times New Roman" w:cs="Times New Roman"/>
          <w:color w:val="FF0000"/>
          <w:lang w:val="ru-RU"/>
        </w:rPr>
        <w:t>ư</w:t>
      </w:r>
      <w:r w:rsidR="00BD5786">
        <w:rPr>
          <w:rFonts w:ascii="Times New Roman" w:eastAsia="SimSun" w:hAnsi="Times New Roman" w:cs="Times New Roman"/>
          <w:color w:val="FF0000"/>
        </w:rPr>
        <w:t>ờng</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b</w:t>
      </w:r>
      <w:r w:rsidRPr="00123F90">
        <w:rPr>
          <w:rFonts w:ascii="Times New Roman" w:eastAsia="SimSun" w:hAnsi="Times New Roman" w:cs="Times New Roman"/>
          <w:color w:val="FF0000"/>
          <w:lang w:val="ru-RU"/>
        </w:rPr>
        <w:t xml:space="preserve">ò 30 </w:t>
      </w:r>
      <w:r w:rsidRPr="008F03BD">
        <w:rPr>
          <w:rFonts w:ascii="Times New Roman" w:eastAsia="SimSun" w:hAnsi="Times New Roman" w:cs="Times New Roman"/>
          <w:color w:val="FF0000"/>
        </w:rPr>
        <w:t>con</w:t>
      </w:r>
      <w:r w:rsidRPr="00123F90">
        <w:rPr>
          <w:rFonts w:ascii="Times New Roman" w:eastAsia="SimSun" w:hAnsi="Times New Roman" w:cs="Times New Roman"/>
          <w:color w:val="FF0000"/>
          <w:lang w:val="ru-RU"/>
        </w:rPr>
        <w:t>/</w:t>
      </w:r>
      <w:r>
        <w:rPr>
          <w:rFonts w:ascii="Times New Roman" w:eastAsia="SimSun" w:hAnsi="Times New Roman" w:cs="Times New Roman"/>
          <w:color w:val="FF0000"/>
        </w:rPr>
        <w:t>m</w:t>
      </w:r>
      <w:r w:rsidRPr="00123F90">
        <w:rPr>
          <w:rFonts w:ascii="Times New Roman" w:eastAsia="SimSun" w:hAnsi="Times New Roman" w:cs="Times New Roman"/>
          <w:color w:val="FF0000"/>
          <w:lang w:val="ru-RU"/>
        </w:rPr>
        <w:t xml:space="preserve">ô </w:t>
      </w:r>
      <w:r>
        <w:rPr>
          <w:rFonts w:ascii="Times New Roman" w:eastAsia="SimSun" w:hAnsi="Times New Roman" w:cs="Times New Roman"/>
          <w:color w:val="FF0000"/>
        </w:rPr>
        <w:t>h</w:t>
      </w:r>
      <w:r w:rsidRPr="00123F90">
        <w:rPr>
          <w:rFonts w:ascii="Times New Roman" w:eastAsia="SimSun" w:hAnsi="Times New Roman" w:cs="Times New Roman"/>
          <w:color w:val="FF0000"/>
          <w:lang w:val="ru-RU"/>
        </w:rPr>
        <w:t>ì</w:t>
      </w:r>
      <w:r>
        <w:rPr>
          <w:rFonts w:ascii="Times New Roman" w:eastAsia="SimSun" w:hAnsi="Times New Roman" w:cs="Times New Roman"/>
          <w:color w:val="FF0000"/>
        </w:rPr>
        <w:t>nh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lợn</w:t>
      </w:r>
      <w:r w:rsidRPr="00123F90">
        <w:rPr>
          <w:rFonts w:ascii="Times New Roman" w:eastAsia="SimSun" w:hAnsi="Times New Roman" w:cs="Times New Roman"/>
          <w:color w:val="FF0000"/>
          <w:lang w:val="ru-RU"/>
        </w:rPr>
        <w:t xml:space="preserve"> 50 </w:t>
      </w:r>
      <w:r w:rsidRPr="008F03BD">
        <w:rPr>
          <w:rFonts w:ascii="Times New Roman" w:eastAsia="SimSun" w:hAnsi="Times New Roman" w:cs="Times New Roman"/>
          <w:color w:val="FF0000"/>
        </w:rPr>
        <w:t>con</w:t>
      </w:r>
      <w:r w:rsidRPr="00123F90">
        <w:rPr>
          <w:rFonts w:ascii="Times New Roman" w:eastAsia="SimSun" w:hAnsi="Times New Roman" w:cs="Times New Roman"/>
          <w:color w:val="FF0000"/>
          <w:lang w:val="ru-RU"/>
        </w:rPr>
        <w:t>/</w:t>
      </w:r>
      <w:r>
        <w:rPr>
          <w:rFonts w:ascii="Times New Roman" w:eastAsia="SimSun" w:hAnsi="Times New Roman" w:cs="Times New Roman"/>
          <w:color w:val="FF0000"/>
        </w:rPr>
        <w:t>m</w:t>
      </w:r>
      <w:r w:rsidRPr="00123F90">
        <w:rPr>
          <w:rFonts w:ascii="Times New Roman" w:eastAsia="SimSun" w:hAnsi="Times New Roman" w:cs="Times New Roman"/>
          <w:color w:val="FF0000"/>
          <w:lang w:val="ru-RU"/>
        </w:rPr>
        <w:t xml:space="preserve">ô </w:t>
      </w:r>
      <w:r>
        <w:rPr>
          <w:rFonts w:ascii="Times New Roman" w:eastAsia="SimSun" w:hAnsi="Times New Roman" w:cs="Times New Roman"/>
          <w:color w:val="FF0000"/>
        </w:rPr>
        <w:t>h</w:t>
      </w:r>
      <w:r w:rsidRPr="00123F90">
        <w:rPr>
          <w:rFonts w:ascii="Times New Roman" w:eastAsia="SimSun" w:hAnsi="Times New Roman" w:cs="Times New Roman"/>
          <w:color w:val="FF0000"/>
          <w:lang w:val="ru-RU"/>
        </w:rPr>
        <w:t>ì</w:t>
      </w:r>
      <w:r>
        <w:rPr>
          <w:rFonts w:ascii="Times New Roman" w:eastAsia="SimSun" w:hAnsi="Times New Roman" w:cs="Times New Roman"/>
          <w:color w:val="FF0000"/>
        </w:rPr>
        <w:t>nh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chồn</w:t>
      </w:r>
      <w:r w:rsidRPr="00123F90">
        <w:rPr>
          <w:rFonts w:ascii="Times New Roman" w:eastAsia="SimSun" w:hAnsi="Times New Roman" w:cs="Times New Roman"/>
          <w:color w:val="FF0000"/>
          <w:lang w:val="ru-RU"/>
        </w:rPr>
        <w:t xml:space="preserve"> 500 </w:t>
      </w:r>
      <w:r w:rsidRPr="008F03BD">
        <w:rPr>
          <w:rFonts w:ascii="Times New Roman" w:eastAsia="SimSun" w:hAnsi="Times New Roman" w:cs="Times New Roman"/>
          <w:color w:val="FF0000"/>
        </w:rPr>
        <w:t>con</w:t>
      </w:r>
      <w:r w:rsidRPr="00123F90">
        <w:rPr>
          <w:rFonts w:ascii="Times New Roman" w:eastAsia="SimSun" w:hAnsi="Times New Roman" w:cs="Times New Roman"/>
          <w:color w:val="FF0000"/>
          <w:lang w:val="ru-RU"/>
        </w:rPr>
        <w:t>/</w:t>
      </w:r>
      <w:r>
        <w:rPr>
          <w:rFonts w:ascii="Times New Roman" w:eastAsia="SimSun" w:hAnsi="Times New Roman" w:cs="Times New Roman"/>
          <w:color w:val="FF0000"/>
        </w:rPr>
        <w:t>m</w:t>
      </w:r>
      <w:r w:rsidRPr="00123F90">
        <w:rPr>
          <w:rFonts w:ascii="Times New Roman" w:eastAsia="SimSun" w:hAnsi="Times New Roman" w:cs="Times New Roman"/>
          <w:color w:val="FF0000"/>
          <w:lang w:val="ru-RU"/>
        </w:rPr>
        <w:t xml:space="preserve">ô </w:t>
      </w:r>
      <w:r>
        <w:rPr>
          <w:rFonts w:ascii="Times New Roman" w:eastAsia="SimSun" w:hAnsi="Times New Roman" w:cs="Times New Roman"/>
          <w:color w:val="FF0000"/>
        </w:rPr>
        <w:t>h</w:t>
      </w:r>
      <w:r w:rsidRPr="00123F90">
        <w:rPr>
          <w:rFonts w:ascii="Times New Roman" w:eastAsia="SimSun" w:hAnsi="Times New Roman" w:cs="Times New Roman"/>
          <w:color w:val="FF0000"/>
          <w:lang w:val="ru-RU"/>
        </w:rPr>
        <w:t>ì</w:t>
      </w:r>
      <w:r>
        <w:rPr>
          <w:rFonts w:ascii="Times New Roman" w:eastAsia="SimSun" w:hAnsi="Times New Roman" w:cs="Times New Roman"/>
          <w:color w:val="FF0000"/>
        </w:rPr>
        <w:t>nh</w:t>
      </w:r>
      <w:r w:rsidRPr="00123F90">
        <w:rPr>
          <w:rFonts w:ascii="Times New Roman" w:eastAsia="SimSun" w:hAnsi="Times New Roman" w:cs="Times New Roman"/>
          <w:color w:val="FF0000"/>
          <w:lang w:val="ru-RU"/>
        </w:rPr>
        <w:t xml:space="preserve">, </w:t>
      </w:r>
      <w:r w:rsidRPr="008F03BD">
        <w:rPr>
          <w:rFonts w:ascii="Times New Roman" w:eastAsia="SimSun" w:hAnsi="Times New Roman" w:cs="Times New Roman"/>
          <w:color w:val="FF0000"/>
        </w:rPr>
        <w:t>d</w:t>
      </w:r>
      <w:r w:rsidRPr="00123F90">
        <w:rPr>
          <w:rFonts w:ascii="Times New Roman" w:eastAsia="SimSun" w:hAnsi="Times New Roman" w:cs="Times New Roman"/>
          <w:color w:val="FF0000"/>
          <w:lang w:val="ru-RU"/>
        </w:rPr>
        <w:t>ú</w:t>
      </w:r>
      <w:r w:rsidRPr="008F03BD">
        <w:rPr>
          <w:rFonts w:ascii="Times New Roman" w:eastAsia="SimSun" w:hAnsi="Times New Roman" w:cs="Times New Roman"/>
          <w:color w:val="FF0000"/>
        </w:rPr>
        <w:t>i</w:t>
      </w:r>
      <w:r w:rsidRPr="00123F90">
        <w:rPr>
          <w:rFonts w:ascii="Times New Roman" w:eastAsia="SimSun" w:hAnsi="Times New Roman" w:cs="Times New Roman"/>
          <w:color w:val="FF0000"/>
          <w:lang w:val="ru-RU"/>
        </w:rPr>
        <w:t xml:space="preserve"> 500 </w:t>
      </w:r>
      <w:r w:rsidRPr="008F03BD">
        <w:rPr>
          <w:rFonts w:ascii="Times New Roman" w:eastAsia="SimSun" w:hAnsi="Times New Roman" w:cs="Times New Roman"/>
          <w:color w:val="FF0000"/>
        </w:rPr>
        <w:t>con</w:t>
      </w:r>
      <w:r w:rsidRPr="00123F90">
        <w:rPr>
          <w:rFonts w:ascii="Times New Roman" w:eastAsia="SimSun" w:hAnsi="Times New Roman" w:cs="Times New Roman"/>
          <w:color w:val="FF0000"/>
          <w:lang w:val="ru-RU"/>
        </w:rPr>
        <w:t>/</w:t>
      </w:r>
      <w:r>
        <w:rPr>
          <w:rFonts w:ascii="Times New Roman" w:eastAsia="SimSun" w:hAnsi="Times New Roman" w:cs="Times New Roman"/>
          <w:color w:val="FF0000"/>
        </w:rPr>
        <w:t>m</w:t>
      </w:r>
      <w:r w:rsidRPr="00123F90">
        <w:rPr>
          <w:rFonts w:ascii="Times New Roman" w:eastAsia="SimSun" w:hAnsi="Times New Roman" w:cs="Times New Roman"/>
          <w:color w:val="FF0000"/>
          <w:lang w:val="ru-RU"/>
        </w:rPr>
        <w:t xml:space="preserve">ô </w:t>
      </w:r>
      <w:r>
        <w:rPr>
          <w:rFonts w:ascii="Times New Roman" w:eastAsia="SimSun" w:hAnsi="Times New Roman" w:cs="Times New Roman"/>
          <w:color w:val="FF0000"/>
        </w:rPr>
        <w:t>h</w:t>
      </w:r>
      <w:r w:rsidRPr="00123F90">
        <w:rPr>
          <w:rFonts w:ascii="Times New Roman" w:eastAsia="SimSun" w:hAnsi="Times New Roman" w:cs="Times New Roman"/>
          <w:color w:val="FF0000"/>
          <w:lang w:val="ru-RU"/>
        </w:rPr>
        <w:t>ì</w:t>
      </w:r>
      <w:r>
        <w:rPr>
          <w:rFonts w:ascii="Times New Roman" w:eastAsia="SimSun" w:hAnsi="Times New Roman" w:cs="Times New Roman"/>
          <w:color w:val="FF0000"/>
        </w:rPr>
        <w:t>nh</w:t>
      </w:r>
      <w:r w:rsidRPr="00123F90">
        <w:rPr>
          <w:rFonts w:ascii="Times New Roman" w:eastAsia="SimSun" w:hAnsi="Times New Roman" w:cs="Times New Roman"/>
          <w:color w:val="FF0000"/>
          <w:lang w:val="ru-RU"/>
        </w:rPr>
        <w:t>....</w:t>
      </w:r>
    </w:p>
    <w:p w14:paraId="06313304" w14:textId="77777777" w:rsidR="00622920" w:rsidRPr="0046524B" w:rsidRDefault="00622920" w:rsidP="00622920">
      <w:pPr>
        <w:widowControl w:val="0"/>
        <w:spacing w:after="120" w:line="240" w:lineRule="auto"/>
        <w:jc w:val="both"/>
        <w:rPr>
          <w:rFonts w:ascii="Times New Roman" w:eastAsia="Garamond" w:hAnsi="Times New Roman" w:cs="Times New Roman"/>
          <w:lang w:val="vi-VN"/>
        </w:rPr>
      </w:pPr>
      <w:r w:rsidRPr="0046524B">
        <w:rPr>
          <w:rFonts w:ascii="Times New Roman" w:eastAsia="Garamond" w:hAnsi="Times New Roman" w:cs="Times New Roman"/>
          <w:i/>
          <w:lang w:val="ru-RU"/>
        </w:rPr>
        <w:t xml:space="preserve">- </w:t>
      </w:r>
      <w:r w:rsidRPr="0046524B">
        <w:rPr>
          <w:rFonts w:ascii="Times New Roman" w:eastAsia="Garamond" w:hAnsi="Times New Roman" w:cs="Times New Roman"/>
          <w:i/>
          <w:lang w:val="vi-VN"/>
        </w:rPr>
        <w:t>Phương pháp điều tra xã hội học:</w:t>
      </w:r>
      <w:r w:rsidRPr="0046524B">
        <w:rPr>
          <w:rFonts w:ascii="Times New Roman" w:eastAsia="Garamond" w:hAnsi="Times New Roman" w:cs="Times New Roman"/>
          <w:lang w:val="vi-VN"/>
        </w:rPr>
        <w:t xml:space="preserve"> nhóm tác giả đã xây dựng 01 mẫu phiếu điều tra cho đối tượng là các hộ gia đình có các mô hình</w:t>
      </w:r>
      <w:r w:rsidRPr="0046524B">
        <w:rPr>
          <w:rFonts w:ascii="Times New Roman" w:eastAsia="Garamond" w:hAnsi="Times New Roman" w:cs="Times New Roman"/>
          <w:lang w:val="ru-RU"/>
        </w:rPr>
        <w:t xml:space="preserve"> </w:t>
      </w:r>
      <w:r w:rsidRPr="0046524B">
        <w:rPr>
          <w:rFonts w:ascii="Times New Roman" w:eastAsia="Garamond" w:hAnsi="Times New Roman" w:cs="Times New Roman"/>
        </w:rPr>
        <w:t>ch</w:t>
      </w:r>
      <w:r w:rsidRPr="0046524B">
        <w:rPr>
          <w:rFonts w:ascii="Times New Roman" w:eastAsia="Garamond" w:hAnsi="Times New Roman" w:cs="Times New Roman"/>
          <w:lang w:val="ru-RU"/>
        </w:rPr>
        <w:t>ă</w:t>
      </w:r>
      <w:r w:rsidRPr="0046524B">
        <w:rPr>
          <w:rFonts w:ascii="Times New Roman" w:eastAsia="Garamond" w:hAnsi="Times New Roman" w:cs="Times New Roman"/>
        </w:rPr>
        <w:t>n</w:t>
      </w:r>
      <w:r w:rsidRPr="0046524B">
        <w:rPr>
          <w:rFonts w:ascii="Times New Roman" w:eastAsia="Garamond" w:hAnsi="Times New Roman" w:cs="Times New Roman"/>
          <w:lang w:val="ru-RU"/>
        </w:rPr>
        <w:t xml:space="preserve"> </w:t>
      </w:r>
      <w:r w:rsidRPr="0046524B">
        <w:rPr>
          <w:rFonts w:ascii="Times New Roman" w:eastAsia="Garamond" w:hAnsi="Times New Roman" w:cs="Times New Roman"/>
        </w:rPr>
        <w:t>nu</w:t>
      </w:r>
      <w:r w:rsidRPr="0046524B">
        <w:rPr>
          <w:rFonts w:ascii="Times New Roman" w:eastAsia="Garamond" w:hAnsi="Times New Roman" w:cs="Times New Roman"/>
          <w:lang w:val="ru-RU"/>
        </w:rPr>
        <w:t>ô</w:t>
      </w:r>
      <w:r w:rsidRPr="0046524B">
        <w:rPr>
          <w:rFonts w:ascii="Times New Roman" w:eastAsia="Garamond" w:hAnsi="Times New Roman" w:cs="Times New Roman"/>
        </w:rPr>
        <w:t>i</w:t>
      </w:r>
      <w:r w:rsidRPr="0046524B">
        <w:rPr>
          <w:rFonts w:ascii="Times New Roman" w:eastAsia="Garamond" w:hAnsi="Times New Roman" w:cs="Times New Roman"/>
          <w:lang w:val="ru-RU"/>
        </w:rPr>
        <w:t xml:space="preserve"> </w:t>
      </w:r>
      <w:r w:rsidRPr="0046524B">
        <w:rPr>
          <w:rFonts w:ascii="Times New Roman" w:eastAsia="Garamond" w:hAnsi="Times New Roman" w:cs="Times New Roman"/>
          <w:lang w:val="vi-VN"/>
        </w:rPr>
        <w:t xml:space="preserve">với nội dung điều tra về các loại </w:t>
      </w:r>
      <w:r w:rsidRPr="0046524B">
        <w:rPr>
          <w:rFonts w:ascii="Times New Roman" w:eastAsia="Garamond" w:hAnsi="Times New Roman" w:cs="Times New Roman"/>
        </w:rPr>
        <w:t>vật</w:t>
      </w:r>
      <w:r w:rsidRPr="0046524B">
        <w:rPr>
          <w:rFonts w:ascii="Times New Roman" w:eastAsia="Garamond" w:hAnsi="Times New Roman" w:cs="Times New Roman"/>
          <w:lang w:val="ru-RU"/>
        </w:rPr>
        <w:t xml:space="preserve"> </w:t>
      </w:r>
      <w:r w:rsidRPr="0046524B">
        <w:rPr>
          <w:rFonts w:ascii="Times New Roman" w:eastAsia="Garamond" w:hAnsi="Times New Roman" w:cs="Times New Roman"/>
        </w:rPr>
        <w:t>nu</w:t>
      </w:r>
      <w:r w:rsidRPr="0046524B">
        <w:rPr>
          <w:rFonts w:ascii="Times New Roman" w:eastAsia="Garamond" w:hAnsi="Times New Roman" w:cs="Times New Roman"/>
          <w:lang w:val="ru-RU"/>
        </w:rPr>
        <w:t>ô</w:t>
      </w:r>
      <w:r w:rsidRPr="0046524B">
        <w:rPr>
          <w:rFonts w:ascii="Times New Roman" w:eastAsia="Garamond" w:hAnsi="Times New Roman" w:cs="Times New Roman"/>
        </w:rPr>
        <w:t>i</w:t>
      </w:r>
      <w:r w:rsidRPr="0046524B">
        <w:rPr>
          <w:rFonts w:ascii="Times New Roman" w:eastAsia="Garamond" w:hAnsi="Times New Roman" w:cs="Times New Roman"/>
          <w:lang w:val="ru-RU"/>
        </w:rPr>
        <w:t xml:space="preserve"> </w:t>
      </w:r>
      <w:r w:rsidRPr="0046524B">
        <w:rPr>
          <w:rFonts w:ascii="Times New Roman" w:eastAsia="Garamond" w:hAnsi="Times New Roman" w:cs="Times New Roman"/>
        </w:rPr>
        <w:t>ch</w:t>
      </w:r>
      <w:r w:rsidRPr="0046524B">
        <w:rPr>
          <w:rFonts w:ascii="Times New Roman" w:eastAsia="Garamond" w:hAnsi="Times New Roman" w:cs="Times New Roman"/>
          <w:lang w:val="ru-RU"/>
        </w:rPr>
        <w:t>í</w:t>
      </w:r>
      <w:r w:rsidRPr="0046524B">
        <w:rPr>
          <w:rFonts w:ascii="Times New Roman" w:eastAsia="Garamond" w:hAnsi="Times New Roman" w:cs="Times New Roman"/>
        </w:rPr>
        <w:t>nh</w:t>
      </w:r>
      <w:r w:rsidRPr="0046524B">
        <w:rPr>
          <w:rFonts w:ascii="Times New Roman" w:eastAsia="Garamond" w:hAnsi="Times New Roman" w:cs="Times New Roman"/>
          <w:lang w:val="vi-VN"/>
        </w:rPr>
        <w:t xml:space="preserve">, nguồn vốn đầu tư, phương pháp canh tác hiện tại, thu nhập, các khó khăn, rào cản triển khai mô hình, ý </w:t>
      </w:r>
      <w:r w:rsidRPr="0046524B">
        <w:rPr>
          <w:rFonts w:ascii="Times New Roman" w:eastAsia="Garamond" w:hAnsi="Times New Roman" w:cs="Times New Roman"/>
        </w:rPr>
        <w:t>ki</w:t>
      </w:r>
      <w:r w:rsidRPr="0046524B">
        <w:rPr>
          <w:rFonts w:ascii="Times New Roman" w:eastAsia="Garamond" w:hAnsi="Times New Roman" w:cs="Times New Roman"/>
          <w:lang w:val="vi-VN"/>
        </w:rPr>
        <w:t xml:space="preserve">ến mong muốn của các hộ dân đối với việc áp dụng, mở rộng quy mô và nhân rộng mô hình... Trong phương pháp này, chúng tôi sửng dụng công thức Slovin (1984) để xác định số lượng mẫu khảo sát: </w:t>
      </w:r>
    </w:p>
    <w:p w14:paraId="287ED8E0" w14:textId="77777777" w:rsidR="00622920" w:rsidRPr="0046524B" w:rsidRDefault="00622920" w:rsidP="00622920">
      <w:pPr>
        <w:widowControl w:val="0"/>
        <w:spacing w:before="40" w:after="40" w:line="240" w:lineRule="auto"/>
        <w:ind w:firstLine="432"/>
        <w:jc w:val="center"/>
        <w:rPr>
          <w:rFonts w:ascii="Times New Roman" w:eastAsia="Garamond" w:hAnsi="Times New Roman" w:cs="Times New Roman"/>
          <w:b/>
          <w:bCs/>
          <w:i/>
          <w:iCs/>
          <w:lang w:val="vi-VN"/>
        </w:rPr>
      </w:pPr>
      <m:oMathPara>
        <m:oMath>
          <m:r>
            <m:rPr>
              <m:sty m:val="p"/>
            </m:rPr>
            <w:rPr>
              <w:rFonts w:ascii="Cambria Math" w:eastAsia="Garamond" w:hAnsi="Cambria Math" w:cs="Times New Roman"/>
              <w:lang w:val="vi-VN"/>
            </w:rPr>
            <m:t xml:space="preserve">n = </m:t>
          </m:r>
          <m:f>
            <m:fPr>
              <m:ctrlPr>
                <w:rPr>
                  <w:rFonts w:ascii="Cambria Math" w:eastAsia="Garamond" w:hAnsi="Cambria Math" w:cs="Times New Roman"/>
                  <w:lang w:val="vi-VN"/>
                </w:rPr>
              </m:ctrlPr>
            </m:fPr>
            <m:num>
              <m:r>
                <m:rPr>
                  <m:sty m:val="p"/>
                </m:rPr>
                <w:rPr>
                  <w:rFonts w:ascii="Cambria Math" w:eastAsia="Garamond" w:hAnsi="Cambria Math" w:cs="Times New Roman"/>
                  <w:lang w:val="vi-VN"/>
                </w:rPr>
                <m:t>N</m:t>
              </m:r>
            </m:num>
            <m:den>
              <m:r>
                <m:rPr>
                  <m:sty m:val="p"/>
                </m:rPr>
                <w:rPr>
                  <w:rFonts w:ascii="Cambria Math" w:eastAsia="Garamond" w:hAnsi="Cambria Math" w:cs="Times New Roman"/>
                  <w:lang w:val="vi-VN"/>
                </w:rPr>
                <m:t>1+N*</m:t>
              </m:r>
              <m:sSup>
                <m:sSupPr>
                  <m:ctrlPr>
                    <w:rPr>
                      <w:rFonts w:ascii="Cambria Math" w:eastAsia="Garamond" w:hAnsi="Cambria Math" w:cs="Times New Roman"/>
                      <w:lang w:val="vi-VN"/>
                    </w:rPr>
                  </m:ctrlPr>
                </m:sSupPr>
                <m:e>
                  <m:r>
                    <m:rPr>
                      <m:sty m:val="p"/>
                    </m:rPr>
                    <w:rPr>
                      <w:rFonts w:ascii="Cambria Math" w:eastAsia="Garamond" w:hAnsi="Cambria Math" w:cs="Times New Roman"/>
                      <w:lang w:val="vi-VN"/>
                    </w:rPr>
                    <m:t>e</m:t>
                  </m:r>
                </m:e>
                <m:sup>
                  <m:r>
                    <m:rPr>
                      <m:sty m:val="p"/>
                    </m:rPr>
                    <w:rPr>
                      <w:rFonts w:ascii="Cambria Math" w:eastAsia="Garamond" w:hAnsi="Cambria Math" w:cs="Times New Roman"/>
                      <w:lang w:val="vi-VN"/>
                    </w:rPr>
                    <m:t>2</m:t>
                  </m:r>
                </m:sup>
              </m:sSup>
            </m:den>
          </m:f>
        </m:oMath>
      </m:oMathPara>
    </w:p>
    <w:p w14:paraId="2552DA99" w14:textId="36A85540" w:rsidR="00622920" w:rsidRPr="0046524B" w:rsidRDefault="00622920" w:rsidP="00622920">
      <w:pPr>
        <w:widowControl w:val="0"/>
        <w:spacing w:after="120" w:line="240" w:lineRule="auto"/>
        <w:jc w:val="both"/>
        <w:rPr>
          <w:rFonts w:ascii="Times New Roman" w:eastAsia="Garamond" w:hAnsi="Times New Roman" w:cs="Times New Roman"/>
          <w:lang w:val="vi-VN"/>
        </w:rPr>
      </w:pPr>
      <w:r w:rsidRPr="0046524B">
        <w:rPr>
          <w:rFonts w:ascii="Times New Roman" w:eastAsia="Garamond" w:hAnsi="Times New Roman" w:cs="Times New Roman"/>
          <w:lang w:val="vi-VN"/>
        </w:rPr>
        <w:t xml:space="preserve">Trong đó, n: kích thước số mẫu cần xác định; N: quy mô tổng thể; e: sai số cho phép. Thường ba tỷ lệ sai số hay sử dụng là: ±0.01 (1%), ±0.05 (5%), ±0.1 (10%), do diện tích địa bàn nghiên cứu khá rộng nên trong đánh giá này chúng tôi chọn e sai số 0.1%. </w:t>
      </w:r>
      <w:r w:rsidRPr="0046524B">
        <w:rPr>
          <w:rFonts w:ascii="Times New Roman" w:eastAsia="Times New Roman" w:hAnsi="Times New Roman" w:cs="Times New Roman"/>
          <w:lang w:val="vi-VN"/>
        </w:rPr>
        <w:t>Huyện có tổng số khoảng 5.935</w:t>
      </w:r>
      <w:r w:rsidR="00A77184">
        <w:rPr>
          <w:rFonts w:ascii="Times New Roman" w:eastAsia="SimSun" w:hAnsi="Times New Roman" w:cs="Times New Roman" w:hint="eastAsia"/>
          <w:lang w:val="vi-VN" w:eastAsia="zh-CN"/>
        </w:rPr>
        <w:t xml:space="preserve"> </w:t>
      </w:r>
      <w:r w:rsidR="00A77184" w:rsidRPr="00A77184">
        <w:rPr>
          <w:rFonts w:ascii="Times New Roman" w:eastAsia="SimSun" w:hAnsi="Times New Roman" w:cs="Times New Roman"/>
          <w:color w:val="FF0000"/>
          <w:lang w:val="vi-VN" w:eastAsia="zh-CN"/>
        </w:rPr>
        <w:t>hộ</w:t>
      </w:r>
      <w:r w:rsidRPr="0046524B">
        <w:rPr>
          <w:rFonts w:ascii="Times New Roman" w:eastAsia="Times New Roman" w:hAnsi="Times New Roman" w:cs="Times New Roman"/>
          <w:lang w:val="vi-VN"/>
        </w:rPr>
        <w:t xml:space="preserve">, áp dụng vào công thức, tính ra được số mẫu khảo sát cần thiết là 98 phiếu. </w:t>
      </w:r>
    </w:p>
    <w:p w14:paraId="7698F586" w14:textId="06F331E5" w:rsidR="00622920" w:rsidRPr="0046524B" w:rsidRDefault="00487768" w:rsidP="00622920">
      <w:pPr>
        <w:widowControl w:val="0"/>
        <w:spacing w:after="120" w:line="240" w:lineRule="auto"/>
        <w:jc w:val="both"/>
        <w:outlineLvl w:val="2"/>
        <w:rPr>
          <w:rFonts w:ascii="Times New Roman" w:eastAsia="Times New Roman" w:hAnsi="Times New Roman" w:cs="Times New Roman"/>
          <w:i/>
          <w:spacing w:val="-4"/>
          <w:lang w:val="fr-FR"/>
        </w:rPr>
      </w:pPr>
      <w:bookmarkStart w:id="0" w:name="_Toc39564942"/>
      <w:r>
        <w:rPr>
          <w:rFonts w:ascii="Times New Roman" w:eastAsia="Garamond" w:hAnsi="Times New Roman" w:cs="Times New Roman"/>
          <w:lang w:val="vi-VN"/>
        </w:rPr>
        <w:t>- Phương pháp PRA</w:t>
      </w:r>
      <w:r w:rsidR="00622920" w:rsidRPr="0046524B">
        <w:rPr>
          <w:rFonts w:ascii="Times New Roman" w:eastAsia="Garamond" w:hAnsi="Times New Roman" w:cs="Times New Roman"/>
          <w:lang w:val="vi-VN"/>
        </w:rPr>
        <w:t xml:space="preserve">: a) </w:t>
      </w:r>
      <w:r w:rsidR="00622920" w:rsidRPr="00614915">
        <w:rPr>
          <w:rFonts w:ascii="Times New Roman" w:eastAsia="Garamond" w:hAnsi="Times New Roman" w:cs="Times New Roman"/>
          <w:color w:val="FF0000"/>
          <w:lang w:val="vi-VN"/>
        </w:rPr>
        <w:t xml:space="preserve">Nhóm tác giả đã tiến hành </w:t>
      </w:r>
      <w:r w:rsidR="00622920" w:rsidRPr="00614915">
        <w:rPr>
          <w:rFonts w:ascii="Times New Roman" w:eastAsia="Garamond" w:hAnsi="Times New Roman" w:cs="Times New Roman"/>
          <w:bCs/>
          <w:color w:val="FF0000"/>
          <w:lang w:val="vi-VN"/>
        </w:rPr>
        <w:t>03 buổi phỏng vấn bán cấu trúc</w:t>
      </w:r>
      <w:r w:rsidR="00622920" w:rsidRPr="00614915">
        <w:rPr>
          <w:rFonts w:ascii="Times New Roman" w:eastAsia="Garamond" w:hAnsi="Times New Roman" w:cs="Times New Roman"/>
          <w:color w:val="FF0000"/>
          <w:lang w:val="vi-VN"/>
        </w:rPr>
        <w:t xml:space="preserve"> với </w:t>
      </w:r>
      <w:r w:rsidR="00622920" w:rsidRPr="00614915">
        <w:rPr>
          <w:rFonts w:ascii="Times New Roman" w:eastAsia="Garamond" w:hAnsi="Times New Roman" w:cs="Times New Roman"/>
          <w:bCs/>
          <w:color w:val="FF0000"/>
          <w:lang w:val="vi-VN"/>
        </w:rPr>
        <w:t>đại diện các hộ gia đình có các mô hình chăn nuôi</w:t>
      </w:r>
      <w:r w:rsidR="00622920" w:rsidRPr="00614915">
        <w:rPr>
          <w:rFonts w:ascii="Times New Roman" w:eastAsia="Garamond" w:hAnsi="Times New Roman" w:cs="Times New Roman"/>
          <w:color w:val="FF0000"/>
          <w:lang w:val="vi-VN"/>
        </w:rPr>
        <w:t xml:space="preserve">, người tham gia phỏng vấn phải là </w:t>
      </w:r>
      <w:r w:rsidR="00622920" w:rsidRPr="00614915">
        <w:rPr>
          <w:rFonts w:ascii="Times New Roman" w:eastAsia="Garamond" w:hAnsi="Times New Roman" w:cs="Times New Roman"/>
          <w:bCs/>
          <w:color w:val="FF0000"/>
          <w:lang w:val="vi-VN"/>
        </w:rPr>
        <w:t xml:space="preserve">những cá nhân giữ vai trò chủ chốt trong hộ </w:t>
      </w:r>
      <w:r w:rsidR="00FA50CD" w:rsidRPr="00614915">
        <w:rPr>
          <w:rFonts w:ascii="Times New Roman" w:eastAsia="Garamond" w:hAnsi="Times New Roman" w:cs="Times New Roman"/>
          <w:bCs/>
          <w:color w:val="FF0000"/>
          <w:lang w:val="vi-VN"/>
        </w:rPr>
        <w:t xml:space="preserve">các thông tin về </w:t>
      </w:r>
      <w:r w:rsidR="00FA50CD" w:rsidRPr="00614915">
        <w:rPr>
          <w:rFonts w:ascii="Times New Roman" w:eastAsia="Garamond" w:hAnsi="Times New Roman" w:cs="Times New Roman"/>
          <w:color w:val="FF0000"/>
          <w:lang w:val="vi-VN"/>
        </w:rPr>
        <w:t>về nguồn sinh kế, thu nhập, kinh nghiệm sản xuất, những khó khăn thách thức, đề xuất mong muốn của hộ dân để phát triển các mô hình chăn nuôi…</w:t>
      </w:r>
      <w:r w:rsidR="00622920" w:rsidRPr="00614915">
        <w:rPr>
          <w:rFonts w:ascii="Times New Roman" w:eastAsia="Garamond" w:hAnsi="Times New Roman" w:cs="Times New Roman"/>
          <w:color w:val="FF0000"/>
          <w:lang w:val="vi-VN"/>
        </w:rPr>
        <w:t>; b) Phỏng vấn 02 buổi với cán bộ địa phương gồm cán bộ</w:t>
      </w:r>
      <w:r w:rsidR="003E1E43" w:rsidRPr="00614915">
        <w:rPr>
          <w:rFonts w:ascii="Times New Roman" w:eastAsia="Garamond" w:hAnsi="Times New Roman" w:cs="Times New Roman"/>
          <w:color w:val="FF0000"/>
          <w:lang w:val="vi-VN"/>
        </w:rPr>
        <w:t xml:space="preserve"> Phòng N</w:t>
      </w:r>
      <w:r w:rsidR="00622920" w:rsidRPr="00614915">
        <w:rPr>
          <w:rFonts w:ascii="Times New Roman" w:eastAsia="Garamond" w:hAnsi="Times New Roman" w:cs="Times New Roman"/>
          <w:color w:val="FF0000"/>
          <w:lang w:val="vi-VN"/>
        </w:rPr>
        <w:t>ông nghiệ</w:t>
      </w:r>
      <w:r w:rsidR="003E1E43" w:rsidRPr="00614915">
        <w:rPr>
          <w:rFonts w:ascii="Times New Roman" w:eastAsia="Garamond" w:hAnsi="Times New Roman" w:cs="Times New Roman"/>
          <w:color w:val="FF0000"/>
          <w:lang w:val="vi-VN"/>
        </w:rPr>
        <w:t>p và M</w:t>
      </w:r>
      <w:r w:rsidR="00622920" w:rsidRPr="00614915">
        <w:rPr>
          <w:rFonts w:ascii="Times New Roman" w:eastAsia="Garamond" w:hAnsi="Times New Roman" w:cs="Times New Roman"/>
          <w:color w:val="FF0000"/>
          <w:lang w:val="vi-VN"/>
        </w:rPr>
        <w:t>ôi trường, phòng khuyế</w:t>
      </w:r>
      <w:r w:rsidR="00FA50CD" w:rsidRPr="00614915">
        <w:rPr>
          <w:rFonts w:ascii="Times New Roman" w:eastAsia="Garamond" w:hAnsi="Times New Roman" w:cs="Times New Roman"/>
          <w:color w:val="FF0000"/>
          <w:lang w:val="vi-VN"/>
        </w:rPr>
        <w:t>n nông,</w:t>
      </w:r>
      <w:r w:rsidR="00622920" w:rsidRPr="00614915">
        <w:rPr>
          <w:rFonts w:ascii="Times New Roman" w:eastAsia="Garamond" w:hAnsi="Times New Roman" w:cs="Times New Roman"/>
          <w:color w:val="FF0000"/>
          <w:lang w:val="vi-VN"/>
        </w:rPr>
        <w:t>…</w:t>
      </w:r>
      <w:r w:rsidR="00FA50CD" w:rsidRPr="00614915">
        <w:rPr>
          <w:rFonts w:ascii="Times New Roman" w:eastAsia="Garamond" w:hAnsi="Times New Roman" w:cs="Times New Roman"/>
          <w:color w:val="FF0000"/>
          <w:lang w:val="vi-VN"/>
        </w:rPr>
        <w:t xml:space="preserve"> </w:t>
      </w:r>
      <w:r w:rsidR="00622920" w:rsidRPr="00614915">
        <w:rPr>
          <w:rFonts w:ascii="Times New Roman" w:eastAsia="Garamond" w:hAnsi="Times New Roman" w:cs="Times New Roman"/>
          <w:color w:val="FF0000"/>
          <w:lang w:val="vi-VN"/>
        </w:rPr>
        <w:t xml:space="preserve">thông tin về tình hình, định hướng, các chính sách, hỗ trợ vốn, kỹ thuật và kinh nghiệm thích ứng với các hiện tượng khí hậu cực đoan, </w:t>
      </w:r>
      <w:r w:rsidR="00622920" w:rsidRPr="00614915">
        <w:rPr>
          <w:rFonts w:ascii="Times New Roman" w:eastAsia="Times New Roman" w:hAnsi="Times New Roman" w:cs="Times New Roman"/>
          <w:bCs/>
          <w:color w:val="FF0000"/>
          <w:spacing w:val="-4"/>
          <w:lang w:val="fr-FR"/>
        </w:rPr>
        <w:t xml:space="preserve">và đề xuất các giải pháp xây dựng các mô hình </w:t>
      </w:r>
      <w:r w:rsidR="00FA50CD" w:rsidRPr="00614915">
        <w:rPr>
          <w:rFonts w:ascii="Times New Roman" w:eastAsia="Times New Roman" w:hAnsi="Times New Roman" w:cs="Times New Roman"/>
          <w:bCs/>
          <w:color w:val="FF0000"/>
          <w:spacing w:val="-4"/>
          <w:lang w:val="fr-FR"/>
        </w:rPr>
        <w:t>chăn nuôi</w:t>
      </w:r>
      <w:r w:rsidR="00622920" w:rsidRPr="00614915">
        <w:rPr>
          <w:rFonts w:ascii="Times New Roman" w:eastAsia="Times New Roman" w:hAnsi="Times New Roman" w:cs="Times New Roman"/>
          <w:bCs/>
          <w:color w:val="FF0000"/>
          <w:spacing w:val="-4"/>
          <w:lang w:val="fr-FR"/>
        </w:rPr>
        <w:t xml:space="preserve"> theo hướng bền vững </w:t>
      </w:r>
      <w:r w:rsidR="00622920" w:rsidRPr="0046524B">
        <w:rPr>
          <w:rFonts w:ascii="Times New Roman" w:eastAsia="Times New Roman" w:hAnsi="Times New Roman" w:cs="Times New Roman"/>
          <w:bCs/>
          <w:spacing w:val="-4"/>
          <w:lang w:val="fr-FR"/>
        </w:rPr>
        <w:t>[9].</w:t>
      </w:r>
      <w:bookmarkEnd w:id="0"/>
    </w:p>
    <w:p w14:paraId="650FFCA1" w14:textId="7DD07A6A" w:rsidR="00622920" w:rsidRPr="0046524B" w:rsidRDefault="00622920" w:rsidP="00622920">
      <w:pPr>
        <w:widowControl w:val="0"/>
        <w:spacing w:after="120" w:line="240" w:lineRule="auto"/>
        <w:jc w:val="both"/>
        <w:rPr>
          <w:rFonts w:ascii="Times New Roman" w:eastAsia="Courier New" w:hAnsi="Times New Roman" w:cs="Times New Roman"/>
          <w:lang w:val="vi-VN" w:eastAsia="vi-VN" w:bidi="vi-VN"/>
        </w:rPr>
      </w:pPr>
      <w:r w:rsidRPr="0046524B">
        <w:rPr>
          <w:rFonts w:ascii="Times New Roman" w:eastAsia="Courier New" w:hAnsi="Times New Roman" w:cs="Times New Roman"/>
          <w:i/>
          <w:lang w:val="fr-FR" w:eastAsia="vi-VN" w:bidi="vi-VN"/>
        </w:rPr>
        <w:t>-</w:t>
      </w:r>
      <w:r w:rsidRPr="0046524B">
        <w:rPr>
          <w:rFonts w:ascii="Times New Roman" w:eastAsia="Courier New" w:hAnsi="Times New Roman" w:cs="Times New Roman"/>
          <w:i/>
          <w:lang w:val="vi-VN" w:eastAsia="vi-VN" w:bidi="vi-VN"/>
        </w:rPr>
        <w:t xml:space="preserve"> Phương pháp chuyên gia</w:t>
      </w:r>
      <w:r w:rsidRPr="0046524B">
        <w:rPr>
          <w:rFonts w:ascii="Times New Roman" w:eastAsia="Courier New" w:hAnsi="Times New Roman" w:cs="Times New Roman"/>
          <w:i/>
          <w:lang w:val="fr-FR" w:eastAsia="vi-VN" w:bidi="vi-VN"/>
        </w:rPr>
        <w:t>:</w:t>
      </w:r>
      <w:r w:rsidRPr="0046524B">
        <w:rPr>
          <w:rFonts w:ascii="Times New Roman" w:hAnsi="Times New Roman" w:cs="Times New Roman"/>
          <w:sz w:val="26"/>
          <w:szCs w:val="26"/>
          <w:lang w:val="fr-FR"/>
        </w:rPr>
        <w:t xml:space="preserve"> </w:t>
      </w:r>
      <w:r w:rsidRPr="0046524B">
        <w:rPr>
          <w:rFonts w:ascii="Times New Roman" w:eastAsia="Garamond" w:hAnsi="Times New Roman" w:cs="Times New Roman"/>
          <w:lang w:val="vi-VN"/>
        </w:rPr>
        <w:t>Nhóm tác giả gửi phiếu điều tra cho 06 chuyên gia</w:t>
      </w:r>
      <w:r w:rsidRPr="0046524B">
        <w:rPr>
          <w:rFonts w:ascii="Times New Roman" w:eastAsia="Garamond" w:hAnsi="Times New Roman" w:cs="Times New Roman"/>
          <w:lang w:val="fr-FR"/>
        </w:rPr>
        <w:t xml:space="preserve"> về lĩnh vực nông nghiệp sinh thái, kinh tế nông thôn, môi trường nông thôn… để</w:t>
      </w:r>
      <w:r w:rsidRPr="0046524B">
        <w:rPr>
          <w:rFonts w:ascii="Times New Roman" w:eastAsia="Garamond" w:hAnsi="Times New Roman" w:cs="Times New Roman"/>
          <w:lang w:val="vi-VN"/>
        </w:rPr>
        <w:t xml:space="preserve"> xin ý kiến về các yếu tố và trọng số của các yếu tố</w:t>
      </w:r>
      <w:r w:rsidR="00EF4205">
        <w:rPr>
          <w:rFonts w:ascii="Times New Roman" w:eastAsia="Garamond" w:hAnsi="Times New Roman" w:cs="Times New Roman"/>
          <w:lang w:val="fr-FR"/>
        </w:rPr>
        <w:t xml:space="preserve"> </w:t>
      </w:r>
      <w:r w:rsidR="00EF4205" w:rsidRPr="00EF4205">
        <w:rPr>
          <w:rFonts w:ascii="Times New Roman" w:eastAsia="Garamond" w:hAnsi="Times New Roman" w:cs="Times New Roman"/>
          <w:color w:val="FF0000"/>
          <w:lang w:val="fr-FR"/>
        </w:rPr>
        <w:t>trong mô hình</w:t>
      </w:r>
      <w:r w:rsidRPr="0046524B">
        <w:rPr>
          <w:rFonts w:ascii="Times New Roman" w:eastAsia="Garamond" w:hAnsi="Times New Roman" w:cs="Times New Roman"/>
          <w:lang w:val="vi-VN"/>
        </w:rPr>
        <w:t>. Sau khi nhận được phản hồi từ ý kiến góp ý của chuyên gia, nhóm tác giả tiến hành tổng hợp, hoàn thiện và tiếp tục gửi lại các chuyên gia để xin ý kiến nhằm điều chỉnh về các yếu tố và trọng số</w:t>
      </w:r>
      <w:r w:rsidRPr="0046524B">
        <w:rPr>
          <w:rFonts w:ascii="Times New Roman" w:hAnsi="Times New Roman" w:cs="Times New Roman"/>
          <w:sz w:val="26"/>
          <w:szCs w:val="26"/>
          <w:lang w:val="fr-FR"/>
        </w:rPr>
        <w:t>.</w:t>
      </w:r>
      <w:r w:rsidRPr="0046524B">
        <w:rPr>
          <w:rFonts w:ascii="Times New Roman" w:eastAsia="Courier New" w:hAnsi="Times New Roman" w:cs="Times New Roman"/>
          <w:lang w:val="vi-VN" w:eastAsia="vi-VN" w:bidi="vi-VN"/>
        </w:rPr>
        <w:t xml:space="preserve"> </w:t>
      </w:r>
    </w:p>
    <w:p w14:paraId="315B9C5C" w14:textId="7EF1CEB6" w:rsidR="00622920" w:rsidRPr="0046524B" w:rsidRDefault="00622920" w:rsidP="00622920">
      <w:pPr>
        <w:widowControl w:val="0"/>
        <w:spacing w:after="120" w:line="240" w:lineRule="auto"/>
        <w:jc w:val="both"/>
        <w:rPr>
          <w:rFonts w:ascii="Times New Roman" w:eastAsia="Courier New" w:hAnsi="Times New Roman" w:cs="Times New Roman"/>
          <w:lang w:val="vi-VN" w:eastAsia="vi-VN" w:bidi="vi-VN"/>
        </w:rPr>
      </w:pPr>
      <w:r w:rsidRPr="0046524B">
        <w:rPr>
          <w:rFonts w:ascii="Times New Roman" w:eastAsia="Courier New" w:hAnsi="Times New Roman" w:cs="Times New Roman"/>
          <w:i/>
          <w:lang w:val="vi-VN" w:eastAsia="vi-VN" w:bidi="vi-VN"/>
        </w:rPr>
        <w:lastRenderedPageBreak/>
        <w:t xml:space="preserve">-  Phương pháp đánh giá hiệu quả kinh tế của các mô hình </w:t>
      </w:r>
      <w:r w:rsidRPr="007D789C">
        <w:rPr>
          <w:rFonts w:ascii="Times New Roman" w:eastAsia="Courier New" w:hAnsi="Times New Roman" w:cs="Times New Roman"/>
          <w:i/>
          <w:color w:val="FF0000"/>
          <w:lang w:val="vi-VN" w:eastAsia="vi-VN" w:bidi="vi-VN"/>
        </w:rPr>
        <w:t>nông nghiệp xanh</w:t>
      </w:r>
      <w:r w:rsidR="003D204D" w:rsidRPr="007D789C">
        <w:rPr>
          <w:rFonts w:ascii="Times New Roman" w:eastAsia="Courier New" w:hAnsi="Times New Roman" w:cs="Times New Roman"/>
          <w:i/>
          <w:color w:val="FF0000"/>
          <w:lang w:val="vi-VN" w:eastAsia="vi-VN" w:bidi="vi-VN"/>
        </w:rPr>
        <w:t xml:space="preserve"> ngành chăn nuôi</w:t>
      </w:r>
      <w:r w:rsidRPr="0046524B">
        <w:rPr>
          <w:rFonts w:ascii="Times New Roman" w:eastAsia="Courier New" w:hAnsi="Times New Roman" w:cs="Times New Roman"/>
          <w:i/>
          <w:lang w:val="vi-VN" w:eastAsia="vi-VN" w:bidi="vi-VN"/>
        </w:rPr>
        <w:t xml:space="preserve">: </w:t>
      </w:r>
      <w:r w:rsidRPr="0046524B">
        <w:rPr>
          <w:rFonts w:ascii="Times New Roman" w:eastAsia="Courier New" w:hAnsi="Times New Roman" w:cs="Times New Roman"/>
          <w:lang w:val="vi-VN" w:eastAsia="vi-VN" w:bidi="vi-VN"/>
        </w:rPr>
        <w:t>Áp dụng phương pháp đánh giá hiệu quả kinh tế cho cây trồng theo Cẩm nang sử dụng đất tập 2 của Bộ Nông nghiệp và Phát triển Nông thôn (2009) [10]:</w:t>
      </w:r>
    </w:p>
    <w:p w14:paraId="228A302B" w14:textId="77777777" w:rsidR="00622920" w:rsidRPr="0046524B" w:rsidRDefault="00622920" w:rsidP="00622920">
      <w:pPr>
        <w:spacing w:after="120" w:line="240" w:lineRule="auto"/>
        <w:jc w:val="both"/>
        <w:rPr>
          <w:rFonts w:ascii="Times New Roman" w:eastAsia="Courier New" w:hAnsi="Times New Roman" w:cs="Times New Roman"/>
          <w:i/>
          <w:lang w:val="vi-VN" w:eastAsia="vi-VN" w:bidi="vi-VN"/>
        </w:rPr>
      </w:pPr>
      <w:r w:rsidRPr="0046524B">
        <w:rPr>
          <w:rFonts w:ascii="Times New Roman" w:eastAsia="Courier New" w:hAnsi="Times New Roman" w:cs="Times New Roman"/>
          <w:i/>
          <w:lang w:val="vi-VN" w:eastAsia="vi-VN" w:bidi="vi-VN"/>
        </w:rPr>
        <w:t>* Hiệu quả khía cạnh kinh tế</w:t>
      </w:r>
    </w:p>
    <w:p w14:paraId="2A66A4AF" w14:textId="21B9FCEF" w:rsidR="00622920" w:rsidRPr="0046524B" w:rsidRDefault="00622920" w:rsidP="00622920">
      <w:pPr>
        <w:spacing w:after="120" w:line="240" w:lineRule="auto"/>
        <w:jc w:val="both"/>
        <w:rPr>
          <w:rFonts w:ascii="Times New Roman" w:eastAsia="DengXian" w:hAnsi="Times New Roman" w:cs="Times New Roman"/>
          <w:lang w:val="vi-VN"/>
        </w:rPr>
      </w:pPr>
      <w:r w:rsidRPr="0046524B">
        <w:rPr>
          <w:rFonts w:ascii="Times New Roman" w:eastAsia="DengXian" w:hAnsi="Times New Roman" w:cs="Times New Roman"/>
          <w:lang w:val="vi-VN"/>
        </w:rPr>
        <w:t>- Giá trị sản xuấ</w:t>
      </w:r>
      <w:r w:rsidR="00E230B1" w:rsidRPr="00430230">
        <w:rPr>
          <w:rFonts w:ascii="Times New Roman" w:eastAsia="DengXian" w:hAnsi="Times New Roman" w:cs="Times New Roman"/>
          <w:lang w:val="vi-VN"/>
        </w:rPr>
        <w:t>t</w:t>
      </w:r>
      <w:r w:rsidRPr="0046524B">
        <w:rPr>
          <w:rFonts w:ascii="Times New Roman" w:eastAsia="DengXian" w:hAnsi="Times New Roman" w:cs="Times New Roman"/>
          <w:lang w:val="vi-VN"/>
        </w:rPr>
        <w:t xml:space="preserve"> </w:t>
      </w:r>
      <w:r w:rsidR="007D789C" w:rsidRPr="007D789C">
        <w:rPr>
          <w:rFonts w:ascii="Times New Roman" w:eastAsia="DengXian" w:hAnsi="Times New Roman" w:cs="Times New Roman"/>
          <w:lang w:val="vi-VN"/>
        </w:rPr>
        <w:t>(</w:t>
      </w:r>
      <w:r w:rsidRPr="007D789C">
        <w:rPr>
          <w:rFonts w:ascii="Times New Roman" w:eastAsia="DengXian" w:hAnsi="Times New Roman" w:cs="Times New Roman"/>
          <w:color w:val="FF0000"/>
          <w:lang w:val="vi-VN"/>
        </w:rPr>
        <w:t>GTSX</w:t>
      </w:r>
      <w:r w:rsidR="007D789C" w:rsidRPr="007D789C">
        <w:rPr>
          <w:rFonts w:ascii="Times New Roman" w:eastAsia="DengXian" w:hAnsi="Times New Roman" w:cs="Times New Roman"/>
          <w:color w:val="FF0000"/>
          <w:lang w:val="vi-VN"/>
        </w:rPr>
        <w:t>)</w:t>
      </w:r>
      <w:r w:rsidRPr="007D789C">
        <w:rPr>
          <w:rFonts w:ascii="Times New Roman" w:eastAsia="DengXian" w:hAnsi="Times New Roman" w:cs="Times New Roman"/>
          <w:color w:val="FF0000"/>
          <w:lang w:val="vi-VN"/>
        </w:rPr>
        <w:t xml:space="preserve"> </w:t>
      </w:r>
      <w:r w:rsidRPr="0046524B">
        <w:rPr>
          <w:rFonts w:ascii="Times New Roman" w:eastAsia="DengXian" w:hAnsi="Times New Roman" w:cs="Times New Roman"/>
          <w:lang w:val="vi-VN"/>
        </w:rPr>
        <w:t>= Sản lượng sản phẩm × Giá bán; Chi phí trung gian</w:t>
      </w:r>
      <w:r w:rsidR="007D789C" w:rsidRPr="007D789C">
        <w:rPr>
          <w:rFonts w:ascii="Times New Roman" w:eastAsia="DengXian" w:hAnsi="Times New Roman" w:cs="Times New Roman"/>
          <w:lang w:val="vi-VN"/>
        </w:rPr>
        <w:t xml:space="preserve"> (</w:t>
      </w:r>
      <w:r w:rsidRPr="007D789C">
        <w:rPr>
          <w:rFonts w:ascii="Times New Roman" w:eastAsia="DengXian" w:hAnsi="Times New Roman" w:cs="Times New Roman"/>
          <w:color w:val="FF0000"/>
          <w:lang w:val="vi-VN"/>
        </w:rPr>
        <w:t>CPTG</w:t>
      </w:r>
      <w:r w:rsidR="007D789C" w:rsidRPr="007D789C">
        <w:rPr>
          <w:rFonts w:ascii="Times New Roman" w:eastAsia="DengXian" w:hAnsi="Times New Roman" w:cs="Times New Roman"/>
          <w:lang w:val="vi-VN"/>
        </w:rPr>
        <w:t>)</w:t>
      </w:r>
      <w:r w:rsidRPr="0046524B">
        <w:rPr>
          <w:rFonts w:ascii="Times New Roman" w:eastAsia="DengXian" w:hAnsi="Times New Roman" w:cs="Times New Roman"/>
          <w:lang w:val="vi-VN"/>
        </w:rPr>
        <w:t xml:space="preserve"> = Chi phí vật chất + Dịch vụ phí + Lãi vay; Giá trị gia tă</w:t>
      </w:r>
      <w:r w:rsidR="007D789C">
        <w:rPr>
          <w:rFonts w:ascii="Times New Roman" w:eastAsia="DengXian" w:hAnsi="Times New Roman" w:cs="Times New Roman"/>
          <w:lang w:val="vi-VN"/>
        </w:rPr>
        <w:t>ng</w:t>
      </w:r>
      <w:r w:rsidR="007D789C" w:rsidRPr="007D789C">
        <w:rPr>
          <w:rFonts w:ascii="Times New Roman" w:eastAsia="DengXian" w:hAnsi="Times New Roman" w:cs="Times New Roman"/>
          <w:lang w:val="vi-VN"/>
        </w:rPr>
        <w:t xml:space="preserve"> </w:t>
      </w:r>
      <w:r w:rsidR="007D789C" w:rsidRPr="007D789C">
        <w:rPr>
          <w:rFonts w:ascii="Times New Roman" w:eastAsia="DengXian" w:hAnsi="Times New Roman" w:cs="Times New Roman"/>
          <w:color w:val="FF0000"/>
          <w:lang w:val="vi-VN"/>
        </w:rPr>
        <w:t>(</w:t>
      </w:r>
      <w:r w:rsidRPr="007D789C">
        <w:rPr>
          <w:rFonts w:ascii="Times New Roman" w:eastAsia="DengXian" w:hAnsi="Times New Roman" w:cs="Times New Roman"/>
          <w:color w:val="FF0000"/>
          <w:lang w:val="vi-VN"/>
        </w:rPr>
        <w:t>GTGT</w:t>
      </w:r>
      <w:r w:rsidR="007D789C" w:rsidRPr="007D789C">
        <w:rPr>
          <w:rFonts w:ascii="Times New Roman" w:eastAsia="DengXian" w:hAnsi="Times New Roman" w:cs="Times New Roman"/>
          <w:color w:val="FF0000"/>
          <w:lang w:val="vi-VN"/>
        </w:rPr>
        <w:t>)</w:t>
      </w:r>
      <w:r w:rsidRPr="007D789C">
        <w:rPr>
          <w:rFonts w:ascii="Times New Roman" w:eastAsia="DengXian" w:hAnsi="Times New Roman" w:cs="Times New Roman"/>
          <w:color w:val="FF0000"/>
          <w:lang w:val="vi-VN"/>
        </w:rPr>
        <w:t xml:space="preserve"> </w:t>
      </w:r>
      <w:r w:rsidRPr="0046524B">
        <w:rPr>
          <w:rFonts w:ascii="Times New Roman" w:eastAsia="DengXian" w:hAnsi="Times New Roman" w:cs="Times New Roman"/>
          <w:lang w:val="vi-VN"/>
        </w:rPr>
        <w:t>= GTSX – CPTG; Hiệu quả đồng vố</w:t>
      </w:r>
      <w:r w:rsidR="007D789C">
        <w:rPr>
          <w:rFonts w:ascii="Times New Roman" w:eastAsia="DengXian" w:hAnsi="Times New Roman" w:cs="Times New Roman"/>
          <w:lang w:val="vi-VN"/>
        </w:rPr>
        <w:t>n</w:t>
      </w:r>
      <w:r w:rsidR="007D789C" w:rsidRPr="007D789C">
        <w:rPr>
          <w:rFonts w:ascii="Times New Roman" w:eastAsia="DengXian" w:hAnsi="Times New Roman" w:cs="Times New Roman"/>
          <w:lang w:val="vi-VN"/>
        </w:rPr>
        <w:t xml:space="preserve"> </w:t>
      </w:r>
      <w:r w:rsidR="007D789C" w:rsidRPr="002134FB">
        <w:rPr>
          <w:rFonts w:ascii="Times New Roman" w:eastAsia="DengXian" w:hAnsi="Times New Roman" w:cs="Times New Roman"/>
          <w:color w:val="FF0000"/>
          <w:lang w:val="vi-VN"/>
        </w:rPr>
        <w:t>(</w:t>
      </w:r>
      <w:r w:rsidRPr="002134FB">
        <w:rPr>
          <w:rFonts w:ascii="Times New Roman" w:eastAsia="DengXian" w:hAnsi="Times New Roman" w:cs="Times New Roman"/>
          <w:color w:val="FF0000"/>
          <w:lang w:val="vi-VN"/>
        </w:rPr>
        <w:t>HQĐV</w:t>
      </w:r>
      <w:r w:rsidR="007D789C" w:rsidRPr="002134FB">
        <w:rPr>
          <w:rFonts w:ascii="Times New Roman" w:eastAsia="DengXian" w:hAnsi="Times New Roman" w:cs="Times New Roman"/>
          <w:color w:val="FF0000"/>
          <w:lang w:val="vi-VN"/>
        </w:rPr>
        <w:t>)</w:t>
      </w:r>
      <w:r w:rsidRPr="0046524B">
        <w:rPr>
          <w:rFonts w:ascii="Times New Roman" w:eastAsia="DengXian" w:hAnsi="Times New Roman" w:cs="Times New Roman"/>
          <w:lang w:val="vi-VN"/>
        </w:rPr>
        <w:t xml:space="preserve"> = GTGT/CPTG; Giá trị</w:t>
      </w:r>
      <w:r w:rsidR="007D789C">
        <w:rPr>
          <w:rFonts w:ascii="Times New Roman" w:eastAsia="DengXian" w:hAnsi="Times New Roman" w:cs="Times New Roman"/>
          <w:lang w:val="vi-VN"/>
        </w:rPr>
        <w:t xml:space="preserve"> ngày </w:t>
      </w:r>
      <w:r w:rsidR="007D789C" w:rsidRPr="002134FB">
        <w:rPr>
          <w:rFonts w:ascii="Times New Roman" w:eastAsia="DengXian" w:hAnsi="Times New Roman" w:cs="Times New Roman"/>
          <w:color w:val="FF0000"/>
          <w:lang w:val="vi-VN"/>
        </w:rPr>
        <w:t>công (</w:t>
      </w:r>
      <w:r w:rsidRPr="002134FB">
        <w:rPr>
          <w:rFonts w:ascii="Times New Roman" w:eastAsia="DengXian" w:hAnsi="Times New Roman" w:cs="Times New Roman"/>
          <w:color w:val="FF0000"/>
          <w:lang w:val="vi-VN"/>
        </w:rPr>
        <w:t>GTNC</w:t>
      </w:r>
      <w:r w:rsidR="007D789C" w:rsidRPr="002134FB">
        <w:rPr>
          <w:rFonts w:ascii="Times New Roman" w:eastAsia="DengXian" w:hAnsi="Times New Roman" w:cs="Times New Roman"/>
          <w:color w:val="FF0000"/>
          <w:lang w:val="vi-VN"/>
        </w:rPr>
        <w:t>)</w:t>
      </w:r>
      <w:r w:rsidRPr="002134FB">
        <w:rPr>
          <w:rFonts w:ascii="Times New Roman" w:eastAsia="DengXian" w:hAnsi="Times New Roman" w:cs="Times New Roman"/>
          <w:color w:val="FF0000"/>
          <w:lang w:val="vi-VN"/>
        </w:rPr>
        <w:t xml:space="preserve"> </w:t>
      </w:r>
      <w:r w:rsidRPr="0046524B">
        <w:rPr>
          <w:rFonts w:ascii="Times New Roman" w:eastAsia="DengXian" w:hAnsi="Times New Roman" w:cs="Times New Roman"/>
          <w:lang w:val="vi-VN"/>
        </w:rPr>
        <w:t>= GTGT/C</w:t>
      </w:r>
      <w:r w:rsidR="007D789C" w:rsidRPr="007D789C">
        <w:rPr>
          <w:rFonts w:ascii="Times New Roman" w:eastAsia="DengXian" w:hAnsi="Times New Roman" w:cs="Times New Roman"/>
          <w:lang w:val="vi-VN"/>
        </w:rPr>
        <w:t>ông lao động</w:t>
      </w:r>
      <w:r w:rsidRPr="0046524B">
        <w:rPr>
          <w:rFonts w:ascii="Times New Roman" w:eastAsia="DengXian" w:hAnsi="Times New Roman" w:cs="Times New Roman"/>
          <w:lang w:val="vi-VN"/>
        </w:rPr>
        <w:t>. Các chỉ tiêu để đánh giá hiệu quả kinh tế các mô hình được phân thành 3 mức độ: Cao (H), trung bình (M) và thấp (L)</w:t>
      </w:r>
      <w:r w:rsidR="006D6E69" w:rsidRPr="002134FB">
        <w:rPr>
          <w:rFonts w:ascii="Times New Roman" w:eastAsia="DengXian" w:hAnsi="Times New Roman" w:cs="Times New Roman"/>
          <w:lang w:val="vi-VN"/>
        </w:rPr>
        <w:t xml:space="preserve"> thể hiện ở</w:t>
      </w:r>
      <w:r w:rsidRPr="0046524B">
        <w:rPr>
          <w:rFonts w:ascii="Times New Roman" w:eastAsia="DengXian" w:hAnsi="Times New Roman" w:cs="Times New Roman"/>
          <w:lang w:val="vi-VN"/>
        </w:rPr>
        <w:t xml:space="preserve"> </w:t>
      </w:r>
      <w:r w:rsidR="007D789C" w:rsidRPr="003004EF">
        <w:rPr>
          <w:rFonts w:ascii="Times New Roman" w:eastAsia="DengXian" w:hAnsi="Times New Roman" w:cs="Times New Roman"/>
          <w:lang w:val="vi-VN"/>
        </w:rPr>
        <w:t>(</w:t>
      </w:r>
      <w:r w:rsidRPr="0046524B">
        <w:rPr>
          <w:rFonts w:ascii="Times New Roman" w:eastAsia="DengXian" w:hAnsi="Times New Roman" w:cs="Times New Roman"/>
          <w:lang w:val="vi-VN"/>
        </w:rPr>
        <w:t xml:space="preserve"> bảng 1</w:t>
      </w:r>
      <w:r w:rsidR="007D789C" w:rsidRPr="003004EF">
        <w:rPr>
          <w:rFonts w:ascii="Times New Roman" w:eastAsia="DengXian" w:hAnsi="Times New Roman" w:cs="Times New Roman"/>
          <w:lang w:val="vi-VN"/>
        </w:rPr>
        <w:t>)</w:t>
      </w:r>
      <w:r w:rsidRPr="0046524B">
        <w:rPr>
          <w:rFonts w:ascii="Times New Roman" w:eastAsia="DengXian" w:hAnsi="Times New Roman" w:cs="Times New Roman"/>
          <w:lang w:val="vi-VN"/>
        </w:rPr>
        <w:t>.</w:t>
      </w:r>
    </w:p>
    <w:p w14:paraId="3EC896DB" w14:textId="77777777" w:rsidR="00622920" w:rsidRPr="0046524B" w:rsidRDefault="00622920" w:rsidP="007028E8">
      <w:pPr>
        <w:spacing w:after="120" w:line="240" w:lineRule="auto"/>
        <w:jc w:val="center"/>
        <w:rPr>
          <w:rFonts w:ascii="Times New Roman" w:eastAsia="Calibri" w:hAnsi="Times New Roman" w:cs="Times New Roman"/>
          <w:lang w:val="pt-BR"/>
        </w:rPr>
      </w:pPr>
      <w:bookmarkStart w:id="1" w:name="_Toc120146680"/>
      <w:r w:rsidRPr="0046524B">
        <w:rPr>
          <w:rFonts w:ascii="Times New Roman" w:eastAsia="Calibri" w:hAnsi="Times New Roman" w:cs="Times New Roman"/>
          <w:b/>
          <w:lang w:val="pt-BR"/>
        </w:rPr>
        <w:t>Bảng 1.</w:t>
      </w:r>
      <w:r w:rsidRPr="0046524B">
        <w:rPr>
          <w:rFonts w:ascii="Times New Roman" w:eastAsia="Calibri" w:hAnsi="Times New Roman" w:cs="Times New Roman"/>
          <w:lang w:val="pt-BR"/>
        </w:rPr>
        <w:t xml:space="preserve"> Phân cấp chỉ tiêu đánh giá hiệu quả kinh tế của các mô hình</w:t>
      </w:r>
      <w:bookmarkEnd w:id="1"/>
    </w:p>
    <w:tbl>
      <w:tblPr>
        <w:tblW w:w="92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0"/>
        <w:gridCol w:w="2208"/>
        <w:gridCol w:w="1707"/>
        <w:gridCol w:w="1506"/>
        <w:gridCol w:w="1807"/>
        <w:gridCol w:w="1261"/>
      </w:tblGrid>
      <w:tr w:rsidR="0046524B" w:rsidRPr="0046524B" w14:paraId="4E8A36F7" w14:textId="77777777" w:rsidTr="002008F5">
        <w:trPr>
          <w:trHeight w:val="155"/>
          <w:jc w:val="center"/>
        </w:trPr>
        <w:tc>
          <w:tcPr>
            <w:tcW w:w="810" w:type="dxa"/>
            <w:tcBorders>
              <w:top w:val="single" w:sz="4" w:space="0" w:color="auto"/>
              <w:left w:val="single" w:sz="4" w:space="0" w:color="auto"/>
              <w:bottom w:val="single" w:sz="4" w:space="0" w:color="auto"/>
              <w:right w:val="single" w:sz="4" w:space="0" w:color="auto"/>
            </w:tcBorders>
            <w:vAlign w:val="center"/>
            <w:hideMark/>
          </w:tcPr>
          <w:p w14:paraId="30501BC3" w14:textId="77777777" w:rsidR="00622920" w:rsidRPr="0046524B" w:rsidRDefault="00622920" w:rsidP="0099414E">
            <w:pPr>
              <w:spacing w:after="0" w:line="240" w:lineRule="auto"/>
              <w:ind w:hanging="12"/>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TT</w:t>
            </w:r>
          </w:p>
        </w:tc>
        <w:tc>
          <w:tcPr>
            <w:tcW w:w="2208" w:type="dxa"/>
            <w:tcBorders>
              <w:top w:val="single" w:sz="4" w:space="0" w:color="auto"/>
              <w:left w:val="single" w:sz="4" w:space="0" w:color="auto"/>
              <w:bottom w:val="single" w:sz="4" w:space="0" w:color="auto"/>
              <w:right w:val="single" w:sz="4" w:space="0" w:color="auto"/>
            </w:tcBorders>
            <w:vAlign w:val="center"/>
            <w:hideMark/>
          </w:tcPr>
          <w:p w14:paraId="0C45D744"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Chỉ tiêu</w:t>
            </w:r>
          </w:p>
        </w:tc>
        <w:tc>
          <w:tcPr>
            <w:tcW w:w="1707" w:type="dxa"/>
            <w:tcBorders>
              <w:top w:val="single" w:sz="4" w:space="0" w:color="auto"/>
              <w:left w:val="single" w:sz="4" w:space="0" w:color="auto"/>
              <w:bottom w:val="single" w:sz="4" w:space="0" w:color="auto"/>
              <w:right w:val="single" w:sz="4" w:space="0" w:color="auto"/>
            </w:tcBorders>
            <w:vAlign w:val="center"/>
            <w:hideMark/>
          </w:tcPr>
          <w:p w14:paraId="6E6013DB"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Đơn vị tính</w:t>
            </w:r>
          </w:p>
        </w:tc>
        <w:tc>
          <w:tcPr>
            <w:tcW w:w="1506" w:type="dxa"/>
            <w:tcBorders>
              <w:top w:val="single" w:sz="4" w:space="0" w:color="auto"/>
              <w:left w:val="single" w:sz="4" w:space="0" w:color="auto"/>
              <w:bottom w:val="single" w:sz="4" w:space="0" w:color="auto"/>
              <w:right w:val="single" w:sz="4" w:space="0" w:color="auto"/>
            </w:tcBorders>
            <w:vAlign w:val="center"/>
            <w:hideMark/>
          </w:tcPr>
          <w:p w14:paraId="76E6B5B0"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Cao (H)</w:t>
            </w:r>
          </w:p>
        </w:tc>
        <w:tc>
          <w:tcPr>
            <w:tcW w:w="1807" w:type="dxa"/>
            <w:tcBorders>
              <w:top w:val="single" w:sz="4" w:space="0" w:color="auto"/>
              <w:left w:val="single" w:sz="4" w:space="0" w:color="auto"/>
              <w:bottom w:val="single" w:sz="4" w:space="0" w:color="auto"/>
              <w:right w:val="single" w:sz="4" w:space="0" w:color="auto"/>
            </w:tcBorders>
            <w:vAlign w:val="center"/>
            <w:hideMark/>
          </w:tcPr>
          <w:p w14:paraId="0BD507D1"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Trung bình (M)</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6999F8A"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Thấp (L)</w:t>
            </w:r>
          </w:p>
        </w:tc>
      </w:tr>
      <w:tr w:rsidR="0046524B" w:rsidRPr="0046524B" w14:paraId="0C91D05E" w14:textId="77777777" w:rsidTr="002008F5">
        <w:trPr>
          <w:trHeight w:val="262"/>
          <w:jc w:val="center"/>
        </w:trPr>
        <w:tc>
          <w:tcPr>
            <w:tcW w:w="810" w:type="dxa"/>
            <w:tcBorders>
              <w:top w:val="single" w:sz="4" w:space="0" w:color="auto"/>
              <w:left w:val="single" w:sz="4" w:space="0" w:color="auto"/>
              <w:bottom w:val="single" w:sz="4" w:space="0" w:color="auto"/>
              <w:right w:val="single" w:sz="4" w:space="0" w:color="auto"/>
            </w:tcBorders>
            <w:vAlign w:val="center"/>
            <w:hideMark/>
          </w:tcPr>
          <w:p w14:paraId="276B86A9" w14:textId="77777777" w:rsidR="00622920" w:rsidRPr="0046524B" w:rsidRDefault="00622920" w:rsidP="0099414E">
            <w:pPr>
              <w:spacing w:after="0" w:line="240" w:lineRule="auto"/>
              <w:ind w:hanging="12"/>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1</w:t>
            </w:r>
          </w:p>
        </w:tc>
        <w:tc>
          <w:tcPr>
            <w:tcW w:w="2208" w:type="dxa"/>
            <w:tcBorders>
              <w:top w:val="single" w:sz="4" w:space="0" w:color="auto"/>
              <w:left w:val="single" w:sz="4" w:space="0" w:color="auto"/>
              <w:bottom w:val="single" w:sz="4" w:space="0" w:color="auto"/>
              <w:right w:val="single" w:sz="4" w:space="0" w:color="auto"/>
            </w:tcBorders>
            <w:vAlign w:val="center"/>
            <w:hideMark/>
          </w:tcPr>
          <w:p w14:paraId="6319CE92" w14:textId="77777777" w:rsidR="00622920" w:rsidRPr="0046524B" w:rsidRDefault="00622920" w:rsidP="0099414E">
            <w:pPr>
              <w:spacing w:after="0" w:line="240" w:lineRule="auto"/>
              <w:rPr>
                <w:rFonts w:ascii="Times New Roman" w:eastAsia="Times New Roman" w:hAnsi="Times New Roman" w:cs="Times New Roman"/>
                <w:lang w:val="vi-VN"/>
              </w:rPr>
            </w:pPr>
            <w:r w:rsidRPr="0046524B">
              <w:rPr>
                <w:rFonts w:ascii="Times New Roman" w:eastAsia="DengXian Light" w:hAnsi="Times New Roman" w:cs="Times New Roman"/>
                <w:lang w:val="vi-VN"/>
              </w:rPr>
              <w:t xml:space="preserve">Giá trị sản xuất </w:t>
            </w:r>
          </w:p>
        </w:tc>
        <w:tc>
          <w:tcPr>
            <w:tcW w:w="1707" w:type="dxa"/>
            <w:tcBorders>
              <w:top w:val="single" w:sz="4" w:space="0" w:color="auto"/>
              <w:left w:val="single" w:sz="4" w:space="0" w:color="auto"/>
              <w:bottom w:val="single" w:sz="4" w:space="0" w:color="auto"/>
              <w:right w:val="single" w:sz="4" w:space="0" w:color="auto"/>
            </w:tcBorders>
            <w:vAlign w:val="center"/>
            <w:hideMark/>
          </w:tcPr>
          <w:p w14:paraId="70169452" w14:textId="77777777" w:rsidR="00622920" w:rsidRPr="0046524B" w:rsidRDefault="00622920" w:rsidP="0099414E">
            <w:pPr>
              <w:spacing w:after="0" w:line="240" w:lineRule="auto"/>
              <w:rPr>
                <w:rFonts w:ascii="Times New Roman" w:eastAsia="Times New Roman" w:hAnsi="Times New Roman" w:cs="Times New Roman"/>
                <w:lang w:val="vi-VN"/>
              </w:rPr>
            </w:pPr>
            <w:r w:rsidRPr="0046524B">
              <w:rPr>
                <w:rFonts w:ascii="Times New Roman" w:eastAsia="DengXian Light" w:hAnsi="Times New Roman" w:cs="Times New Roman"/>
                <w:lang w:val="vi-VN"/>
              </w:rPr>
              <w:t xml:space="preserve">Triệu đ/ha </w:t>
            </w:r>
          </w:p>
        </w:tc>
        <w:tc>
          <w:tcPr>
            <w:tcW w:w="1506" w:type="dxa"/>
            <w:tcBorders>
              <w:top w:val="single" w:sz="4" w:space="0" w:color="auto"/>
              <w:left w:val="single" w:sz="4" w:space="0" w:color="auto"/>
              <w:bottom w:val="single" w:sz="4" w:space="0" w:color="auto"/>
              <w:right w:val="single" w:sz="4" w:space="0" w:color="auto"/>
            </w:tcBorders>
            <w:vAlign w:val="center"/>
            <w:hideMark/>
          </w:tcPr>
          <w:p w14:paraId="2D451376"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rPr>
              <w:t>&gt;4</w:t>
            </w:r>
            <w:r w:rsidRPr="0046524B">
              <w:rPr>
                <w:rFonts w:ascii="Times New Roman" w:eastAsia="DengXian Light" w:hAnsi="Times New Roman" w:cs="Times New Roman"/>
                <w:lang w:val="vi-VN"/>
              </w:rPr>
              <w:t>00</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E087181"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1</w:t>
            </w:r>
            <w:r w:rsidRPr="0046524B">
              <w:rPr>
                <w:rFonts w:ascii="Times New Roman" w:eastAsia="DengXian Light" w:hAnsi="Times New Roman" w:cs="Times New Roman"/>
              </w:rPr>
              <w:t>50</w:t>
            </w:r>
            <w:r w:rsidRPr="0046524B">
              <w:rPr>
                <w:rFonts w:ascii="Times New Roman" w:eastAsia="DengXian Light" w:hAnsi="Times New Roman" w:cs="Times New Roman"/>
                <w:lang w:val="vi-VN"/>
              </w:rPr>
              <w:t xml:space="preserve"> - </w:t>
            </w:r>
            <w:r w:rsidRPr="0046524B">
              <w:rPr>
                <w:rFonts w:ascii="Times New Roman" w:eastAsia="DengXian Light" w:hAnsi="Times New Roman" w:cs="Times New Roman"/>
              </w:rPr>
              <w:t>4</w:t>
            </w:r>
            <w:r w:rsidRPr="0046524B">
              <w:rPr>
                <w:rFonts w:ascii="Times New Roman" w:eastAsia="DengXian Light" w:hAnsi="Times New Roman" w:cs="Times New Roman"/>
                <w:lang w:val="vi-VN"/>
              </w:rPr>
              <w:t>00</w:t>
            </w:r>
          </w:p>
        </w:tc>
        <w:tc>
          <w:tcPr>
            <w:tcW w:w="1261" w:type="dxa"/>
            <w:tcBorders>
              <w:top w:val="single" w:sz="4" w:space="0" w:color="auto"/>
              <w:left w:val="single" w:sz="4" w:space="0" w:color="auto"/>
              <w:bottom w:val="single" w:sz="4" w:space="0" w:color="auto"/>
              <w:right w:val="single" w:sz="4" w:space="0" w:color="auto"/>
            </w:tcBorders>
            <w:vAlign w:val="center"/>
            <w:hideMark/>
          </w:tcPr>
          <w:p w14:paraId="34F74153"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&lt;1</w:t>
            </w:r>
            <w:r w:rsidRPr="0046524B">
              <w:rPr>
                <w:rFonts w:ascii="Times New Roman" w:eastAsia="DengXian Light" w:hAnsi="Times New Roman" w:cs="Times New Roman"/>
              </w:rPr>
              <w:t>5</w:t>
            </w:r>
            <w:r w:rsidRPr="0046524B">
              <w:rPr>
                <w:rFonts w:ascii="Times New Roman" w:eastAsia="DengXian Light" w:hAnsi="Times New Roman" w:cs="Times New Roman"/>
                <w:lang w:val="vi-VN"/>
              </w:rPr>
              <w:t>0</w:t>
            </w:r>
          </w:p>
        </w:tc>
      </w:tr>
      <w:tr w:rsidR="0046524B" w:rsidRPr="0046524B" w14:paraId="76FBCD39" w14:textId="77777777" w:rsidTr="002008F5">
        <w:trPr>
          <w:trHeight w:val="262"/>
          <w:jc w:val="center"/>
        </w:trPr>
        <w:tc>
          <w:tcPr>
            <w:tcW w:w="810" w:type="dxa"/>
            <w:tcBorders>
              <w:top w:val="single" w:sz="4" w:space="0" w:color="auto"/>
              <w:left w:val="single" w:sz="4" w:space="0" w:color="auto"/>
              <w:bottom w:val="single" w:sz="4" w:space="0" w:color="auto"/>
              <w:right w:val="single" w:sz="4" w:space="0" w:color="auto"/>
            </w:tcBorders>
            <w:vAlign w:val="center"/>
            <w:hideMark/>
          </w:tcPr>
          <w:p w14:paraId="50F35700" w14:textId="77777777" w:rsidR="00622920" w:rsidRPr="0046524B" w:rsidRDefault="00622920" w:rsidP="0099414E">
            <w:pPr>
              <w:spacing w:after="0" w:line="240" w:lineRule="auto"/>
              <w:ind w:hanging="12"/>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2</w:t>
            </w:r>
          </w:p>
        </w:tc>
        <w:tc>
          <w:tcPr>
            <w:tcW w:w="2208" w:type="dxa"/>
            <w:tcBorders>
              <w:top w:val="single" w:sz="4" w:space="0" w:color="auto"/>
              <w:left w:val="single" w:sz="4" w:space="0" w:color="auto"/>
              <w:bottom w:val="single" w:sz="4" w:space="0" w:color="auto"/>
              <w:right w:val="single" w:sz="4" w:space="0" w:color="auto"/>
            </w:tcBorders>
            <w:vAlign w:val="center"/>
            <w:hideMark/>
          </w:tcPr>
          <w:p w14:paraId="225D8553" w14:textId="77777777" w:rsidR="00622920" w:rsidRPr="0046524B" w:rsidRDefault="00622920" w:rsidP="0099414E">
            <w:pPr>
              <w:spacing w:after="0" w:line="240" w:lineRule="auto"/>
              <w:rPr>
                <w:rFonts w:ascii="Times New Roman" w:eastAsia="Times New Roman" w:hAnsi="Times New Roman" w:cs="Times New Roman"/>
              </w:rPr>
            </w:pPr>
            <w:r w:rsidRPr="0046524B">
              <w:rPr>
                <w:rFonts w:ascii="Times New Roman" w:eastAsia="DengXian Light" w:hAnsi="Times New Roman" w:cs="Times New Roman"/>
                <w:lang w:val="vi-VN"/>
              </w:rPr>
              <w:t>Chi phí sản x</w:t>
            </w:r>
            <w:r w:rsidRPr="0046524B">
              <w:rPr>
                <w:rFonts w:ascii="Times New Roman" w:eastAsia="DengXian Light" w:hAnsi="Times New Roman" w:cs="Times New Roman"/>
              </w:rPr>
              <w:t xml:space="preserve">uất </w:t>
            </w:r>
          </w:p>
        </w:tc>
        <w:tc>
          <w:tcPr>
            <w:tcW w:w="1707" w:type="dxa"/>
            <w:tcBorders>
              <w:top w:val="single" w:sz="4" w:space="0" w:color="auto"/>
              <w:left w:val="single" w:sz="4" w:space="0" w:color="auto"/>
              <w:bottom w:val="single" w:sz="4" w:space="0" w:color="auto"/>
              <w:right w:val="single" w:sz="4" w:space="0" w:color="auto"/>
            </w:tcBorders>
            <w:vAlign w:val="center"/>
            <w:hideMark/>
          </w:tcPr>
          <w:p w14:paraId="78D09153" w14:textId="77777777" w:rsidR="00622920" w:rsidRPr="0046524B" w:rsidRDefault="00622920" w:rsidP="0099414E">
            <w:pPr>
              <w:spacing w:after="0" w:line="240" w:lineRule="auto"/>
              <w:rPr>
                <w:rFonts w:ascii="Times New Roman" w:eastAsia="Times New Roman" w:hAnsi="Times New Roman" w:cs="Times New Roman"/>
              </w:rPr>
            </w:pPr>
            <w:r w:rsidRPr="0046524B">
              <w:rPr>
                <w:rFonts w:ascii="Times New Roman" w:eastAsia="DengXian Light" w:hAnsi="Times New Roman" w:cs="Times New Roman"/>
              </w:rPr>
              <w:t xml:space="preserve">Triệu đ/ha </w:t>
            </w:r>
          </w:p>
        </w:tc>
        <w:tc>
          <w:tcPr>
            <w:tcW w:w="1506" w:type="dxa"/>
            <w:tcBorders>
              <w:top w:val="single" w:sz="4" w:space="0" w:color="auto"/>
              <w:left w:val="single" w:sz="4" w:space="0" w:color="auto"/>
              <w:bottom w:val="single" w:sz="4" w:space="0" w:color="auto"/>
              <w:right w:val="single" w:sz="4" w:space="0" w:color="auto"/>
            </w:tcBorders>
            <w:vAlign w:val="center"/>
            <w:hideMark/>
          </w:tcPr>
          <w:p w14:paraId="746404A0"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&gt; 150</w:t>
            </w:r>
          </w:p>
        </w:tc>
        <w:tc>
          <w:tcPr>
            <w:tcW w:w="1807" w:type="dxa"/>
            <w:tcBorders>
              <w:top w:val="single" w:sz="4" w:space="0" w:color="auto"/>
              <w:left w:val="single" w:sz="4" w:space="0" w:color="auto"/>
              <w:bottom w:val="single" w:sz="4" w:space="0" w:color="auto"/>
              <w:right w:val="single" w:sz="4" w:space="0" w:color="auto"/>
            </w:tcBorders>
            <w:vAlign w:val="center"/>
            <w:hideMark/>
          </w:tcPr>
          <w:p w14:paraId="3C12687C"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70 - 150</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93F285A"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&lt; 70</w:t>
            </w:r>
          </w:p>
        </w:tc>
      </w:tr>
      <w:tr w:rsidR="0046524B" w:rsidRPr="0046524B" w14:paraId="1906EF51" w14:textId="77777777" w:rsidTr="002008F5">
        <w:trPr>
          <w:trHeight w:val="262"/>
          <w:jc w:val="center"/>
        </w:trPr>
        <w:tc>
          <w:tcPr>
            <w:tcW w:w="810" w:type="dxa"/>
            <w:tcBorders>
              <w:top w:val="single" w:sz="4" w:space="0" w:color="auto"/>
              <w:left w:val="single" w:sz="4" w:space="0" w:color="auto"/>
              <w:bottom w:val="single" w:sz="4" w:space="0" w:color="auto"/>
              <w:right w:val="single" w:sz="4" w:space="0" w:color="auto"/>
            </w:tcBorders>
            <w:vAlign w:val="center"/>
            <w:hideMark/>
          </w:tcPr>
          <w:p w14:paraId="34FCFD51" w14:textId="77777777" w:rsidR="00622920" w:rsidRPr="0046524B" w:rsidRDefault="00622920" w:rsidP="0099414E">
            <w:pPr>
              <w:spacing w:after="0" w:line="240" w:lineRule="auto"/>
              <w:ind w:hanging="12"/>
              <w:jc w:val="center"/>
              <w:rPr>
                <w:rFonts w:ascii="Times New Roman" w:eastAsia="Times New Roman" w:hAnsi="Times New Roman" w:cs="Times New Roman"/>
              </w:rPr>
            </w:pPr>
            <w:r w:rsidRPr="0046524B">
              <w:rPr>
                <w:rFonts w:ascii="Times New Roman" w:eastAsia="DengXian Light" w:hAnsi="Times New Roman" w:cs="Times New Roman"/>
              </w:rPr>
              <w:t>3</w:t>
            </w:r>
          </w:p>
        </w:tc>
        <w:tc>
          <w:tcPr>
            <w:tcW w:w="2208" w:type="dxa"/>
            <w:tcBorders>
              <w:top w:val="single" w:sz="4" w:space="0" w:color="auto"/>
              <w:left w:val="single" w:sz="4" w:space="0" w:color="auto"/>
              <w:bottom w:val="single" w:sz="4" w:space="0" w:color="auto"/>
              <w:right w:val="single" w:sz="4" w:space="0" w:color="auto"/>
            </w:tcBorders>
            <w:vAlign w:val="center"/>
            <w:hideMark/>
          </w:tcPr>
          <w:p w14:paraId="688EDEC5" w14:textId="77777777" w:rsidR="00622920" w:rsidRPr="0046524B" w:rsidRDefault="00622920" w:rsidP="0099414E">
            <w:pPr>
              <w:spacing w:after="0" w:line="240" w:lineRule="auto"/>
              <w:rPr>
                <w:rFonts w:ascii="Times New Roman" w:eastAsia="Times New Roman" w:hAnsi="Times New Roman" w:cs="Times New Roman"/>
              </w:rPr>
            </w:pPr>
            <w:r w:rsidRPr="0046524B">
              <w:rPr>
                <w:rFonts w:ascii="Times New Roman" w:eastAsia="DengXian Light" w:hAnsi="Times New Roman" w:cs="Times New Roman"/>
              </w:rPr>
              <w:t xml:space="preserve">Giá trị gia tăng </w:t>
            </w:r>
          </w:p>
        </w:tc>
        <w:tc>
          <w:tcPr>
            <w:tcW w:w="1707" w:type="dxa"/>
            <w:tcBorders>
              <w:top w:val="single" w:sz="4" w:space="0" w:color="auto"/>
              <w:left w:val="single" w:sz="4" w:space="0" w:color="auto"/>
              <w:bottom w:val="single" w:sz="4" w:space="0" w:color="auto"/>
              <w:right w:val="single" w:sz="4" w:space="0" w:color="auto"/>
            </w:tcBorders>
            <w:vAlign w:val="center"/>
            <w:hideMark/>
          </w:tcPr>
          <w:p w14:paraId="4C051D4F" w14:textId="77777777" w:rsidR="00622920" w:rsidRPr="0046524B" w:rsidRDefault="00622920" w:rsidP="0099414E">
            <w:pPr>
              <w:spacing w:after="0" w:line="240" w:lineRule="auto"/>
              <w:rPr>
                <w:rFonts w:ascii="Times New Roman" w:eastAsia="Times New Roman" w:hAnsi="Times New Roman" w:cs="Times New Roman"/>
              </w:rPr>
            </w:pPr>
            <w:r w:rsidRPr="0046524B">
              <w:rPr>
                <w:rFonts w:ascii="Times New Roman" w:eastAsia="DengXian Light" w:hAnsi="Times New Roman" w:cs="Times New Roman"/>
              </w:rPr>
              <w:t xml:space="preserve">Triệu đ/ha </w:t>
            </w:r>
          </w:p>
        </w:tc>
        <w:tc>
          <w:tcPr>
            <w:tcW w:w="1506" w:type="dxa"/>
            <w:tcBorders>
              <w:top w:val="single" w:sz="4" w:space="0" w:color="auto"/>
              <w:left w:val="single" w:sz="4" w:space="0" w:color="auto"/>
              <w:bottom w:val="single" w:sz="4" w:space="0" w:color="auto"/>
              <w:right w:val="single" w:sz="4" w:space="0" w:color="auto"/>
            </w:tcBorders>
            <w:vAlign w:val="center"/>
            <w:hideMark/>
          </w:tcPr>
          <w:p w14:paraId="7B422F32"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&gt;200</w:t>
            </w:r>
          </w:p>
        </w:tc>
        <w:tc>
          <w:tcPr>
            <w:tcW w:w="1807" w:type="dxa"/>
            <w:tcBorders>
              <w:top w:val="single" w:sz="4" w:space="0" w:color="auto"/>
              <w:left w:val="single" w:sz="4" w:space="0" w:color="auto"/>
              <w:bottom w:val="single" w:sz="4" w:space="0" w:color="auto"/>
              <w:right w:val="single" w:sz="4" w:space="0" w:color="auto"/>
            </w:tcBorders>
            <w:vAlign w:val="center"/>
            <w:hideMark/>
          </w:tcPr>
          <w:p w14:paraId="351986A7"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100 - 200</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F4F8751"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&lt;100</w:t>
            </w:r>
          </w:p>
        </w:tc>
      </w:tr>
      <w:tr w:rsidR="0046524B" w:rsidRPr="0046524B" w14:paraId="75ACE796" w14:textId="77777777" w:rsidTr="002008F5">
        <w:trPr>
          <w:trHeight w:val="262"/>
          <w:jc w:val="center"/>
        </w:trPr>
        <w:tc>
          <w:tcPr>
            <w:tcW w:w="810" w:type="dxa"/>
            <w:tcBorders>
              <w:top w:val="single" w:sz="4" w:space="0" w:color="auto"/>
              <w:left w:val="single" w:sz="4" w:space="0" w:color="auto"/>
              <w:bottom w:val="single" w:sz="4" w:space="0" w:color="auto"/>
              <w:right w:val="single" w:sz="4" w:space="0" w:color="auto"/>
            </w:tcBorders>
            <w:vAlign w:val="center"/>
            <w:hideMark/>
          </w:tcPr>
          <w:p w14:paraId="3A17B571" w14:textId="77777777" w:rsidR="00622920" w:rsidRPr="0046524B" w:rsidRDefault="00622920" w:rsidP="0099414E">
            <w:pPr>
              <w:spacing w:after="0" w:line="240" w:lineRule="auto"/>
              <w:ind w:hanging="12"/>
              <w:jc w:val="center"/>
              <w:rPr>
                <w:rFonts w:ascii="Times New Roman" w:eastAsia="Times New Roman" w:hAnsi="Times New Roman" w:cs="Times New Roman"/>
              </w:rPr>
            </w:pPr>
            <w:r w:rsidRPr="0046524B">
              <w:rPr>
                <w:rFonts w:ascii="Times New Roman" w:eastAsia="DengXian Light" w:hAnsi="Times New Roman" w:cs="Times New Roman"/>
              </w:rPr>
              <w:t>4</w:t>
            </w:r>
          </w:p>
        </w:tc>
        <w:tc>
          <w:tcPr>
            <w:tcW w:w="2208" w:type="dxa"/>
            <w:tcBorders>
              <w:top w:val="single" w:sz="4" w:space="0" w:color="auto"/>
              <w:left w:val="single" w:sz="4" w:space="0" w:color="auto"/>
              <w:bottom w:val="single" w:sz="4" w:space="0" w:color="auto"/>
              <w:right w:val="single" w:sz="4" w:space="0" w:color="auto"/>
            </w:tcBorders>
            <w:vAlign w:val="center"/>
            <w:hideMark/>
          </w:tcPr>
          <w:p w14:paraId="3A9880AD" w14:textId="77777777" w:rsidR="00622920" w:rsidRPr="0046524B" w:rsidRDefault="00622920" w:rsidP="0099414E">
            <w:pPr>
              <w:spacing w:after="0" w:line="240" w:lineRule="auto"/>
              <w:rPr>
                <w:rFonts w:ascii="Times New Roman" w:eastAsia="Times New Roman" w:hAnsi="Times New Roman" w:cs="Times New Roman"/>
              </w:rPr>
            </w:pPr>
            <w:r w:rsidRPr="0046524B">
              <w:rPr>
                <w:rFonts w:ascii="Times New Roman" w:eastAsia="DengXian Light" w:hAnsi="Times New Roman" w:cs="Times New Roman"/>
              </w:rPr>
              <w:t xml:space="preserve">Hiệu quả đồng vốn </w:t>
            </w:r>
          </w:p>
        </w:tc>
        <w:tc>
          <w:tcPr>
            <w:tcW w:w="1707" w:type="dxa"/>
            <w:tcBorders>
              <w:top w:val="single" w:sz="4" w:space="0" w:color="auto"/>
              <w:left w:val="single" w:sz="4" w:space="0" w:color="auto"/>
              <w:bottom w:val="single" w:sz="4" w:space="0" w:color="auto"/>
              <w:right w:val="single" w:sz="4" w:space="0" w:color="auto"/>
            </w:tcBorders>
            <w:vAlign w:val="center"/>
            <w:hideMark/>
          </w:tcPr>
          <w:p w14:paraId="078D3169" w14:textId="77777777" w:rsidR="00622920" w:rsidRPr="0046524B" w:rsidRDefault="00622920" w:rsidP="0099414E">
            <w:pPr>
              <w:spacing w:after="0" w:line="240" w:lineRule="auto"/>
              <w:rPr>
                <w:rFonts w:ascii="Times New Roman" w:eastAsia="Times New Roman" w:hAnsi="Times New Roman" w:cs="Times New Roman"/>
              </w:rPr>
            </w:pPr>
            <w:r w:rsidRPr="0046524B">
              <w:rPr>
                <w:rFonts w:ascii="Times New Roman" w:eastAsia="DengXian Light" w:hAnsi="Times New Roman" w:cs="Times New Roman"/>
              </w:rPr>
              <w:t xml:space="preserve">Lần </w:t>
            </w:r>
          </w:p>
        </w:tc>
        <w:tc>
          <w:tcPr>
            <w:tcW w:w="1506" w:type="dxa"/>
            <w:tcBorders>
              <w:top w:val="single" w:sz="4" w:space="0" w:color="auto"/>
              <w:left w:val="single" w:sz="4" w:space="0" w:color="auto"/>
              <w:bottom w:val="single" w:sz="4" w:space="0" w:color="auto"/>
              <w:right w:val="single" w:sz="4" w:space="0" w:color="auto"/>
            </w:tcBorders>
            <w:vAlign w:val="center"/>
            <w:hideMark/>
          </w:tcPr>
          <w:p w14:paraId="4EAD4456"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&gt;1,6</w:t>
            </w:r>
          </w:p>
        </w:tc>
        <w:tc>
          <w:tcPr>
            <w:tcW w:w="1807" w:type="dxa"/>
            <w:tcBorders>
              <w:top w:val="single" w:sz="4" w:space="0" w:color="auto"/>
              <w:left w:val="single" w:sz="4" w:space="0" w:color="auto"/>
              <w:bottom w:val="single" w:sz="4" w:space="0" w:color="auto"/>
              <w:right w:val="single" w:sz="4" w:space="0" w:color="auto"/>
            </w:tcBorders>
            <w:vAlign w:val="center"/>
            <w:hideMark/>
          </w:tcPr>
          <w:p w14:paraId="6823841C"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1,2 – 1,6</w:t>
            </w:r>
          </w:p>
        </w:tc>
        <w:tc>
          <w:tcPr>
            <w:tcW w:w="1261" w:type="dxa"/>
            <w:tcBorders>
              <w:top w:val="single" w:sz="4" w:space="0" w:color="auto"/>
              <w:left w:val="single" w:sz="4" w:space="0" w:color="auto"/>
              <w:bottom w:val="single" w:sz="4" w:space="0" w:color="auto"/>
              <w:right w:val="single" w:sz="4" w:space="0" w:color="auto"/>
            </w:tcBorders>
            <w:vAlign w:val="center"/>
            <w:hideMark/>
          </w:tcPr>
          <w:p w14:paraId="35902374"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&lt;1,2</w:t>
            </w:r>
          </w:p>
        </w:tc>
      </w:tr>
    </w:tbl>
    <w:p w14:paraId="053D6C84" w14:textId="77777777" w:rsidR="00622920" w:rsidRPr="0046524B" w:rsidRDefault="00622920" w:rsidP="00622920">
      <w:pPr>
        <w:spacing w:before="40" w:after="40" w:line="240" w:lineRule="auto"/>
        <w:jc w:val="both"/>
        <w:rPr>
          <w:rFonts w:ascii="Times New Roman" w:eastAsia="Courier New" w:hAnsi="Times New Roman" w:cs="Times New Roman"/>
          <w:lang w:val="vi-VN" w:eastAsia="vi-VN" w:bidi="vi-VN"/>
        </w:rPr>
      </w:pPr>
      <w:r w:rsidRPr="0046524B">
        <w:rPr>
          <w:rFonts w:ascii="Times New Roman" w:eastAsia="Courier New" w:hAnsi="Times New Roman" w:cs="Times New Roman"/>
          <w:lang w:eastAsia="vi-VN" w:bidi="vi-VN"/>
        </w:rPr>
        <w:t>*</w:t>
      </w:r>
      <w:r w:rsidRPr="0046524B">
        <w:rPr>
          <w:rFonts w:ascii="Times New Roman" w:eastAsia="Courier New" w:hAnsi="Times New Roman" w:cs="Times New Roman"/>
          <w:lang w:val="vi-VN" w:eastAsia="vi-VN" w:bidi="vi-VN"/>
        </w:rPr>
        <w:t xml:space="preserve"> </w:t>
      </w:r>
      <w:r w:rsidRPr="0046524B">
        <w:rPr>
          <w:rFonts w:ascii="Times New Roman" w:eastAsia="Courier New" w:hAnsi="Times New Roman" w:cs="Times New Roman"/>
          <w:i/>
          <w:lang w:val="vi-VN" w:eastAsia="vi-VN" w:bidi="vi-VN"/>
        </w:rPr>
        <w:t>Hiệu quả xã hội:</w:t>
      </w:r>
      <w:r w:rsidRPr="0046524B">
        <w:rPr>
          <w:rFonts w:ascii="Times New Roman" w:eastAsia="Courier New" w:hAnsi="Times New Roman" w:cs="Times New Roman"/>
          <w:lang w:val="vi-VN" w:eastAsia="vi-VN" w:bidi="vi-VN"/>
        </w:rPr>
        <w:t xml:space="preserve"> </w:t>
      </w:r>
    </w:p>
    <w:p w14:paraId="2078C392" w14:textId="77777777" w:rsidR="00622920" w:rsidRPr="0046524B" w:rsidRDefault="00622920" w:rsidP="007028E8">
      <w:pPr>
        <w:spacing w:after="120" w:line="240" w:lineRule="auto"/>
        <w:jc w:val="center"/>
        <w:rPr>
          <w:rFonts w:ascii="Times New Roman" w:eastAsia="Calibri" w:hAnsi="Times New Roman" w:cs="Times New Roman"/>
          <w:lang w:val="pt-BR"/>
        </w:rPr>
      </w:pPr>
      <w:bookmarkStart w:id="2" w:name="_Toc120146681"/>
      <w:r w:rsidRPr="0046524B">
        <w:rPr>
          <w:rFonts w:ascii="Times New Roman" w:eastAsia="Calibri" w:hAnsi="Times New Roman" w:cs="Times New Roman"/>
          <w:b/>
          <w:lang w:val="pt-BR"/>
        </w:rPr>
        <w:t xml:space="preserve">Bảng </w:t>
      </w:r>
      <w:r w:rsidRPr="0046524B">
        <w:rPr>
          <w:rFonts w:ascii="Times New Roman" w:eastAsia="Calibri" w:hAnsi="Times New Roman" w:cs="Times New Roman"/>
          <w:b/>
          <w:lang w:val="pt-BR"/>
        </w:rPr>
        <w:fldChar w:fldCharType="begin"/>
      </w:r>
      <w:r w:rsidRPr="0046524B">
        <w:rPr>
          <w:rFonts w:ascii="Times New Roman" w:eastAsia="Calibri" w:hAnsi="Times New Roman" w:cs="Times New Roman"/>
          <w:b/>
          <w:lang w:val="pt-BR"/>
        </w:rPr>
        <w:instrText xml:space="preserve"> SEQ Bảng_1. \* ARABIC </w:instrText>
      </w:r>
      <w:r w:rsidRPr="0046524B">
        <w:rPr>
          <w:rFonts w:ascii="Times New Roman" w:eastAsia="Calibri" w:hAnsi="Times New Roman" w:cs="Times New Roman"/>
          <w:b/>
          <w:lang w:val="pt-BR"/>
        </w:rPr>
        <w:fldChar w:fldCharType="separate"/>
      </w:r>
      <w:r w:rsidRPr="0046524B">
        <w:rPr>
          <w:rFonts w:ascii="Times New Roman" w:eastAsia="Calibri" w:hAnsi="Times New Roman" w:cs="Times New Roman"/>
          <w:b/>
          <w:lang w:val="pt-BR"/>
        </w:rPr>
        <w:t>2</w:t>
      </w:r>
      <w:r w:rsidRPr="0046524B">
        <w:rPr>
          <w:rFonts w:ascii="Times New Roman" w:eastAsia="Calibri" w:hAnsi="Times New Roman" w:cs="Times New Roman"/>
          <w:b/>
          <w:lang w:val="pt-BR"/>
        </w:rPr>
        <w:fldChar w:fldCharType="end"/>
      </w:r>
      <w:r w:rsidRPr="0046524B">
        <w:rPr>
          <w:rFonts w:ascii="Times New Roman" w:eastAsia="Calibri" w:hAnsi="Times New Roman" w:cs="Times New Roman"/>
          <w:b/>
          <w:lang w:val="pt-BR"/>
        </w:rPr>
        <w:t>.</w:t>
      </w:r>
      <w:r w:rsidRPr="0046524B">
        <w:rPr>
          <w:rFonts w:ascii="Times New Roman" w:eastAsia="Calibri" w:hAnsi="Times New Roman" w:cs="Times New Roman"/>
          <w:lang w:val="pt-BR"/>
        </w:rPr>
        <w:t xml:space="preserve"> Phân cấp các chỉ tiêu đánh giá hiệu quả xã hội</w:t>
      </w:r>
      <w:bookmarkEnd w:id="2"/>
    </w:p>
    <w:tbl>
      <w:tblPr>
        <w:tblW w:w="93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99"/>
        <w:gridCol w:w="2674"/>
        <w:gridCol w:w="1689"/>
        <w:gridCol w:w="1125"/>
        <w:gridCol w:w="1971"/>
        <w:gridCol w:w="1196"/>
      </w:tblGrid>
      <w:tr w:rsidR="0046524B" w:rsidRPr="0046524B" w14:paraId="195D990D" w14:textId="77777777" w:rsidTr="002008F5">
        <w:trPr>
          <w:trHeight w:val="278"/>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53F373AE"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TT</w:t>
            </w:r>
          </w:p>
        </w:tc>
        <w:tc>
          <w:tcPr>
            <w:tcW w:w="2674" w:type="dxa"/>
            <w:tcBorders>
              <w:top w:val="single" w:sz="4" w:space="0" w:color="auto"/>
              <w:left w:val="single" w:sz="4" w:space="0" w:color="auto"/>
              <w:bottom w:val="single" w:sz="4" w:space="0" w:color="auto"/>
              <w:right w:val="single" w:sz="4" w:space="0" w:color="auto"/>
            </w:tcBorders>
            <w:vAlign w:val="center"/>
            <w:hideMark/>
          </w:tcPr>
          <w:p w14:paraId="3DA9CA87" w14:textId="77777777" w:rsidR="00622920" w:rsidRPr="0046524B" w:rsidRDefault="00622920" w:rsidP="0099414E">
            <w:pPr>
              <w:spacing w:after="0" w:line="240" w:lineRule="auto"/>
              <w:jc w:val="both"/>
              <w:rPr>
                <w:rFonts w:ascii="Times New Roman" w:eastAsia="Times New Roman" w:hAnsi="Times New Roman" w:cs="Times New Roman"/>
                <w:lang w:val="vi-VN"/>
              </w:rPr>
            </w:pPr>
            <w:r w:rsidRPr="0046524B">
              <w:rPr>
                <w:rFonts w:ascii="Times New Roman" w:eastAsia="DengXian Light" w:hAnsi="Times New Roman" w:cs="Times New Roman"/>
                <w:lang w:val="vi-VN"/>
              </w:rPr>
              <w:t xml:space="preserve">Chỉ tiêu </w:t>
            </w:r>
          </w:p>
        </w:tc>
        <w:tc>
          <w:tcPr>
            <w:tcW w:w="1689" w:type="dxa"/>
            <w:tcBorders>
              <w:top w:val="single" w:sz="4" w:space="0" w:color="auto"/>
              <w:left w:val="single" w:sz="4" w:space="0" w:color="auto"/>
              <w:bottom w:val="single" w:sz="4" w:space="0" w:color="auto"/>
              <w:right w:val="single" w:sz="4" w:space="0" w:color="auto"/>
            </w:tcBorders>
            <w:vAlign w:val="center"/>
            <w:hideMark/>
          </w:tcPr>
          <w:p w14:paraId="35CB8199"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Đơn vị tính</w:t>
            </w:r>
          </w:p>
        </w:tc>
        <w:tc>
          <w:tcPr>
            <w:tcW w:w="1125" w:type="dxa"/>
            <w:tcBorders>
              <w:top w:val="single" w:sz="4" w:space="0" w:color="auto"/>
              <w:left w:val="single" w:sz="4" w:space="0" w:color="auto"/>
              <w:bottom w:val="single" w:sz="4" w:space="0" w:color="auto"/>
              <w:right w:val="single" w:sz="4" w:space="0" w:color="auto"/>
            </w:tcBorders>
            <w:vAlign w:val="center"/>
            <w:hideMark/>
          </w:tcPr>
          <w:p w14:paraId="5B379B47"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Cao (H)</w:t>
            </w:r>
          </w:p>
        </w:tc>
        <w:tc>
          <w:tcPr>
            <w:tcW w:w="1971" w:type="dxa"/>
            <w:tcBorders>
              <w:top w:val="single" w:sz="4" w:space="0" w:color="auto"/>
              <w:left w:val="single" w:sz="4" w:space="0" w:color="auto"/>
              <w:bottom w:val="single" w:sz="4" w:space="0" w:color="auto"/>
              <w:right w:val="single" w:sz="4" w:space="0" w:color="auto"/>
            </w:tcBorders>
            <w:vAlign w:val="center"/>
            <w:hideMark/>
          </w:tcPr>
          <w:p w14:paraId="7F4CE4AE"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Trung bình (M)</w:t>
            </w:r>
          </w:p>
        </w:tc>
        <w:tc>
          <w:tcPr>
            <w:tcW w:w="1196" w:type="dxa"/>
            <w:tcBorders>
              <w:top w:val="single" w:sz="4" w:space="0" w:color="auto"/>
              <w:left w:val="single" w:sz="4" w:space="0" w:color="auto"/>
              <w:bottom w:val="single" w:sz="4" w:space="0" w:color="auto"/>
              <w:right w:val="single" w:sz="4" w:space="0" w:color="auto"/>
            </w:tcBorders>
            <w:vAlign w:val="center"/>
            <w:hideMark/>
          </w:tcPr>
          <w:p w14:paraId="43EDEB03"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Thấp (L)</w:t>
            </w:r>
          </w:p>
        </w:tc>
      </w:tr>
      <w:tr w:rsidR="0046524B" w:rsidRPr="0046524B" w14:paraId="083F8150" w14:textId="77777777" w:rsidTr="002008F5">
        <w:trPr>
          <w:trHeight w:val="278"/>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6C53BB9"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1</w:t>
            </w:r>
          </w:p>
        </w:tc>
        <w:tc>
          <w:tcPr>
            <w:tcW w:w="2674" w:type="dxa"/>
            <w:tcBorders>
              <w:top w:val="single" w:sz="4" w:space="0" w:color="auto"/>
              <w:left w:val="single" w:sz="4" w:space="0" w:color="auto"/>
              <w:bottom w:val="single" w:sz="4" w:space="0" w:color="auto"/>
              <w:right w:val="single" w:sz="4" w:space="0" w:color="auto"/>
            </w:tcBorders>
            <w:vAlign w:val="center"/>
            <w:hideMark/>
          </w:tcPr>
          <w:p w14:paraId="4791044B" w14:textId="77777777" w:rsidR="00622920" w:rsidRPr="0046524B" w:rsidRDefault="00622920" w:rsidP="0099414E">
            <w:pPr>
              <w:spacing w:after="0" w:line="240" w:lineRule="auto"/>
              <w:jc w:val="both"/>
              <w:rPr>
                <w:rFonts w:ascii="Times New Roman" w:eastAsia="Times New Roman" w:hAnsi="Times New Roman" w:cs="Times New Roman"/>
                <w:lang w:val="vi-VN"/>
              </w:rPr>
            </w:pPr>
            <w:r w:rsidRPr="0046524B">
              <w:rPr>
                <w:rFonts w:ascii="Times New Roman" w:eastAsia="DengXian Light" w:hAnsi="Times New Roman" w:cs="Times New Roman"/>
                <w:lang w:val="vi-VN"/>
              </w:rPr>
              <w:t xml:space="preserve">Giá trị ngày công </w:t>
            </w:r>
          </w:p>
        </w:tc>
        <w:tc>
          <w:tcPr>
            <w:tcW w:w="1689" w:type="dxa"/>
            <w:tcBorders>
              <w:top w:val="single" w:sz="4" w:space="0" w:color="auto"/>
              <w:left w:val="single" w:sz="4" w:space="0" w:color="auto"/>
              <w:bottom w:val="single" w:sz="4" w:space="0" w:color="auto"/>
              <w:right w:val="single" w:sz="4" w:space="0" w:color="auto"/>
            </w:tcBorders>
            <w:vAlign w:val="center"/>
            <w:hideMark/>
          </w:tcPr>
          <w:p w14:paraId="215E9427"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1000 đồng</w:t>
            </w:r>
          </w:p>
        </w:tc>
        <w:tc>
          <w:tcPr>
            <w:tcW w:w="1125" w:type="dxa"/>
            <w:tcBorders>
              <w:top w:val="single" w:sz="4" w:space="0" w:color="auto"/>
              <w:left w:val="single" w:sz="4" w:space="0" w:color="auto"/>
              <w:bottom w:val="single" w:sz="4" w:space="0" w:color="auto"/>
              <w:right w:val="single" w:sz="4" w:space="0" w:color="auto"/>
            </w:tcBorders>
            <w:vAlign w:val="center"/>
            <w:hideMark/>
          </w:tcPr>
          <w:p w14:paraId="44666D04"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lang w:val="vi-VN"/>
              </w:rPr>
              <w:t xml:space="preserve">&gt; </w:t>
            </w:r>
            <w:r w:rsidRPr="0046524B">
              <w:rPr>
                <w:rFonts w:ascii="Times New Roman" w:eastAsia="DengXian Light" w:hAnsi="Times New Roman" w:cs="Times New Roman"/>
              </w:rPr>
              <w:t>400</w:t>
            </w:r>
          </w:p>
        </w:tc>
        <w:tc>
          <w:tcPr>
            <w:tcW w:w="1971" w:type="dxa"/>
            <w:tcBorders>
              <w:top w:val="single" w:sz="4" w:space="0" w:color="auto"/>
              <w:left w:val="single" w:sz="4" w:space="0" w:color="auto"/>
              <w:bottom w:val="single" w:sz="4" w:space="0" w:color="auto"/>
              <w:right w:val="single" w:sz="4" w:space="0" w:color="auto"/>
            </w:tcBorders>
            <w:vAlign w:val="center"/>
            <w:hideMark/>
          </w:tcPr>
          <w:p w14:paraId="28710BEB"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rPr>
              <w:t>200</w:t>
            </w:r>
            <w:r w:rsidRPr="0046524B">
              <w:rPr>
                <w:rFonts w:ascii="Times New Roman" w:eastAsia="DengXian Light" w:hAnsi="Times New Roman" w:cs="Times New Roman"/>
                <w:lang w:val="vi-VN"/>
              </w:rPr>
              <w:t xml:space="preserve"> - </w:t>
            </w:r>
            <w:r w:rsidRPr="0046524B">
              <w:rPr>
                <w:rFonts w:ascii="Times New Roman" w:eastAsia="DengXian Light" w:hAnsi="Times New Roman" w:cs="Times New Roman"/>
              </w:rPr>
              <w:t>40</w:t>
            </w:r>
            <w:r w:rsidRPr="0046524B">
              <w:rPr>
                <w:rFonts w:ascii="Times New Roman" w:eastAsia="DengXian Light" w:hAnsi="Times New Roman" w:cs="Times New Roman"/>
                <w:lang w:val="vi-VN"/>
              </w:rPr>
              <w:t>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3E30B91"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&lt;</w:t>
            </w:r>
            <w:r w:rsidRPr="0046524B">
              <w:rPr>
                <w:rFonts w:ascii="Times New Roman" w:eastAsia="DengXian Light" w:hAnsi="Times New Roman" w:cs="Times New Roman"/>
              </w:rPr>
              <w:t>20</w:t>
            </w:r>
            <w:r w:rsidRPr="0046524B">
              <w:rPr>
                <w:rFonts w:ascii="Times New Roman" w:eastAsia="DengXian Light" w:hAnsi="Times New Roman" w:cs="Times New Roman"/>
                <w:lang w:val="vi-VN"/>
              </w:rPr>
              <w:t>0</w:t>
            </w:r>
          </w:p>
        </w:tc>
      </w:tr>
      <w:tr w:rsidR="0046524B" w:rsidRPr="0046524B" w14:paraId="4BCBDEEB" w14:textId="77777777" w:rsidTr="002008F5">
        <w:trPr>
          <w:trHeight w:val="278"/>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750800E" w14:textId="77777777" w:rsidR="00622920" w:rsidRPr="0046524B" w:rsidRDefault="00622920" w:rsidP="0099414E">
            <w:pPr>
              <w:spacing w:after="0" w:line="240" w:lineRule="auto"/>
              <w:jc w:val="center"/>
              <w:rPr>
                <w:rFonts w:ascii="Times New Roman" w:eastAsia="Times New Roman" w:hAnsi="Times New Roman" w:cs="Times New Roman"/>
                <w:lang w:val="vi-VN"/>
              </w:rPr>
            </w:pPr>
            <w:r w:rsidRPr="0046524B">
              <w:rPr>
                <w:rFonts w:ascii="Times New Roman" w:eastAsia="DengXian Light" w:hAnsi="Times New Roman" w:cs="Times New Roman"/>
                <w:lang w:val="vi-VN"/>
              </w:rPr>
              <w:t>2</w:t>
            </w:r>
          </w:p>
        </w:tc>
        <w:tc>
          <w:tcPr>
            <w:tcW w:w="2674" w:type="dxa"/>
            <w:tcBorders>
              <w:top w:val="single" w:sz="4" w:space="0" w:color="auto"/>
              <w:left w:val="single" w:sz="4" w:space="0" w:color="auto"/>
              <w:bottom w:val="single" w:sz="4" w:space="0" w:color="auto"/>
              <w:right w:val="single" w:sz="4" w:space="0" w:color="auto"/>
            </w:tcBorders>
            <w:vAlign w:val="center"/>
            <w:hideMark/>
          </w:tcPr>
          <w:p w14:paraId="364D5016" w14:textId="77777777" w:rsidR="00622920" w:rsidRPr="0046524B" w:rsidRDefault="00622920" w:rsidP="0099414E">
            <w:pPr>
              <w:spacing w:after="0" w:line="240" w:lineRule="auto"/>
              <w:jc w:val="both"/>
              <w:rPr>
                <w:rFonts w:ascii="Times New Roman" w:eastAsia="Times New Roman" w:hAnsi="Times New Roman" w:cs="Times New Roman"/>
                <w:lang w:val="vi-VN"/>
              </w:rPr>
            </w:pPr>
            <w:r w:rsidRPr="0046524B">
              <w:rPr>
                <w:rFonts w:ascii="Times New Roman" w:eastAsia="DengXian Light" w:hAnsi="Times New Roman" w:cs="Times New Roman"/>
                <w:lang w:val="vi-VN"/>
              </w:rPr>
              <w:t xml:space="preserve">Công lao động </w:t>
            </w:r>
          </w:p>
        </w:tc>
        <w:tc>
          <w:tcPr>
            <w:tcW w:w="1689" w:type="dxa"/>
            <w:tcBorders>
              <w:top w:val="single" w:sz="4" w:space="0" w:color="auto"/>
              <w:left w:val="single" w:sz="4" w:space="0" w:color="auto"/>
              <w:bottom w:val="single" w:sz="4" w:space="0" w:color="auto"/>
              <w:right w:val="single" w:sz="4" w:space="0" w:color="auto"/>
            </w:tcBorders>
            <w:vAlign w:val="center"/>
            <w:hideMark/>
          </w:tcPr>
          <w:p w14:paraId="4F061BE8"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Công/ha/năm</w:t>
            </w:r>
          </w:p>
        </w:tc>
        <w:tc>
          <w:tcPr>
            <w:tcW w:w="1125" w:type="dxa"/>
            <w:tcBorders>
              <w:top w:val="single" w:sz="4" w:space="0" w:color="auto"/>
              <w:left w:val="single" w:sz="4" w:space="0" w:color="auto"/>
              <w:bottom w:val="single" w:sz="4" w:space="0" w:color="auto"/>
              <w:right w:val="single" w:sz="4" w:space="0" w:color="auto"/>
            </w:tcBorders>
            <w:vAlign w:val="center"/>
            <w:hideMark/>
          </w:tcPr>
          <w:p w14:paraId="38696ACC"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&gt;700</w:t>
            </w:r>
          </w:p>
        </w:tc>
        <w:tc>
          <w:tcPr>
            <w:tcW w:w="1971" w:type="dxa"/>
            <w:tcBorders>
              <w:top w:val="single" w:sz="4" w:space="0" w:color="auto"/>
              <w:left w:val="single" w:sz="4" w:space="0" w:color="auto"/>
              <w:bottom w:val="single" w:sz="4" w:space="0" w:color="auto"/>
              <w:right w:val="single" w:sz="4" w:space="0" w:color="auto"/>
            </w:tcBorders>
            <w:vAlign w:val="center"/>
            <w:hideMark/>
          </w:tcPr>
          <w:p w14:paraId="3F32F3F1"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350 - 700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0C54A9B"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&lt;350</w:t>
            </w:r>
          </w:p>
        </w:tc>
      </w:tr>
      <w:tr w:rsidR="0046524B" w:rsidRPr="0046524B" w14:paraId="46A5B25C" w14:textId="77777777" w:rsidTr="002008F5">
        <w:trPr>
          <w:trHeight w:val="278"/>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6733C991"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3</w:t>
            </w:r>
          </w:p>
        </w:tc>
        <w:tc>
          <w:tcPr>
            <w:tcW w:w="2674" w:type="dxa"/>
            <w:tcBorders>
              <w:top w:val="single" w:sz="4" w:space="0" w:color="auto"/>
              <w:left w:val="single" w:sz="4" w:space="0" w:color="auto"/>
              <w:bottom w:val="single" w:sz="4" w:space="0" w:color="auto"/>
              <w:right w:val="single" w:sz="4" w:space="0" w:color="auto"/>
            </w:tcBorders>
            <w:vAlign w:val="center"/>
            <w:hideMark/>
          </w:tcPr>
          <w:p w14:paraId="48C8A49B" w14:textId="77777777" w:rsidR="00622920" w:rsidRPr="0046524B" w:rsidRDefault="00622920" w:rsidP="0099414E">
            <w:pPr>
              <w:spacing w:after="0" w:line="240" w:lineRule="auto"/>
              <w:jc w:val="both"/>
              <w:rPr>
                <w:rFonts w:ascii="Times New Roman" w:eastAsia="Times New Roman" w:hAnsi="Times New Roman" w:cs="Times New Roman"/>
              </w:rPr>
            </w:pPr>
            <w:r w:rsidRPr="0046524B">
              <w:rPr>
                <w:rFonts w:ascii="Times New Roman" w:eastAsia="DengXian Light" w:hAnsi="Times New Roman" w:cs="Times New Roman"/>
              </w:rPr>
              <w:t>Lựa chọn của người</w:t>
            </w:r>
            <w:r w:rsidRPr="0046524B">
              <w:rPr>
                <w:rFonts w:ascii="Times New Roman" w:eastAsia="Times New Roman" w:hAnsi="Times New Roman" w:cs="Times New Roman"/>
              </w:rPr>
              <w:t xml:space="preserve"> </w:t>
            </w:r>
            <w:r w:rsidRPr="0046524B">
              <w:rPr>
                <w:rFonts w:ascii="Times New Roman" w:eastAsia="DengXian Light" w:hAnsi="Times New Roman" w:cs="Times New Roman"/>
              </w:rPr>
              <w:t>dân</w:t>
            </w:r>
          </w:p>
        </w:tc>
        <w:tc>
          <w:tcPr>
            <w:tcW w:w="1689" w:type="dxa"/>
            <w:tcBorders>
              <w:top w:val="single" w:sz="4" w:space="0" w:color="auto"/>
              <w:left w:val="single" w:sz="4" w:space="0" w:color="auto"/>
              <w:bottom w:val="single" w:sz="4" w:space="0" w:color="auto"/>
              <w:right w:val="single" w:sz="4" w:space="0" w:color="auto"/>
            </w:tcBorders>
            <w:vAlign w:val="center"/>
            <w:hideMark/>
          </w:tcPr>
          <w:p w14:paraId="545F9B7C"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w:t>
            </w:r>
          </w:p>
        </w:tc>
        <w:tc>
          <w:tcPr>
            <w:tcW w:w="1125" w:type="dxa"/>
            <w:tcBorders>
              <w:top w:val="single" w:sz="4" w:space="0" w:color="auto"/>
              <w:left w:val="single" w:sz="4" w:space="0" w:color="auto"/>
              <w:bottom w:val="single" w:sz="4" w:space="0" w:color="auto"/>
              <w:right w:val="single" w:sz="4" w:space="0" w:color="auto"/>
            </w:tcBorders>
            <w:vAlign w:val="center"/>
            <w:hideMark/>
          </w:tcPr>
          <w:p w14:paraId="72DCC154"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&gt;70</w:t>
            </w:r>
          </w:p>
        </w:tc>
        <w:tc>
          <w:tcPr>
            <w:tcW w:w="1971" w:type="dxa"/>
            <w:tcBorders>
              <w:top w:val="single" w:sz="4" w:space="0" w:color="auto"/>
              <w:left w:val="single" w:sz="4" w:space="0" w:color="auto"/>
              <w:bottom w:val="single" w:sz="4" w:space="0" w:color="auto"/>
              <w:right w:val="single" w:sz="4" w:space="0" w:color="auto"/>
            </w:tcBorders>
            <w:vAlign w:val="center"/>
            <w:hideMark/>
          </w:tcPr>
          <w:p w14:paraId="19F1B931"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50 - 70</w:t>
            </w:r>
          </w:p>
        </w:tc>
        <w:tc>
          <w:tcPr>
            <w:tcW w:w="1196" w:type="dxa"/>
            <w:tcBorders>
              <w:top w:val="single" w:sz="4" w:space="0" w:color="auto"/>
              <w:left w:val="single" w:sz="4" w:space="0" w:color="auto"/>
              <w:bottom w:val="single" w:sz="4" w:space="0" w:color="auto"/>
              <w:right w:val="single" w:sz="4" w:space="0" w:color="auto"/>
            </w:tcBorders>
            <w:vAlign w:val="center"/>
            <w:hideMark/>
          </w:tcPr>
          <w:p w14:paraId="695A4213"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&lt;50</w:t>
            </w:r>
          </w:p>
        </w:tc>
      </w:tr>
    </w:tbl>
    <w:p w14:paraId="5DB85CFF" w14:textId="77777777" w:rsidR="00622920" w:rsidRPr="0046524B" w:rsidRDefault="00622920" w:rsidP="00622920">
      <w:pPr>
        <w:spacing w:before="40" w:after="40" w:line="240" w:lineRule="auto"/>
        <w:jc w:val="both"/>
        <w:rPr>
          <w:rFonts w:ascii="Times New Roman" w:eastAsia="Courier New" w:hAnsi="Times New Roman" w:cs="Times New Roman"/>
          <w:i/>
          <w:lang w:val="vi-VN" w:eastAsia="vi-VN" w:bidi="vi-VN"/>
        </w:rPr>
      </w:pPr>
      <w:r w:rsidRPr="0046524B">
        <w:rPr>
          <w:rFonts w:ascii="Times New Roman" w:eastAsia="Courier New" w:hAnsi="Times New Roman" w:cs="Times New Roman"/>
          <w:i/>
          <w:lang w:eastAsia="vi-VN" w:bidi="vi-VN"/>
        </w:rPr>
        <w:t>*</w:t>
      </w:r>
      <w:r w:rsidRPr="0046524B">
        <w:rPr>
          <w:rFonts w:ascii="Times New Roman" w:eastAsia="Courier New" w:hAnsi="Times New Roman" w:cs="Times New Roman"/>
          <w:i/>
          <w:lang w:val="vi-VN" w:eastAsia="vi-VN" w:bidi="vi-VN"/>
        </w:rPr>
        <w:t xml:space="preserve"> Hiệu quả về môi trường:</w:t>
      </w:r>
    </w:p>
    <w:p w14:paraId="04D479DB" w14:textId="77777777" w:rsidR="00622920" w:rsidRPr="0046524B" w:rsidRDefault="00622920" w:rsidP="007028E8">
      <w:pPr>
        <w:spacing w:after="120" w:line="240" w:lineRule="auto"/>
        <w:jc w:val="center"/>
        <w:rPr>
          <w:rFonts w:ascii="Times New Roman" w:eastAsia="Calibri" w:hAnsi="Times New Roman" w:cs="Times New Roman"/>
          <w:lang w:val="pt-BR"/>
        </w:rPr>
      </w:pPr>
      <w:bookmarkStart w:id="3" w:name="_Toc120146682"/>
      <w:r w:rsidRPr="0046524B">
        <w:rPr>
          <w:rFonts w:ascii="Times New Roman" w:eastAsia="Calibri" w:hAnsi="Times New Roman" w:cs="Times New Roman"/>
          <w:b/>
          <w:lang w:val="pt-BR"/>
        </w:rPr>
        <w:t xml:space="preserve">Bảng </w:t>
      </w:r>
      <w:r w:rsidRPr="0046524B">
        <w:rPr>
          <w:rFonts w:ascii="Times New Roman" w:eastAsia="Calibri" w:hAnsi="Times New Roman" w:cs="Times New Roman"/>
          <w:b/>
          <w:lang w:val="pt-BR"/>
        </w:rPr>
        <w:fldChar w:fldCharType="begin"/>
      </w:r>
      <w:r w:rsidRPr="0046524B">
        <w:rPr>
          <w:rFonts w:ascii="Times New Roman" w:eastAsia="Calibri" w:hAnsi="Times New Roman" w:cs="Times New Roman"/>
          <w:b/>
          <w:lang w:val="pt-BR"/>
        </w:rPr>
        <w:instrText xml:space="preserve"> SEQ Bảng_1. \* ARABIC </w:instrText>
      </w:r>
      <w:r w:rsidRPr="0046524B">
        <w:rPr>
          <w:rFonts w:ascii="Times New Roman" w:eastAsia="Calibri" w:hAnsi="Times New Roman" w:cs="Times New Roman"/>
          <w:b/>
          <w:lang w:val="pt-BR"/>
        </w:rPr>
        <w:fldChar w:fldCharType="separate"/>
      </w:r>
      <w:r w:rsidRPr="0046524B">
        <w:rPr>
          <w:rFonts w:ascii="Times New Roman" w:eastAsia="Calibri" w:hAnsi="Times New Roman" w:cs="Times New Roman"/>
          <w:b/>
          <w:lang w:val="pt-BR"/>
        </w:rPr>
        <w:t>3</w:t>
      </w:r>
      <w:r w:rsidRPr="0046524B">
        <w:rPr>
          <w:rFonts w:ascii="Times New Roman" w:eastAsia="Calibri" w:hAnsi="Times New Roman" w:cs="Times New Roman"/>
          <w:b/>
          <w:lang w:val="pt-BR"/>
        </w:rPr>
        <w:fldChar w:fldCharType="end"/>
      </w:r>
      <w:r w:rsidRPr="0046524B">
        <w:rPr>
          <w:rFonts w:ascii="Times New Roman" w:eastAsia="Calibri" w:hAnsi="Times New Roman" w:cs="Times New Roman"/>
          <w:b/>
          <w:lang w:val="pt-BR"/>
        </w:rPr>
        <w:t>.</w:t>
      </w:r>
      <w:r w:rsidRPr="0046524B">
        <w:rPr>
          <w:rFonts w:ascii="Times New Roman" w:eastAsia="Calibri" w:hAnsi="Times New Roman" w:cs="Times New Roman"/>
          <w:lang w:val="pt-BR"/>
        </w:rPr>
        <w:t xml:space="preserve"> Các chỉ tiêu phân cấp đánh giá hiệu quả môi trường của các </w:t>
      </w:r>
      <w:bookmarkEnd w:id="3"/>
      <w:r w:rsidRPr="0046524B">
        <w:rPr>
          <w:rFonts w:ascii="Times New Roman" w:eastAsia="Calibri" w:hAnsi="Times New Roman" w:cs="Times New Roman"/>
          <w:lang w:val="pt-BR"/>
        </w:rPr>
        <w:t>mô hình</w:t>
      </w:r>
    </w:p>
    <w:tbl>
      <w:tblPr>
        <w:tblW w:w="93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4"/>
        <w:gridCol w:w="4251"/>
        <w:gridCol w:w="1275"/>
        <w:gridCol w:w="1843"/>
        <w:gridCol w:w="1317"/>
      </w:tblGrid>
      <w:tr w:rsidR="0046524B" w:rsidRPr="0046524B" w14:paraId="59420AC1" w14:textId="77777777" w:rsidTr="002008F5">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66538A84"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TT</w:t>
            </w:r>
          </w:p>
        </w:tc>
        <w:tc>
          <w:tcPr>
            <w:tcW w:w="4251" w:type="dxa"/>
            <w:tcBorders>
              <w:top w:val="single" w:sz="4" w:space="0" w:color="auto"/>
              <w:left w:val="single" w:sz="4" w:space="0" w:color="auto"/>
              <w:bottom w:val="single" w:sz="4" w:space="0" w:color="auto"/>
              <w:right w:val="single" w:sz="4" w:space="0" w:color="auto"/>
            </w:tcBorders>
            <w:vAlign w:val="center"/>
            <w:hideMark/>
          </w:tcPr>
          <w:p w14:paraId="2DF5E07E" w14:textId="77777777" w:rsidR="00622920" w:rsidRPr="0046524B" w:rsidRDefault="00622920" w:rsidP="0099414E">
            <w:pPr>
              <w:spacing w:after="0" w:line="240" w:lineRule="auto"/>
              <w:rPr>
                <w:rFonts w:ascii="Times New Roman" w:eastAsia="Times New Roman" w:hAnsi="Times New Roman" w:cs="Times New Roman"/>
              </w:rPr>
            </w:pPr>
            <w:r w:rsidRPr="0046524B">
              <w:rPr>
                <w:rFonts w:ascii="Times New Roman" w:eastAsia="DengXian Light" w:hAnsi="Times New Roman" w:cs="Times New Roman"/>
              </w:rPr>
              <w:t xml:space="preserve">Chỉ tiêu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CB202E3"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Cao (H)</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4259262"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Trung bình (M)</w:t>
            </w:r>
          </w:p>
        </w:tc>
        <w:tc>
          <w:tcPr>
            <w:tcW w:w="1317" w:type="dxa"/>
            <w:tcBorders>
              <w:top w:val="single" w:sz="4" w:space="0" w:color="auto"/>
              <w:left w:val="single" w:sz="4" w:space="0" w:color="auto"/>
              <w:bottom w:val="single" w:sz="4" w:space="0" w:color="auto"/>
              <w:right w:val="single" w:sz="4" w:space="0" w:color="auto"/>
            </w:tcBorders>
            <w:vAlign w:val="center"/>
            <w:hideMark/>
          </w:tcPr>
          <w:p w14:paraId="106DA43A"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Thấp (L)</w:t>
            </w:r>
          </w:p>
        </w:tc>
      </w:tr>
      <w:tr w:rsidR="0046524B" w:rsidRPr="0046524B" w14:paraId="70EADD57" w14:textId="77777777" w:rsidTr="002008F5">
        <w:trPr>
          <w:trHeight w:val="328"/>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5A3651B"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1</w:t>
            </w:r>
          </w:p>
        </w:tc>
        <w:tc>
          <w:tcPr>
            <w:tcW w:w="4251" w:type="dxa"/>
            <w:tcBorders>
              <w:top w:val="single" w:sz="4" w:space="0" w:color="auto"/>
              <w:left w:val="single" w:sz="4" w:space="0" w:color="auto"/>
              <w:bottom w:val="single" w:sz="4" w:space="0" w:color="auto"/>
              <w:right w:val="single" w:sz="4" w:space="0" w:color="auto"/>
            </w:tcBorders>
            <w:vAlign w:val="center"/>
            <w:hideMark/>
          </w:tcPr>
          <w:p w14:paraId="786A9239" w14:textId="77777777" w:rsidR="00622920" w:rsidRPr="0046524B" w:rsidRDefault="00622920" w:rsidP="0099414E">
            <w:pPr>
              <w:spacing w:after="0" w:line="240" w:lineRule="auto"/>
              <w:ind w:right="-109"/>
              <w:jc w:val="both"/>
              <w:rPr>
                <w:rFonts w:ascii="Times New Roman" w:eastAsia="Times New Roman" w:hAnsi="Times New Roman" w:cs="Times New Roman"/>
              </w:rPr>
            </w:pPr>
            <w:r w:rsidRPr="0046524B">
              <w:rPr>
                <w:rFonts w:ascii="Times New Roman" w:eastAsia="DengXian Light" w:hAnsi="Times New Roman" w:cs="Times New Roman"/>
              </w:rPr>
              <w:t>Mức độ duy trì và cải thiện độ phì đất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B78979C"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Cao</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5CFBBC"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Trung bình</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63240C0"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Thấp</w:t>
            </w:r>
          </w:p>
        </w:tc>
      </w:tr>
      <w:tr w:rsidR="0046524B" w:rsidRPr="0046524B" w14:paraId="1CBE59A3" w14:textId="77777777" w:rsidTr="002008F5">
        <w:trPr>
          <w:trHeight w:val="131"/>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D3A3967"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2</w:t>
            </w:r>
          </w:p>
        </w:tc>
        <w:tc>
          <w:tcPr>
            <w:tcW w:w="4251" w:type="dxa"/>
            <w:tcBorders>
              <w:top w:val="single" w:sz="4" w:space="0" w:color="auto"/>
              <w:left w:val="single" w:sz="4" w:space="0" w:color="auto"/>
              <w:bottom w:val="single" w:sz="4" w:space="0" w:color="auto"/>
              <w:right w:val="single" w:sz="4" w:space="0" w:color="auto"/>
            </w:tcBorders>
            <w:vAlign w:val="center"/>
            <w:hideMark/>
          </w:tcPr>
          <w:p w14:paraId="3DB92CB7" w14:textId="77777777" w:rsidR="00622920" w:rsidRPr="0046524B" w:rsidRDefault="00622920" w:rsidP="0099414E">
            <w:pPr>
              <w:spacing w:after="0" w:line="240" w:lineRule="auto"/>
              <w:jc w:val="both"/>
              <w:rPr>
                <w:rFonts w:ascii="Times New Roman" w:eastAsia="Times New Roman" w:hAnsi="Times New Roman" w:cs="Times New Roman"/>
              </w:rPr>
            </w:pPr>
            <w:r w:rsidRPr="0046524B">
              <w:rPr>
                <w:rFonts w:ascii="Times New Roman" w:eastAsia="DengXian Light" w:hAnsi="Times New Roman" w:cs="Times New Roman"/>
              </w:rPr>
              <w:t>Khả năng chống ô nhiễm môi trường</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F52B8C"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Cao</w:t>
            </w:r>
          </w:p>
        </w:tc>
        <w:tc>
          <w:tcPr>
            <w:tcW w:w="1843" w:type="dxa"/>
            <w:tcBorders>
              <w:top w:val="single" w:sz="4" w:space="0" w:color="auto"/>
              <w:left w:val="single" w:sz="4" w:space="0" w:color="auto"/>
              <w:bottom w:val="single" w:sz="4" w:space="0" w:color="auto"/>
              <w:right w:val="single" w:sz="4" w:space="0" w:color="auto"/>
            </w:tcBorders>
            <w:hideMark/>
          </w:tcPr>
          <w:p w14:paraId="6F943CC6"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Trung bình</w:t>
            </w:r>
          </w:p>
        </w:tc>
        <w:tc>
          <w:tcPr>
            <w:tcW w:w="1317" w:type="dxa"/>
            <w:tcBorders>
              <w:top w:val="single" w:sz="4" w:space="0" w:color="auto"/>
              <w:left w:val="single" w:sz="4" w:space="0" w:color="auto"/>
              <w:bottom w:val="single" w:sz="4" w:space="0" w:color="auto"/>
              <w:right w:val="single" w:sz="4" w:space="0" w:color="auto"/>
            </w:tcBorders>
            <w:vAlign w:val="center"/>
            <w:hideMark/>
          </w:tcPr>
          <w:p w14:paraId="24EC6A7F"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Thấp</w:t>
            </w:r>
          </w:p>
        </w:tc>
      </w:tr>
      <w:tr w:rsidR="0046524B" w:rsidRPr="0046524B" w14:paraId="7B5B3636" w14:textId="77777777" w:rsidTr="002008F5">
        <w:trPr>
          <w:trHeight w:val="8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D819157"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3</w:t>
            </w:r>
          </w:p>
        </w:tc>
        <w:tc>
          <w:tcPr>
            <w:tcW w:w="4251" w:type="dxa"/>
            <w:tcBorders>
              <w:top w:val="single" w:sz="4" w:space="0" w:color="auto"/>
              <w:left w:val="single" w:sz="4" w:space="0" w:color="auto"/>
              <w:bottom w:val="single" w:sz="4" w:space="0" w:color="auto"/>
              <w:right w:val="single" w:sz="4" w:space="0" w:color="auto"/>
            </w:tcBorders>
            <w:vAlign w:val="center"/>
            <w:hideMark/>
          </w:tcPr>
          <w:p w14:paraId="7EB1893F" w14:textId="77777777" w:rsidR="00622920" w:rsidRPr="0046524B" w:rsidRDefault="00622920" w:rsidP="0099414E">
            <w:pPr>
              <w:spacing w:after="0" w:line="240" w:lineRule="auto"/>
              <w:jc w:val="both"/>
              <w:rPr>
                <w:rFonts w:ascii="Times New Roman" w:eastAsia="Times New Roman" w:hAnsi="Times New Roman" w:cs="Times New Roman"/>
              </w:rPr>
            </w:pPr>
            <w:r w:rsidRPr="0046524B">
              <w:rPr>
                <w:rFonts w:ascii="Times New Roman" w:eastAsia="DengXian Light" w:hAnsi="Times New Roman" w:cs="Times New Roman"/>
              </w:rPr>
              <w:t>Khả năng bảo vệ nguồn nước</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BEB437F"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Cao</w:t>
            </w:r>
          </w:p>
        </w:tc>
        <w:tc>
          <w:tcPr>
            <w:tcW w:w="1843" w:type="dxa"/>
            <w:tcBorders>
              <w:top w:val="single" w:sz="4" w:space="0" w:color="auto"/>
              <w:left w:val="single" w:sz="4" w:space="0" w:color="auto"/>
              <w:bottom w:val="single" w:sz="4" w:space="0" w:color="auto"/>
              <w:right w:val="single" w:sz="4" w:space="0" w:color="auto"/>
            </w:tcBorders>
            <w:hideMark/>
          </w:tcPr>
          <w:p w14:paraId="0B896AE2"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Trung bình</w:t>
            </w:r>
          </w:p>
        </w:tc>
        <w:tc>
          <w:tcPr>
            <w:tcW w:w="1317" w:type="dxa"/>
            <w:tcBorders>
              <w:top w:val="single" w:sz="4" w:space="0" w:color="auto"/>
              <w:left w:val="single" w:sz="4" w:space="0" w:color="auto"/>
              <w:bottom w:val="single" w:sz="4" w:space="0" w:color="auto"/>
              <w:right w:val="single" w:sz="4" w:space="0" w:color="auto"/>
            </w:tcBorders>
            <w:vAlign w:val="center"/>
            <w:hideMark/>
          </w:tcPr>
          <w:p w14:paraId="31D60A70"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Thấp</w:t>
            </w:r>
          </w:p>
        </w:tc>
      </w:tr>
      <w:tr w:rsidR="0046524B" w:rsidRPr="0046524B" w14:paraId="42FF3380" w14:textId="77777777" w:rsidTr="002008F5">
        <w:trPr>
          <w:trHeight w:val="223"/>
          <w:jc w:val="center"/>
        </w:trPr>
        <w:tc>
          <w:tcPr>
            <w:tcW w:w="704" w:type="dxa"/>
            <w:tcBorders>
              <w:top w:val="single" w:sz="4" w:space="0" w:color="auto"/>
              <w:left w:val="single" w:sz="4" w:space="0" w:color="auto"/>
              <w:bottom w:val="single" w:sz="4" w:space="0" w:color="auto"/>
              <w:right w:val="single" w:sz="4" w:space="0" w:color="auto"/>
            </w:tcBorders>
            <w:vAlign w:val="center"/>
          </w:tcPr>
          <w:p w14:paraId="753BB96A" w14:textId="77777777" w:rsidR="00622920" w:rsidRPr="0046524B" w:rsidRDefault="00622920" w:rsidP="0099414E">
            <w:pPr>
              <w:spacing w:after="0" w:line="240" w:lineRule="auto"/>
              <w:jc w:val="center"/>
              <w:rPr>
                <w:rFonts w:ascii="Times New Roman" w:eastAsia="DengXian Light" w:hAnsi="Times New Roman" w:cs="Times New Roman"/>
              </w:rPr>
            </w:pPr>
            <w:r w:rsidRPr="0046524B">
              <w:rPr>
                <w:rFonts w:ascii="Times New Roman" w:eastAsia="DengXian Light" w:hAnsi="Times New Roman" w:cs="Times New Roman"/>
              </w:rPr>
              <w:t>4</w:t>
            </w:r>
          </w:p>
        </w:tc>
        <w:tc>
          <w:tcPr>
            <w:tcW w:w="4251" w:type="dxa"/>
            <w:tcBorders>
              <w:top w:val="single" w:sz="4" w:space="0" w:color="auto"/>
              <w:left w:val="single" w:sz="4" w:space="0" w:color="auto"/>
              <w:bottom w:val="single" w:sz="4" w:space="0" w:color="auto"/>
              <w:right w:val="single" w:sz="4" w:space="0" w:color="auto"/>
            </w:tcBorders>
            <w:vAlign w:val="center"/>
          </w:tcPr>
          <w:p w14:paraId="0F4504D5" w14:textId="77777777" w:rsidR="00622920" w:rsidRPr="0046524B" w:rsidRDefault="00622920" w:rsidP="0099414E">
            <w:pPr>
              <w:spacing w:after="0" w:line="240" w:lineRule="auto"/>
              <w:jc w:val="both"/>
              <w:rPr>
                <w:rFonts w:ascii="Times New Roman" w:eastAsia="DengXian Light" w:hAnsi="Times New Roman" w:cs="Times New Roman"/>
              </w:rPr>
            </w:pPr>
            <w:r w:rsidRPr="0046524B">
              <w:rPr>
                <w:rFonts w:ascii="Times New Roman" w:eastAsia="DengXian Light" w:hAnsi="Times New Roman" w:cs="Times New Roman"/>
              </w:rPr>
              <w:t>Khả năng giảm áp lực lên rừng</w:t>
            </w:r>
          </w:p>
        </w:tc>
        <w:tc>
          <w:tcPr>
            <w:tcW w:w="1275" w:type="dxa"/>
            <w:tcBorders>
              <w:top w:val="single" w:sz="4" w:space="0" w:color="auto"/>
              <w:left w:val="single" w:sz="4" w:space="0" w:color="auto"/>
              <w:bottom w:val="single" w:sz="4" w:space="0" w:color="auto"/>
              <w:right w:val="single" w:sz="4" w:space="0" w:color="auto"/>
            </w:tcBorders>
            <w:vAlign w:val="center"/>
          </w:tcPr>
          <w:p w14:paraId="65D71374"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Cao</w:t>
            </w:r>
          </w:p>
        </w:tc>
        <w:tc>
          <w:tcPr>
            <w:tcW w:w="1843" w:type="dxa"/>
            <w:tcBorders>
              <w:top w:val="single" w:sz="4" w:space="0" w:color="auto"/>
              <w:left w:val="single" w:sz="4" w:space="0" w:color="auto"/>
              <w:bottom w:val="single" w:sz="4" w:space="0" w:color="auto"/>
              <w:right w:val="single" w:sz="4" w:space="0" w:color="auto"/>
            </w:tcBorders>
          </w:tcPr>
          <w:p w14:paraId="07122C33" w14:textId="77777777" w:rsidR="00622920" w:rsidRPr="0046524B" w:rsidRDefault="00622920" w:rsidP="0099414E">
            <w:pPr>
              <w:spacing w:after="0" w:line="240" w:lineRule="auto"/>
              <w:jc w:val="center"/>
              <w:rPr>
                <w:rFonts w:ascii="Times New Roman" w:eastAsia="Times New Roman" w:hAnsi="Times New Roman" w:cs="Times New Roman"/>
              </w:rPr>
            </w:pPr>
            <w:r w:rsidRPr="0046524B">
              <w:rPr>
                <w:rFonts w:ascii="Times New Roman" w:eastAsia="DengXian Light" w:hAnsi="Times New Roman" w:cs="Times New Roman"/>
              </w:rPr>
              <w:t>Trung bình</w:t>
            </w:r>
          </w:p>
        </w:tc>
        <w:tc>
          <w:tcPr>
            <w:tcW w:w="1317" w:type="dxa"/>
            <w:tcBorders>
              <w:top w:val="single" w:sz="4" w:space="0" w:color="auto"/>
              <w:left w:val="single" w:sz="4" w:space="0" w:color="auto"/>
              <w:bottom w:val="single" w:sz="4" w:space="0" w:color="auto"/>
              <w:right w:val="single" w:sz="4" w:space="0" w:color="auto"/>
            </w:tcBorders>
            <w:vAlign w:val="center"/>
          </w:tcPr>
          <w:p w14:paraId="5F3658F2" w14:textId="77777777" w:rsidR="00622920" w:rsidRPr="0046524B" w:rsidRDefault="00622920" w:rsidP="0099414E">
            <w:pPr>
              <w:spacing w:after="0" w:line="240" w:lineRule="auto"/>
              <w:jc w:val="center"/>
              <w:rPr>
                <w:rFonts w:ascii="Times New Roman" w:eastAsia="DengXian Light" w:hAnsi="Times New Roman" w:cs="Times New Roman"/>
              </w:rPr>
            </w:pPr>
            <w:r w:rsidRPr="0046524B">
              <w:rPr>
                <w:rFonts w:ascii="Times New Roman" w:eastAsia="DengXian Light" w:hAnsi="Times New Roman" w:cs="Times New Roman"/>
              </w:rPr>
              <w:t>Thấp</w:t>
            </w:r>
          </w:p>
        </w:tc>
      </w:tr>
    </w:tbl>
    <w:p w14:paraId="53678B71" w14:textId="77777777" w:rsidR="00622920" w:rsidRPr="0046524B" w:rsidRDefault="00622920" w:rsidP="007028E8">
      <w:pPr>
        <w:spacing w:after="120" w:line="240" w:lineRule="auto"/>
        <w:jc w:val="both"/>
        <w:rPr>
          <w:rFonts w:ascii="Times New Roman" w:eastAsia="Courier New" w:hAnsi="Times New Roman" w:cs="Times New Roman"/>
          <w:i/>
          <w:lang w:eastAsia="vi-VN" w:bidi="vi-VN"/>
        </w:rPr>
      </w:pPr>
      <w:r w:rsidRPr="0046524B">
        <w:rPr>
          <w:rFonts w:ascii="Times New Roman" w:eastAsia="Courier New" w:hAnsi="Times New Roman" w:cs="Times New Roman"/>
          <w:i/>
          <w:lang w:eastAsia="vi-VN" w:bidi="vi-VN"/>
        </w:rPr>
        <w:t>*</w:t>
      </w:r>
      <w:r w:rsidRPr="0046524B">
        <w:rPr>
          <w:rFonts w:ascii="Times New Roman" w:eastAsia="Courier New" w:hAnsi="Times New Roman" w:cs="Times New Roman"/>
          <w:i/>
          <w:lang w:val="vi-VN" w:eastAsia="vi-VN" w:bidi="vi-VN"/>
        </w:rPr>
        <w:t xml:space="preserve"> Đánh giá tính bền vững của các mô hình </w:t>
      </w:r>
      <w:r w:rsidRPr="0046524B">
        <w:rPr>
          <w:rFonts w:ascii="Times New Roman" w:eastAsia="Courier New" w:hAnsi="Times New Roman" w:cs="Times New Roman"/>
          <w:i/>
          <w:lang w:eastAsia="vi-VN" w:bidi="vi-VN"/>
        </w:rPr>
        <w:t>nông nghiệp xanh ngành chăn nuôi</w:t>
      </w:r>
    </w:p>
    <w:p w14:paraId="465D5501" w14:textId="595445D6" w:rsidR="00622920" w:rsidRPr="0046524B" w:rsidRDefault="00622920" w:rsidP="007028E8">
      <w:pPr>
        <w:spacing w:after="120" w:line="240" w:lineRule="auto"/>
        <w:jc w:val="both"/>
        <w:rPr>
          <w:rFonts w:ascii="Times New Roman" w:eastAsia="Courier New" w:hAnsi="Times New Roman" w:cs="Times New Roman"/>
          <w:lang w:val="vi-VN" w:eastAsia="vi-VN" w:bidi="vi-VN"/>
        </w:rPr>
      </w:pPr>
      <w:r w:rsidRPr="0046524B">
        <w:rPr>
          <w:rFonts w:ascii="Times New Roman" w:eastAsia="Courier New" w:hAnsi="Times New Roman" w:cs="Times New Roman"/>
          <w:lang w:val="vi-VN" w:eastAsia="vi-VN" w:bidi="vi-VN"/>
        </w:rPr>
        <w:t xml:space="preserve">- Bộ chỉ tiêu đánh giá: Từ phân tích lý luận và thực tiễn sản xuất </w:t>
      </w:r>
      <w:r w:rsidR="00AA618B">
        <w:rPr>
          <w:rFonts w:ascii="Times New Roman" w:eastAsia="Courier New" w:hAnsi="Times New Roman" w:cs="Times New Roman"/>
          <w:lang w:eastAsia="vi-VN" w:bidi="vi-VN"/>
        </w:rPr>
        <w:t>nông nghiệp</w:t>
      </w:r>
      <w:r w:rsidRPr="0046524B">
        <w:rPr>
          <w:rFonts w:ascii="Times New Roman" w:eastAsia="Courier New" w:hAnsi="Times New Roman" w:cs="Times New Roman"/>
          <w:lang w:val="vi-VN" w:eastAsia="vi-VN" w:bidi="vi-VN"/>
        </w:rPr>
        <w:t xml:space="preserve">, 3 chỉ tiêu được đưa vào đánh giá các mô hình </w:t>
      </w:r>
      <w:r w:rsidRPr="0046524B">
        <w:rPr>
          <w:rFonts w:ascii="Times New Roman" w:eastAsia="Courier New" w:hAnsi="Times New Roman" w:cs="Times New Roman"/>
          <w:lang w:eastAsia="vi-VN" w:bidi="vi-VN"/>
        </w:rPr>
        <w:t>nông nghiệp xanh</w:t>
      </w:r>
      <w:r w:rsidRPr="0046524B">
        <w:rPr>
          <w:rFonts w:ascii="Times New Roman" w:eastAsia="Courier New" w:hAnsi="Times New Roman" w:cs="Times New Roman"/>
          <w:lang w:val="vi-VN" w:eastAsia="vi-VN" w:bidi="vi-VN"/>
        </w:rPr>
        <w:t xml:space="preserve"> theo hướng phát triển bền vững với 11 tiêu chí như sau:</w:t>
      </w:r>
    </w:p>
    <w:p w14:paraId="0592D0DF" w14:textId="00C03491" w:rsidR="00622920" w:rsidRPr="0046524B" w:rsidRDefault="00622920" w:rsidP="007028E8">
      <w:pPr>
        <w:spacing w:after="120" w:line="240" w:lineRule="auto"/>
        <w:jc w:val="both"/>
        <w:rPr>
          <w:rFonts w:ascii="Times New Roman" w:eastAsia="Courier New" w:hAnsi="Times New Roman" w:cs="Times New Roman"/>
          <w:lang w:val="vi-VN" w:eastAsia="vi-VN" w:bidi="vi-VN"/>
        </w:rPr>
      </w:pPr>
      <w:r w:rsidRPr="0046524B">
        <w:rPr>
          <w:rFonts w:ascii="Times New Roman" w:eastAsia="Courier New" w:hAnsi="Times New Roman" w:cs="Times New Roman"/>
          <w:lang w:val="vi-VN" w:eastAsia="vi-VN" w:bidi="vi-VN"/>
        </w:rPr>
        <w:t xml:space="preserve">- Các chỉ tiêu đánh giá về kinh tế gồm 4 tiêu chí: (1) Giá trị sản xuất; (2) Chi phí trung gian; (3) Giá trị gia tăng; (4) </w:t>
      </w:r>
      <w:r w:rsidR="00487768" w:rsidRPr="00F71288">
        <w:rPr>
          <w:rFonts w:ascii="Times New Roman" w:eastAsia="Courier New" w:hAnsi="Times New Roman" w:cs="Times New Roman"/>
          <w:lang w:val="vi-VN" w:eastAsia="vi-VN" w:bidi="vi-VN"/>
        </w:rPr>
        <w:t>Hiệu quả đồng vốn</w:t>
      </w:r>
      <w:r w:rsidRPr="0046524B">
        <w:rPr>
          <w:rFonts w:ascii="Times New Roman" w:eastAsia="Courier New" w:hAnsi="Times New Roman" w:cs="Times New Roman"/>
          <w:lang w:val="vi-VN" w:eastAsia="vi-VN" w:bidi="vi-VN"/>
        </w:rPr>
        <w:t xml:space="preserve">. </w:t>
      </w:r>
    </w:p>
    <w:p w14:paraId="6C63B5C1" w14:textId="53DC546E" w:rsidR="00622920" w:rsidRPr="0046524B" w:rsidRDefault="00622920" w:rsidP="00622920">
      <w:pPr>
        <w:spacing w:after="120" w:line="240" w:lineRule="auto"/>
        <w:jc w:val="both"/>
        <w:rPr>
          <w:rFonts w:ascii="Times New Roman" w:eastAsia="Courier New" w:hAnsi="Times New Roman" w:cs="Times New Roman"/>
          <w:lang w:val="vi-VN" w:eastAsia="vi-VN" w:bidi="vi-VN"/>
        </w:rPr>
      </w:pPr>
      <w:r w:rsidRPr="0046524B">
        <w:rPr>
          <w:rFonts w:ascii="Times New Roman" w:eastAsia="Courier New" w:hAnsi="Times New Roman" w:cs="Times New Roman"/>
          <w:lang w:val="vi-VN" w:eastAsia="vi-VN" w:bidi="vi-VN"/>
        </w:rPr>
        <w:t xml:space="preserve">- Các chỉ tiêu đánh giá về xã hội (3 tiêu chí): (5) </w:t>
      </w:r>
      <w:r w:rsidR="00487768" w:rsidRPr="00487768">
        <w:rPr>
          <w:rFonts w:ascii="Times New Roman" w:eastAsia="Courier New" w:hAnsi="Times New Roman" w:cs="Times New Roman"/>
          <w:lang w:val="vi-VN" w:eastAsia="vi-VN" w:bidi="vi-VN"/>
        </w:rPr>
        <w:t>Công</w:t>
      </w:r>
      <w:r w:rsidRPr="0046524B">
        <w:rPr>
          <w:rFonts w:ascii="Times New Roman" w:eastAsia="Courier New" w:hAnsi="Times New Roman" w:cs="Times New Roman"/>
          <w:lang w:val="vi-VN" w:eastAsia="vi-VN" w:bidi="vi-VN"/>
        </w:rPr>
        <w:t xml:space="preserve"> lao động; (6) Giá trị ngày công lao động; (7) Sự chấp nhận của người dân với mô hình.</w:t>
      </w:r>
    </w:p>
    <w:p w14:paraId="4840968A" w14:textId="77777777" w:rsidR="00622920" w:rsidRPr="0046524B" w:rsidRDefault="00622920" w:rsidP="00622920">
      <w:pPr>
        <w:spacing w:after="120" w:line="240" w:lineRule="auto"/>
        <w:jc w:val="both"/>
        <w:rPr>
          <w:rFonts w:ascii="Times New Roman" w:eastAsia="Courier New" w:hAnsi="Times New Roman" w:cs="Times New Roman"/>
          <w:lang w:val="vi-VN" w:eastAsia="vi-VN" w:bidi="vi-VN"/>
        </w:rPr>
      </w:pPr>
      <w:r w:rsidRPr="0046524B">
        <w:rPr>
          <w:rFonts w:ascii="Times New Roman" w:eastAsia="Courier New" w:hAnsi="Times New Roman" w:cs="Times New Roman"/>
          <w:lang w:val="vi-VN" w:eastAsia="vi-VN" w:bidi="vi-VN"/>
        </w:rPr>
        <w:t>- Các chỉ tiêu đánh giá về hiệu quả môi trường (4 tiêu chí): (8) Mức độ duy trì và cải thiện độ phì đất; (9) Khả năng bảo vệ nguồn nước; (10) Khả năng chống ô nhiễm môi trường; (11) Khả năng giảm áp lực lên rừng, mối quan hệ giữa rừng với canh tác.</w:t>
      </w:r>
    </w:p>
    <w:p w14:paraId="70DBF57C" w14:textId="77777777" w:rsidR="00622920" w:rsidRPr="0046524B" w:rsidRDefault="00622920" w:rsidP="00622920">
      <w:pPr>
        <w:spacing w:after="120" w:line="240" w:lineRule="auto"/>
        <w:jc w:val="both"/>
        <w:rPr>
          <w:rFonts w:ascii="Times New Roman" w:eastAsia="Courier New" w:hAnsi="Times New Roman" w:cs="Times New Roman"/>
          <w:i/>
          <w:lang w:val="vi-VN" w:eastAsia="vi-VN" w:bidi="vi-VN"/>
        </w:rPr>
      </w:pPr>
      <w:r w:rsidRPr="0046524B">
        <w:rPr>
          <w:rFonts w:ascii="Times New Roman" w:eastAsia="Courier New" w:hAnsi="Times New Roman" w:cs="Times New Roman"/>
          <w:i/>
          <w:lang w:val="vi-VN" w:eastAsia="vi-VN" w:bidi="vi-VN"/>
        </w:rPr>
        <w:t>*  Phương pháp đánh giá khả năng bền vững của các mô hình</w:t>
      </w:r>
    </w:p>
    <w:p w14:paraId="41658F95" w14:textId="77777777" w:rsidR="00622920" w:rsidRPr="0046524B" w:rsidRDefault="00622920" w:rsidP="00622920">
      <w:pPr>
        <w:spacing w:after="120" w:line="240" w:lineRule="auto"/>
        <w:jc w:val="both"/>
        <w:rPr>
          <w:rFonts w:ascii="Times New Roman" w:eastAsia="Times New Roman" w:hAnsi="Times New Roman" w:cs="Times New Roman"/>
          <w:bCs/>
          <w:iCs/>
          <w:lang w:val="vi-VN" w:eastAsia="vi-VN" w:bidi="vi-VN"/>
        </w:rPr>
      </w:pPr>
      <w:r w:rsidRPr="0046524B">
        <w:rPr>
          <w:rFonts w:ascii="Times New Roman" w:eastAsia="Times New Roman" w:hAnsi="Times New Roman" w:cs="Times New Roman"/>
          <w:bCs/>
          <w:iCs/>
          <w:lang w:val="vi-VN" w:eastAsia="vi-VN" w:bidi="vi-VN"/>
        </w:rPr>
        <w:t>- Xây dựng điểm cho tiêu chí: Mỗi tiêu chí cho 1 điểm với trọng số khác nhau. Các tiêu chí thuộc hệ số 3 (4 tiêu chí): Giá trị gia tăng; Hiệu quả đồng vốn; Sự lựa chọn của người dân; Khả năng bảo vệ đất, sử dụng đất hiệu quả và bền vững của mô hình; Các tiêu chí thuộc hệ số 2 (3 tiêu chí): Giá trị sản xuất; Giá trị ngày công; Khả năng giảm áp lực lên rừng; Các tiêu chí thuộc hệ số 1 (4 tiêu chí): Chi phí sản xuất; Công lao động; Khả năng bảo vệ nguồn nước; Khả năng chống ô nhiễm môi trường.</w:t>
      </w:r>
    </w:p>
    <w:p w14:paraId="7042126E" w14:textId="00CDF85A" w:rsidR="00622920" w:rsidRPr="0046524B" w:rsidRDefault="00622920" w:rsidP="00622920">
      <w:pPr>
        <w:spacing w:after="120" w:line="240" w:lineRule="auto"/>
        <w:jc w:val="both"/>
        <w:rPr>
          <w:rFonts w:ascii="Times New Roman" w:eastAsia="Times New Roman" w:hAnsi="Times New Roman" w:cs="Times New Roman"/>
          <w:bCs/>
          <w:iCs/>
          <w:lang w:val="vi-VN" w:eastAsia="vi-VN" w:bidi="vi-VN"/>
        </w:rPr>
      </w:pPr>
      <w:r w:rsidRPr="0046524B">
        <w:rPr>
          <w:rFonts w:ascii="Times New Roman" w:eastAsia="Times New Roman" w:hAnsi="Times New Roman" w:cs="Times New Roman"/>
          <w:bCs/>
          <w:iCs/>
          <w:lang w:val="vi-VN" w:eastAsia="vi-VN" w:bidi="vi-VN"/>
        </w:rPr>
        <w:t xml:space="preserve">- Cách tính điểm cho mỗi tiêu chí:  </w:t>
      </w:r>
      <w:r w:rsidRPr="00430230">
        <w:rPr>
          <w:rFonts w:ascii="Times New Roman" w:eastAsia="Times New Roman" w:hAnsi="Times New Roman" w:cs="Times New Roman"/>
          <w:bCs/>
          <w:iCs/>
          <w:color w:val="FF0000"/>
          <w:lang w:val="vi-VN" w:eastAsia="vi-VN" w:bidi="vi-VN"/>
        </w:rPr>
        <w:t>Mỗi tiêu chí được đánh giá điểm theo mức độ so sánh giữa các mô hình và số lượng mô hình được cho điểm (</w:t>
      </w:r>
      <w:r w:rsidR="007B69AE" w:rsidRPr="000A4212">
        <w:rPr>
          <w:rFonts w:ascii="Times New Roman" w:eastAsia="Times New Roman" w:hAnsi="Times New Roman" w:cs="Times New Roman"/>
          <w:bCs/>
          <w:iCs/>
          <w:color w:val="FF0000"/>
          <w:lang w:val="vi-VN" w:eastAsia="vi-VN" w:bidi="vi-VN"/>
        </w:rPr>
        <w:t>13</w:t>
      </w:r>
      <w:r w:rsidRPr="000A4212">
        <w:rPr>
          <w:rFonts w:ascii="Times New Roman" w:eastAsia="Times New Roman" w:hAnsi="Times New Roman" w:cs="Times New Roman"/>
          <w:bCs/>
          <w:iCs/>
          <w:color w:val="FF0000"/>
          <w:lang w:val="vi-VN" w:eastAsia="vi-VN" w:bidi="vi-VN"/>
        </w:rPr>
        <w:t xml:space="preserve"> mô hình cho điểm từ 0 đến 10). Như vậy thang điểm để đánh giá cho tiêu chí thu nhập của mỗi mô hình bất kì trong số </w:t>
      </w:r>
      <w:r w:rsidR="007B69AE" w:rsidRPr="000A4212">
        <w:rPr>
          <w:rFonts w:ascii="Times New Roman" w:eastAsia="Times New Roman" w:hAnsi="Times New Roman" w:cs="Times New Roman"/>
          <w:bCs/>
          <w:iCs/>
          <w:color w:val="FF0000"/>
          <w:lang w:val="vi-VN" w:eastAsia="vi-VN" w:bidi="vi-VN"/>
        </w:rPr>
        <w:t>13</w:t>
      </w:r>
      <w:r w:rsidRPr="000A4212">
        <w:rPr>
          <w:rFonts w:ascii="Times New Roman" w:eastAsia="Times New Roman" w:hAnsi="Times New Roman" w:cs="Times New Roman"/>
          <w:bCs/>
          <w:iCs/>
          <w:color w:val="FF0000"/>
          <w:lang w:val="vi-VN" w:eastAsia="vi-VN" w:bidi="vi-VN"/>
        </w:rPr>
        <w:t xml:space="preserve"> mô hình đánh giá là: </w:t>
      </w:r>
      <w:r w:rsidR="000A4212" w:rsidRPr="000A4212">
        <w:rPr>
          <w:rFonts w:ascii="Times New Roman" w:eastAsia="Times New Roman" w:hAnsi="Times New Roman" w:cs="Times New Roman"/>
          <w:bCs/>
          <w:iCs/>
          <w:color w:val="FF0000"/>
          <w:lang w:val="vi-VN" w:eastAsia="vi-VN" w:bidi="vi-VN"/>
        </w:rPr>
        <w:t>0,77; 1,54; 2,31; 3,08; 3,85; 4,62; 5,38; 6,15; 6,92; 7,69; 8,46; 9,23; 10,00</w:t>
      </w:r>
      <w:r w:rsidRPr="000A4212">
        <w:rPr>
          <w:rFonts w:ascii="Times New Roman" w:eastAsia="Times New Roman" w:hAnsi="Times New Roman" w:cs="Times New Roman"/>
          <w:bCs/>
          <w:iCs/>
          <w:color w:val="FF0000"/>
          <w:lang w:val="vi-VN" w:eastAsia="vi-VN" w:bidi="vi-VN"/>
        </w:rPr>
        <w:t>.</w:t>
      </w:r>
    </w:p>
    <w:p w14:paraId="46208FBD" w14:textId="77777777" w:rsidR="0028342D" w:rsidRPr="00123F90" w:rsidRDefault="00622920" w:rsidP="0028342D">
      <w:pPr>
        <w:spacing w:after="120" w:line="240" w:lineRule="auto"/>
        <w:jc w:val="both"/>
        <w:rPr>
          <w:rFonts w:ascii="Times New Roman" w:eastAsia="Times New Roman" w:hAnsi="Times New Roman" w:cs="Times New Roman"/>
          <w:bCs/>
          <w:iCs/>
          <w:lang w:val="vi-VN" w:eastAsia="vi-VN" w:bidi="vi-VN"/>
        </w:rPr>
      </w:pPr>
      <w:r w:rsidRPr="0046524B">
        <w:rPr>
          <w:rFonts w:ascii="Times New Roman" w:eastAsia="Times New Roman" w:hAnsi="Times New Roman" w:cs="Times New Roman"/>
          <w:bCs/>
          <w:iCs/>
          <w:lang w:val="vi-VN" w:eastAsia="vi-VN" w:bidi="vi-VN"/>
        </w:rPr>
        <w:lastRenderedPageBreak/>
        <w:t>- Xác định khoảng điểm cho các mức độ bền vững của mô hình</w:t>
      </w:r>
    </w:p>
    <w:tbl>
      <w:tblPr>
        <w:tblStyle w:val="TableGrid"/>
        <w:tblW w:w="493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9"/>
        <w:gridCol w:w="1975"/>
        <w:gridCol w:w="1847"/>
      </w:tblGrid>
      <w:tr w:rsidR="0028342D" w:rsidRPr="00B55702" w14:paraId="07A57E21" w14:textId="77777777" w:rsidTr="00D17342">
        <w:trPr>
          <w:trHeight w:val="70"/>
        </w:trPr>
        <w:tc>
          <w:tcPr>
            <w:tcW w:w="2978" w:type="pct"/>
            <w:vMerge w:val="restart"/>
            <w:tcBorders>
              <w:right w:val="single" w:sz="4" w:space="0" w:color="auto"/>
            </w:tcBorders>
          </w:tcPr>
          <w:p w14:paraId="0732EEBE" w14:textId="77777777" w:rsidR="0028342D" w:rsidRPr="00123F90" w:rsidRDefault="0028342D" w:rsidP="00D17342">
            <w:pPr>
              <w:spacing w:before="40" w:after="40"/>
              <w:jc w:val="both"/>
              <w:rPr>
                <w:bCs/>
                <w:iCs/>
                <w:color w:val="000000" w:themeColor="text1"/>
                <w:lang w:val="vi-VN" w:eastAsia="vi-VN" w:bidi="vi-VN"/>
              </w:rPr>
            </w:pPr>
            <w:r w:rsidRPr="00123F90">
              <w:rPr>
                <w:bCs/>
                <w:iCs/>
                <w:color w:val="000000" w:themeColor="text1"/>
                <w:lang w:val="vi-VN" w:eastAsia="vi-VN" w:bidi="vi-VN"/>
              </w:rPr>
              <w:t xml:space="preserve">+ Tổng điểm tối đa: Max = </w:t>
            </w:r>
            <w:r w:rsidRPr="00123F90">
              <w:rPr>
                <w:color w:val="000000" w:themeColor="text1"/>
                <w:lang w:val="vi-VN"/>
              </w:rPr>
              <w:t xml:space="preserve">10 x [(3 x 4) + (2 x 3) + (1 x 4)] = </w:t>
            </w:r>
            <w:r w:rsidRPr="00123F90">
              <w:rPr>
                <w:color w:val="FF0000"/>
                <w:lang w:val="vi-VN"/>
              </w:rPr>
              <w:t>220. Trong nghiên cứu này, để đánh giá khách quan và phân loại rõ các mô hình yếu kém chúng tôi chọn giá trị Min =</w:t>
            </w:r>
            <w:r w:rsidRPr="000F423A">
              <w:rPr>
                <w:color w:val="FF0000"/>
                <w:lang w:val="vi-VN"/>
              </w:rPr>
              <w:t xml:space="preserve"> </w:t>
            </w:r>
            <w:r w:rsidRPr="00123F90">
              <w:rPr>
                <w:color w:val="FF0000"/>
                <w:lang w:val="vi-VN"/>
              </w:rPr>
              <w:t xml:space="preserve">0 thay vì lựa chọn Min = 1. Lúc này, </w:t>
            </w:r>
            <w:r w:rsidRPr="00123F90">
              <w:rPr>
                <w:rStyle w:val="Strong"/>
                <w:b w:val="0"/>
                <w:color w:val="FF0000"/>
                <w:lang w:val="vi-VN"/>
              </w:rPr>
              <w:t>khoảng đánh giá sẽ là:</w:t>
            </w:r>
            <w:r w:rsidRPr="00123F90">
              <w:rPr>
                <w:rStyle w:val="Strong"/>
                <w:color w:val="FF0000"/>
                <w:lang w:val="vi-VN"/>
              </w:rPr>
              <w:t xml:space="preserve"> 0–220</w:t>
            </w:r>
            <w:r w:rsidRPr="00123F90">
              <w:rPr>
                <w:color w:val="FF0000"/>
                <w:lang w:val="vi-VN"/>
              </w:rPr>
              <w:t xml:space="preserve"> điểm, các mô hình được phân thành 4 mức, mỗi mức cách nhau 55 điểm:</w:t>
            </w:r>
          </w:p>
        </w:tc>
        <w:tc>
          <w:tcPr>
            <w:tcW w:w="1045" w:type="pct"/>
            <w:tcBorders>
              <w:top w:val="single" w:sz="4" w:space="0" w:color="auto"/>
              <w:left w:val="single" w:sz="4" w:space="0" w:color="auto"/>
              <w:bottom w:val="single" w:sz="4" w:space="0" w:color="auto"/>
              <w:right w:val="single" w:sz="4" w:space="0" w:color="auto"/>
            </w:tcBorders>
          </w:tcPr>
          <w:p w14:paraId="47FDA618" w14:textId="77777777" w:rsidR="0028342D" w:rsidRPr="00B55702" w:rsidRDefault="0028342D" w:rsidP="00D17342">
            <w:pPr>
              <w:spacing w:before="40" w:after="40"/>
              <w:jc w:val="center"/>
              <w:rPr>
                <w:b/>
                <w:bCs/>
                <w:iCs/>
                <w:color w:val="000000" w:themeColor="text1"/>
                <w:lang w:eastAsia="vi-VN" w:bidi="vi-VN"/>
              </w:rPr>
            </w:pPr>
            <w:r w:rsidRPr="00B55702">
              <w:rPr>
                <w:b/>
                <w:bCs/>
                <w:iCs/>
                <w:color w:val="000000" w:themeColor="text1"/>
                <w:lang w:eastAsia="vi-VN" w:bidi="vi-VN"/>
              </w:rPr>
              <w:t>Mức độ bền vững</w:t>
            </w:r>
          </w:p>
        </w:tc>
        <w:tc>
          <w:tcPr>
            <w:tcW w:w="977" w:type="pct"/>
            <w:tcBorders>
              <w:top w:val="single" w:sz="4" w:space="0" w:color="auto"/>
              <w:left w:val="single" w:sz="4" w:space="0" w:color="auto"/>
              <w:bottom w:val="single" w:sz="4" w:space="0" w:color="auto"/>
              <w:right w:val="single" w:sz="4" w:space="0" w:color="auto"/>
            </w:tcBorders>
          </w:tcPr>
          <w:p w14:paraId="68D9D3F6" w14:textId="77777777" w:rsidR="0028342D" w:rsidRPr="00B55702" w:rsidRDefault="0028342D" w:rsidP="00D17342">
            <w:pPr>
              <w:spacing w:before="40" w:after="40"/>
              <w:jc w:val="center"/>
              <w:rPr>
                <w:b/>
                <w:bCs/>
                <w:iCs/>
                <w:color w:val="000000" w:themeColor="text1"/>
                <w:lang w:eastAsia="vi-VN" w:bidi="vi-VN"/>
              </w:rPr>
            </w:pPr>
            <w:r w:rsidRPr="00B55702">
              <w:rPr>
                <w:b/>
                <w:bCs/>
                <w:iCs/>
                <w:color w:val="000000" w:themeColor="text1"/>
                <w:lang w:eastAsia="vi-VN" w:bidi="vi-VN"/>
              </w:rPr>
              <w:t>Khoảng điểm</w:t>
            </w:r>
          </w:p>
        </w:tc>
      </w:tr>
      <w:tr w:rsidR="0028342D" w:rsidRPr="00B55702" w14:paraId="4806CE08" w14:textId="77777777" w:rsidTr="00D17342">
        <w:trPr>
          <w:trHeight w:val="70"/>
        </w:trPr>
        <w:tc>
          <w:tcPr>
            <w:tcW w:w="2978" w:type="pct"/>
            <w:vMerge/>
            <w:tcBorders>
              <w:right w:val="single" w:sz="4" w:space="0" w:color="auto"/>
            </w:tcBorders>
          </w:tcPr>
          <w:p w14:paraId="72E471D5" w14:textId="77777777" w:rsidR="0028342D" w:rsidRPr="00B55702" w:rsidRDefault="0028342D" w:rsidP="00D17342">
            <w:pPr>
              <w:spacing w:before="40" w:after="40"/>
              <w:jc w:val="both"/>
              <w:rPr>
                <w:bCs/>
                <w:iCs/>
                <w:color w:val="000000" w:themeColor="text1"/>
                <w:lang w:eastAsia="vi-VN" w:bidi="vi-VN"/>
              </w:rPr>
            </w:pPr>
          </w:p>
        </w:tc>
        <w:tc>
          <w:tcPr>
            <w:tcW w:w="1045" w:type="pct"/>
            <w:tcBorders>
              <w:top w:val="single" w:sz="4" w:space="0" w:color="auto"/>
              <w:left w:val="single" w:sz="4" w:space="0" w:color="auto"/>
              <w:bottom w:val="single" w:sz="4" w:space="0" w:color="auto"/>
              <w:right w:val="single" w:sz="4" w:space="0" w:color="auto"/>
            </w:tcBorders>
          </w:tcPr>
          <w:p w14:paraId="40EFDAE9" w14:textId="77777777" w:rsidR="0028342D" w:rsidRPr="00B55702" w:rsidRDefault="0028342D" w:rsidP="00D17342">
            <w:pPr>
              <w:spacing w:before="40" w:after="40"/>
              <w:jc w:val="center"/>
              <w:rPr>
                <w:bCs/>
                <w:iCs/>
                <w:color w:val="000000" w:themeColor="text1"/>
                <w:lang w:eastAsia="vi-VN" w:bidi="vi-VN"/>
              </w:rPr>
            </w:pPr>
            <w:r w:rsidRPr="00B55702">
              <w:rPr>
                <w:bCs/>
                <w:iCs/>
                <w:color w:val="000000" w:themeColor="text1"/>
                <w:lang w:eastAsia="vi-VN" w:bidi="vi-VN"/>
              </w:rPr>
              <w:t>Cao</w:t>
            </w:r>
          </w:p>
        </w:tc>
        <w:tc>
          <w:tcPr>
            <w:tcW w:w="977" w:type="pct"/>
            <w:tcBorders>
              <w:top w:val="single" w:sz="4" w:space="0" w:color="auto"/>
              <w:left w:val="single" w:sz="4" w:space="0" w:color="auto"/>
              <w:bottom w:val="single" w:sz="4" w:space="0" w:color="auto"/>
              <w:right w:val="single" w:sz="4" w:space="0" w:color="auto"/>
            </w:tcBorders>
          </w:tcPr>
          <w:p w14:paraId="4CADF117" w14:textId="77777777" w:rsidR="0028342D" w:rsidRPr="00B55702" w:rsidRDefault="0028342D" w:rsidP="00D17342">
            <w:pPr>
              <w:spacing w:before="40" w:after="40"/>
              <w:jc w:val="center"/>
              <w:rPr>
                <w:bCs/>
                <w:iCs/>
                <w:color w:val="000000" w:themeColor="text1"/>
                <w:lang w:eastAsia="vi-VN" w:bidi="vi-VN"/>
              </w:rPr>
            </w:pPr>
            <w:r w:rsidRPr="00B55702">
              <w:rPr>
                <w:bCs/>
                <w:iCs/>
                <w:color w:val="000000" w:themeColor="text1"/>
                <w:lang w:eastAsia="vi-VN" w:bidi="vi-VN"/>
              </w:rPr>
              <w:t>166- 220</w:t>
            </w:r>
          </w:p>
        </w:tc>
      </w:tr>
      <w:tr w:rsidR="0028342D" w:rsidRPr="00B55702" w14:paraId="42F1648A" w14:textId="77777777" w:rsidTr="00D17342">
        <w:trPr>
          <w:trHeight w:val="375"/>
        </w:trPr>
        <w:tc>
          <w:tcPr>
            <w:tcW w:w="2978" w:type="pct"/>
            <w:vMerge/>
            <w:tcBorders>
              <w:right w:val="single" w:sz="4" w:space="0" w:color="auto"/>
            </w:tcBorders>
          </w:tcPr>
          <w:p w14:paraId="481AD81B" w14:textId="77777777" w:rsidR="0028342D" w:rsidRPr="00B55702" w:rsidRDefault="0028342D" w:rsidP="00D17342">
            <w:pPr>
              <w:spacing w:before="40" w:after="40"/>
              <w:jc w:val="both"/>
              <w:rPr>
                <w:bCs/>
                <w:iCs/>
                <w:color w:val="000000" w:themeColor="text1"/>
                <w:lang w:eastAsia="vi-VN" w:bidi="vi-VN"/>
              </w:rPr>
            </w:pPr>
          </w:p>
        </w:tc>
        <w:tc>
          <w:tcPr>
            <w:tcW w:w="1045" w:type="pct"/>
            <w:tcBorders>
              <w:top w:val="single" w:sz="4" w:space="0" w:color="auto"/>
              <w:left w:val="single" w:sz="4" w:space="0" w:color="auto"/>
              <w:bottom w:val="single" w:sz="4" w:space="0" w:color="auto"/>
              <w:right w:val="single" w:sz="4" w:space="0" w:color="auto"/>
            </w:tcBorders>
          </w:tcPr>
          <w:p w14:paraId="48E15D6C" w14:textId="77777777" w:rsidR="0028342D" w:rsidRPr="00B55702" w:rsidRDefault="0028342D" w:rsidP="00D17342">
            <w:pPr>
              <w:spacing w:before="40" w:after="40"/>
              <w:jc w:val="center"/>
              <w:rPr>
                <w:bCs/>
                <w:iCs/>
                <w:color w:val="000000" w:themeColor="text1"/>
                <w:lang w:eastAsia="vi-VN" w:bidi="vi-VN"/>
              </w:rPr>
            </w:pPr>
            <w:r w:rsidRPr="00B55702">
              <w:rPr>
                <w:bCs/>
                <w:iCs/>
                <w:color w:val="000000" w:themeColor="text1"/>
                <w:lang w:eastAsia="vi-VN" w:bidi="vi-VN"/>
              </w:rPr>
              <w:t>Khá</w:t>
            </w:r>
          </w:p>
        </w:tc>
        <w:tc>
          <w:tcPr>
            <w:tcW w:w="977" w:type="pct"/>
            <w:tcBorders>
              <w:top w:val="single" w:sz="4" w:space="0" w:color="auto"/>
              <w:left w:val="single" w:sz="4" w:space="0" w:color="auto"/>
              <w:bottom w:val="single" w:sz="4" w:space="0" w:color="auto"/>
              <w:right w:val="single" w:sz="4" w:space="0" w:color="auto"/>
            </w:tcBorders>
          </w:tcPr>
          <w:p w14:paraId="08C9DB5E" w14:textId="77777777" w:rsidR="0028342D" w:rsidRPr="00B55702" w:rsidRDefault="0028342D" w:rsidP="00D17342">
            <w:pPr>
              <w:spacing w:before="40" w:after="40"/>
              <w:jc w:val="center"/>
              <w:rPr>
                <w:bCs/>
                <w:iCs/>
                <w:color w:val="000000" w:themeColor="text1"/>
                <w:lang w:eastAsia="vi-VN" w:bidi="vi-VN"/>
              </w:rPr>
            </w:pPr>
            <w:r w:rsidRPr="00B55702">
              <w:rPr>
                <w:bCs/>
                <w:iCs/>
                <w:color w:val="000000" w:themeColor="text1"/>
                <w:lang w:eastAsia="vi-VN" w:bidi="vi-VN"/>
              </w:rPr>
              <w:t>111 - 165</w:t>
            </w:r>
          </w:p>
        </w:tc>
      </w:tr>
      <w:tr w:rsidR="0028342D" w:rsidRPr="00B55702" w14:paraId="63EBCCFE" w14:textId="77777777" w:rsidTr="00D17342">
        <w:trPr>
          <w:trHeight w:val="70"/>
        </w:trPr>
        <w:tc>
          <w:tcPr>
            <w:tcW w:w="2978" w:type="pct"/>
            <w:vMerge/>
            <w:tcBorders>
              <w:right w:val="single" w:sz="4" w:space="0" w:color="auto"/>
            </w:tcBorders>
          </w:tcPr>
          <w:p w14:paraId="41AACF3C" w14:textId="77777777" w:rsidR="0028342D" w:rsidRPr="00B55702" w:rsidRDefault="0028342D" w:rsidP="00D17342">
            <w:pPr>
              <w:spacing w:before="40" w:after="40"/>
              <w:jc w:val="both"/>
              <w:rPr>
                <w:bCs/>
                <w:iCs/>
                <w:color w:val="000000" w:themeColor="text1"/>
                <w:lang w:eastAsia="vi-VN" w:bidi="vi-VN"/>
              </w:rPr>
            </w:pPr>
          </w:p>
        </w:tc>
        <w:tc>
          <w:tcPr>
            <w:tcW w:w="1045" w:type="pct"/>
            <w:tcBorders>
              <w:top w:val="single" w:sz="4" w:space="0" w:color="auto"/>
              <w:left w:val="single" w:sz="4" w:space="0" w:color="auto"/>
              <w:bottom w:val="single" w:sz="4" w:space="0" w:color="auto"/>
              <w:right w:val="single" w:sz="4" w:space="0" w:color="auto"/>
            </w:tcBorders>
          </w:tcPr>
          <w:p w14:paraId="50DD071D" w14:textId="77777777" w:rsidR="0028342D" w:rsidRPr="00B55702" w:rsidRDefault="0028342D" w:rsidP="00D17342">
            <w:pPr>
              <w:spacing w:before="40" w:after="40"/>
              <w:jc w:val="center"/>
              <w:rPr>
                <w:bCs/>
                <w:iCs/>
                <w:color w:val="000000" w:themeColor="text1"/>
                <w:lang w:eastAsia="vi-VN" w:bidi="vi-VN"/>
              </w:rPr>
            </w:pPr>
            <w:r w:rsidRPr="00B55702">
              <w:rPr>
                <w:bCs/>
                <w:iCs/>
                <w:color w:val="000000" w:themeColor="text1"/>
                <w:lang w:eastAsia="vi-VN" w:bidi="vi-VN"/>
              </w:rPr>
              <w:t>Trung bình</w:t>
            </w:r>
          </w:p>
        </w:tc>
        <w:tc>
          <w:tcPr>
            <w:tcW w:w="977" w:type="pct"/>
            <w:tcBorders>
              <w:top w:val="single" w:sz="4" w:space="0" w:color="auto"/>
              <w:left w:val="single" w:sz="4" w:space="0" w:color="auto"/>
              <w:bottom w:val="single" w:sz="4" w:space="0" w:color="auto"/>
              <w:right w:val="single" w:sz="4" w:space="0" w:color="auto"/>
            </w:tcBorders>
          </w:tcPr>
          <w:p w14:paraId="4A66C6F7" w14:textId="77777777" w:rsidR="0028342D" w:rsidRPr="00B55702" w:rsidRDefault="0028342D" w:rsidP="00D17342">
            <w:pPr>
              <w:spacing w:before="40" w:after="40"/>
              <w:jc w:val="center"/>
              <w:rPr>
                <w:bCs/>
                <w:iCs/>
                <w:color w:val="000000" w:themeColor="text1"/>
                <w:lang w:eastAsia="vi-VN" w:bidi="vi-VN"/>
              </w:rPr>
            </w:pPr>
            <w:r w:rsidRPr="00B55702">
              <w:rPr>
                <w:bCs/>
                <w:iCs/>
                <w:color w:val="000000" w:themeColor="text1"/>
                <w:lang w:eastAsia="vi-VN" w:bidi="vi-VN"/>
              </w:rPr>
              <w:t>56 – 110</w:t>
            </w:r>
          </w:p>
        </w:tc>
      </w:tr>
      <w:tr w:rsidR="0028342D" w:rsidRPr="00B55702" w14:paraId="7BED3AE7" w14:textId="77777777" w:rsidTr="00D17342">
        <w:trPr>
          <w:trHeight w:val="70"/>
        </w:trPr>
        <w:tc>
          <w:tcPr>
            <w:tcW w:w="2978" w:type="pct"/>
            <w:vMerge/>
            <w:tcBorders>
              <w:right w:val="single" w:sz="4" w:space="0" w:color="auto"/>
            </w:tcBorders>
          </w:tcPr>
          <w:p w14:paraId="68240F40" w14:textId="77777777" w:rsidR="0028342D" w:rsidRPr="00B55702" w:rsidRDefault="0028342D" w:rsidP="00D17342">
            <w:pPr>
              <w:spacing w:before="40" w:after="40"/>
              <w:jc w:val="both"/>
              <w:rPr>
                <w:bCs/>
                <w:iCs/>
                <w:color w:val="000000" w:themeColor="text1"/>
                <w:lang w:eastAsia="vi-VN" w:bidi="vi-VN"/>
              </w:rPr>
            </w:pPr>
          </w:p>
        </w:tc>
        <w:tc>
          <w:tcPr>
            <w:tcW w:w="1045" w:type="pct"/>
            <w:tcBorders>
              <w:top w:val="single" w:sz="4" w:space="0" w:color="auto"/>
              <w:left w:val="single" w:sz="4" w:space="0" w:color="auto"/>
              <w:bottom w:val="single" w:sz="4" w:space="0" w:color="auto"/>
              <w:right w:val="single" w:sz="4" w:space="0" w:color="auto"/>
            </w:tcBorders>
          </w:tcPr>
          <w:p w14:paraId="4A6A086E" w14:textId="77777777" w:rsidR="0028342D" w:rsidRPr="00B55702" w:rsidRDefault="0028342D" w:rsidP="00D17342">
            <w:pPr>
              <w:spacing w:before="40" w:after="40"/>
              <w:jc w:val="center"/>
              <w:rPr>
                <w:bCs/>
                <w:iCs/>
                <w:color w:val="000000" w:themeColor="text1"/>
                <w:lang w:eastAsia="vi-VN" w:bidi="vi-VN"/>
              </w:rPr>
            </w:pPr>
            <w:r w:rsidRPr="00B55702">
              <w:rPr>
                <w:bCs/>
                <w:iCs/>
                <w:color w:val="000000" w:themeColor="text1"/>
                <w:lang w:eastAsia="vi-VN" w:bidi="vi-VN"/>
              </w:rPr>
              <w:t>Thấp</w:t>
            </w:r>
          </w:p>
        </w:tc>
        <w:tc>
          <w:tcPr>
            <w:tcW w:w="977" w:type="pct"/>
            <w:tcBorders>
              <w:top w:val="single" w:sz="4" w:space="0" w:color="auto"/>
              <w:left w:val="single" w:sz="4" w:space="0" w:color="auto"/>
              <w:bottom w:val="single" w:sz="4" w:space="0" w:color="auto"/>
              <w:right w:val="single" w:sz="4" w:space="0" w:color="auto"/>
            </w:tcBorders>
          </w:tcPr>
          <w:p w14:paraId="60D2394D" w14:textId="77777777" w:rsidR="0028342D" w:rsidRPr="00B55702" w:rsidRDefault="0028342D" w:rsidP="00D17342">
            <w:pPr>
              <w:spacing w:before="40" w:after="40"/>
              <w:jc w:val="center"/>
              <w:rPr>
                <w:bCs/>
                <w:iCs/>
                <w:color w:val="000000" w:themeColor="text1"/>
                <w:lang w:eastAsia="vi-VN" w:bidi="vi-VN"/>
              </w:rPr>
            </w:pPr>
            <w:r w:rsidRPr="00B55702">
              <w:rPr>
                <w:bCs/>
                <w:iCs/>
                <w:color w:val="000000" w:themeColor="text1"/>
                <w:lang w:eastAsia="vi-VN" w:bidi="vi-VN"/>
              </w:rPr>
              <w:t>0 - 55</w:t>
            </w:r>
          </w:p>
        </w:tc>
      </w:tr>
    </w:tbl>
    <w:p w14:paraId="6D3EBA1B" w14:textId="6A372A36" w:rsidR="00622920" w:rsidRPr="0046524B" w:rsidRDefault="00622920" w:rsidP="0028342D">
      <w:pPr>
        <w:spacing w:after="120" w:line="240" w:lineRule="auto"/>
        <w:jc w:val="both"/>
        <w:rPr>
          <w:lang w:val="vi-VN"/>
        </w:rPr>
      </w:pPr>
      <w:r w:rsidRPr="0046524B">
        <w:rPr>
          <w:rFonts w:ascii="Times New Roman" w:eastAsia="Courier New" w:hAnsi="Times New Roman" w:cs="Times New Roman"/>
          <w:i/>
          <w:lang w:val="vi-VN" w:eastAsia="vi-VN" w:bidi="vi-VN"/>
        </w:rPr>
        <w:t xml:space="preserve">- Phương pháp đánh giá SWOT: </w:t>
      </w:r>
      <w:r w:rsidRPr="0046524B">
        <w:rPr>
          <w:rFonts w:ascii="Times New Roman" w:eastAsia="Calibri" w:hAnsi="Times New Roman" w:cs="Times New Roman"/>
          <w:spacing w:val="-4"/>
          <w:lang w:val="fr-FR" w:eastAsia="vi-VN" w:bidi="vi-VN"/>
        </w:rPr>
        <w:t>Áp dụng SWOT giúp đánh tổng quan, so sánh ưu thế hoặc hạn chế, cơ hội và thách thức của các mô hình, từ đó lựa chọn đề xuất các mô hình phù hợp nhằm tận dụng tối đa lợi thế và giảm thiểu rủi ro, đảm bảo tính bền vững kinh tế, xã hội và môi trường.</w:t>
      </w:r>
    </w:p>
    <w:p w14:paraId="394BB033" w14:textId="004012C0" w:rsidR="003D55AD" w:rsidRPr="0046524B" w:rsidRDefault="0016225C" w:rsidP="0016225C">
      <w:pPr>
        <w:pStyle w:val="ListParagraph"/>
        <w:spacing w:line="240" w:lineRule="auto"/>
        <w:ind w:left="0"/>
        <w:rPr>
          <w:rFonts w:ascii="Times New Roman" w:hAnsi="Times New Roman" w:cs="Times New Roman"/>
          <w:b/>
          <w:lang w:val="vi-VN"/>
        </w:rPr>
      </w:pPr>
      <w:r w:rsidRPr="0046524B">
        <w:rPr>
          <w:rFonts w:ascii="Times New Roman" w:hAnsi="Times New Roman" w:cs="Times New Roman"/>
          <w:b/>
          <w:lang w:val="vi-VN"/>
        </w:rPr>
        <w:t xml:space="preserve">3. </w:t>
      </w:r>
      <w:r w:rsidR="00521E68" w:rsidRPr="0046524B">
        <w:rPr>
          <w:rFonts w:ascii="Times New Roman" w:hAnsi="Times New Roman" w:cs="Times New Roman"/>
          <w:b/>
          <w:lang w:val="vi-VN"/>
        </w:rPr>
        <w:t>KẾT QUẢ VÀ THẢO LUẬN</w:t>
      </w:r>
      <w:r w:rsidR="00CF7BE2" w:rsidRPr="0046524B">
        <w:rPr>
          <w:rFonts w:ascii="Times New Roman" w:hAnsi="Times New Roman" w:cs="Times New Roman"/>
          <w:b/>
          <w:lang w:val="vi-VN"/>
        </w:rPr>
        <w:t xml:space="preserve"> </w:t>
      </w:r>
    </w:p>
    <w:p w14:paraId="3742C81B" w14:textId="3A86C3B7" w:rsidR="0099414E" w:rsidRPr="0046524B" w:rsidRDefault="0099414E" w:rsidP="0016225C">
      <w:pPr>
        <w:pStyle w:val="ListParagraph"/>
        <w:spacing w:line="240" w:lineRule="auto"/>
        <w:ind w:left="0"/>
        <w:rPr>
          <w:rFonts w:ascii="Times New Roman" w:hAnsi="Times New Roman" w:cs="Times New Roman"/>
          <w:lang w:val="vi-VN"/>
        </w:rPr>
      </w:pPr>
      <w:r w:rsidRPr="0046524B">
        <w:rPr>
          <w:rFonts w:ascii="Times New Roman" w:eastAsia="Times New Roman" w:hAnsi="Times New Roman" w:cs="Times New Roman"/>
          <w:b/>
          <w:shd w:val="clear" w:color="auto" w:fill="FFFFFF"/>
          <w:lang w:val="fr-FR" w:eastAsia="ru-RU"/>
        </w:rPr>
        <w:t>3.1. Các mô hình nông nghiệp ngành chăn nuôi hiện có tại Nam Đông</w:t>
      </w:r>
    </w:p>
    <w:p w14:paraId="54A024DE" w14:textId="2A1D577B" w:rsidR="0099414E" w:rsidRPr="0046524B" w:rsidRDefault="0099414E" w:rsidP="0099414E">
      <w:pPr>
        <w:spacing w:after="120" w:line="240" w:lineRule="auto"/>
        <w:jc w:val="center"/>
        <w:rPr>
          <w:rFonts w:ascii="Times New Roman" w:eastAsia="Times New Roman" w:hAnsi="Times New Roman" w:cs="Times New Roman"/>
          <w:lang w:val="fr-FR"/>
        </w:rPr>
      </w:pPr>
      <w:r w:rsidRPr="0046524B">
        <w:rPr>
          <w:rFonts w:ascii="Times New Roman" w:eastAsia="Calibri" w:hAnsi="Times New Roman" w:cs="Times New Roman"/>
          <w:b/>
          <w:lang w:val="pt-BR"/>
        </w:rPr>
        <w:t xml:space="preserve">Bảng 4. </w:t>
      </w:r>
      <w:r w:rsidRPr="0046524B">
        <w:rPr>
          <w:rFonts w:ascii="Times New Roman" w:eastAsia="Calibri" w:hAnsi="Times New Roman" w:cs="Times New Roman"/>
          <w:lang w:val="pt-BR"/>
        </w:rPr>
        <w:t>Tổng hợp các mô hình nông nghiệp ngành chăn nuôi hiện có ở</w:t>
      </w:r>
      <w:r w:rsidR="005508D3">
        <w:rPr>
          <w:rFonts w:ascii="Times New Roman" w:eastAsia="Calibri" w:hAnsi="Times New Roman" w:cs="Times New Roman"/>
          <w:lang w:val="pt-BR"/>
        </w:rPr>
        <w:t xml:space="preserve"> huyện</w:t>
      </w:r>
      <w:bookmarkStart w:id="4" w:name="_GoBack"/>
      <w:bookmarkEnd w:id="4"/>
      <w:r w:rsidRPr="0046524B">
        <w:rPr>
          <w:rFonts w:ascii="Times New Roman" w:eastAsia="Calibri" w:hAnsi="Times New Roman" w:cs="Times New Roman"/>
          <w:lang w:val="pt-BR"/>
        </w:rPr>
        <w:t xml:space="preserve"> Nam Đông</w:t>
      </w:r>
    </w:p>
    <w:tbl>
      <w:tblPr>
        <w:tblOverlap w:val="neve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3"/>
        <w:gridCol w:w="2835"/>
        <w:gridCol w:w="5859"/>
      </w:tblGrid>
      <w:tr w:rsidR="0046524B" w:rsidRPr="0046524B" w14:paraId="347613F3" w14:textId="77777777" w:rsidTr="00E23714">
        <w:trPr>
          <w:trHeight w:val="20"/>
          <w:jc w:val="center"/>
        </w:trPr>
        <w:tc>
          <w:tcPr>
            <w:tcW w:w="443" w:type="dxa"/>
            <w:shd w:val="clear" w:color="auto" w:fill="FFFFFF"/>
            <w:vAlign w:val="center"/>
          </w:tcPr>
          <w:p w14:paraId="1EB345AC" w14:textId="77777777" w:rsidR="0099414E" w:rsidRPr="0046524B" w:rsidRDefault="0099414E" w:rsidP="0099414E">
            <w:pPr>
              <w:widowControl w:val="0"/>
              <w:spacing w:before="100" w:beforeAutospacing="1" w:after="100" w:afterAutospacing="1"/>
              <w:jc w:val="center"/>
              <w:rPr>
                <w:rFonts w:ascii="Times New Roman" w:eastAsia="Courier New" w:hAnsi="Times New Roman" w:cs="Times New Roman"/>
                <w:b/>
                <w:lang w:eastAsia="vi-VN" w:bidi="vi-VN"/>
              </w:rPr>
            </w:pPr>
            <w:r w:rsidRPr="0046524B">
              <w:rPr>
                <w:rFonts w:ascii="Times New Roman" w:eastAsia="Courier New" w:hAnsi="Times New Roman" w:cs="Times New Roman"/>
                <w:b/>
                <w:lang w:eastAsia="vi-VN" w:bidi="vi-VN"/>
              </w:rPr>
              <w:t>TT</w:t>
            </w:r>
          </w:p>
        </w:tc>
        <w:tc>
          <w:tcPr>
            <w:tcW w:w="2835" w:type="dxa"/>
            <w:shd w:val="clear" w:color="auto" w:fill="FFFFFF"/>
            <w:vAlign w:val="center"/>
          </w:tcPr>
          <w:p w14:paraId="5E8495F9" w14:textId="77777777" w:rsidR="0099414E" w:rsidRPr="0046524B" w:rsidRDefault="0099414E" w:rsidP="0099414E">
            <w:pPr>
              <w:widowControl w:val="0"/>
              <w:spacing w:before="100" w:beforeAutospacing="1" w:after="100" w:afterAutospacing="1"/>
              <w:jc w:val="center"/>
              <w:rPr>
                <w:rFonts w:ascii="Times New Roman" w:eastAsia="Courier New" w:hAnsi="Times New Roman" w:cs="Times New Roman"/>
                <w:b/>
                <w:lang w:eastAsia="vi-VN" w:bidi="vi-VN"/>
              </w:rPr>
            </w:pPr>
            <w:r w:rsidRPr="0046524B">
              <w:rPr>
                <w:rFonts w:ascii="Times New Roman" w:eastAsia="Courier New" w:hAnsi="Times New Roman" w:cs="Times New Roman"/>
                <w:b/>
                <w:lang w:eastAsia="vi-VN" w:bidi="vi-VN"/>
              </w:rPr>
              <w:t>Nhóm mô hình</w:t>
            </w:r>
          </w:p>
        </w:tc>
        <w:tc>
          <w:tcPr>
            <w:tcW w:w="5859" w:type="dxa"/>
            <w:shd w:val="clear" w:color="auto" w:fill="FFFFFF"/>
            <w:vAlign w:val="center"/>
          </w:tcPr>
          <w:p w14:paraId="1F7A5E08" w14:textId="77777777" w:rsidR="0099414E" w:rsidRPr="0046524B" w:rsidRDefault="0099414E" w:rsidP="0099414E">
            <w:pPr>
              <w:widowControl w:val="0"/>
              <w:spacing w:before="100" w:beforeAutospacing="1" w:after="100" w:afterAutospacing="1"/>
              <w:ind w:left="142"/>
              <w:jc w:val="center"/>
              <w:rPr>
                <w:rFonts w:ascii="Times New Roman" w:eastAsia="Courier New" w:hAnsi="Times New Roman" w:cs="Times New Roman"/>
                <w:b/>
                <w:lang w:eastAsia="vi-VN" w:bidi="vi-VN"/>
              </w:rPr>
            </w:pPr>
            <w:r w:rsidRPr="0046524B">
              <w:rPr>
                <w:rFonts w:ascii="Times New Roman" w:eastAsia="Courier New" w:hAnsi="Times New Roman" w:cs="Times New Roman"/>
                <w:b/>
                <w:lang w:eastAsia="vi-VN" w:bidi="vi-VN"/>
              </w:rPr>
              <w:t xml:space="preserve">Mô hình </w:t>
            </w:r>
          </w:p>
        </w:tc>
      </w:tr>
      <w:tr w:rsidR="0046524B" w:rsidRPr="0046524B" w14:paraId="7E64D0F9" w14:textId="77777777" w:rsidTr="00E23714">
        <w:trPr>
          <w:trHeight w:val="20"/>
          <w:jc w:val="center"/>
        </w:trPr>
        <w:tc>
          <w:tcPr>
            <w:tcW w:w="443" w:type="dxa"/>
            <w:shd w:val="clear" w:color="auto" w:fill="FFFFFF"/>
            <w:vAlign w:val="center"/>
          </w:tcPr>
          <w:p w14:paraId="30E83036" w14:textId="77777777" w:rsidR="0099414E" w:rsidRPr="0046524B" w:rsidRDefault="0099414E" w:rsidP="0099414E">
            <w:pPr>
              <w:widowControl w:val="0"/>
              <w:spacing w:before="100" w:beforeAutospacing="1" w:after="100" w:afterAutospacing="1"/>
              <w:ind w:left="142"/>
              <w:jc w:val="center"/>
              <w:rPr>
                <w:rFonts w:ascii="Times New Roman" w:eastAsia="Courier New" w:hAnsi="Times New Roman" w:cs="Times New Roman"/>
                <w:lang w:eastAsia="vi-VN" w:bidi="vi-VN"/>
              </w:rPr>
            </w:pPr>
            <w:r w:rsidRPr="0046524B">
              <w:rPr>
                <w:rFonts w:ascii="Times New Roman" w:eastAsia="Courier New" w:hAnsi="Times New Roman" w:cs="Times New Roman"/>
                <w:lang w:eastAsia="vi-VN" w:bidi="vi-VN"/>
              </w:rPr>
              <w:t>1</w:t>
            </w:r>
          </w:p>
        </w:tc>
        <w:tc>
          <w:tcPr>
            <w:tcW w:w="2835" w:type="dxa"/>
            <w:shd w:val="clear" w:color="auto" w:fill="FFFFFF"/>
            <w:vAlign w:val="center"/>
          </w:tcPr>
          <w:p w14:paraId="568E66C6" w14:textId="77777777" w:rsidR="0099414E" w:rsidRPr="0046524B" w:rsidRDefault="0099414E" w:rsidP="0099414E">
            <w:pPr>
              <w:widowControl w:val="0"/>
              <w:spacing w:before="100" w:beforeAutospacing="1" w:after="100" w:afterAutospacing="1"/>
              <w:ind w:left="142"/>
              <w:jc w:val="center"/>
              <w:rPr>
                <w:rFonts w:ascii="Times New Roman" w:eastAsia="Courier New" w:hAnsi="Times New Roman" w:cs="Times New Roman"/>
                <w:lang w:eastAsia="vi-VN" w:bidi="vi-VN"/>
              </w:rPr>
            </w:pPr>
            <w:r w:rsidRPr="0046524B">
              <w:rPr>
                <w:rFonts w:ascii="Times New Roman" w:eastAsia="Courier New" w:hAnsi="Times New Roman" w:cs="Times New Roman"/>
                <w:bCs/>
                <w:lang w:eastAsia="vi-VN" w:bidi="vi-VN"/>
              </w:rPr>
              <w:t>Chăn nuôi truyền thống</w:t>
            </w:r>
          </w:p>
        </w:tc>
        <w:tc>
          <w:tcPr>
            <w:tcW w:w="5859" w:type="dxa"/>
            <w:shd w:val="clear" w:color="auto" w:fill="FFFFFF"/>
            <w:vAlign w:val="center"/>
          </w:tcPr>
          <w:p w14:paraId="3009ADFF" w14:textId="15D1B53D" w:rsidR="0099414E" w:rsidRPr="0046524B" w:rsidRDefault="0099414E" w:rsidP="0099414E">
            <w:pPr>
              <w:widowControl w:val="0"/>
              <w:spacing w:before="100" w:beforeAutospacing="1" w:after="100" w:afterAutospacing="1"/>
              <w:ind w:left="142"/>
              <w:jc w:val="both"/>
              <w:rPr>
                <w:rFonts w:ascii="Times New Roman" w:eastAsia="Courier New" w:hAnsi="Times New Roman" w:cs="Times New Roman"/>
                <w:lang w:eastAsia="vi-VN" w:bidi="vi-VN"/>
              </w:rPr>
            </w:pPr>
            <w:r w:rsidRPr="0046524B">
              <w:rPr>
                <w:rFonts w:ascii="Times New Roman" w:eastAsia="Courier New" w:hAnsi="Times New Roman" w:cs="Times New Roman"/>
                <w:lang w:eastAsia="vi-VN" w:bidi="vi-VN"/>
              </w:rPr>
              <w:t>1) bò thịt; 2) lợn thịt; 3) gà thị</w:t>
            </w:r>
            <w:r w:rsidR="003E1E43">
              <w:rPr>
                <w:rFonts w:ascii="Times New Roman" w:eastAsia="Courier New" w:hAnsi="Times New Roman" w:cs="Times New Roman"/>
                <w:lang w:eastAsia="vi-VN" w:bidi="vi-VN"/>
              </w:rPr>
              <w:t>t.</w:t>
            </w:r>
          </w:p>
        </w:tc>
      </w:tr>
      <w:tr w:rsidR="0046524B" w:rsidRPr="0046524B" w14:paraId="3DBD3166" w14:textId="77777777" w:rsidTr="00E23714">
        <w:trPr>
          <w:trHeight w:val="20"/>
          <w:jc w:val="center"/>
        </w:trPr>
        <w:tc>
          <w:tcPr>
            <w:tcW w:w="443" w:type="dxa"/>
            <w:tcBorders>
              <w:top w:val="single" w:sz="4" w:space="0" w:color="auto"/>
              <w:left w:val="single" w:sz="4" w:space="0" w:color="auto"/>
              <w:bottom w:val="single" w:sz="4" w:space="0" w:color="auto"/>
              <w:right w:val="single" w:sz="4" w:space="0" w:color="auto"/>
            </w:tcBorders>
            <w:shd w:val="clear" w:color="auto" w:fill="FFFFFF"/>
            <w:vAlign w:val="center"/>
          </w:tcPr>
          <w:p w14:paraId="7CB1C947" w14:textId="77777777" w:rsidR="0099414E" w:rsidRPr="0046524B" w:rsidRDefault="0099414E" w:rsidP="0099414E">
            <w:pPr>
              <w:widowControl w:val="0"/>
              <w:spacing w:before="100" w:beforeAutospacing="1" w:after="100" w:afterAutospacing="1"/>
              <w:ind w:left="142"/>
              <w:jc w:val="center"/>
              <w:rPr>
                <w:rFonts w:ascii="Times New Roman" w:eastAsia="Courier New" w:hAnsi="Times New Roman" w:cs="Times New Roman"/>
                <w:lang w:eastAsia="vi-VN" w:bidi="vi-VN"/>
              </w:rPr>
            </w:pPr>
            <w:r w:rsidRPr="0046524B">
              <w:rPr>
                <w:rFonts w:ascii="Times New Roman" w:eastAsia="Courier New" w:hAnsi="Times New Roman" w:cs="Times New Roman"/>
                <w:lang w:eastAsia="vi-VN" w:bidi="vi-VN"/>
              </w:rPr>
              <w:t>2</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4B83AD7E" w14:textId="77777777" w:rsidR="0099414E" w:rsidRPr="0046524B" w:rsidRDefault="0099414E" w:rsidP="0099414E">
            <w:pPr>
              <w:widowControl w:val="0"/>
              <w:spacing w:before="100" w:beforeAutospacing="1" w:after="100" w:afterAutospacing="1"/>
              <w:ind w:left="142"/>
              <w:jc w:val="center"/>
              <w:rPr>
                <w:rFonts w:ascii="Times New Roman" w:eastAsia="Courier New" w:hAnsi="Times New Roman" w:cs="Times New Roman"/>
                <w:lang w:eastAsia="vi-VN" w:bidi="vi-VN"/>
              </w:rPr>
            </w:pPr>
            <w:r w:rsidRPr="0046524B">
              <w:rPr>
                <w:rFonts w:ascii="Times New Roman" w:eastAsia="Courier New" w:hAnsi="Times New Roman" w:cs="Times New Roman"/>
                <w:bCs/>
                <w:lang w:eastAsia="vi-VN" w:bidi="vi-VN"/>
              </w:rPr>
              <w:t>Chăn nuôi theo hướng hữu cơ/VietGap</w:t>
            </w:r>
          </w:p>
        </w:tc>
        <w:tc>
          <w:tcPr>
            <w:tcW w:w="5859" w:type="dxa"/>
            <w:tcBorders>
              <w:left w:val="single" w:sz="4" w:space="0" w:color="auto"/>
            </w:tcBorders>
            <w:shd w:val="clear" w:color="auto" w:fill="FFFFFF"/>
            <w:vAlign w:val="center"/>
          </w:tcPr>
          <w:p w14:paraId="15A388A0" w14:textId="4D979485" w:rsidR="0099414E" w:rsidRPr="0046524B" w:rsidRDefault="0099414E" w:rsidP="00042496">
            <w:pPr>
              <w:widowControl w:val="0"/>
              <w:spacing w:before="100" w:beforeAutospacing="1" w:after="100" w:afterAutospacing="1"/>
              <w:ind w:left="142"/>
              <w:jc w:val="both"/>
              <w:rPr>
                <w:rFonts w:ascii="Times New Roman" w:eastAsia="Courier New" w:hAnsi="Times New Roman" w:cs="Times New Roman"/>
                <w:lang w:eastAsia="vi-VN" w:bidi="vi-VN"/>
              </w:rPr>
            </w:pPr>
            <w:r w:rsidRPr="0046524B">
              <w:rPr>
                <w:rFonts w:ascii="Times New Roman" w:eastAsia="Courier New" w:hAnsi="Times New Roman" w:cs="Times New Roman"/>
                <w:lang w:eastAsia="vi-VN" w:bidi="vi-VN"/>
              </w:rPr>
              <w:t xml:space="preserve">1) </w:t>
            </w:r>
            <w:r w:rsidR="00042496">
              <w:rPr>
                <w:rFonts w:ascii="Times New Roman" w:eastAsia="Times New Roman" w:hAnsi="Times New Roman" w:cs="Times New Roman"/>
                <w:lang w:val="nl-NL" w:eastAsia="vi-VN" w:bidi="vi-VN"/>
              </w:rPr>
              <w:t>b</w:t>
            </w:r>
            <w:r w:rsidRPr="0046524B">
              <w:rPr>
                <w:rFonts w:ascii="Times New Roman" w:eastAsia="Times New Roman" w:hAnsi="Times New Roman" w:cs="Times New Roman"/>
                <w:lang w:val="nl-NL" w:eastAsia="vi-VN" w:bidi="vi-VN"/>
              </w:rPr>
              <w:t>ò theo hướng hữu cơ</w:t>
            </w:r>
            <w:r w:rsidRPr="0046524B">
              <w:rPr>
                <w:rFonts w:ascii="Times New Roman" w:eastAsia="Courier New" w:hAnsi="Times New Roman" w:cs="Times New Roman"/>
                <w:lang w:eastAsia="vi-VN" w:bidi="vi-VN"/>
              </w:rPr>
              <w:t>; 2) lợn theo hướng hữu cơ; 3)</w:t>
            </w:r>
            <w:r w:rsidR="00042496">
              <w:rPr>
                <w:rFonts w:ascii="Times New Roman" w:eastAsia="Courier New" w:hAnsi="Times New Roman" w:cs="Times New Roman"/>
                <w:lang w:eastAsia="vi-VN" w:bidi="vi-VN"/>
              </w:rPr>
              <w:t xml:space="preserve"> gà th</w:t>
            </w:r>
            <w:r w:rsidR="0051107F">
              <w:rPr>
                <w:rFonts w:ascii="Times New Roman" w:eastAsia="Courier New" w:hAnsi="Times New Roman" w:cs="Times New Roman"/>
                <w:lang w:eastAsia="vi-VN" w:bidi="vi-VN"/>
              </w:rPr>
              <w:t>eo hướng hữu cơ; 4</w:t>
            </w:r>
            <w:r w:rsidR="0051107F" w:rsidRPr="0046524B">
              <w:rPr>
                <w:rFonts w:ascii="Times New Roman" w:eastAsia="Courier New" w:hAnsi="Times New Roman" w:cs="Times New Roman"/>
                <w:lang w:eastAsia="vi-VN" w:bidi="vi-VN"/>
              </w:rPr>
              <w:t>)</w:t>
            </w:r>
            <w:r w:rsidR="0051107F">
              <w:rPr>
                <w:rFonts w:ascii="Times New Roman" w:eastAsia="Courier New" w:hAnsi="Times New Roman" w:cs="Times New Roman"/>
                <w:lang w:eastAsia="vi-VN" w:bidi="vi-VN"/>
              </w:rPr>
              <w:t xml:space="preserve"> lợn rừng lai; 5)</w:t>
            </w:r>
            <w:r w:rsidRPr="0046524B">
              <w:rPr>
                <w:rFonts w:ascii="Times New Roman" w:eastAsia="Courier New" w:hAnsi="Times New Roman" w:cs="Times New Roman"/>
                <w:lang w:eastAsia="vi-VN" w:bidi="vi-VN"/>
              </w:rPr>
              <w:t xml:space="preserve"> chồn hương; </w:t>
            </w:r>
            <w:r w:rsidR="0051107F">
              <w:rPr>
                <w:rFonts w:ascii="Times New Roman" w:eastAsia="Courier New" w:hAnsi="Times New Roman" w:cs="Times New Roman"/>
                <w:lang w:eastAsia="vi-VN" w:bidi="vi-VN"/>
              </w:rPr>
              <w:t>6</w:t>
            </w:r>
            <w:r w:rsidRPr="0046524B">
              <w:rPr>
                <w:rFonts w:ascii="Times New Roman" w:eastAsia="Courier New" w:hAnsi="Times New Roman" w:cs="Times New Roman"/>
                <w:lang w:eastAsia="vi-VN" w:bidi="vi-VN"/>
              </w:rPr>
              <w:t>) dúi;</w:t>
            </w:r>
            <w:r w:rsidR="007B69AE">
              <w:rPr>
                <w:rFonts w:ascii="Times New Roman" w:eastAsia="Courier New" w:hAnsi="Times New Roman" w:cs="Times New Roman"/>
                <w:lang w:eastAsia="vi-VN" w:bidi="vi-VN"/>
              </w:rPr>
              <w:t xml:space="preserve"> </w:t>
            </w:r>
            <w:r w:rsidR="0051107F">
              <w:rPr>
                <w:rFonts w:ascii="Times New Roman" w:eastAsia="Courier New" w:hAnsi="Times New Roman" w:cs="Times New Roman"/>
                <w:lang w:eastAsia="vi-VN" w:bidi="vi-VN"/>
              </w:rPr>
              <w:t>7</w:t>
            </w:r>
            <w:r w:rsidR="007B69AE">
              <w:rPr>
                <w:rFonts w:ascii="Times New Roman" w:eastAsia="Courier New" w:hAnsi="Times New Roman" w:cs="Times New Roman"/>
                <w:lang w:eastAsia="vi-VN" w:bidi="vi-VN"/>
              </w:rPr>
              <w:t>)</w:t>
            </w:r>
            <w:r w:rsidR="00042496">
              <w:rPr>
                <w:rFonts w:ascii="Times New Roman" w:eastAsia="Courier New" w:hAnsi="Times New Roman" w:cs="Times New Roman"/>
                <w:lang w:eastAsia="vi-VN" w:bidi="vi-VN"/>
              </w:rPr>
              <w:t xml:space="preserve"> t</w:t>
            </w:r>
            <w:r w:rsidRPr="0046524B">
              <w:rPr>
                <w:rFonts w:ascii="Times New Roman" w:eastAsia="Courier New" w:hAnsi="Times New Roman" w:cs="Times New Roman"/>
                <w:lang w:eastAsia="vi-VN" w:bidi="vi-VN"/>
              </w:rPr>
              <w:t>rang trại chăn nuôi tổng hợp</w:t>
            </w:r>
            <w:r w:rsidR="003E1E43">
              <w:rPr>
                <w:rFonts w:ascii="Times New Roman" w:eastAsia="Courier New" w:hAnsi="Times New Roman" w:cs="Times New Roman"/>
                <w:lang w:eastAsia="vi-VN" w:bidi="vi-VN"/>
              </w:rPr>
              <w:t>.</w:t>
            </w:r>
          </w:p>
        </w:tc>
      </w:tr>
      <w:tr w:rsidR="0046524B" w:rsidRPr="0046524B" w14:paraId="26BC0553" w14:textId="77777777" w:rsidTr="00E23714">
        <w:trPr>
          <w:trHeight w:val="85"/>
          <w:jc w:val="center"/>
        </w:trPr>
        <w:tc>
          <w:tcPr>
            <w:tcW w:w="443" w:type="dxa"/>
            <w:tcBorders>
              <w:top w:val="single" w:sz="4" w:space="0" w:color="auto"/>
              <w:left w:val="single" w:sz="4" w:space="0" w:color="auto"/>
              <w:bottom w:val="single" w:sz="4" w:space="0" w:color="auto"/>
              <w:right w:val="single" w:sz="4" w:space="0" w:color="auto"/>
            </w:tcBorders>
            <w:shd w:val="clear" w:color="auto" w:fill="FFFFFF"/>
            <w:vAlign w:val="center"/>
          </w:tcPr>
          <w:p w14:paraId="1E1CF6A4" w14:textId="77777777" w:rsidR="0099414E" w:rsidRPr="0046524B" w:rsidRDefault="0099414E" w:rsidP="0099414E">
            <w:pPr>
              <w:widowControl w:val="0"/>
              <w:spacing w:before="100" w:beforeAutospacing="1" w:after="100" w:afterAutospacing="1"/>
              <w:ind w:left="142"/>
              <w:jc w:val="center"/>
              <w:rPr>
                <w:rFonts w:ascii="Times New Roman" w:eastAsia="Courier New" w:hAnsi="Times New Roman" w:cs="Times New Roman"/>
                <w:lang w:eastAsia="vi-VN" w:bidi="vi-VN"/>
              </w:rPr>
            </w:pPr>
            <w:r w:rsidRPr="0046524B">
              <w:rPr>
                <w:rFonts w:ascii="Times New Roman" w:eastAsia="Courier New" w:hAnsi="Times New Roman" w:cs="Times New Roman"/>
                <w:lang w:eastAsia="vi-VN" w:bidi="vi-VN"/>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82EAA39" w14:textId="77777777" w:rsidR="0099414E" w:rsidRPr="0046524B" w:rsidRDefault="0099414E" w:rsidP="0099414E">
            <w:pPr>
              <w:widowControl w:val="0"/>
              <w:spacing w:before="100" w:beforeAutospacing="1" w:after="100" w:afterAutospacing="1"/>
              <w:ind w:left="142"/>
              <w:jc w:val="center"/>
              <w:rPr>
                <w:rFonts w:ascii="Times New Roman" w:eastAsia="Courier New" w:hAnsi="Times New Roman" w:cs="Times New Roman"/>
                <w:bCs/>
                <w:lang w:eastAsia="vi-VN" w:bidi="vi-VN"/>
              </w:rPr>
            </w:pPr>
            <w:r w:rsidRPr="0046524B">
              <w:rPr>
                <w:rFonts w:ascii="Times New Roman" w:eastAsia="Courier New" w:hAnsi="Times New Roman" w:cs="Times New Roman"/>
                <w:bCs/>
                <w:lang w:eastAsia="vi-VN" w:bidi="vi-VN"/>
              </w:rPr>
              <w:t>Chăn nuôi kết hợp trồng trọt</w:t>
            </w:r>
          </w:p>
        </w:tc>
        <w:tc>
          <w:tcPr>
            <w:tcW w:w="5859" w:type="dxa"/>
            <w:tcBorders>
              <w:left w:val="single" w:sz="4" w:space="0" w:color="auto"/>
            </w:tcBorders>
            <w:shd w:val="clear" w:color="auto" w:fill="FFFFFF"/>
            <w:vAlign w:val="center"/>
          </w:tcPr>
          <w:p w14:paraId="114532D6" w14:textId="77777777" w:rsidR="0099414E" w:rsidRPr="0046524B" w:rsidRDefault="0099414E" w:rsidP="0099414E">
            <w:pPr>
              <w:widowControl w:val="0"/>
              <w:spacing w:before="100" w:beforeAutospacing="1" w:after="100" w:afterAutospacing="1"/>
              <w:ind w:left="142"/>
              <w:jc w:val="both"/>
              <w:rPr>
                <w:rFonts w:ascii="Times New Roman" w:eastAsia="Courier New" w:hAnsi="Times New Roman" w:cs="Times New Roman"/>
                <w:lang w:eastAsia="vi-VN" w:bidi="vi-VN"/>
              </w:rPr>
            </w:pPr>
            <w:r w:rsidRPr="0046524B">
              <w:rPr>
                <w:rFonts w:ascii="Times New Roman" w:eastAsia="Courier New" w:hAnsi="Times New Roman" w:cs="Times New Roman"/>
                <w:lang w:eastAsia="vi-VN" w:bidi="vi-VN"/>
              </w:rPr>
              <w:t>1) V-A-C; 2) Cây ăn quả + nuôi ong; 3) trồng rừng + nuôi bò</w:t>
            </w:r>
          </w:p>
        </w:tc>
      </w:tr>
    </w:tbl>
    <w:p w14:paraId="162502DE" w14:textId="77777777" w:rsidR="0099414E" w:rsidRPr="0046524B" w:rsidRDefault="0099414E" w:rsidP="0099414E">
      <w:pPr>
        <w:spacing w:after="40" w:line="240" w:lineRule="auto"/>
        <w:ind w:firstLineChars="240" w:firstLine="528"/>
        <w:jc w:val="right"/>
        <w:rPr>
          <w:rFonts w:ascii="Times New Roman" w:eastAsia="SimSun" w:hAnsi="Times New Roman" w:cs="Times New Roman"/>
          <w:spacing w:val="-6"/>
        </w:rPr>
      </w:pPr>
      <w:r w:rsidRPr="0046524B">
        <w:rPr>
          <w:rFonts w:ascii="Times New Roman" w:eastAsia="SimSun" w:hAnsi="Times New Roman" w:cs="Times New Roman"/>
          <w:i/>
        </w:rPr>
        <w:t>Nguồn: Điều tra khảo sát</w:t>
      </w:r>
    </w:p>
    <w:p w14:paraId="002390EC" w14:textId="4B298EED" w:rsidR="0099414E" w:rsidRPr="0046524B" w:rsidRDefault="0099414E" w:rsidP="0099414E">
      <w:pPr>
        <w:tabs>
          <w:tab w:val="left" w:pos="567"/>
        </w:tabs>
        <w:spacing w:after="120" w:line="240" w:lineRule="auto"/>
        <w:jc w:val="both"/>
        <w:rPr>
          <w:rFonts w:ascii="Times New Roman" w:eastAsia="Times New Roman" w:hAnsi="Times New Roman" w:cs="Times New Roman"/>
          <w:b/>
          <w:shd w:val="clear" w:color="auto" w:fill="FFFFFF"/>
          <w:lang w:eastAsia="ru-RU"/>
        </w:rPr>
      </w:pPr>
      <w:r w:rsidRPr="0046524B">
        <w:rPr>
          <w:rFonts w:ascii="Times New Roman" w:eastAsia="Times New Roman" w:hAnsi="Times New Roman" w:cs="Times New Roman"/>
          <w:b/>
          <w:shd w:val="clear" w:color="auto" w:fill="FFFFFF"/>
          <w:lang w:eastAsia="ru-RU"/>
        </w:rPr>
        <w:t xml:space="preserve">3.2. </w:t>
      </w:r>
      <w:r w:rsidRPr="0046524B">
        <w:rPr>
          <w:rFonts w:ascii="Times New Roman" w:eastAsia="Times New Roman" w:hAnsi="Times New Roman" w:cs="Times New Roman"/>
          <w:b/>
          <w:shd w:val="clear" w:color="auto" w:fill="FFFFFF"/>
          <w:lang w:val="fr-FR" w:eastAsia="ru-RU"/>
        </w:rPr>
        <w:t>Đánh giá hiệu quả các mô hình nông nghiệp ngành chăn nuôi ở huyện Nam Đông</w:t>
      </w:r>
    </w:p>
    <w:p w14:paraId="2FFCF2E1" w14:textId="4B6A2AAB" w:rsidR="0099414E" w:rsidRPr="0046524B" w:rsidRDefault="0099414E" w:rsidP="0099414E">
      <w:pPr>
        <w:spacing w:after="120" w:line="240" w:lineRule="auto"/>
        <w:jc w:val="both"/>
        <w:rPr>
          <w:rFonts w:ascii="Times New Roman" w:eastAsia="SimSun" w:hAnsi="Times New Roman" w:cs="Times New Roman"/>
          <w:b/>
          <w:lang w:val="fr-FR"/>
        </w:rPr>
      </w:pPr>
      <w:r w:rsidRPr="0046524B">
        <w:rPr>
          <w:rFonts w:ascii="Times New Roman" w:eastAsia="SimSun" w:hAnsi="Times New Roman" w:cs="Times New Roman"/>
          <w:b/>
          <w:iCs/>
          <w:lang w:val="sv-SE"/>
        </w:rPr>
        <w:t>3.2.1. Đánh giá hiệu quả kinh tế của các mô hình</w:t>
      </w:r>
      <w:r w:rsidRPr="0046524B">
        <w:rPr>
          <w:rFonts w:ascii="Times New Roman" w:eastAsia="SimSun" w:hAnsi="Times New Roman" w:cs="Times New Roman"/>
          <w:b/>
          <w:lang w:val="fr-FR"/>
        </w:rPr>
        <w:t xml:space="preserve"> </w:t>
      </w:r>
    </w:p>
    <w:p w14:paraId="7FD88A8B" w14:textId="145D076C" w:rsidR="0099414E" w:rsidRPr="00123F90" w:rsidRDefault="00357820" w:rsidP="0026740C">
      <w:pPr>
        <w:spacing w:after="120" w:line="240" w:lineRule="auto"/>
        <w:jc w:val="center"/>
        <w:rPr>
          <w:rFonts w:ascii="Times New Roman" w:eastAsia="Calibri" w:hAnsi="Times New Roman" w:cs="Times New Roman"/>
          <w:color w:val="FF0000"/>
          <w:lang w:val="pt-BR"/>
        </w:rPr>
      </w:pPr>
      <w:r w:rsidRPr="00123F90">
        <w:rPr>
          <w:rFonts w:ascii="Times New Roman" w:eastAsia="Calibri" w:hAnsi="Times New Roman" w:cs="Times New Roman"/>
          <w:b/>
          <w:color w:val="FF0000"/>
          <w:lang w:val="pt-BR"/>
        </w:rPr>
        <w:t>Bảng 5</w:t>
      </w:r>
      <w:r w:rsidR="0099414E" w:rsidRPr="00123F90">
        <w:rPr>
          <w:rFonts w:ascii="Times New Roman" w:eastAsia="Calibri" w:hAnsi="Times New Roman" w:cs="Times New Roman"/>
          <w:b/>
          <w:color w:val="FF0000"/>
          <w:lang w:val="pt-BR"/>
        </w:rPr>
        <w:t>.</w:t>
      </w:r>
      <w:r w:rsidR="0099414E" w:rsidRPr="00123F90">
        <w:rPr>
          <w:rFonts w:ascii="Times New Roman" w:eastAsia="Calibri" w:hAnsi="Times New Roman" w:cs="Times New Roman"/>
          <w:color w:val="FF0000"/>
          <w:lang w:val="pt-BR"/>
        </w:rPr>
        <w:t xml:space="preserve"> Hiệu quả kinh tế của các mô hình </w:t>
      </w:r>
      <w:r w:rsidR="00F71288" w:rsidRPr="00123F90">
        <w:rPr>
          <w:rFonts w:ascii="Times New Roman" w:eastAsia="Calibri" w:hAnsi="Times New Roman" w:cs="Times New Roman"/>
          <w:color w:val="FF0000"/>
          <w:lang w:val="pt-BR"/>
        </w:rPr>
        <w:t>nông nghiệp ngành chăn nuôi ở huyện Nam Đông</w:t>
      </w:r>
    </w:p>
    <w:tbl>
      <w:tblPr>
        <w:tblW w:w="9408" w:type="dxa"/>
        <w:tblInd w:w="93" w:type="dxa"/>
        <w:tblLayout w:type="fixed"/>
        <w:tblLook w:val="04A0" w:firstRow="1" w:lastRow="0" w:firstColumn="1" w:lastColumn="0" w:noHBand="0" w:noVBand="1"/>
      </w:tblPr>
      <w:tblGrid>
        <w:gridCol w:w="1287"/>
        <w:gridCol w:w="2289"/>
        <w:gridCol w:w="1458"/>
        <w:gridCol w:w="1458"/>
        <w:gridCol w:w="1458"/>
        <w:gridCol w:w="1458"/>
      </w:tblGrid>
      <w:tr w:rsidR="00AC61D5" w:rsidRPr="00AC61D5" w14:paraId="67D5F882" w14:textId="77777777" w:rsidTr="004351D0">
        <w:trPr>
          <w:trHeight w:val="149"/>
        </w:trPr>
        <w:tc>
          <w:tcPr>
            <w:tcW w:w="1287" w:type="dxa"/>
            <w:tcBorders>
              <w:top w:val="nil"/>
              <w:left w:val="nil"/>
              <w:bottom w:val="nil"/>
              <w:right w:val="single" w:sz="8" w:space="0" w:color="auto"/>
            </w:tcBorders>
            <w:shd w:val="clear" w:color="auto" w:fill="auto"/>
            <w:noWrap/>
            <w:vAlign w:val="center"/>
            <w:hideMark/>
          </w:tcPr>
          <w:p w14:paraId="35F76B1E"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r w:rsidRPr="00AC61D5">
              <w:rPr>
                <w:rFonts w:ascii="Times New Roman" w:eastAsia="Times New Roman" w:hAnsi="Times New Roman" w:cs="Times New Roman"/>
                <w:b/>
                <w:lang w:eastAsia="zh-CN"/>
              </w:rPr>
              <w:t>Nhóm mô hình</w:t>
            </w:r>
          </w:p>
        </w:tc>
        <w:tc>
          <w:tcPr>
            <w:tcW w:w="2289" w:type="dxa"/>
            <w:tcBorders>
              <w:top w:val="nil"/>
              <w:left w:val="nil"/>
              <w:bottom w:val="single" w:sz="8" w:space="0" w:color="auto"/>
              <w:right w:val="single" w:sz="8" w:space="0" w:color="auto"/>
            </w:tcBorders>
            <w:shd w:val="clear" w:color="auto" w:fill="auto"/>
            <w:vAlign w:val="center"/>
            <w:hideMark/>
          </w:tcPr>
          <w:p w14:paraId="6FD52B4C"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r w:rsidRPr="00AC61D5">
              <w:rPr>
                <w:rFonts w:ascii="Times New Roman" w:eastAsia="Times New Roman" w:hAnsi="Times New Roman" w:cs="Times New Roman"/>
                <w:b/>
                <w:lang w:eastAsia="zh-CN"/>
              </w:rPr>
              <w:t>Mô hình</w:t>
            </w:r>
          </w:p>
        </w:tc>
        <w:tc>
          <w:tcPr>
            <w:tcW w:w="1458" w:type="dxa"/>
            <w:tcBorders>
              <w:top w:val="nil"/>
              <w:left w:val="nil"/>
              <w:bottom w:val="single" w:sz="8" w:space="0" w:color="auto"/>
              <w:right w:val="single" w:sz="8" w:space="0" w:color="auto"/>
            </w:tcBorders>
            <w:shd w:val="clear" w:color="auto" w:fill="auto"/>
            <w:vAlign w:val="center"/>
            <w:hideMark/>
          </w:tcPr>
          <w:p w14:paraId="5FEAF4CC" w14:textId="77777777" w:rsidR="00357820" w:rsidRPr="00AC61D5" w:rsidRDefault="00357820" w:rsidP="004351D0">
            <w:pPr>
              <w:spacing w:after="0" w:line="240" w:lineRule="auto"/>
              <w:ind w:left="-125" w:right="-129"/>
              <w:jc w:val="center"/>
              <w:rPr>
                <w:rFonts w:ascii="Times New Roman" w:eastAsia="Times New Roman" w:hAnsi="Times New Roman" w:cs="Times New Roman"/>
                <w:b/>
                <w:lang w:eastAsia="zh-CN"/>
              </w:rPr>
            </w:pPr>
            <w:r w:rsidRPr="00AC61D5">
              <w:rPr>
                <w:rFonts w:ascii="Times New Roman" w:eastAsia="Times New Roman" w:hAnsi="Times New Roman" w:cs="Times New Roman"/>
                <w:b/>
                <w:lang w:eastAsia="zh-CN"/>
              </w:rPr>
              <w:t xml:space="preserve">Giá trị sản xuất </w:t>
            </w:r>
            <w:r w:rsidRPr="00AC61D5">
              <w:rPr>
                <w:rFonts w:ascii="Times New Roman" w:eastAsia="Times New Roman" w:hAnsi="Times New Roman" w:cs="Times New Roman"/>
                <w:lang w:eastAsia="zh-CN"/>
              </w:rPr>
              <w:t>(triệu đồng)</w:t>
            </w:r>
          </w:p>
        </w:tc>
        <w:tc>
          <w:tcPr>
            <w:tcW w:w="1458" w:type="dxa"/>
            <w:tcBorders>
              <w:top w:val="nil"/>
              <w:left w:val="nil"/>
              <w:bottom w:val="single" w:sz="8" w:space="0" w:color="auto"/>
              <w:right w:val="single" w:sz="8" w:space="0" w:color="auto"/>
            </w:tcBorders>
            <w:shd w:val="clear" w:color="auto" w:fill="auto"/>
            <w:vAlign w:val="center"/>
            <w:hideMark/>
          </w:tcPr>
          <w:p w14:paraId="53BE2F6B" w14:textId="77777777" w:rsidR="00357820" w:rsidRPr="00AC61D5" w:rsidRDefault="00357820" w:rsidP="004351D0">
            <w:pPr>
              <w:spacing w:after="0" w:line="240" w:lineRule="auto"/>
              <w:ind w:left="-129" w:right="-111"/>
              <w:jc w:val="center"/>
              <w:rPr>
                <w:rFonts w:ascii="Times New Roman" w:eastAsia="Times New Roman" w:hAnsi="Times New Roman" w:cs="Times New Roman"/>
                <w:b/>
                <w:lang w:eastAsia="zh-CN"/>
              </w:rPr>
            </w:pPr>
            <w:r w:rsidRPr="00AC61D5">
              <w:rPr>
                <w:rFonts w:ascii="Times New Roman" w:eastAsia="Times New Roman" w:hAnsi="Times New Roman" w:cs="Times New Roman"/>
                <w:b/>
                <w:lang w:eastAsia="zh-CN"/>
              </w:rPr>
              <w:t xml:space="preserve">Chi phí đầu tư </w:t>
            </w:r>
            <w:r w:rsidRPr="00AC61D5">
              <w:rPr>
                <w:rFonts w:ascii="Times New Roman" w:eastAsia="Times New Roman" w:hAnsi="Times New Roman" w:cs="Times New Roman"/>
                <w:lang w:eastAsia="zh-CN"/>
              </w:rPr>
              <w:t>(triệu đồng)</w:t>
            </w:r>
          </w:p>
        </w:tc>
        <w:tc>
          <w:tcPr>
            <w:tcW w:w="1458" w:type="dxa"/>
            <w:tcBorders>
              <w:top w:val="single" w:sz="8" w:space="0" w:color="auto"/>
              <w:left w:val="nil"/>
              <w:bottom w:val="single" w:sz="8" w:space="0" w:color="auto"/>
              <w:right w:val="single" w:sz="8" w:space="0" w:color="auto"/>
            </w:tcBorders>
            <w:shd w:val="clear" w:color="auto" w:fill="auto"/>
            <w:vAlign w:val="center"/>
            <w:hideMark/>
          </w:tcPr>
          <w:p w14:paraId="422DF8A2" w14:textId="77777777" w:rsidR="00357820" w:rsidRPr="00AC61D5" w:rsidRDefault="00357820" w:rsidP="004351D0">
            <w:pPr>
              <w:spacing w:after="0" w:line="240" w:lineRule="auto"/>
              <w:ind w:left="-133" w:right="-79"/>
              <w:jc w:val="center"/>
              <w:rPr>
                <w:rFonts w:ascii="Times New Roman" w:eastAsia="Times New Roman" w:hAnsi="Times New Roman" w:cs="Times New Roman"/>
                <w:b/>
                <w:lang w:eastAsia="zh-CN"/>
              </w:rPr>
            </w:pPr>
            <w:r w:rsidRPr="00AC61D5">
              <w:rPr>
                <w:rFonts w:ascii="Times New Roman" w:eastAsia="Times New Roman" w:hAnsi="Times New Roman" w:cs="Times New Roman"/>
                <w:b/>
                <w:lang w:eastAsia="zh-CN"/>
              </w:rPr>
              <w:t>Giá trị gia tăng (triệu đồng)</w:t>
            </w:r>
          </w:p>
        </w:tc>
        <w:tc>
          <w:tcPr>
            <w:tcW w:w="1458" w:type="dxa"/>
            <w:tcBorders>
              <w:top w:val="single" w:sz="8" w:space="0" w:color="auto"/>
              <w:left w:val="nil"/>
              <w:bottom w:val="single" w:sz="8" w:space="0" w:color="auto"/>
              <w:right w:val="single" w:sz="8" w:space="0" w:color="auto"/>
            </w:tcBorders>
            <w:shd w:val="clear" w:color="auto" w:fill="auto"/>
            <w:vAlign w:val="center"/>
            <w:hideMark/>
          </w:tcPr>
          <w:p w14:paraId="78A833BE" w14:textId="77777777" w:rsidR="00357820" w:rsidRPr="00AC61D5" w:rsidRDefault="00357820" w:rsidP="004351D0">
            <w:pPr>
              <w:spacing w:after="0" w:line="240" w:lineRule="auto"/>
              <w:ind w:left="-137"/>
              <w:jc w:val="center"/>
              <w:rPr>
                <w:rFonts w:ascii="Times New Roman" w:eastAsia="Times New Roman" w:hAnsi="Times New Roman" w:cs="Times New Roman"/>
                <w:b/>
                <w:lang w:eastAsia="zh-CN"/>
              </w:rPr>
            </w:pPr>
            <w:r w:rsidRPr="00AC61D5">
              <w:rPr>
                <w:rFonts w:ascii="Times New Roman" w:eastAsia="Times New Roman" w:hAnsi="Times New Roman" w:cs="Times New Roman"/>
                <w:b/>
                <w:lang w:eastAsia="zh-CN"/>
              </w:rPr>
              <w:t xml:space="preserve">Hiệu suất đồng vốn </w:t>
            </w:r>
            <w:r w:rsidRPr="00AC61D5">
              <w:rPr>
                <w:rFonts w:ascii="Times New Roman" w:eastAsia="Times New Roman" w:hAnsi="Times New Roman" w:cs="Times New Roman"/>
                <w:lang w:eastAsia="zh-CN"/>
              </w:rPr>
              <w:t>(lần)</w:t>
            </w:r>
          </w:p>
        </w:tc>
      </w:tr>
      <w:tr w:rsidR="00AC61D5" w:rsidRPr="00AC61D5" w14:paraId="782E171F" w14:textId="77777777" w:rsidTr="004351D0">
        <w:trPr>
          <w:trHeight w:val="149"/>
        </w:trPr>
        <w:tc>
          <w:tcPr>
            <w:tcW w:w="1287" w:type="dxa"/>
            <w:vMerge w:val="restart"/>
            <w:tcBorders>
              <w:top w:val="nil"/>
              <w:left w:val="nil"/>
              <w:bottom w:val="nil"/>
              <w:right w:val="single" w:sz="8" w:space="0" w:color="auto"/>
            </w:tcBorders>
            <w:shd w:val="clear" w:color="auto" w:fill="auto"/>
            <w:noWrap/>
            <w:vAlign w:val="center"/>
            <w:hideMark/>
          </w:tcPr>
          <w:p w14:paraId="2CD8C952"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r w:rsidRPr="00AC61D5">
              <w:rPr>
                <w:rFonts w:ascii="Times New Roman" w:eastAsia="Times New Roman" w:hAnsi="Times New Roman" w:cs="Times New Roman"/>
                <w:b/>
                <w:lang w:eastAsia="zh-CN"/>
              </w:rPr>
              <w:t>Chăn nuôi truyền thống</w:t>
            </w:r>
          </w:p>
        </w:tc>
        <w:tc>
          <w:tcPr>
            <w:tcW w:w="2289" w:type="dxa"/>
            <w:tcBorders>
              <w:top w:val="nil"/>
              <w:left w:val="nil"/>
              <w:bottom w:val="single" w:sz="8" w:space="0" w:color="auto"/>
              <w:right w:val="single" w:sz="8" w:space="0" w:color="auto"/>
            </w:tcBorders>
            <w:shd w:val="clear" w:color="auto" w:fill="auto"/>
            <w:vAlign w:val="center"/>
            <w:hideMark/>
          </w:tcPr>
          <w:p w14:paraId="13B01EF7"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Lợn cỏ</w:t>
            </w:r>
          </w:p>
        </w:tc>
        <w:tc>
          <w:tcPr>
            <w:tcW w:w="1458" w:type="dxa"/>
            <w:tcBorders>
              <w:top w:val="nil"/>
              <w:left w:val="nil"/>
              <w:bottom w:val="single" w:sz="8" w:space="0" w:color="auto"/>
              <w:right w:val="single" w:sz="8" w:space="0" w:color="auto"/>
            </w:tcBorders>
            <w:shd w:val="clear" w:color="auto" w:fill="auto"/>
            <w:vAlign w:val="center"/>
            <w:hideMark/>
          </w:tcPr>
          <w:p w14:paraId="66A0AAD7" w14:textId="723F6E50"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390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3CC6F464" w14:textId="42F0071F"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250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single" w:sz="8" w:space="0" w:color="auto"/>
              <w:left w:val="nil"/>
              <w:bottom w:val="single" w:sz="8" w:space="0" w:color="auto"/>
              <w:right w:val="single" w:sz="8" w:space="0" w:color="auto"/>
            </w:tcBorders>
            <w:shd w:val="clear" w:color="auto" w:fill="auto"/>
            <w:vAlign w:val="center"/>
            <w:hideMark/>
          </w:tcPr>
          <w:p w14:paraId="379A6497" w14:textId="07422979"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140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single" w:sz="8" w:space="0" w:color="auto"/>
              <w:left w:val="nil"/>
              <w:bottom w:val="single" w:sz="8" w:space="0" w:color="auto"/>
              <w:right w:val="single" w:sz="8" w:space="0" w:color="auto"/>
            </w:tcBorders>
            <w:shd w:val="clear" w:color="auto" w:fill="auto"/>
            <w:vAlign w:val="center"/>
            <w:hideMark/>
          </w:tcPr>
          <w:p w14:paraId="3911BA8A" w14:textId="2B17A6A5"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6</w:t>
            </w:r>
          </w:p>
        </w:tc>
      </w:tr>
      <w:tr w:rsidR="00AC61D5" w:rsidRPr="00AC61D5" w14:paraId="28E87AC1" w14:textId="77777777" w:rsidTr="004351D0">
        <w:trPr>
          <w:trHeight w:val="149"/>
        </w:trPr>
        <w:tc>
          <w:tcPr>
            <w:tcW w:w="1287" w:type="dxa"/>
            <w:vMerge/>
            <w:tcBorders>
              <w:top w:val="nil"/>
              <w:left w:val="nil"/>
              <w:bottom w:val="nil"/>
              <w:right w:val="single" w:sz="8" w:space="0" w:color="auto"/>
            </w:tcBorders>
            <w:vAlign w:val="center"/>
            <w:hideMark/>
          </w:tcPr>
          <w:p w14:paraId="1B39FC0C"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1A870E89"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Bò cỏ</w:t>
            </w:r>
          </w:p>
        </w:tc>
        <w:tc>
          <w:tcPr>
            <w:tcW w:w="1458" w:type="dxa"/>
            <w:tcBorders>
              <w:top w:val="nil"/>
              <w:left w:val="nil"/>
              <w:bottom w:val="single" w:sz="8" w:space="0" w:color="auto"/>
              <w:right w:val="single" w:sz="8" w:space="0" w:color="auto"/>
            </w:tcBorders>
            <w:shd w:val="clear" w:color="auto" w:fill="auto"/>
            <w:vAlign w:val="center"/>
            <w:hideMark/>
          </w:tcPr>
          <w:p w14:paraId="4A455DC2" w14:textId="35F0D3E6" w:rsidR="00357820" w:rsidRPr="00AC61D5" w:rsidRDefault="00AC61D5" w:rsidP="004351D0">
            <w:pPr>
              <w:spacing w:after="0" w:line="240" w:lineRule="auto"/>
              <w:jc w:val="center"/>
              <w:rPr>
                <w:rFonts w:ascii="Times New Roman" w:eastAsia="Times New Roman" w:hAnsi="Times New Roman" w:cs="Times New Roman"/>
                <w:color w:val="FF0000"/>
                <w:lang w:eastAsia="zh-CN"/>
              </w:rPr>
            </w:pPr>
            <w:r w:rsidRPr="00AC61D5">
              <w:rPr>
                <w:rFonts w:ascii="Times New Roman" w:eastAsia="Times New Roman" w:hAnsi="Times New Roman" w:cs="Times New Roman"/>
                <w:color w:val="FF0000"/>
                <w:lang w:eastAsia="zh-CN"/>
              </w:rPr>
              <w:t>5</w:t>
            </w:r>
            <w:r w:rsidR="00357820" w:rsidRPr="00AC61D5">
              <w:rPr>
                <w:rFonts w:ascii="Times New Roman" w:eastAsia="Times New Roman" w:hAnsi="Times New Roman" w:cs="Times New Roman"/>
                <w:color w:val="FF0000"/>
                <w:lang w:eastAsia="zh-CN"/>
              </w:rPr>
              <w:t>50</w:t>
            </w:r>
            <w:r w:rsidR="00123F90" w:rsidRPr="00AC61D5">
              <w:rPr>
                <w:rFonts w:ascii="Times New Roman" w:eastAsia="Times New Roman" w:hAnsi="Times New Roman" w:cs="Times New Roman"/>
                <w:color w:val="FF0000"/>
                <w:lang w:eastAsia="zh-CN"/>
              </w:rPr>
              <w:t>,</w:t>
            </w:r>
            <w:r w:rsidR="00357820" w:rsidRPr="00AC61D5">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622AB9F6" w14:textId="115AACF5" w:rsidR="00357820" w:rsidRPr="00AC61D5" w:rsidRDefault="00AC61D5" w:rsidP="004351D0">
            <w:pPr>
              <w:spacing w:after="0" w:line="240" w:lineRule="auto"/>
              <w:jc w:val="center"/>
              <w:rPr>
                <w:rFonts w:ascii="Times New Roman" w:eastAsia="Times New Roman" w:hAnsi="Times New Roman" w:cs="Times New Roman"/>
                <w:color w:val="FF0000"/>
                <w:lang w:eastAsia="zh-CN"/>
              </w:rPr>
            </w:pPr>
            <w:r w:rsidRPr="00AC61D5">
              <w:rPr>
                <w:rFonts w:ascii="Times New Roman" w:eastAsia="Times New Roman" w:hAnsi="Times New Roman" w:cs="Times New Roman"/>
                <w:color w:val="FF0000"/>
                <w:lang w:eastAsia="zh-CN"/>
              </w:rPr>
              <w:t>3</w:t>
            </w:r>
            <w:r w:rsidR="00357820" w:rsidRPr="00AC61D5">
              <w:rPr>
                <w:rFonts w:ascii="Times New Roman" w:eastAsia="Times New Roman" w:hAnsi="Times New Roman" w:cs="Times New Roman"/>
                <w:color w:val="FF0000"/>
                <w:lang w:eastAsia="zh-CN"/>
              </w:rPr>
              <w:t>50</w:t>
            </w:r>
            <w:r w:rsidR="00123F90" w:rsidRPr="00AC61D5">
              <w:rPr>
                <w:rFonts w:ascii="Times New Roman" w:eastAsia="Times New Roman" w:hAnsi="Times New Roman" w:cs="Times New Roman"/>
                <w:color w:val="FF0000"/>
                <w:lang w:eastAsia="zh-CN"/>
              </w:rPr>
              <w:t>,</w:t>
            </w:r>
            <w:r w:rsidR="00357820" w:rsidRPr="00AC61D5">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1C2CEE15" w14:textId="42BA58E5"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200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02B65BB2" w14:textId="1CAE4680"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4</w:t>
            </w:r>
          </w:p>
        </w:tc>
      </w:tr>
      <w:tr w:rsidR="00AC61D5" w:rsidRPr="00AC61D5" w14:paraId="145A7E4B" w14:textId="77777777" w:rsidTr="004351D0">
        <w:trPr>
          <w:trHeight w:val="149"/>
        </w:trPr>
        <w:tc>
          <w:tcPr>
            <w:tcW w:w="1287" w:type="dxa"/>
            <w:vMerge/>
            <w:tcBorders>
              <w:top w:val="nil"/>
              <w:left w:val="nil"/>
              <w:bottom w:val="nil"/>
              <w:right w:val="single" w:sz="8" w:space="0" w:color="auto"/>
            </w:tcBorders>
            <w:vAlign w:val="center"/>
            <w:hideMark/>
          </w:tcPr>
          <w:p w14:paraId="79BA15B4"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72DF9831"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Gà</w:t>
            </w:r>
          </w:p>
        </w:tc>
        <w:tc>
          <w:tcPr>
            <w:tcW w:w="1458" w:type="dxa"/>
            <w:tcBorders>
              <w:top w:val="nil"/>
              <w:left w:val="nil"/>
              <w:bottom w:val="single" w:sz="8" w:space="0" w:color="auto"/>
              <w:right w:val="single" w:sz="8" w:space="0" w:color="auto"/>
            </w:tcBorders>
            <w:shd w:val="clear" w:color="auto" w:fill="auto"/>
            <w:vAlign w:val="center"/>
            <w:hideMark/>
          </w:tcPr>
          <w:p w14:paraId="06DE8F1C" w14:textId="1CB1D347" w:rsidR="00357820" w:rsidRPr="003531B2" w:rsidRDefault="003531B2"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22</w:t>
            </w:r>
            <w:r w:rsidR="00357820" w:rsidRPr="003531B2">
              <w:rPr>
                <w:rFonts w:ascii="Times New Roman" w:eastAsia="Times New Roman" w:hAnsi="Times New Roman" w:cs="Times New Roman"/>
                <w:color w:val="FF0000"/>
                <w:lang w:eastAsia="zh-CN"/>
              </w:rPr>
              <w:t>0</w:t>
            </w:r>
            <w:r w:rsidR="00123F90" w:rsidRPr="003531B2">
              <w:rPr>
                <w:rFonts w:ascii="Times New Roman" w:eastAsia="Times New Roman" w:hAnsi="Times New Roman" w:cs="Times New Roman"/>
                <w:color w:val="FF0000"/>
                <w:lang w:eastAsia="zh-CN"/>
              </w:rPr>
              <w:t>,</w:t>
            </w:r>
            <w:r w:rsidR="00357820" w:rsidRPr="003531B2">
              <w:rPr>
                <w:rFonts w:ascii="Times New Roman" w:eastAsia="Times New Roman" w:hAnsi="Times New Roman" w:cs="Times New Roman"/>
                <w:color w:val="FF0000"/>
                <w:lang w:eastAsia="zh-CN"/>
              </w:rPr>
              <w:t>4</w:t>
            </w:r>
          </w:p>
        </w:tc>
        <w:tc>
          <w:tcPr>
            <w:tcW w:w="1458" w:type="dxa"/>
            <w:tcBorders>
              <w:top w:val="nil"/>
              <w:left w:val="nil"/>
              <w:bottom w:val="single" w:sz="8" w:space="0" w:color="auto"/>
              <w:right w:val="single" w:sz="8" w:space="0" w:color="auto"/>
            </w:tcBorders>
            <w:shd w:val="clear" w:color="auto" w:fill="auto"/>
            <w:vAlign w:val="center"/>
            <w:hideMark/>
          </w:tcPr>
          <w:p w14:paraId="2324C9AA" w14:textId="43FDDB36" w:rsidR="00357820" w:rsidRPr="003531B2" w:rsidRDefault="003531B2"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10</w:t>
            </w:r>
            <w:r w:rsidR="00357820" w:rsidRPr="003531B2">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555943D7" w14:textId="274DFDAD" w:rsidR="00357820" w:rsidRPr="003531B2" w:rsidRDefault="003531B2" w:rsidP="003531B2">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120,4</w:t>
            </w:r>
          </w:p>
        </w:tc>
        <w:tc>
          <w:tcPr>
            <w:tcW w:w="1458" w:type="dxa"/>
            <w:tcBorders>
              <w:top w:val="nil"/>
              <w:left w:val="nil"/>
              <w:bottom w:val="single" w:sz="8" w:space="0" w:color="auto"/>
              <w:right w:val="single" w:sz="8" w:space="0" w:color="auto"/>
            </w:tcBorders>
            <w:shd w:val="clear" w:color="auto" w:fill="auto"/>
            <w:vAlign w:val="center"/>
            <w:hideMark/>
          </w:tcPr>
          <w:p w14:paraId="5C8C7B13" w14:textId="3A1D3A62"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2</w:t>
            </w:r>
          </w:p>
        </w:tc>
      </w:tr>
      <w:tr w:rsidR="00AC61D5" w:rsidRPr="00AC61D5" w14:paraId="6CD82FB2" w14:textId="77777777" w:rsidTr="004351D0">
        <w:trPr>
          <w:trHeight w:val="149"/>
        </w:trPr>
        <w:tc>
          <w:tcPr>
            <w:tcW w:w="1287" w:type="dxa"/>
            <w:vMerge w:val="restart"/>
            <w:tcBorders>
              <w:top w:val="nil"/>
              <w:left w:val="nil"/>
              <w:bottom w:val="nil"/>
              <w:right w:val="single" w:sz="8" w:space="0" w:color="auto"/>
            </w:tcBorders>
            <w:shd w:val="clear" w:color="auto" w:fill="auto"/>
            <w:noWrap/>
            <w:vAlign w:val="center"/>
            <w:hideMark/>
          </w:tcPr>
          <w:p w14:paraId="6EABB66B"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r w:rsidRPr="00AC61D5">
              <w:rPr>
                <w:rFonts w:ascii="Times New Roman" w:eastAsia="Times New Roman" w:hAnsi="Times New Roman" w:cs="Times New Roman"/>
                <w:b/>
                <w:lang w:eastAsia="zh-CN"/>
              </w:rPr>
              <w:t>Chăn nuôi theo quy trình hữu cơ và VietGAP</w:t>
            </w:r>
          </w:p>
        </w:tc>
        <w:tc>
          <w:tcPr>
            <w:tcW w:w="2289" w:type="dxa"/>
            <w:tcBorders>
              <w:top w:val="nil"/>
              <w:left w:val="nil"/>
              <w:bottom w:val="single" w:sz="8" w:space="0" w:color="auto"/>
              <w:right w:val="single" w:sz="8" w:space="0" w:color="auto"/>
            </w:tcBorders>
            <w:shd w:val="clear" w:color="auto" w:fill="auto"/>
            <w:vAlign w:val="center"/>
            <w:hideMark/>
          </w:tcPr>
          <w:p w14:paraId="4C822965"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Bò hữu cơ</w:t>
            </w:r>
          </w:p>
        </w:tc>
        <w:tc>
          <w:tcPr>
            <w:tcW w:w="1458" w:type="dxa"/>
            <w:tcBorders>
              <w:top w:val="nil"/>
              <w:left w:val="nil"/>
              <w:bottom w:val="single" w:sz="8" w:space="0" w:color="auto"/>
              <w:right w:val="single" w:sz="8" w:space="0" w:color="auto"/>
            </w:tcBorders>
            <w:shd w:val="clear" w:color="auto" w:fill="auto"/>
            <w:vAlign w:val="center"/>
            <w:hideMark/>
          </w:tcPr>
          <w:p w14:paraId="387AF191" w14:textId="3DC31ABB" w:rsidR="00357820" w:rsidRPr="00AC61D5" w:rsidRDefault="00AC61D5" w:rsidP="004351D0">
            <w:pPr>
              <w:spacing w:after="0" w:line="240" w:lineRule="auto"/>
              <w:jc w:val="center"/>
              <w:rPr>
                <w:rFonts w:ascii="Times New Roman" w:eastAsia="Times New Roman" w:hAnsi="Times New Roman" w:cs="Times New Roman"/>
                <w:color w:val="FF0000"/>
                <w:lang w:eastAsia="zh-CN"/>
              </w:rPr>
            </w:pPr>
            <w:r w:rsidRPr="00AC61D5">
              <w:rPr>
                <w:rFonts w:ascii="Times New Roman" w:eastAsia="Times New Roman" w:hAnsi="Times New Roman" w:cs="Times New Roman"/>
                <w:color w:val="FF0000"/>
                <w:lang w:eastAsia="zh-CN"/>
              </w:rPr>
              <w:t>6</w:t>
            </w:r>
            <w:r w:rsidR="00357820" w:rsidRPr="00AC61D5">
              <w:rPr>
                <w:rFonts w:ascii="Times New Roman" w:eastAsia="Times New Roman" w:hAnsi="Times New Roman" w:cs="Times New Roman"/>
                <w:color w:val="FF0000"/>
                <w:lang w:eastAsia="zh-CN"/>
              </w:rPr>
              <w:t>50</w:t>
            </w:r>
            <w:r w:rsidR="00123F90" w:rsidRPr="00AC61D5">
              <w:rPr>
                <w:rFonts w:ascii="Times New Roman" w:eastAsia="Times New Roman" w:hAnsi="Times New Roman" w:cs="Times New Roman"/>
                <w:color w:val="FF0000"/>
                <w:lang w:eastAsia="zh-CN"/>
              </w:rPr>
              <w:t>,</w:t>
            </w:r>
            <w:r w:rsidR="00357820" w:rsidRPr="00AC61D5">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5F921467" w14:textId="7A8A1310" w:rsidR="00357820" w:rsidRPr="00AC61D5" w:rsidRDefault="00AC61D5" w:rsidP="004351D0">
            <w:pPr>
              <w:spacing w:after="0" w:line="240" w:lineRule="auto"/>
              <w:jc w:val="center"/>
              <w:rPr>
                <w:rFonts w:ascii="Times New Roman" w:eastAsia="Times New Roman" w:hAnsi="Times New Roman" w:cs="Times New Roman"/>
                <w:color w:val="FF0000"/>
                <w:lang w:eastAsia="zh-CN"/>
              </w:rPr>
            </w:pPr>
            <w:r w:rsidRPr="00AC61D5">
              <w:rPr>
                <w:rFonts w:ascii="Times New Roman" w:eastAsia="Times New Roman" w:hAnsi="Times New Roman" w:cs="Times New Roman"/>
                <w:color w:val="FF0000"/>
                <w:lang w:eastAsia="zh-CN"/>
              </w:rPr>
              <w:t>3</w:t>
            </w:r>
            <w:r w:rsidR="00357820" w:rsidRPr="00AC61D5">
              <w:rPr>
                <w:rFonts w:ascii="Times New Roman" w:eastAsia="Times New Roman" w:hAnsi="Times New Roman" w:cs="Times New Roman"/>
                <w:color w:val="FF0000"/>
                <w:lang w:eastAsia="zh-CN"/>
              </w:rPr>
              <w:t>50</w:t>
            </w:r>
            <w:r w:rsidR="00123F90" w:rsidRPr="00AC61D5">
              <w:rPr>
                <w:rFonts w:ascii="Times New Roman" w:eastAsia="Times New Roman" w:hAnsi="Times New Roman" w:cs="Times New Roman"/>
                <w:color w:val="FF0000"/>
                <w:lang w:eastAsia="zh-CN"/>
              </w:rPr>
              <w:t>,</w:t>
            </w:r>
            <w:r w:rsidR="00357820" w:rsidRPr="00AC61D5">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02258D43" w14:textId="72563B0C"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300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75A8EEA5" w14:textId="1724A871"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5</w:t>
            </w:r>
          </w:p>
        </w:tc>
      </w:tr>
      <w:tr w:rsidR="00AC61D5" w:rsidRPr="00AC61D5" w14:paraId="0C389A1F" w14:textId="77777777" w:rsidTr="004351D0">
        <w:trPr>
          <w:trHeight w:val="149"/>
        </w:trPr>
        <w:tc>
          <w:tcPr>
            <w:tcW w:w="1287" w:type="dxa"/>
            <w:vMerge/>
            <w:tcBorders>
              <w:top w:val="nil"/>
              <w:left w:val="nil"/>
              <w:bottom w:val="nil"/>
              <w:right w:val="single" w:sz="8" w:space="0" w:color="auto"/>
            </w:tcBorders>
            <w:vAlign w:val="center"/>
            <w:hideMark/>
          </w:tcPr>
          <w:p w14:paraId="3CAAA4E5"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7984A7F3"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Lợn hữu cơ</w:t>
            </w:r>
          </w:p>
        </w:tc>
        <w:tc>
          <w:tcPr>
            <w:tcW w:w="1458" w:type="dxa"/>
            <w:tcBorders>
              <w:top w:val="nil"/>
              <w:left w:val="nil"/>
              <w:bottom w:val="single" w:sz="8" w:space="0" w:color="auto"/>
              <w:right w:val="single" w:sz="8" w:space="0" w:color="auto"/>
            </w:tcBorders>
            <w:shd w:val="clear" w:color="auto" w:fill="auto"/>
            <w:vAlign w:val="center"/>
            <w:hideMark/>
          </w:tcPr>
          <w:p w14:paraId="712C0F68" w14:textId="5512EB8D" w:rsidR="00357820" w:rsidRPr="003531B2" w:rsidRDefault="00AC61D5"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55</w:t>
            </w:r>
            <w:r w:rsidR="00357820" w:rsidRPr="003531B2">
              <w:rPr>
                <w:rFonts w:ascii="Times New Roman" w:eastAsia="Times New Roman" w:hAnsi="Times New Roman" w:cs="Times New Roman"/>
                <w:color w:val="FF0000"/>
                <w:lang w:eastAsia="zh-CN"/>
              </w:rPr>
              <w:t>0</w:t>
            </w:r>
            <w:r w:rsidR="00123F90" w:rsidRPr="003531B2">
              <w:rPr>
                <w:rFonts w:ascii="Times New Roman" w:eastAsia="Times New Roman" w:hAnsi="Times New Roman" w:cs="Times New Roman"/>
                <w:color w:val="FF0000"/>
                <w:lang w:eastAsia="zh-CN"/>
              </w:rPr>
              <w:t>,</w:t>
            </w:r>
            <w:r w:rsidR="00357820" w:rsidRPr="003531B2">
              <w:rPr>
                <w:rFonts w:ascii="Times New Roman" w:eastAsia="Times New Roman" w:hAnsi="Times New Roman" w:cs="Times New Roman"/>
                <w:color w:val="FF0000"/>
                <w:lang w:eastAsia="zh-CN"/>
              </w:rPr>
              <w:t>7</w:t>
            </w:r>
          </w:p>
        </w:tc>
        <w:tc>
          <w:tcPr>
            <w:tcW w:w="1458" w:type="dxa"/>
            <w:tcBorders>
              <w:top w:val="nil"/>
              <w:left w:val="nil"/>
              <w:bottom w:val="single" w:sz="8" w:space="0" w:color="auto"/>
              <w:right w:val="single" w:sz="8" w:space="0" w:color="auto"/>
            </w:tcBorders>
            <w:shd w:val="clear" w:color="auto" w:fill="auto"/>
            <w:vAlign w:val="center"/>
            <w:hideMark/>
          </w:tcPr>
          <w:p w14:paraId="42580BD5" w14:textId="59495BB1" w:rsidR="00357820" w:rsidRPr="003531B2" w:rsidRDefault="00357820" w:rsidP="003531B2">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2</w:t>
            </w:r>
            <w:r w:rsidR="003531B2" w:rsidRPr="003531B2">
              <w:rPr>
                <w:rFonts w:ascii="Times New Roman" w:eastAsia="Times New Roman" w:hAnsi="Times New Roman" w:cs="Times New Roman"/>
                <w:color w:val="FF0000"/>
                <w:lang w:eastAsia="zh-CN"/>
              </w:rPr>
              <w:t>2</w:t>
            </w:r>
            <w:r w:rsidRPr="003531B2">
              <w:rPr>
                <w:rFonts w:ascii="Times New Roman" w:eastAsia="Times New Roman" w:hAnsi="Times New Roman" w:cs="Times New Roman"/>
                <w:color w:val="FF0000"/>
                <w:lang w:eastAsia="zh-CN"/>
              </w:rPr>
              <w:t>0</w:t>
            </w:r>
            <w:r w:rsidR="00123F90" w:rsidRPr="003531B2">
              <w:rPr>
                <w:rFonts w:ascii="Times New Roman" w:eastAsia="Times New Roman" w:hAnsi="Times New Roman" w:cs="Times New Roman"/>
                <w:color w:val="FF0000"/>
                <w:lang w:eastAsia="zh-CN"/>
              </w:rPr>
              <w:t>,</w:t>
            </w:r>
            <w:r w:rsidRPr="003531B2">
              <w:rPr>
                <w:rFonts w:ascii="Times New Roman" w:eastAsia="Times New Roman" w:hAnsi="Times New Roman" w:cs="Times New Roman"/>
                <w:color w:val="FF0000"/>
                <w:lang w:eastAsia="zh-CN"/>
              </w:rPr>
              <w:t>2</w:t>
            </w:r>
          </w:p>
        </w:tc>
        <w:tc>
          <w:tcPr>
            <w:tcW w:w="1458" w:type="dxa"/>
            <w:tcBorders>
              <w:top w:val="nil"/>
              <w:left w:val="nil"/>
              <w:bottom w:val="single" w:sz="8" w:space="0" w:color="auto"/>
              <w:right w:val="single" w:sz="8" w:space="0" w:color="auto"/>
            </w:tcBorders>
            <w:shd w:val="clear" w:color="auto" w:fill="auto"/>
            <w:vAlign w:val="center"/>
            <w:hideMark/>
          </w:tcPr>
          <w:p w14:paraId="46CAB861" w14:textId="078530E6" w:rsidR="00357820" w:rsidRPr="003531B2" w:rsidRDefault="003531B2"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33</w:t>
            </w:r>
            <w:r w:rsidR="00357820" w:rsidRPr="003531B2">
              <w:rPr>
                <w:rFonts w:ascii="Times New Roman" w:eastAsia="Times New Roman" w:hAnsi="Times New Roman" w:cs="Times New Roman"/>
                <w:color w:val="FF0000"/>
                <w:lang w:eastAsia="zh-CN"/>
              </w:rPr>
              <w:t>0</w:t>
            </w:r>
            <w:r w:rsidR="00123F90" w:rsidRPr="003531B2">
              <w:rPr>
                <w:rFonts w:ascii="Times New Roman" w:eastAsia="Times New Roman" w:hAnsi="Times New Roman" w:cs="Times New Roman"/>
                <w:color w:val="FF0000"/>
                <w:lang w:eastAsia="zh-CN"/>
              </w:rPr>
              <w:t>,</w:t>
            </w:r>
            <w:r w:rsidR="00357820" w:rsidRPr="003531B2">
              <w:rPr>
                <w:rFonts w:ascii="Times New Roman" w:eastAsia="Times New Roman" w:hAnsi="Times New Roman" w:cs="Times New Roman"/>
                <w:color w:val="FF0000"/>
                <w:lang w:eastAsia="zh-CN"/>
              </w:rPr>
              <w:t>5</w:t>
            </w:r>
          </w:p>
        </w:tc>
        <w:tc>
          <w:tcPr>
            <w:tcW w:w="1458" w:type="dxa"/>
            <w:tcBorders>
              <w:top w:val="nil"/>
              <w:left w:val="nil"/>
              <w:bottom w:val="single" w:sz="8" w:space="0" w:color="auto"/>
              <w:right w:val="single" w:sz="8" w:space="0" w:color="auto"/>
            </w:tcBorders>
            <w:shd w:val="clear" w:color="auto" w:fill="auto"/>
            <w:vAlign w:val="center"/>
            <w:hideMark/>
          </w:tcPr>
          <w:p w14:paraId="6A103E72" w14:textId="2355E866"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5</w:t>
            </w:r>
          </w:p>
        </w:tc>
      </w:tr>
      <w:tr w:rsidR="00AC61D5" w:rsidRPr="00AC61D5" w14:paraId="1904E826" w14:textId="77777777" w:rsidTr="004351D0">
        <w:trPr>
          <w:trHeight w:val="149"/>
        </w:trPr>
        <w:tc>
          <w:tcPr>
            <w:tcW w:w="1287" w:type="dxa"/>
            <w:vMerge/>
            <w:tcBorders>
              <w:top w:val="nil"/>
              <w:left w:val="nil"/>
              <w:bottom w:val="nil"/>
              <w:right w:val="single" w:sz="8" w:space="0" w:color="auto"/>
            </w:tcBorders>
            <w:vAlign w:val="center"/>
            <w:hideMark/>
          </w:tcPr>
          <w:p w14:paraId="727D50A7"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4C8C1C1D" w14:textId="26026521" w:rsidR="00357820" w:rsidRPr="00AC61D5" w:rsidRDefault="00C61D00" w:rsidP="00C61D0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Lợn rừng</w:t>
            </w:r>
            <w:r w:rsidR="00357820" w:rsidRPr="00AC61D5">
              <w:rPr>
                <w:rFonts w:ascii="Times New Roman" w:eastAsia="Times New Roman" w:hAnsi="Times New Roman" w:cs="Times New Roman"/>
                <w:lang w:eastAsia="zh-CN"/>
              </w:rPr>
              <w:t xml:space="preserve"> lai</w:t>
            </w:r>
          </w:p>
        </w:tc>
        <w:tc>
          <w:tcPr>
            <w:tcW w:w="1458" w:type="dxa"/>
            <w:tcBorders>
              <w:top w:val="nil"/>
              <w:left w:val="nil"/>
              <w:bottom w:val="single" w:sz="8" w:space="0" w:color="auto"/>
              <w:right w:val="single" w:sz="8" w:space="0" w:color="auto"/>
            </w:tcBorders>
            <w:shd w:val="clear" w:color="auto" w:fill="auto"/>
            <w:vAlign w:val="center"/>
            <w:hideMark/>
          </w:tcPr>
          <w:p w14:paraId="361F71B5" w14:textId="408AEF61" w:rsidR="00357820" w:rsidRPr="003531B2" w:rsidRDefault="00E21D41"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49</w:t>
            </w:r>
            <w:r w:rsidR="00357820" w:rsidRPr="003531B2">
              <w:rPr>
                <w:rFonts w:ascii="Times New Roman" w:eastAsia="Times New Roman" w:hAnsi="Times New Roman" w:cs="Times New Roman"/>
                <w:color w:val="FF0000"/>
                <w:lang w:eastAsia="zh-CN"/>
              </w:rPr>
              <w:t>0</w:t>
            </w:r>
            <w:r w:rsidR="00123F90" w:rsidRPr="003531B2">
              <w:rPr>
                <w:rFonts w:ascii="Times New Roman" w:eastAsia="Times New Roman" w:hAnsi="Times New Roman" w:cs="Times New Roman"/>
                <w:color w:val="FF0000"/>
                <w:lang w:eastAsia="zh-CN"/>
              </w:rPr>
              <w:t>,</w:t>
            </w:r>
            <w:r w:rsidR="00357820" w:rsidRPr="003531B2">
              <w:rPr>
                <w:rFonts w:ascii="Times New Roman" w:eastAsia="Times New Roman" w:hAnsi="Times New Roman" w:cs="Times New Roman"/>
                <w:color w:val="FF0000"/>
                <w:lang w:eastAsia="zh-CN"/>
              </w:rPr>
              <w:t>8</w:t>
            </w:r>
          </w:p>
        </w:tc>
        <w:tc>
          <w:tcPr>
            <w:tcW w:w="1458" w:type="dxa"/>
            <w:tcBorders>
              <w:top w:val="nil"/>
              <w:left w:val="nil"/>
              <w:bottom w:val="single" w:sz="8" w:space="0" w:color="auto"/>
              <w:right w:val="single" w:sz="8" w:space="0" w:color="auto"/>
            </w:tcBorders>
            <w:shd w:val="clear" w:color="auto" w:fill="auto"/>
            <w:vAlign w:val="center"/>
            <w:hideMark/>
          </w:tcPr>
          <w:p w14:paraId="6F59F92E" w14:textId="734BB00E" w:rsidR="00357820" w:rsidRPr="003531B2" w:rsidRDefault="00E21D41"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16</w:t>
            </w:r>
            <w:r w:rsidR="00357820" w:rsidRPr="003531B2">
              <w:rPr>
                <w:rFonts w:ascii="Times New Roman" w:eastAsia="Times New Roman" w:hAnsi="Times New Roman" w:cs="Times New Roman"/>
                <w:color w:val="FF0000"/>
                <w:lang w:eastAsia="zh-CN"/>
              </w:rPr>
              <w:t>0</w:t>
            </w:r>
            <w:r w:rsidR="00123F90" w:rsidRPr="003531B2">
              <w:rPr>
                <w:rFonts w:ascii="Times New Roman" w:eastAsia="Times New Roman" w:hAnsi="Times New Roman" w:cs="Times New Roman"/>
                <w:color w:val="FF0000"/>
                <w:lang w:eastAsia="zh-CN"/>
              </w:rPr>
              <w:t>,</w:t>
            </w:r>
            <w:r w:rsidR="00357820" w:rsidRPr="003531B2">
              <w:rPr>
                <w:rFonts w:ascii="Times New Roman" w:eastAsia="Times New Roman" w:hAnsi="Times New Roman" w:cs="Times New Roman"/>
                <w:color w:val="FF0000"/>
                <w:lang w:eastAsia="zh-CN"/>
              </w:rPr>
              <w:t>5</w:t>
            </w:r>
          </w:p>
        </w:tc>
        <w:tc>
          <w:tcPr>
            <w:tcW w:w="1458" w:type="dxa"/>
            <w:tcBorders>
              <w:top w:val="nil"/>
              <w:left w:val="nil"/>
              <w:bottom w:val="single" w:sz="8" w:space="0" w:color="auto"/>
              <w:right w:val="single" w:sz="8" w:space="0" w:color="auto"/>
            </w:tcBorders>
            <w:shd w:val="clear" w:color="auto" w:fill="auto"/>
            <w:vAlign w:val="center"/>
            <w:hideMark/>
          </w:tcPr>
          <w:p w14:paraId="69B93E0A" w14:textId="1A3DEED3" w:rsidR="00357820" w:rsidRPr="003531B2" w:rsidRDefault="00E21D41"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33</w:t>
            </w:r>
            <w:r w:rsidR="00357820" w:rsidRPr="003531B2">
              <w:rPr>
                <w:rFonts w:ascii="Times New Roman" w:eastAsia="Times New Roman" w:hAnsi="Times New Roman" w:cs="Times New Roman"/>
                <w:color w:val="FF0000"/>
                <w:lang w:eastAsia="zh-CN"/>
              </w:rPr>
              <w:t>0</w:t>
            </w:r>
            <w:r w:rsidR="00123F90" w:rsidRPr="003531B2">
              <w:rPr>
                <w:rFonts w:ascii="Times New Roman" w:eastAsia="Times New Roman" w:hAnsi="Times New Roman" w:cs="Times New Roman"/>
                <w:color w:val="FF0000"/>
                <w:lang w:eastAsia="zh-CN"/>
              </w:rPr>
              <w:t>,</w:t>
            </w:r>
            <w:r w:rsidR="00357820" w:rsidRPr="003531B2">
              <w:rPr>
                <w:rFonts w:ascii="Times New Roman" w:eastAsia="Times New Roman" w:hAnsi="Times New Roman" w:cs="Times New Roman"/>
                <w:color w:val="FF0000"/>
                <w:lang w:eastAsia="zh-CN"/>
              </w:rPr>
              <w:t>3</w:t>
            </w:r>
          </w:p>
        </w:tc>
        <w:tc>
          <w:tcPr>
            <w:tcW w:w="1458" w:type="dxa"/>
            <w:tcBorders>
              <w:top w:val="nil"/>
              <w:left w:val="nil"/>
              <w:bottom w:val="single" w:sz="8" w:space="0" w:color="auto"/>
              <w:right w:val="single" w:sz="8" w:space="0" w:color="auto"/>
            </w:tcBorders>
            <w:shd w:val="clear" w:color="auto" w:fill="auto"/>
            <w:vAlign w:val="center"/>
            <w:hideMark/>
          </w:tcPr>
          <w:p w14:paraId="028DE7DE" w14:textId="3763E2B8"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2</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2</w:t>
            </w:r>
          </w:p>
        </w:tc>
      </w:tr>
      <w:tr w:rsidR="00AC61D5" w:rsidRPr="00AC61D5" w14:paraId="17CDE479" w14:textId="77777777" w:rsidTr="004351D0">
        <w:trPr>
          <w:trHeight w:val="149"/>
        </w:trPr>
        <w:tc>
          <w:tcPr>
            <w:tcW w:w="1287" w:type="dxa"/>
            <w:vMerge/>
            <w:tcBorders>
              <w:top w:val="nil"/>
              <w:left w:val="nil"/>
              <w:bottom w:val="nil"/>
              <w:right w:val="single" w:sz="8" w:space="0" w:color="auto"/>
            </w:tcBorders>
            <w:vAlign w:val="center"/>
            <w:hideMark/>
          </w:tcPr>
          <w:p w14:paraId="6C4AABA2"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07A74EAE"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Gà  hữu cơ</w:t>
            </w:r>
          </w:p>
        </w:tc>
        <w:tc>
          <w:tcPr>
            <w:tcW w:w="1458" w:type="dxa"/>
            <w:tcBorders>
              <w:top w:val="nil"/>
              <w:left w:val="nil"/>
              <w:bottom w:val="single" w:sz="8" w:space="0" w:color="auto"/>
              <w:right w:val="single" w:sz="8" w:space="0" w:color="auto"/>
            </w:tcBorders>
            <w:shd w:val="clear" w:color="auto" w:fill="auto"/>
            <w:vAlign w:val="center"/>
            <w:hideMark/>
          </w:tcPr>
          <w:p w14:paraId="3882212F" w14:textId="58F8B565" w:rsidR="00357820" w:rsidRPr="003531B2" w:rsidRDefault="003531B2"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32</w:t>
            </w:r>
            <w:r w:rsidR="00357820" w:rsidRPr="003531B2">
              <w:rPr>
                <w:rFonts w:ascii="Times New Roman" w:eastAsia="Times New Roman" w:hAnsi="Times New Roman" w:cs="Times New Roman"/>
                <w:color w:val="FF0000"/>
                <w:lang w:eastAsia="zh-CN"/>
              </w:rPr>
              <w:t>0</w:t>
            </w:r>
            <w:r w:rsidR="00123F90" w:rsidRPr="003531B2">
              <w:rPr>
                <w:rFonts w:ascii="Times New Roman" w:eastAsia="Times New Roman" w:hAnsi="Times New Roman" w:cs="Times New Roman"/>
                <w:color w:val="FF0000"/>
                <w:lang w:eastAsia="zh-CN"/>
              </w:rPr>
              <w:t>,</w:t>
            </w:r>
            <w:r w:rsidR="00357820" w:rsidRPr="003531B2">
              <w:rPr>
                <w:rFonts w:ascii="Times New Roman" w:eastAsia="Times New Roman" w:hAnsi="Times New Roman" w:cs="Times New Roman"/>
                <w:color w:val="FF0000"/>
                <w:lang w:eastAsia="zh-CN"/>
              </w:rPr>
              <w:t>4</w:t>
            </w:r>
          </w:p>
        </w:tc>
        <w:tc>
          <w:tcPr>
            <w:tcW w:w="1458" w:type="dxa"/>
            <w:tcBorders>
              <w:top w:val="nil"/>
              <w:left w:val="nil"/>
              <w:bottom w:val="single" w:sz="8" w:space="0" w:color="auto"/>
              <w:right w:val="single" w:sz="8" w:space="0" w:color="auto"/>
            </w:tcBorders>
            <w:shd w:val="clear" w:color="auto" w:fill="auto"/>
            <w:vAlign w:val="center"/>
            <w:hideMark/>
          </w:tcPr>
          <w:p w14:paraId="733FD5D9" w14:textId="7973EA9A" w:rsidR="00357820" w:rsidRPr="003531B2" w:rsidRDefault="003531B2"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12</w:t>
            </w:r>
            <w:r w:rsidR="00357820" w:rsidRPr="003531B2">
              <w:rPr>
                <w:rFonts w:ascii="Times New Roman" w:eastAsia="Times New Roman" w:hAnsi="Times New Roman" w:cs="Times New Roman"/>
                <w:color w:val="FF0000"/>
                <w:lang w:eastAsia="zh-CN"/>
              </w:rPr>
              <w:t>0</w:t>
            </w:r>
            <w:r w:rsidR="00123F90" w:rsidRPr="003531B2">
              <w:rPr>
                <w:rFonts w:ascii="Times New Roman" w:eastAsia="Times New Roman" w:hAnsi="Times New Roman" w:cs="Times New Roman"/>
                <w:color w:val="FF0000"/>
                <w:lang w:eastAsia="zh-CN"/>
              </w:rPr>
              <w:t>,</w:t>
            </w:r>
            <w:r w:rsidR="00357820" w:rsidRPr="003531B2">
              <w:rPr>
                <w:rFonts w:ascii="Times New Roman" w:eastAsia="Times New Roman" w:hAnsi="Times New Roman" w:cs="Times New Roman"/>
                <w:color w:val="FF0000"/>
                <w:lang w:eastAsia="zh-CN"/>
              </w:rPr>
              <w:t>5</w:t>
            </w:r>
          </w:p>
        </w:tc>
        <w:tc>
          <w:tcPr>
            <w:tcW w:w="1458" w:type="dxa"/>
            <w:tcBorders>
              <w:top w:val="nil"/>
              <w:left w:val="nil"/>
              <w:bottom w:val="single" w:sz="8" w:space="0" w:color="auto"/>
              <w:right w:val="single" w:sz="8" w:space="0" w:color="auto"/>
            </w:tcBorders>
            <w:shd w:val="clear" w:color="auto" w:fill="auto"/>
            <w:vAlign w:val="center"/>
            <w:hideMark/>
          </w:tcPr>
          <w:p w14:paraId="72FBD480" w14:textId="28C1B1EA" w:rsidR="00357820" w:rsidRPr="003531B2" w:rsidRDefault="00357820"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279</w:t>
            </w:r>
            <w:r w:rsidR="00123F90" w:rsidRPr="003531B2">
              <w:rPr>
                <w:rFonts w:ascii="Times New Roman" w:eastAsia="Times New Roman" w:hAnsi="Times New Roman" w:cs="Times New Roman"/>
                <w:color w:val="FF0000"/>
                <w:lang w:eastAsia="zh-CN"/>
              </w:rPr>
              <w:t>,</w:t>
            </w:r>
            <w:r w:rsidRPr="003531B2">
              <w:rPr>
                <w:rFonts w:ascii="Times New Roman" w:eastAsia="Times New Roman" w:hAnsi="Times New Roman" w:cs="Times New Roman"/>
                <w:color w:val="FF0000"/>
                <w:lang w:eastAsia="zh-CN"/>
              </w:rPr>
              <w:t>9</w:t>
            </w:r>
          </w:p>
        </w:tc>
        <w:tc>
          <w:tcPr>
            <w:tcW w:w="1458" w:type="dxa"/>
            <w:tcBorders>
              <w:top w:val="nil"/>
              <w:left w:val="nil"/>
              <w:bottom w:val="single" w:sz="8" w:space="0" w:color="auto"/>
              <w:right w:val="single" w:sz="8" w:space="0" w:color="auto"/>
            </w:tcBorders>
            <w:shd w:val="clear" w:color="auto" w:fill="auto"/>
            <w:vAlign w:val="center"/>
            <w:hideMark/>
          </w:tcPr>
          <w:p w14:paraId="42141747" w14:textId="21F0B81C" w:rsidR="00357820" w:rsidRPr="003531B2" w:rsidRDefault="00357820" w:rsidP="004351D0">
            <w:pPr>
              <w:spacing w:after="0" w:line="240" w:lineRule="auto"/>
              <w:jc w:val="center"/>
              <w:rPr>
                <w:rFonts w:ascii="Times New Roman" w:eastAsia="Times New Roman" w:hAnsi="Times New Roman" w:cs="Times New Roman"/>
                <w:color w:val="FF0000"/>
                <w:lang w:eastAsia="zh-CN"/>
              </w:rPr>
            </w:pPr>
            <w:r w:rsidRPr="003531B2">
              <w:rPr>
                <w:rFonts w:ascii="Times New Roman" w:eastAsia="Times New Roman" w:hAnsi="Times New Roman" w:cs="Times New Roman"/>
                <w:color w:val="FF0000"/>
                <w:lang w:eastAsia="zh-CN"/>
              </w:rPr>
              <w:t>1</w:t>
            </w:r>
            <w:r w:rsidR="00123F90" w:rsidRPr="003531B2">
              <w:rPr>
                <w:rFonts w:ascii="Times New Roman" w:eastAsia="Times New Roman" w:hAnsi="Times New Roman" w:cs="Times New Roman"/>
                <w:color w:val="FF0000"/>
                <w:lang w:eastAsia="zh-CN"/>
              </w:rPr>
              <w:t>,</w:t>
            </w:r>
            <w:r w:rsidRPr="003531B2">
              <w:rPr>
                <w:rFonts w:ascii="Times New Roman" w:eastAsia="Times New Roman" w:hAnsi="Times New Roman" w:cs="Times New Roman"/>
                <w:color w:val="FF0000"/>
                <w:lang w:eastAsia="zh-CN"/>
              </w:rPr>
              <w:t>7</w:t>
            </w:r>
          </w:p>
        </w:tc>
      </w:tr>
      <w:tr w:rsidR="00AC61D5" w:rsidRPr="00AC61D5" w14:paraId="6A59AA8B" w14:textId="77777777" w:rsidTr="004351D0">
        <w:trPr>
          <w:trHeight w:val="149"/>
        </w:trPr>
        <w:tc>
          <w:tcPr>
            <w:tcW w:w="1287" w:type="dxa"/>
            <w:vMerge/>
            <w:tcBorders>
              <w:top w:val="nil"/>
              <w:left w:val="nil"/>
              <w:bottom w:val="nil"/>
              <w:right w:val="single" w:sz="8" w:space="0" w:color="auto"/>
            </w:tcBorders>
            <w:vAlign w:val="center"/>
            <w:hideMark/>
          </w:tcPr>
          <w:p w14:paraId="50C2BC17"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59B698CB"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Chồn hương</w:t>
            </w:r>
          </w:p>
        </w:tc>
        <w:tc>
          <w:tcPr>
            <w:tcW w:w="1458" w:type="dxa"/>
            <w:tcBorders>
              <w:top w:val="nil"/>
              <w:left w:val="nil"/>
              <w:bottom w:val="single" w:sz="8" w:space="0" w:color="auto"/>
              <w:right w:val="single" w:sz="8" w:space="0" w:color="auto"/>
            </w:tcBorders>
            <w:shd w:val="clear" w:color="auto" w:fill="auto"/>
            <w:vAlign w:val="center"/>
            <w:hideMark/>
          </w:tcPr>
          <w:p w14:paraId="4D1086CD" w14:textId="1AC72C65"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520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0E104543" w14:textId="7C4BB7CB"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163</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213DC633" w14:textId="71F6AEFD"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357</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59E96878" w14:textId="77793E62"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2</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2</w:t>
            </w:r>
          </w:p>
        </w:tc>
      </w:tr>
      <w:tr w:rsidR="00AC61D5" w:rsidRPr="00AC61D5" w14:paraId="47878A7D" w14:textId="77777777" w:rsidTr="004351D0">
        <w:trPr>
          <w:trHeight w:val="149"/>
        </w:trPr>
        <w:tc>
          <w:tcPr>
            <w:tcW w:w="1287" w:type="dxa"/>
            <w:vMerge/>
            <w:tcBorders>
              <w:top w:val="nil"/>
              <w:left w:val="nil"/>
              <w:bottom w:val="nil"/>
              <w:right w:val="single" w:sz="8" w:space="0" w:color="auto"/>
            </w:tcBorders>
            <w:vAlign w:val="center"/>
            <w:hideMark/>
          </w:tcPr>
          <w:p w14:paraId="0CF0865E"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025F7EE5"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Dúi</w:t>
            </w:r>
          </w:p>
        </w:tc>
        <w:tc>
          <w:tcPr>
            <w:tcW w:w="1458" w:type="dxa"/>
            <w:tcBorders>
              <w:top w:val="nil"/>
              <w:left w:val="nil"/>
              <w:bottom w:val="single" w:sz="8" w:space="0" w:color="auto"/>
              <w:right w:val="single" w:sz="8" w:space="0" w:color="auto"/>
            </w:tcBorders>
            <w:shd w:val="clear" w:color="auto" w:fill="auto"/>
            <w:vAlign w:val="center"/>
            <w:hideMark/>
          </w:tcPr>
          <w:p w14:paraId="2493DA41" w14:textId="1F12C0B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485</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5728B8E5" w14:textId="6BF9EA1D"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175</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504A0C65" w14:textId="5FBF261E"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310</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43CA6B6A" w14:textId="2C43D454"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8</w:t>
            </w:r>
          </w:p>
        </w:tc>
      </w:tr>
      <w:tr w:rsidR="00AC61D5" w:rsidRPr="00AC61D5" w14:paraId="05B96703" w14:textId="77777777" w:rsidTr="004351D0">
        <w:trPr>
          <w:trHeight w:val="305"/>
        </w:trPr>
        <w:tc>
          <w:tcPr>
            <w:tcW w:w="1287" w:type="dxa"/>
            <w:vMerge/>
            <w:tcBorders>
              <w:top w:val="nil"/>
              <w:left w:val="nil"/>
              <w:bottom w:val="nil"/>
              <w:right w:val="single" w:sz="8" w:space="0" w:color="auto"/>
            </w:tcBorders>
            <w:vAlign w:val="center"/>
            <w:hideMark/>
          </w:tcPr>
          <w:p w14:paraId="35D8B41A"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5582295A" w14:textId="16AB7011"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Chăn nuôi tổng hợp</w:t>
            </w:r>
          </w:p>
        </w:tc>
        <w:tc>
          <w:tcPr>
            <w:tcW w:w="1458" w:type="dxa"/>
            <w:tcBorders>
              <w:top w:val="nil"/>
              <w:left w:val="nil"/>
              <w:bottom w:val="single" w:sz="8" w:space="0" w:color="auto"/>
              <w:right w:val="single" w:sz="8" w:space="0" w:color="auto"/>
            </w:tcBorders>
            <w:shd w:val="clear" w:color="auto" w:fill="auto"/>
            <w:vAlign w:val="center"/>
            <w:hideMark/>
          </w:tcPr>
          <w:p w14:paraId="7D794EB6" w14:textId="0501DF43" w:rsidR="00357820" w:rsidRPr="003F0260" w:rsidRDefault="003F0260" w:rsidP="004351D0">
            <w:pPr>
              <w:spacing w:after="0" w:line="240" w:lineRule="auto"/>
              <w:jc w:val="center"/>
              <w:rPr>
                <w:rFonts w:ascii="Times New Roman" w:eastAsia="Times New Roman" w:hAnsi="Times New Roman" w:cs="Times New Roman"/>
                <w:color w:val="FF0000"/>
                <w:lang w:eastAsia="zh-CN"/>
              </w:rPr>
            </w:pPr>
            <w:r w:rsidRPr="003F0260">
              <w:rPr>
                <w:rFonts w:ascii="Times New Roman" w:eastAsia="Times New Roman" w:hAnsi="Times New Roman" w:cs="Times New Roman"/>
                <w:color w:val="FF0000"/>
                <w:lang w:eastAsia="zh-CN"/>
              </w:rPr>
              <w:t>8</w:t>
            </w:r>
            <w:r w:rsidR="00357820" w:rsidRPr="003F0260">
              <w:rPr>
                <w:rFonts w:ascii="Times New Roman" w:eastAsia="Times New Roman" w:hAnsi="Times New Roman" w:cs="Times New Roman"/>
                <w:color w:val="FF0000"/>
                <w:lang w:eastAsia="zh-CN"/>
              </w:rPr>
              <w:t>00</w:t>
            </w:r>
            <w:r w:rsidR="00123F90" w:rsidRPr="003F0260">
              <w:rPr>
                <w:rFonts w:ascii="Times New Roman" w:eastAsia="Times New Roman" w:hAnsi="Times New Roman" w:cs="Times New Roman"/>
                <w:color w:val="FF0000"/>
                <w:lang w:eastAsia="zh-CN"/>
              </w:rPr>
              <w:t>,</w:t>
            </w:r>
            <w:r w:rsidR="00357820" w:rsidRPr="003F0260">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31CDA756" w14:textId="35CF00FC" w:rsidR="00357820" w:rsidRPr="003F0260" w:rsidRDefault="003531B2" w:rsidP="004351D0">
            <w:pPr>
              <w:spacing w:after="0" w:line="240" w:lineRule="auto"/>
              <w:jc w:val="center"/>
              <w:rPr>
                <w:rFonts w:ascii="Times New Roman" w:eastAsia="Times New Roman" w:hAnsi="Times New Roman" w:cs="Times New Roman"/>
                <w:color w:val="FF0000"/>
                <w:lang w:eastAsia="zh-CN"/>
              </w:rPr>
            </w:pPr>
            <w:r w:rsidRPr="003F0260">
              <w:rPr>
                <w:rFonts w:ascii="Times New Roman" w:eastAsia="Times New Roman" w:hAnsi="Times New Roman" w:cs="Times New Roman"/>
                <w:color w:val="FF0000"/>
                <w:lang w:eastAsia="zh-CN"/>
              </w:rPr>
              <w:t>3</w:t>
            </w:r>
            <w:r w:rsidR="00357820" w:rsidRPr="003F0260">
              <w:rPr>
                <w:rFonts w:ascii="Times New Roman" w:eastAsia="Times New Roman" w:hAnsi="Times New Roman" w:cs="Times New Roman"/>
                <w:color w:val="FF0000"/>
                <w:lang w:eastAsia="zh-CN"/>
              </w:rPr>
              <w:t>80</w:t>
            </w:r>
            <w:r w:rsidR="00123F90" w:rsidRPr="003F0260">
              <w:rPr>
                <w:rFonts w:ascii="Times New Roman" w:eastAsia="Times New Roman" w:hAnsi="Times New Roman" w:cs="Times New Roman"/>
                <w:color w:val="FF0000"/>
                <w:lang w:eastAsia="zh-CN"/>
              </w:rPr>
              <w:t>,</w:t>
            </w:r>
            <w:r w:rsidR="00357820" w:rsidRPr="003F0260">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39995473" w14:textId="060D6747" w:rsidR="00357820" w:rsidRPr="003F0260" w:rsidRDefault="003F0260" w:rsidP="004351D0">
            <w:pPr>
              <w:spacing w:after="0" w:line="240" w:lineRule="auto"/>
              <w:jc w:val="center"/>
              <w:rPr>
                <w:rFonts w:ascii="Times New Roman" w:eastAsia="Times New Roman" w:hAnsi="Times New Roman" w:cs="Times New Roman"/>
                <w:color w:val="FF0000"/>
                <w:lang w:eastAsia="zh-CN"/>
              </w:rPr>
            </w:pPr>
            <w:r w:rsidRPr="003F0260">
              <w:rPr>
                <w:rFonts w:ascii="Times New Roman" w:eastAsia="Times New Roman" w:hAnsi="Times New Roman" w:cs="Times New Roman"/>
                <w:color w:val="FF0000"/>
                <w:lang w:eastAsia="zh-CN"/>
              </w:rPr>
              <w:t>4</w:t>
            </w:r>
            <w:r w:rsidR="00357820" w:rsidRPr="003F0260">
              <w:rPr>
                <w:rFonts w:ascii="Times New Roman" w:eastAsia="Times New Roman" w:hAnsi="Times New Roman" w:cs="Times New Roman"/>
                <w:color w:val="FF0000"/>
                <w:lang w:eastAsia="zh-CN"/>
              </w:rPr>
              <w:t>20</w:t>
            </w:r>
            <w:r w:rsidR="00123F90" w:rsidRPr="003F0260">
              <w:rPr>
                <w:rFonts w:ascii="Times New Roman" w:eastAsia="Times New Roman" w:hAnsi="Times New Roman" w:cs="Times New Roman"/>
                <w:color w:val="FF0000"/>
                <w:lang w:eastAsia="zh-CN"/>
              </w:rPr>
              <w:t>,</w:t>
            </w:r>
            <w:r w:rsidR="00357820" w:rsidRPr="003F0260">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4A49A12F" w14:textId="59163A9C"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1</w:t>
            </w:r>
          </w:p>
        </w:tc>
      </w:tr>
      <w:tr w:rsidR="00AC61D5" w:rsidRPr="00AC61D5" w14:paraId="66865A5F" w14:textId="77777777" w:rsidTr="004351D0">
        <w:trPr>
          <w:trHeight w:val="149"/>
        </w:trPr>
        <w:tc>
          <w:tcPr>
            <w:tcW w:w="1287" w:type="dxa"/>
            <w:vMerge w:val="restart"/>
            <w:tcBorders>
              <w:top w:val="nil"/>
              <w:left w:val="nil"/>
              <w:bottom w:val="nil"/>
              <w:right w:val="single" w:sz="8" w:space="0" w:color="auto"/>
            </w:tcBorders>
            <w:shd w:val="clear" w:color="auto" w:fill="auto"/>
            <w:noWrap/>
            <w:vAlign w:val="center"/>
            <w:hideMark/>
          </w:tcPr>
          <w:p w14:paraId="34B196E3" w14:textId="77777777" w:rsidR="00357820" w:rsidRPr="00AC61D5" w:rsidRDefault="00357820" w:rsidP="004351D0">
            <w:pPr>
              <w:spacing w:after="0" w:line="240" w:lineRule="auto"/>
              <w:jc w:val="center"/>
              <w:rPr>
                <w:rFonts w:ascii="Times New Roman" w:eastAsia="Times New Roman" w:hAnsi="Times New Roman" w:cs="Times New Roman"/>
                <w:b/>
                <w:lang w:eastAsia="zh-CN"/>
              </w:rPr>
            </w:pPr>
            <w:r w:rsidRPr="00AC61D5">
              <w:rPr>
                <w:rFonts w:ascii="Times New Roman" w:eastAsia="Times New Roman" w:hAnsi="Times New Roman" w:cs="Times New Roman"/>
                <w:b/>
                <w:lang w:eastAsia="zh-CN"/>
              </w:rPr>
              <w:t>Chăn nuôi kết hợp trồng trọt</w:t>
            </w:r>
          </w:p>
        </w:tc>
        <w:tc>
          <w:tcPr>
            <w:tcW w:w="2289" w:type="dxa"/>
            <w:tcBorders>
              <w:top w:val="nil"/>
              <w:left w:val="nil"/>
              <w:bottom w:val="single" w:sz="8" w:space="0" w:color="auto"/>
              <w:right w:val="single" w:sz="8" w:space="0" w:color="auto"/>
            </w:tcBorders>
            <w:shd w:val="clear" w:color="auto" w:fill="auto"/>
            <w:vAlign w:val="center"/>
            <w:hideMark/>
          </w:tcPr>
          <w:p w14:paraId="1BF6502B"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Vườn – ao – chuồng</w:t>
            </w:r>
          </w:p>
        </w:tc>
        <w:tc>
          <w:tcPr>
            <w:tcW w:w="1458" w:type="dxa"/>
            <w:tcBorders>
              <w:top w:val="nil"/>
              <w:left w:val="nil"/>
              <w:bottom w:val="single" w:sz="8" w:space="0" w:color="auto"/>
              <w:right w:val="single" w:sz="8" w:space="0" w:color="auto"/>
            </w:tcBorders>
            <w:shd w:val="clear" w:color="auto" w:fill="auto"/>
            <w:vAlign w:val="center"/>
            <w:hideMark/>
          </w:tcPr>
          <w:p w14:paraId="536E42F5" w14:textId="4C05DFFE" w:rsidR="00357820" w:rsidRPr="003F0260" w:rsidRDefault="001657EB" w:rsidP="004351D0">
            <w:pPr>
              <w:spacing w:after="0" w:line="240" w:lineRule="auto"/>
              <w:jc w:val="center"/>
              <w:rPr>
                <w:rFonts w:ascii="Times New Roman" w:eastAsia="Times New Roman" w:hAnsi="Times New Roman" w:cs="Times New Roman"/>
                <w:color w:val="FF0000"/>
                <w:lang w:eastAsia="zh-CN"/>
              </w:rPr>
            </w:pPr>
            <w:r w:rsidRPr="003F0260">
              <w:rPr>
                <w:rFonts w:ascii="Times New Roman" w:eastAsia="Times New Roman" w:hAnsi="Times New Roman" w:cs="Times New Roman"/>
                <w:color w:val="FF0000"/>
                <w:lang w:eastAsia="zh-CN"/>
              </w:rPr>
              <w:t>7</w:t>
            </w:r>
            <w:r w:rsidR="00357820" w:rsidRPr="003F0260">
              <w:rPr>
                <w:rFonts w:ascii="Times New Roman" w:eastAsia="Times New Roman" w:hAnsi="Times New Roman" w:cs="Times New Roman"/>
                <w:color w:val="FF0000"/>
                <w:lang w:eastAsia="zh-CN"/>
              </w:rPr>
              <w:t>50</w:t>
            </w:r>
            <w:r w:rsidR="00123F90" w:rsidRPr="003F0260">
              <w:rPr>
                <w:rFonts w:ascii="Times New Roman" w:eastAsia="Times New Roman" w:hAnsi="Times New Roman" w:cs="Times New Roman"/>
                <w:color w:val="FF0000"/>
                <w:lang w:eastAsia="zh-CN"/>
              </w:rPr>
              <w:t>,</w:t>
            </w:r>
            <w:r w:rsidR="00357820" w:rsidRPr="003F0260">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480B99D4" w14:textId="7C7A79F9" w:rsidR="00357820" w:rsidRPr="003F0260" w:rsidRDefault="00357820" w:rsidP="004351D0">
            <w:pPr>
              <w:spacing w:after="0" w:line="240" w:lineRule="auto"/>
              <w:jc w:val="center"/>
              <w:rPr>
                <w:rFonts w:ascii="Times New Roman" w:eastAsia="Times New Roman" w:hAnsi="Times New Roman" w:cs="Times New Roman"/>
                <w:color w:val="FF0000"/>
                <w:lang w:eastAsia="zh-CN"/>
              </w:rPr>
            </w:pPr>
            <w:r w:rsidRPr="003F0260">
              <w:rPr>
                <w:rFonts w:ascii="Times New Roman" w:eastAsia="Times New Roman" w:hAnsi="Times New Roman" w:cs="Times New Roman"/>
                <w:color w:val="FF0000"/>
                <w:lang w:eastAsia="zh-CN"/>
              </w:rPr>
              <w:t>300</w:t>
            </w:r>
            <w:r w:rsidR="00123F90" w:rsidRPr="003F0260">
              <w:rPr>
                <w:rFonts w:ascii="Times New Roman" w:eastAsia="Times New Roman" w:hAnsi="Times New Roman" w:cs="Times New Roman"/>
                <w:color w:val="FF0000"/>
                <w:lang w:eastAsia="zh-CN"/>
              </w:rPr>
              <w:t>,</w:t>
            </w:r>
            <w:r w:rsidRPr="003F0260">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00193848" w14:textId="70F035B3" w:rsidR="00357820" w:rsidRPr="00AC61D5" w:rsidRDefault="001657EB" w:rsidP="004351D0">
            <w:pPr>
              <w:spacing w:after="0" w:line="240" w:lineRule="auto"/>
              <w:jc w:val="center"/>
              <w:rPr>
                <w:rFonts w:ascii="Times New Roman" w:eastAsia="Times New Roman" w:hAnsi="Times New Roman" w:cs="Times New Roman"/>
                <w:lang w:eastAsia="zh-CN"/>
              </w:rPr>
            </w:pPr>
            <w:r w:rsidRPr="000B13B3">
              <w:rPr>
                <w:rFonts w:ascii="Times New Roman" w:eastAsia="Times New Roman" w:hAnsi="Times New Roman" w:cs="Times New Roman"/>
                <w:color w:val="FF0000"/>
                <w:lang w:eastAsia="zh-CN"/>
              </w:rPr>
              <w:t>4</w:t>
            </w:r>
            <w:r w:rsidR="00357820" w:rsidRPr="000B13B3">
              <w:rPr>
                <w:rFonts w:ascii="Times New Roman" w:eastAsia="Times New Roman" w:hAnsi="Times New Roman" w:cs="Times New Roman"/>
                <w:color w:val="FF0000"/>
                <w:lang w:eastAsia="zh-CN"/>
              </w:rPr>
              <w:t>50</w:t>
            </w:r>
            <w:r w:rsidR="00123F90" w:rsidRPr="000B13B3">
              <w:rPr>
                <w:rFonts w:ascii="Times New Roman" w:eastAsia="Times New Roman" w:hAnsi="Times New Roman" w:cs="Times New Roman"/>
                <w:color w:val="FF0000"/>
                <w:lang w:eastAsia="zh-CN"/>
              </w:rPr>
              <w:t>,</w:t>
            </w:r>
            <w:r w:rsidR="00357820" w:rsidRPr="000B13B3">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6290C299" w14:textId="6CDCB82B" w:rsidR="00357820" w:rsidRPr="00AC61D5" w:rsidRDefault="00357820" w:rsidP="001657EB">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w:t>
            </w:r>
            <w:r w:rsidR="00123F90" w:rsidRPr="00AC61D5">
              <w:rPr>
                <w:rFonts w:ascii="Times New Roman" w:eastAsia="Times New Roman" w:hAnsi="Times New Roman" w:cs="Times New Roman"/>
                <w:lang w:eastAsia="zh-CN"/>
              </w:rPr>
              <w:t>,</w:t>
            </w:r>
            <w:r w:rsidR="001657EB" w:rsidRPr="00AC61D5">
              <w:rPr>
                <w:rFonts w:ascii="Times New Roman" w:eastAsia="Times New Roman" w:hAnsi="Times New Roman" w:cs="Times New Roman"/>
                <w:lang w:eastAsia="zh-CN"/>
              </w:rPr>
              <w:t>51</w:t>
            </w:r>
          </w:p>
        </w:tc>
      </w:tr>
      <w:tr w:rsidR="00AC61D5" w:rsidRPr="00AC61D5" w14:paraId="57486AC5" w14:textId="77777777" w:rsidTr="004351D0">
        <w:trPr>
          <w:trHeight w:val="293"/>
        </w:trPr>
        <w:tc>
          <w:tcPr>
            <w:tcW w:w="1287" w:type="dxa"/>
            <w:vMerge/>
            <w:tcBorders>
              <w:top w:val="nil"/>
              <w:left w:val="nil"/>
              <w:bottom w:val="nil"/>
              <w:right w:val="single" w:sz="8" w:space="0" w:color="auto"/>
            </w:tcBorders>
            <w:vAlign w:val="center"/>
            <w:hideMark/>
          </w:tcPr>
          <w:p w14:paraId="4B45E07A"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52C18CB9"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Trồng rừng + Nuôi bò</w:t>
            </w:r>
          </w:p>
        </w:tc>
        <w:tc>
          <w:tcPr>
            <w:tcW w:w="1458" w:type="dxa"/>
            <w:tcBorders>
              <w:top w:val="nil"/>
              <w:left w:val="nil"/>
              <w:bottom w:val="single" w:sz="8" w:space="0" w:color="auto"/>
              <w:right w:val="single" w:sz="8" w:space="0" w:color="auto"/>
            </w:tcBorders>
            <w:shd w:val="clear" w:color="auto" w:fill="auto"/>
            <w:vAlign w:val="center"/>
            <w:hideMark/>
          </w:tcPr>
          <w:p w14:paraId="66407E54" w14:textId="5591B2BE" w:rsidR="00357820" w:rsidRPr="003F0260" w:rsidRDefault="000B13B3" w:rsidP="000B13B3">
            <w:pPr>
              <w:spacing w:after="0" w:line="240" w:lineRule="auto"/>
              <w:jc w:val="center"/>
              <w:rPr>
                <w:rFonts w:ascii="Times New Roman" w:eastAsia="Times New Roman" w:hAnsi="Times New Roman" w:cs="Times New Roman"/>
                <w:color w:val="FF0000"/>
                <w:lang w:eastAsia="zh-CN"/>
              </w:rPr>
            </w:pPr>
            <w:r>
              <w:rPr>
                <w:rFonts w:ascii="Times New Roman" w:eastAsia="Times New Roman" w:hAnsi="Times New Roman" w:cs="Times New Roman"/>
                <w:color w:val="FF0000"/>
                <w:lang w:eastAsia="zh-CN"/>
              </w:rPr>
              <w:t>74</w:t>
            </w:r>
            <w:r w:rsidR="00357820" w:rsidRPr="003F0260">
              <w:rPr>
                <w:rFonts w:ascii="Times New Roman" w:eastAsia="Times New Roman" w:hAnsi="Times New Roman" w:cs="Times New Roman"/>
                <w:color w:val="FF0000"/>
                <w:lang w:eastAsia="zh-CN"/>
              </w:rPr>
              <w:t>0</w:t>
            </w:r>
            <w:r w:rsidR="00123F90" w:rsidRPr="003F0260">
              <w:rPr>
                <w:rFonts w:ascii="Times New Roman" w:eastAsia="Times New Roman" w:hAnsi="Times New Roman" w:cs="Times New Roman"/>
                <w:color w:val="FF0000"/>
                <w:lang w:eastAsia="zh-CN"/>
              </w:rPr>
              <w:t>,</w:t>
            </w:r>
            <w:r w:rsidR="00357820" w:rsidRPr="003F0260">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533B56A6" w14:textId="2C087AFB" w:rsidR="00357820" w:rsidRPr="003F0260" w:rsidRDefault="003F0260" w:rsidP="004351D0">
            <w:pPr>
              <w:spacing w:after="0" w:line="240" w:lineRule="auto"/>
              <w:jc w:val="center"/>
              <w:rPr>
                <w:rFonts w:ascii="Times New Roman" w:eastAsia="Times New Roman" w:hAnsi="Times New Roman" w:cs="Times New Roman"/>
                <w:color w:val="FF0000"/>
                <w:lang w:eastAsia="zh-CN"/>
              </w:rPr>
            </w:pPr>
            <w:r w:rsidRPr="003F0260">
              <w:rPr>
                <w:rFonts w:ascii="Times New Roman" w:eastAsia="Times New Roman" w:hAnsi="Times New Roman" w:cs="Times New Roman"/>
                <w:color w:val="FF0000"/>
                <w:lang w:eastAsia="zh-CN"/>
              </w:rPr>
              <w:t>3</w:t>
            </w:r>
            <w:r w:rsidR="000B13B3">
              <w:rPr>
                <w:rFonts w:ascii="Times New Roman" w:eastAsia="Times New Roman" w:hAnsi="Times New Roman" w:cs="Times New Roman"/>
                <w:color w:val="FF0000"/>
                <w:lang w:eastAsia="zh-CN"/>
              </w:rPr>
              <w:t>1</w:t>
            </w:r>
            <w:r w:rsidR="00357820" w:rsidRPr="003F0260">
              <w:rPr>
                <w:rFonts w:ascii="Times New Roman" w:eastAsia="Times New Roman" w:hAnsi="Times New Roman" w:cs="Times New Roman"/>
                <w:color w:val="FF0000"/>
                <w:lang w:eastAsia="zh-CN"/>
              </w:rPr>
              <w:t>0</w:t>
            </w:r>
            <w:r w:rsidR="00123F90" w:rsidRPr="003F0260">
              <w:rPr>
                <w:rFonts w:ascii="Times New Roman" w:eastAsia="Times New Roman" w:hAnsi="Times New Roman" w:cs="Times New Roman"/>
                <w:color w:val="FF0000"/>
                <w:lang w:eastAsia="zh-CN"/>
              </w:rPr>
              <w:t>,</w:t>
            </w:r>
            <w:r w:rsidR="00357820" w:rsidRPr="003F0260">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2677FAFE" w14:textId="1E64FEBF" w:rsidR="00357820" w:rsidRPr="00AC61D5" w:rsidRDefault="000B13B3" w:rsidP="000B13B3">
            <w:pPr>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color w:val="FF0000"/>
                <w:lang w:eastAsia="zh-CN"/>
              </w:rPr>
              <w:t>435</w:t>
            </w:r>
            <w:r w:rsidR="00123F90" w:rsidRPr="000B13B3">
              <w:rPr>
                <w:rFonts w:ascii="Times New Roman" w:eastAsia="Times New Roman" w:hAnsi="Times New Roman" w:cs="Times New Roman"/>
                <w:color w:val="FF0000"/>
                <w:lang w:eastAsia="zh-CN"/>
              </w:rPr>
              <w:t>,</w:t>
            </w:r>
            <w:r w:rsidR="00357820" w:rsidRPr="000B13B3">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63E4B032" w14:textId="05A9794D"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4</w:t>
            </w:r>
          </w:p>
        </w:tc>
      </w:tr>
      <w:tr w:rsidR="00AC61D5" w:rsidRPr="00AC61D5" w14:paraId="06FFD0D0" w14:textId="77777777" w:rsidTr="004351D0">
        <w:trPr>
          <w:trHeight w:val="293"/>
        </w:trPr>
        <w:tc>
          <w:tcPr>
            <w:tcW w:w="1287" w:type="dxa"/>
            <w:vMerge/>
            <w:tcBorders>
              <w:top w:val="nil"/>
              <w:left w:val="nil"/>
              <w:bottom w:val="nil"/>
              <w:right w:val="single" w:sz="8" w:space="0" w:color="auto"/>
            </w:tcBorders>
            <w:vAlign w:val="center"/>
            <w:hideMark/>
          </w:tcPr>
          <w:p w14:paraId="1034E408"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p>
        </w:tc>
        <w:tc>
          <w:tcPr>
            <w:tcW w:w="2289" w:type="dxa"/>
            <w:tcBorders>
              <w:top w:val="nil"/>
              <w:left w:val="nil"/>
              <w:bottom w:val="single" w:sz="8" w:space="0" w:color="auto"/>
              <w:right w:val="single" w:sz="8" w:space="0" w:color="auto"/>
            </w:tcBorders>
            <w:shd w:val="clear" w:color="auto" w:fill="auto"/>
            <w:vAlign w:val="center"/>
            <w:hideMark/>
          </w:tcPr>
          <w:p w14:paraId="581CBFED" w14:textId="77777777"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Cây ăn quả - nuôi ong</w:t>
            </w:r>
          </w:p>
        </w:tc>
        <w:tc>
          <w:tcPr>
            <w:tcW w:w="1458" w:type="dxa"/>
            <w:tcBorders>
              <w:top w:val="nil"/>
              <w:left w:val="nil"/>
              <w:bottom w:val="single" w:sz="8" w:space="0" w:color="auto"/>
              <w:right w:val="single" w:sz="8" w:space="0" w:color="auto"/>
            </w:tcBorders>
            <w:shd w:val="clear" w:color="auto" w:fill="auto"/>
            <w:vAlign w:val="center"/>
            <w:hideMark/>
          </w:tcPr>
          <w:p w14:paraId="61FBC9B4" w14:textId="709F6BB5" w:rsidR="00357820" w:rsidRPr="003F0260" w:rsidRDefault="003F0260" w:rsidP="004351D0">
            <w:pPr>
              <w:spacing w:after="0" w:line="240" w:lineRule="auto"/>
              <w:jc w:val="center"/>
              <w:rPr>
                <w:rFonts w:ascii="Times New Roman" w:eastAsia="Times New Roman" w:hAnsi="Times New Roman" w:cs="Times New Roman"/>
                <w:color w:val="FF0000"/>
                <w:lang w:eastAsia="zh-CN"/>
              </w:rPr>
            </w:pPr>
            <w:r w:rsidRPr="003F0260">
              <w:rPr>
                <w:rFonts w:ascii="Times New Roman" w:eastAsia="Times New Roman" w:hAnsi="Times New Roman" w:cs="Times New Roman"/>
                <w:color w:val="FF0000"/>
                <w:lang w:eastAsia="zh-CN"/>
              </w:rPr>
              <w:t>4</w:t>
            </w:r>
            <w:r w:rsidR="00357820" w:rsidRPr="003F0260">
              <w:rPr>
                <w:rFonts w:ascii="Times New Roman" w:eastAsia="Times New Roman" w:hAnsi="Times New Roman" w:cs="Times New Roman"/>
                <w:color w:val="FF0000"/>
                <w:lang w:eastAsia="zh-CN"/>
              </w:rPr>
              <w:t>80</w:t>
            </w:r>
            <w:r w:rsidR="00123F90" w:rsidRPr="003F0260">
              <w:rPr>
                <w:rFonts w:ascii="Times New Roman" w:eastAsia="Times New Roman" w:hAnsi="Times New Roman" w:cs="Times New Roman"/>
                <w:color w:val="FF0000"/>
                <w:lang w:eastAsia="zh-CN"/>
              </w:rPr>
              <w:t>,</w:t>
            </w:r>
            <w:r w:rsidR="00357820" w:rsidRPr="003F0260">
              <w:rPr>
                <w:rFonts w:ascii="Times New Roman" w:eastAsia="Times New Roman" w:hAnsi="Times New Roman" w:cs="Times New Roman"/>
                <w:color w:val="FF0000"/>
                <w:lang w:eastAsia="zh-CN"/>
              </w:rPr>
              <w:t>8</w:t>
            </w:r>
          </w:p>
        </w:tc>
        <w:tc>
          <w:tcPr>
            <w:tcW w:w="1458" w:type="dxa"/>
            <w:tcBorders>
              <w:top w:val="nil"/>
              <w:left w:val="nil"/>
              <w:bottom w:val="single" w:sz="8" w:space="0" w:color="auto"/>
              <w:right w:val="single" w:sz="8" w:space="0" w:color="auto"/>
            </w:tcBorders>
            <w:shd w:val="clear" w:color="auto" w:fill="auto"/>
            <w:vAlign w:val="center"/>
            <w:hideMark/>
          </w:tcPr>
          <w:p w14:paraId="1375D9BB" w14:textId="76898B37" w:rsidR="00357820" w:rsidRPr="003F0260" w:rsidRDefault="003F0260" w:rsidP="004351D0">
            <w:pPr>
              <w:spacing w:after="0" w:line="240" w:lineRule="auto"/>
              <w:jc w:val="center"/>
              <w:rPr>
                <w:rFonts w:ascii="Times New Roman" w:eastAsia="Times New Roman" w:hAnsi="Times New Roman" w:cs="Times New Roman"/>
                <w:color w:val="FF0000"/>
                <w:lang w:eastAsia="zh-CN"/>
              </w:rPr>
            </w:pPr>
            <w:r w:rsidRPr="003F0260">
              <w:rPr>
                <w:rFonts w:ascii="Times New Roman" w:eastAsia="Times New Roman" w:hAnsi="Times New Roman" w:cs="Times New Roman"/>
                <w:color w:val="FF0000"/>
                <w:lang w:eastAsia="zh-CN"/>
              </w:rPr>
              <w:t>18</w:t>
            </w:r>
            <w:r w:rsidR="00357820" w:rsidRPr="003F0260">
              <w:rPr>
                <w:rFonts w:ascii="Times New Roman" w:eastAsia="Times New Roman" w:hAnsi="Times New Roman" w:cs="Times New Roman"/>
                <w:color w:val="FF0000"/>
                <w:lang w:eastAsia="zh-CN"/>
              </w:rPr>
              <w:t>0</w:t>
            </w:r>
            <w:r w:rsidR="00123F90" w:rsidRPr="003F0260">
              <w:rPr>
                <w:rFonts w:ascii="Times New Roman" w:eastAsia="Times New Roman" w:hAnsi="Times New Roman" w:cs="Times New Roman"/>
                <w:color w:val="FF0000"/>
                <w:lang w:eastAsia="zh-CN"/>
              </w:rPr>
              <w:t>,</w:t>
            </w:r>
            <w:r w:rsidR="00357820" w:rsidRPr="003F0260">
              <w:rPr>
                <w:rFonts w:ascii="Times New Roman" w:eastAsia="Times New Roman" w:hAnsi="Times New Roman" w:cs="Times New Roman"/>
                <w:color w:val="FF0000"/>
                <w:lang w:eastAsia="zh-CN"/>
              </w:rPr>
              <w:t>0</w:t>
            </w:r>
          </w:p>
        </w:tc>
        <w:tc>
          <w:tcPr>
            <w:tcW w:w="1458" w:type="dxa"/>
            <w:tcBorders>
              <w:top w:val="nil"/>
              <w:left w:val="nil"/>
              <w:bottom w:val="single" w:sz="8" w:space="0" w:color="auto"/>
              <w:right w:val="single" w:sz="8" w:space="0" w:color="auto"/>
            </w:tcBorders>
            <w:shd w:val="clear" w:color="auto" w:fill="auto"/>
            <w:vAlign w:val="center"/>
            <w:hideMark/>
          </w:tcPr>
          <w:p w14:paraId="2B2E9E85" w14:textId="7933CF1A" w:rsidR="00357820" w:rsidRPr="003F0260" w:rsidRDefault="003F0260" w:rsidP="003F0260">
            <w:pPr>
              <w:spacing w:after="0" w:line="240" w:lineRule="auto"/>
              <w:jc w:val="center"/>
              <w:rPr>
                <w:rFonts w:ascii="Times New Roman" w:eastAsia="Times New Roman" w:hAnsi="Times New Roman" w:cs="Times New Roman"/>
                <w:color w:val="FF0000"/>
                <w:lang w:eastAsia="zh-CN"/>
              </w:rPr>
            </w:pPr>
            <w:r w:rsidRPr="003F0260">
              <w:rPr>
                <w:rFonts w:ascii="Times New Roman" w:eastAsia="Times New Roman" w:hAnsi="Times New Roman" w:cs="Times New Roman"/>
                <w:color w:val="FF0000"/>
                <w:lang w:eastAsia="zh-CN"/>
              </w:rPr>
              <w:t>300,5</w:t>
            </w:r>
          </w:p>
        </w:tc>
        <w:tc>
          <w:tcPr>
            <w:tcW w:w="1458" w:type="dxa"/>
            <w:tcBorders>
              <w:top w:val="nil"/>
              <w:left w:val="nil"/>
              <w:bottom w:val="single" w:sz="8" w:space="0" w:color="auto"/>
              <w:right w:val="single" w:sz="8" w:space="0" w:color="auto"/>
            </w:tcBorders>
            <w:shd w:val="clear" w:color="auto" w:fill="auto"/>
            <w:vAlign w:val="center"/>
            <w:hideMark/>
          </w:tcPr>
          <w:p w14:paraId="36842803" w14:textId="2FEC104D" w:rsidR="00357820" w:rsidRPr="00AC61D5" w:rsidRDefault="00357820" w:rsidP="004351D0">
            <w:pPr>
              <w:spacing w:after="0" w:line="240" w:lineRule="auto"/>
              <w:jc w:val="center"/>
              <w:rPr>
                <w:rFonts w:ascii="Times New Roman" w:eastAsia="Times New Roman" w:hAnsi="Times New Roman" w:cs="Times New Roman"/>
                <w:lang w:eastAsia="zh-CN"/>
              </w:rPr>
            </w:pPr>
            <w:r w:rsidRPr="00AC61D5">
              <w:rPr>
                <w:rFonts w:ascii="Times New Roman" w:eastAsia="Times New Roman" w:hAnsi="Times New Roman" w:cs="Times New Roman"/>
                <w:lang w:eastAsia="zh-CN"/>
              </w:rPr>
              <w:t>1</w:t>
            </w:r>
            <w:r w:rsidR="00123F90" w:rsidRPr="00AC61D5">
              <w:rPr>
                <w:rFonts w:ascii="Times New Roman" w:eastAsia="Times New Roman" w:hAnsi="Times New Roman" w:cs="Times New Roman"/>
                <w:lang w:eastAsia="zh-CN"/>
              </w:rPr>
              <w:t>,</w:t>
            </w:r>
            <w:r w:rsidRPr="00AC61D5">
              <w:rPr>
                <w:rFonts w:ascii="Times New Roman" w:eastAsia="Times New Roman" w:hAnsi="Times New Roman" w:cs="Times New Roman"/>
                <w:lang w:eastAsia="zh-CN"/>
              </w:rPr>
              <w:t>7</w:t>
            </w:r>
          </w:p>
        </w:tc>
      </w:tr>
    </w:tbl>
    <w:p w14:paraId="3147FCD8" w14:textId="438DF6D7" w:rsidR="0099414E" w:rsidRPr="0046524B" w:rsidRDefault="0099414E" w:rsidP="0010122C">
      <w:pPr>
        <w:tabs>
          <w:tab w:val="left" w:pos="567"/>
        </w:tabs>
        <w:spacing w:after="120" w:line="240" w:lineRule="auto"/>
        <w:jc w:val="both"/>
        <w:rPr>
          <w:rFonts w:ascii="Times New Roman" w:eastAsia="Times New Roman" w:hAnsi="Times New Roman" w:cs="Times New Roman"/>
          <w:shd w:val="clear" w:color="auto" w:fill="FFFFFF"/>
          <w:lang w:val="fr-FR" w:eastAsia="ru-RU"/>
        </w:rPr>
      </w:pPr>
      <w:r w:rsidRPr="0046524B">
        <w:rPr>
          <w:rFonts w:ascii="Times New Roman" w:eastAsia="Times New Roman" w:hAnsi="Times New Roman" w:cs="Times New Roman"/>
          <w:shd w:val="clear" w:color="auto" w:fill="FFFFFF"/>
          <w:lang w:val="fr-FR" w:eastAsia="ru-RU"/>
        </w:rPr>
        <w:t xml:space="preserve">Dữ liệu từ </w:t>
      </w:r>
      <w:r w:rsidR="00357820">
        <w:rPr>
          <w:rFonts w:ascii="Times New Roman" w:eastAsia="Times New Roman" w:hAnsi="Times New Roman" w:cs="Times New Roman"/>
          <w:shd w:val="clear" w:color="auto" w:fill="FFFFFF"/>
          <w:lang w:val="fr-FR" w:eastAsia="ru-RU"/>
        </w:rPr>
        <w:t>bảng 5</w:t>
      </w:r>
      <w:r w:rsidRPr="0046524B">
        <w:rPr>
          <w:rFonts w:ascii="Times New Roman" w:eastAsia="Times New Roman" w:hAnsi="Times New Roman" w:cs="Times New Roman"/>
          <w:shd w:val="clear" w:color="auto" w:fill="FFFFFF"/>
          <w:lang w:val="fr-FR" w:eastAsia="ru-RU"/>
        </w:rPr>
        <w:t xml:space="preserve"> cho t</w:t>
      </w:r>
      <w:r w:rsidR="00864770">
        <w:rPr>
          <w:rFonts w:ascii="Times New Roman" w:eastAsia="Times New Roman" w:hAnsi="Times New Roman" w:cs="Times New Roman"/>
          <w:shd w:val="clear" w:color="auto" w:fill="FFFFFF"/>
          <w:lang w:val="fr-FR" w:eastAsia="ru-RU"/>
        </w:rPr>
        <w:t>hấy sự khác biệt rõ nét giữa ba</w:t>
      </w:r>
      <w:r w:rsidRPr="0046524B">
        <w:rPr>
          <w:rFonts w:ascii="Times New Roman" w:eastAsia="Times New Roman" w:hAnsi="Times New Roman" w:cs="Times New Roman"/>
          <w:shd w:val="clear" w:color="auto" w:fill="FFFFFF"/>
          <w:lang w:val="fr-FR" w:eastAsia="ru-RU"/>
        </w:rPr>
        <w:t xml:space="preserve"> nhóm mô hình chăn nuôi ở huyện Nam Đông: mô hình </w:t>
      </w:r>
      <w:r w:rsidR="007B039A">
        <w:rPr>
          <w:rFonts w:ascii="Times New Roman" w:eastAsia="Times New Roman" w:hAnsi="Times New Roman" w:cs="Times New Roman"/>
          <w:shd w:val="clear" w:color="auto" w:fill="FFFFFF"/>
          <w:lang w:val="fr-FR" w:eastAsia="ru-RU"/>
        </w:rPr>
        <w:t xml:space="preserve">chăn nuôi </w:t>
      </w:r>
      <w:r w:rsidRPr="0046524B">
        <w:rPr>
          <w:rFonts w:ascii="Times New Roman" w:eastAsia="Times New Roman" w:hAnsi="Times New Roman" w:cs="Times New Roman"/>
          <w:shd w:val="clear" w:color="auto" w:fill="FFFFFF"/>
          <w:lang w:val="fr-FR" w:eastAsia="ru-RU"/>
        </w:rPr>
        <w:t xml:space="preserve">truyền thống và mô hình theo </w:t>
      </w:r>
      <w:r w:rsidR="007B039A">
        <w:rPr>
          <w:rFonts w:ascii="Times New Roman" w:eastAsia="Times New Roman" w:hAnsi="Times New Roman" w:cs="Times New Roman"/>
          <w:shd w:val="clear" w:color="auto" w:fill="FFFFFF"/>
          <w:lang w:val="fr-FR" w:eastAsia="ru-RU"/>
        </w:rPr>
        <w:t>hướng hữu cơ/VietGAP</w:t>
      </w:r>
      <w:r w:rsidRPr="0046524B">
        <w:rPr>
          <w:rFonts w:ascii="Times New Roman" w:eastAsia="Times New Roman" w:hAnsi="Times New Roman" w:cs="Times New Roman"/>
          <w:shd w:val="clear" w:color="auto" w:fill="FFFFFF"/>
          <w:lang w:val="fr-FR" w:eastAsia="ru-RU"/>
        </w:rPr>
        <w:t>. Xét về tổng thể, nhóm mô hình</w:t>
      </w:r>
      <w:r w:rsidR="00864770">
        <w:rPr>
          <w:rFonts w:ascii="Times New Roman" w:eastAsia="Times New Roman" w:hAnsi="Times New Roman" w:cs="Times New Roman"/>
          <w:shd w:val="clear" w:color="auto" w:fill="FFFFFF"/>
          <w:lang w:val="fr-FR" w:eastAsia="ru-RU"/>
        </w:rPr>
        <w:t xml:space="preserve"> theo hướng</w:t>
      </w:r>
      <w:r w:rsidRPr="0046524B">
        <w:rPr>
          <w:rFonts w:ascii="Times New Roman" w:eastAsia="Times New Roman" w:hAnsi="Times New Roman" w:cs="Times New Roman"/>
          <w:shd w:val="clear" w:color="auto" w:fill="FFFFFF"/>
          <w:lang w:val="fr-FR" w:eastAsia="ru-RU"/>
        </w:rPr>
        <w:t xml:space="preserve"> hữu cơ/VietGAP </w:t>
      </w:r>
      <w:r w:rsidR="00864770">
        <w:rPr>
          <w:rFonts w:ascii="Times New Roman" w:eastAsia="Times New Roman" w:hAnsi="Times New Roman" w:cs="Times New Roman"/>
          <w:shd w:val="clear" w:color="auto" w:fill="FFFFFF"/>
          <w:lang w:val="fr-FR" w:eastAsia="ru-RU"/>
        </w:rPr>
        <w:t xml:space="preserve">và mô hình chăn nuôi kết hợp trồng trọt </w:t>
      </w:r>
      <w:r w:rsidRPr="0046524B">
        <w:rPr>
          <w:rFonts w:ascii="Times New Roman" w:eastAsia="Times New Roman" w:hAnsi="Times New Roman" w:cs="Times New Roman"/>
          <w:shd w:val="clear" w:color="auto" w:fill="FFFFFF"/>
          <w:lang w:val="fr-FR" w:eastAsia="ru-RU"/>
        </w:rPr>
        <w:t xml:space="preserve">vượt trội về giá trị sản xuất, giá trị gia tăng và hiệu suất đầu tư, dù chi phí sản xuất có cao hơn so với </w:t>
      </w:r>
      <w:r w:rsidR="00A16A1B">
        <w:rPr>
          <w:rFonts w:ascii="Times New Roman" w:eastAsia="Times New Roman" w:hAnsi="Times New Roman" w:cs="Times New Roman"/>
          <w:shd w:val="clear" w:color="auto" w:fill="FFFFFF"/>
          <w:lang w:val="fr-FR" w:eastAsia="ru-RU"/>
        </w:rPr>
        <w:t xml:space="preserve">mô hình truyền thống khoảng 1,5. </w:t>
      </w:r>
      <w:r w:rsidRPr="0046524B">
        <w:rPr>
          <w:rFonts w:ascii="Times New Roman" w:eastAsia="Times New Roman" w:hAnsi="Times New Roman" w:cs="Times New Roman"/>
          <w:shd w:val="clear" w:color="auto" w:fill="FFFFFF"/>
          <w:lang w:val="fr-FR" w:eastAsia="ru-RU"/>
        </w:rPr>
        <w:t>Giá trị sản xuấ</w:t>
      </w:r>
      <w:r w:rsidR="00A16A1B">
        <w:rPr>
          <w:rFonts w:ascii="Times New Roman" w:eastAsia="Times New Roman" w:hAnsi="Times New Roman" w:cs="Times New Roman"/>
          <w:shd w:val="clear" w:color="auto" w:fill="FFFFFF"/>
          <w:lang w:val="fr-FR" w:eastAsia="ru-RU"/>
        </w:rPr>
        <w:t>t của các mô hình này đều hơn 32</w:t>
      </w:r>
      <w:r w:rsidRPr="0046524B">
        <w:rPr>
          <w:rFonts w:ascii="Times New Roman" w:eastAsia="Times New Roman" w:hAnsi="Times New Roman" w:cs="Times New Roman"/>
          <w:shd w:val="clear" w:color="auto" w:fill="FFFFFF"/>
          <w:lang w:val="fr-FR" w:eastAsia="ru-RU"/>
        </w:rPr>
        <w:t>0 triệu đ</w:t>
      </w:r>
      <w:r w:rsidR="00A16A1B">
        <w:rPr>
          <w:rFonts w:ascii="Times New Roman" w:eastAsia="Times New Roman" w:hAnsi="Times New Roman" w:cs="Times New Roman"/>
          <w:shd w:val="clear" w:color="auto" w:fill="FFFFFF"/>
          <w:lang w:val="fr-FR" w:eastAsia="ru-RU"/>
        </w:rPr>
        <w:t>ồng, giá trị gia tăng đều trên 28</w:t>
      </w:r>
      <w:r w:rsidRPr="0046524B">
        <w:rPr>
          <w:rFonts w:ascii="Times New Roman" w:eastAsia="Times New Roman" w:hAnsi="Times New Roman" w:cs="Times New Roman"/>
          <w:shd w:val="clear" w:color="auto" w:fill="FFFFFF"/>
          <w:lang w:val="fr-FR" w:eastAsia="ru-RU"/>
        </w:rPr>
        <w:t xml:space="preserve">0 triệu đồng và hiệu quả đồng vốn từ 1,4-2 lần. </w:t>
      </w:r>
      <w:r w:rsidRPr="009C514D">
        <w:rPr>
          <w:rFonts w:ascii="Times New Roman" w:eastAsia="Times New Roman" w:hAnsi="Times New Roman" w:cs="Times New Roman"/>
          <w:color w:val="FF0000"/>
          <w:shd w:val="clear" w:color="auto" w:fill="FFFFFF"/>
          <w:lang w:val="fr-FR" w:eastAsia="ru-RU"/>
        </w:rPr>
        <w:t>Giả thiết đặt ra, nếu nông hộ có 1ha đất và chăn nuôi 30 con bò sinh sản và bò thịt theo hướng hữu cơ với thời gian nuôi 12 thán</w:t>
      </w:r>
      <w:r w:rsidR="00A16A1B">
        <w:rPr>
          <w:rFonts w:ascii="Times New Roman" w:eastAsia="Times New Roman" w:hAnsi="Times New Roman" w:cs="Times New Roman"/>
          <w:color w:val="FF0000"/>
          <w:shd w:val="clear" w:color="auto" w:fill="FFFFFF"/>
          <w:lang w:val="fr-FR" w:eastAsia="ru-RU"/>
        </w:rPr>
        <w:t>g, trọng lượng xuất bán khoảng 200-25</w:t>
      </w:r>
      <w:r w:rsidRPr="009C514D">
        <w:rPr>
          <w:rFonts w:ascii="Times New Roman" w:eastAsia="Times New Roman" w:hAnsi="Times New Roman" w:cs="Times New Roman"/>
          <w:color w:val="FF0000"/>
          <w:shd w:val="clear" w:color="auto" w:fill="FFFFFF"/>
          <w:lang w:val="fr-FR" w:eastAsia="ru-RU"/>
        </w:rPr>
        <w:t>0kg/ con với giá trung bình 90</w:t>
      </w:r>
      <w:r w:rsidR="001059B1" w:rsidRPr="009C514D">
        <w:rPr>
          <w:rFonts w:ascii="Times New Roman" w:eastAsia="Times New Roman" w:hAnsi="Times New Roman" w:cs="Times New Roman"/>
          <w:color w:val="FF0000"/>
          <w:shd w:val="clear" w:color="auto" w:fill="FFFFFF"/>
          <w:lang w:val="fr-FR" w:eastAsia="ru-RU"/>
        </w:rPr>
        <w:t>.000</w:t>
      </w:r>
      <w:r w:rsidRPr="009C514D">
        <w:rPr>
          <w:rFonts w:ascii="Times New Roman" w:eastAsia="Times New Roman" w:hAnsi="Times New Roman" w:cs="Times New Roman"/>
          <w:color w:val="FF0000"/>
          <w:shd w:val="clear" w:color="auto" w:fill="FFFFFF"/>
          <w:lang w:val="fr-FR" w:eastAsia="ru-RU"/>
        </w:rPr>
        <w:t xml:space="preserve"> đồng/1kg </w:t>
      </w:r>
      <w:r w:rsidR="009C514D" w:rsidRPr="009C514D">
        <w:rPr>
          <w:rFonts w:ascii="Times New Roman" w:eastAsia="Times New Roman" w:hAnsi="Times New Roman" w:cs="Times New Roman"/>
          <w:color w:val="FF0000"/>
          <w:shd w:val="clear" w:color="auto" w:fill="FFFFFF"/>
          <w:lang w:val="fr-FR" w:eastAsia="ru-RU"/>
        </w:rPr>
        <w:t>với giá</w:t>
      </w:r>
      <w:r w:rsidR="00A16A1B">
        <w:rPr>
          <w:rFonts w:ascii="Times New Roman" w:eastAsia="Times New Roman" w:hAnsi="Times New Roman" w:cs="Times New Roman"/>
          <w:color w:val="FF0000"/>
          <w:shd w:val="clear" w:color="auto" w:fill="FFFFFF"/>
          <w:lang w:val="fr-FR" w:eastAsia="ru-RU"/>
        </w:rPr>
        <w:t xml:space="preserve"> khoảng 2</w:t>
      </w:r>
      <w:r w:rsidRPr="009C514D">
        <w:rPr>
          <w:rFonts w:ascii="Times New Roman" w:eastAsia="Times New Roman" w:hAnsi="Times New Roman" w:cs="Times New Roman"/>
          <w:color w:val="FF0000"/>
          <w:shd w:val="clear" w:color="auto" w:fill="FFFFFF"/>
          <w:lang w:val="fr-FR" w:eastAsia="ru-RU"/>
        </w:rPr>
        <w:t xml:space="preserve">0 triệu đồng/1 con </w:t>
      </w:r>
      <w:r w:rsidR="009C514D" w:rsidRPr="009C514D">
        <w:rPr>
          <w:rFonts w:ascii="Times New Roman" w:eastAsia="Times New Roman" w:hAnsi="Times New Roman" w:cs="Times New Roman"/>
          <w:color w:val="FF0000"/>
          <w:shd w:val="clear" w:color="auto" w:fill="FFFFFF"/>
          <w:lang w:val="fr-FR" w:eastAsia="ru-RU"/>
        </w:rPr>
        <w:t>sẽ cho tổng giá trị sản xuất</w:t>
      </w:r>
      <w:r w:rsidR="00A16A1B">
        <w:rPr>
          <w:rFonts w:ascii="Times New Roman" w:eastAsia="Times New Roman" w:hAnsi="Times New Roman" w:cs="Times New Roman"/>
          <w:color w:val="FF0000"/>
          <w:shd w:val="clear" w:color="auto" w:fill="FFFFFF"/>
          <w:lang w:val="fr-FR" w:eastAsia="ru-RU"/>
        </w:rPr>
        <w:t xml:space="preserve"> ước tính sẽ là 6</w:t>
      </w:r>
      <w:r w:rsidRPr="009C514D">
        <w:rPr>
          <w:rFonts w:ascii="Times New Roman" w:eastAsia="Times New Roman" w:hAnsi="Times New Roman" w:cs="Times New Roman"/>
          <w:color w:val="FF0000"/>
          <w:shd w:val="clear" w:color="auto" w:fill="FFFFFF"/>
          <w:lang w:val="fr-FR" w:eastAsia="ru-RU"/>
        </w:rPr>
        <w:t>00 triệu đồng</w:t>
      </w:r>
      <w:r w:rsidRPr="0046524B">
        <w:rPr>
          <w:rFonts w:ascii="Times New Roman" w:eastAsia="Times New Roman" w:hAnsi="Times New Roman" w:cs="Times New Roman"/>
          <w:shd w:val="clear" w:color="auto" w:fill="FFFFFF"/>
          <w:lang w:val="fr-FR" w:eastAsia="ru-RU"/>
        </w:rPr>
        <w:t xml:space="preserve">. Dù yêu cầu chi phí đầu tư lớn hơn và kỹ thuật khắt khe hơn, nhưng những mô hình này có tiềm năng mở rộng quy mô, tạo đầu ra ổn định, đáp ứng nhu cầu tiêu dùng sạch và an toàn ngày càng </w:t>
      </w:r>
      <w:r w:rsidRPr="0046524B">
        <w:rPr>
          <w:rFonts w:ascii="Times New Roman" w:eastAsia="Times New Roman" w:hAnsi="Times New Roman" w:cs="Times New Roman"/>
          <w:shd w:val="clear" w:color="auto" w:fill="FFFFFF"/>
          <w:lang w:val="fr-FR" w:eastAsia="ru-RU"/>
        </w:rPr>
        <w:lastRenderedPageBreak/>
        <w:t>tăng. Ngược lại, mô hình truyền thống có chi phí thấp, dễ tiếp cận, nhưng hiệu quả thấp hơn và đối mặt với nhiều rủi ro thị trường.</w:t>
      </w:r>
    </w:p>
    <w:p w14:paraId="31BBB82C" w14:textId="50ED3FEB" w:rsidR="0099414E" w:rsidRPr="0046524B" w:rsidRDefault="0099414E" w:rsidP="0099414E">
      <w:pPr>
        <w:widowControl w:val="0"/>
        <w:tabs>
          <w:tab w:val="left" w:pos="843"/>
        </w:tabs>
        <w:spacing w:before="40" w:after="40" w:line="240" w:lineRule="auto"/>
        <w:contextualSpacing/>
        <w:jc w:val="both"/>
        <w:rPr>
          <w:rFonts w:ascii="Times New Roman" w:eastAsia="Calibri" w:hAnsi="Times New Roman" w:cs="Times New Roman"/>
          <w:b/>
          <w:lang w:val="pt-BR"/>
        </w:rPr>
      </w:pPr>
      <w:r w:rsidRPr="0046524B">
        <w:rPr>
          <w:rFonts w:ascii="Times New Roman" w:eastAsia="SimSun" w:hAnsi="Times New Roman" w:cs="Times New Roman"/>
          <w:b/>
          <w:iCs/>
          <w:lang w:val="sv-SE"/>
        </w:rPr>
        <w:t>3.2.2</w:t>
      </w:r>
      <w:r w:rsidRPr="0046524B">
        <w:rPr>
          <w:rFonts w:ascii="Times New Roman" w:eastAsia="SimSun" w:hAnsi="Times New Roman" w:cs="Times New Roman"/>
          <w:b/>
          <w:bCs/>
          <w:lang w:val="sv-SE"/>
        </w:rPr>
        <w:t>. Đánh giá hiệu quả xã hội của các mô hình</w:t>
      </w:r>
    </w:p>
    <w:p w14:paraId="09953153" w14:textId="0BA7EA41" w:rsidR="0099414E" w:rsidRPr="0046524B" w:rsidRDefault="009C514D" w:rsidP="0099414E">
      <w:pPr>
        <w:keepNext/>
        <w:spacing w:before="40" w:after="40" w:line="240" w:lineRule="auto"/>
        <w:jc w:val="center"/>
        <w:rPr>
          <w:rFonts w:ascii="Times New Roman" w:eastAsia="Calibri" w:hAnsi="Times New Roman" w:cs="Times New Roman"/>
          <w:b/>
          <w:i/>
          <w:lang w:val="pt-BR"/>
        </w:rPr>
      </w:pPr>
      <w:r>
        <w:rPr>
          <w:noProof/>
          <w:lang w:eastAsia="zh-CN"/>
        </w:rPr>
        <w:drawing>
          <wp:inline distT="0" distB="0" distL="0" distR="0" wp14:anchorId="43D27FE7" wp14:editId="768A8F44">
            <wp:extent cx="5715000" cy="27813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91FF9D" w14:textId="07E73441" w:rsidR="0099414E" w:rsidRPr="0046524B" w:rsidRDefault="0099414E" w:rsidP="0026740C">
      <w:pPr>
        <w:spacing w:after="120" w:line="240" w:lineRule="auto"/>
        <w:jc w:val="center"/>
        <w:rPr>
          <w:rFonts w:ascii="Times New Roman" w:eastAsia="Calibri" w:hAnsi="Times New Roman" w:cs="Times New Roman"/>
          <w:lang w:val="pt-BR"/>
        </w:rPr>
      </w:pPr>
      <w:r w:rsidRPr="0046524B">
        <w:rPr>
          <w:rFonts w:ascii="Times New Roman" w:eastAsia="Calibri" w:hAnsi="Times New Roman" w:cs="Times New Roman"/>
          <w:b/>
          <w:lang w:val="pt-BR"/>
        </w:rPr>
        <w:t xml:space="preserve">Hình </w:t>
      </w:r>
      <w:r w:rsidR="00357820">
        <w:rPr>
          <w:rFonts w:ascii="Times New Roman" w:eastAsia="Calibri" w:hAnsi="Times New Roman" w:cs="Times New Roman"/>
          <w:b/>
          <w:lang w:val="pt-BR"/>
        </w:rPr>
        <w:t>1</w:t>
      </w:r>
      <w:r w:rsidRPr="0046524B">
        <w:rPr>
          <w:rFonts w:ascii="Times New Roman" w:eastAsia="Calibri" w:hAnsi="Times New Roman" w:cs="Times New Roman"/>
          <w:b/>
          <w:lang w:val="pt-BR"/>
        </w:rPr>
        <w:t>.</w:t>
      </w:r>
      <w:r w:rsidRPr="0046524B">
        <w:rPr>
          <w:rFonts w:ascii="Times New Roman" w:eastAsia="Calibri" w:hAnsi="Times New Roman" w:cs="Times New Roman"/>
          <w:lang w:val="pt-BR"/>
        </w:rPr>
        <w:t xml:space="preserve"> Hiệu quả xã hội của các mô hình nông nghiệp xanh ngành chăn nuôi  tại huyện Nam Đông</w:t>
      </w:r>
    </w:p>
    <w:p w14:paraId="6B08084B" w14:textId="0343B779" w:rsidR="0099414E" w:rsidRPr="0046524B" w:rsidRDefault="00A02EC4" w:rsidP="0010122C">
      <w:pPr>
        <w:tabs>
          <w:tab w:val="left" w:pos="567"/>
        </w:tabs>
        <w:spacing w:after="120" w:line="240" w:lineRule="auto"/>
        <w:jc w:val="both"/>
        <w:rPr>
          <w:rFonts w:ascii="Times New Roman" w:eastAsia="Times New Roman" w:hAnsi="Times New Roman" w:cs="Times New Roman"/>
          <w:shd w:val="clear" w:color="auto" w:fill="FFFFFF"/>
          <w:lang w:val="fr-FR" w:eastAsia="ru-RU"/>
        </w:rPr>
      </w:pPr>
      <w:r w:rsidRPr="00A02EC4">
        <w:rPr>
          <w:rFonts w:ascii="Times New Roman" w:eastAsia="Times New Roman" w:hAnsi="Times New Roman" w:cs="Times New Roman"/>
          <w:color w:val="FF0000"/>
          <w:shd w:val="clear" w:color="auto" w:fill="FFFFFF"/>
          <w:lang w:val="pt-BR" w:eastAsia="ru-RU"/>
        </w:rPr>
        <w:t>D</w:t>
      </w:r>
      <w:r w:rsidRPr="00A02EC4">
        <w:rPr>
          <w:rFonts w:ascii="Times New Roman" w:eastAsia="Times New Roman" w:hAnsi="Times New Roman" w:cs="Times New Roman"/>
          <w:color w:val="FF0000"/>
          <w:shd w:val="clear" w:color="auto" w:fill="FFFFFF"/>
          <w:lang w:val="fr-FR" w:eastAsia="ru-RU"/>
        </w:rPr>
        <w:t>ựa trên cách ước tính số ngày công của các mô hình dựa trên mức lao động chăn nuôi ở quy mô hộ và trang trại vừa ở Việt Nam và kết quả thống kê</w:t>
      </w:r>
      <w:r w:rsidR="000C3506">
        <w:rPr>
          <w:rFonts w:ascii="Times New Roman" w:eastAsia="Times New Roman" w:hAnsi="Times New Roman" w:cs="Times New Roman"/>
          <w:color w:val="FF0000"/>
          <w:shd w:val="clear" w:color="auto" w:fill="FFFFFF"/>
          <w:lang w:val="fr-FR" w:eastAsia="ru-RU"/>
        </w:rPr>
        <w:t xml:space="preserve"> từ số liệu khảo sát (</w:t>
      </w:r>
      <w:r w:rsidRPr="00A02EC4">
        <w:rPr>
          <w:rFonts w:ascii="Times New Roman" w:eastAsia="Times New Roman" w:hAnsi="Times New Roman" w:cs="Times New Roman"/>
          <w:color w:val="FF0000"/>
          <w:shd w:val="clear" w:color="auto" w:fill="FFFFFF"/>
          <w:lang w:val="fr-FR" w:eastAsia="ru-RU"/>
        </w:rPr>
        <w:t>hình 1</w:t>
      </w:r>
      <w:r w:rsidR="000C3506">
        <w:rPr>
          <w:rFonts w:ascii="Times New Roman" w:eastAsia="Times New Roman" w:hAnsi="Times New Roman" w:cs="Times New Roman"/>
          <w:color w:val="FF0000"/>
          <w:shd w:val="clear" w:color="auto" w:fill="FFFFFF"/>
          <w:lang w:val="fr-FR" w:eastAsia="ru-RU"/>
        </w:rPr>
        <w:t>)</w:t>
      </w:r>
      <w:r w:rsidRPr="00A02EC4">
        <w:rPr>
          <w:rFonts w:ascii="Times New Roman" w:eastAsia="Times New Roman" w:hAnsi="Times New Roman" w:cs="Times New Roman"/>
          <w:color w:val="FF0000"/>
          <w:shd w:val="clear" w:color="auto" w:fill="FFFFFF"/>
          <w:lang w:val="fr-FR" w:eastAsia="ru-RU"/>
        </w:rPr>
        <w:t xml:space="preserve"> cho thấy : </w:t>
      </w:r>
      <w:r w:rsidR="0099414E" w:rsidRPr="00A02EC4">
        <w:rPr>
          <w:rFonts w:ascii="Times New Roman" w:eastAsia="Times New Roman" w:hAnsi="Times New Roman" w:cs="Times New Roman"/>
          <w:color w:val="FF0000"/>
          <w:shd w:val="clear" w:color="auto" w:fill="FFFFFF"/>
          <w:lang w:val="fr-FR" w:eastAsia="ru-RU"/>
        </w:rPr>
        <w:t xml:space="preserve">nhóm chăn nuôi truyền thống có số ngày công thấp (660–790 ngày/năm) và giá trị ngày công cũng thấp (180.000–220.000 đồng). </w:t>
      </w:r>
      <w:r w:rsidR="0099414E" w:rsidRPr="0046524B">
        <w:rPr>
          <w:rFonts w:ascii="Times New Roman" w:eastAsia="Times New Roman" w:hAnsi="Times New Roman" w:cs="Times New Roman"/>
          <w:shd w:val="clear" w:color="auto" w:fill="FFFFFF"/>
          <w:lang w:val="fr-FR" w:eastAsia="ru-RU"/>
        </w:rPr>
        <w:t>Tỉ lệ lựa chọn khoảng 68%, cho thấy xu hướng giảm do hiệu quả kinh tế – xã hội kém so với các mô hình mới. Nhóm chăn nuôi hữu cơ và VietGAP có hiệu quả xã hội cao, ngày công khoảng 850</w:t>
      </w:r>
      <w:r w:rsidR="007B395B" w:rsidRPr="0046524B">
        <w:rPr>
          <w:rFonts w:ascii="Times New Roman" w:eastAsia="Times New Roman" w:hAnsi="Times New Roman" w:cs="Times New Roman"/>
          <w:shd w:val="clear" w:color="auto" w:fill="FFFFFF"/>
          <w:lang w:val="fr-FR" w:eastAsia="ru-RU"/>
        </w:rPr>
        <w:t xml:space="preserve"> - </w:t>
      </w:r>
      <w:r w:rsidR="0099414E" w:rsidRPr="0046524B">
        <w:rPr>
          <w:rFonts w:ascii="Times New Roman" w:eastAsia="Times New Roman" w:hAnsi="Times New Roman" w:cs="Times New Roman"/>
          <w:shd w:val="clear" w:color="auto" w:fill="FFFFFF"/>
          <w:lang w:val="fr-FR" w:eastAsia="ru-RU"/>
        </w:rPr>
        <w:t>1000 ngày/năm, thu nhập từ 315.000–500.000 đồng/ngày. Tỉ lệ lựa chọn trung bình 68%, phản ánh sự quan tâm đến mô hình an toàn, thân thiện môi trường. Nhóm chăn nuôi kết hợp (V-A-C, cây ăn quả + ong, rừng + bò) có ngày công cao (850–1000), thu nhập trên 500.000 đồng/ngày, tỉ lệ lựa chọn cao nhất (từ 73%). Điều này cho thấy mô hình có hiệu quả kinh tế, tạo việc làm tốt và bền vững.</w:t>
      </w:r>
    </w:p>
    <w:p w14:paraId="2E33126B" w14:textId="3EC3901F" w:rsidR="0099414E" w:rsidRPr="0046524B" w:rsidRDefault="0099414E" w:rsidP="007028E8">
      <w:pPr>
        <w:widowControl w:val="0"/>
        <w:tabs>
          <w:tab w:val="left" w:pos="843"/>
        </w:tabs>
        <w:spacing w:after="120" w:line="240" w:lineRule="auto"/>
        <w:contextualSpacing/>
        <w:jc w:val="both"/>
        <w:rPr>
          <w:rFonts w:ascii="Times New Roman" w:eastAsia="SimSun" w:hAnsi="Times New Roman" w:cs="Times New Roman"/>
          <w:b/>
          <w:bCs/>
          <w:lang w:val="sv-SE"/>
        </w:rPr>
      </w:pPr>
      <w:r w:rsidRPr="0046524B">
        <w:rPr>
          <w:rFonts w:ascii="Times New Roman" w:eastAsia="SimSun" w:hAnsi="Times New Roman" w:cs="Times New Roman"/>
          <w:b/>
          <w:iCs/>
          <w:lang w:val="sv-SE"/>
        </w:rPr>
        <w:t>3.2.3</w:t>
      </w:r>
      <w:r w:rsidRPr="0046524B">
        <w:rPr>
          <w:rFonts w:ascii="Times New Roman" w:eastAsia="SimSun" w:hAnsi="Times New Roman" w:cs="Times New Roman"/>
          <w:b/>
          <w:bCs/>
          <w:lang w:val="sv-SE"/>
        </w:rPr>
        <w:t>. Đánh giá hiệu quả môi trường</w:t>
      </w:r>
    </w:p>
    <w:p w14:paraId="78565F5F" w14:textId="4FF26E3C" w:rsidR="0099414E" w:rsidRPr="0046524B" w:rsidRDefault="0099414E" w:rsidP="0026740C">
      <w:pPr>
        <w:spacing w:after="120" w:line="240" w:lineRule="auto"/>
        <w:jc w:val="center"/>
        <w:rPr>
          <w:rFonts w:ascii="Times New Roman" w:eastAsia="Calibri" w:hAnsi="Times New Roman" w:cs="Times New Roman"/>
          <w:lang w:val="pt-BR"/>
        </w:rPr>
      </w:pPr>
      <w:r w:rsidRPr="0046524B">
        <w:rPr>
          <w:rFonts w:ascii="Times New Roman" w:eastAsia="Calibri" w:hAnsi="Times New Roman" w:cs="Times New Roman"/>
          <w:b/>
          <w:lang w:val="pt-BR"/>
        </w:rPr>
        <w:t>Bả</w:t>
      </w:r>
      <w:r w:rsidR="00357820">
        <w:rPr>
          <w:rFonts w:ascii="Times New Roman" w:eastAsia="Calibri" w:hAnsi="Times New Roman" w:cs="Times New Roman"/>
          <w:b/>
          <w:lang w:val="pt-BR"/>
        </w:rPr>
        <w:t>ng 6</w:t>
      </w:r>
      <w:r w:rsidRPr="0046524B">
        <w:rPr>
          <w:rFonts w:ascii="Times New Roman" w:eastAsia="Calibri" w:hAnsi="Times New Roman" w:cs="Times New Roman"/>
          <w:b/>
          <w:lang w:val="pt-BR"/>
        </w:rPr>
        <w:t>.</w:t>
      </w:r>
      <w:r w:rsidRPr="0046524B">
        <w:rPr>
          <w:rFonts w:ascii="Times New Roman" w:eastAsia="Calibri" w:hAnsi="Times New Roman" w:cs="Times New Roman"/>
          <w:lang w:val="pt-BR"/>
        </w:rPr>
        <w:t xml:space="preserve"> Hiệu quả môi trường của các mô hình nông nghiệp ngành chăn nuôi huyện Nam Đông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179"/>
        <w:gridCol w:w="2370"/>
        <w:gridCol w:w="1284"/>
        <w:gridCol w:w="1091"/>
        <w:gridCol w:w="1480"/>
        <w:gridCol w:w="1646"/>
      </w:tblGrid>
      <w:tr w:rsidR="0099414E" w:rsidRPr="00AC61D5" w14:paraId="6CCFCABD" w14:textId="77777777" w:rsidTr="0099414E">
        <w:trPr>
          <w:trHeight w:val="588"/>
          <w:jc w:val="center"/>
        </w:trPr>
        <w:tc>
          <w:tcPr>
            <w:tcW w:w="272" w:type="pct"/>
            <w:shd w:val="clear" w:color="auto" w:fill="auto"/>
            <w:vAlign w:val="center"/>
          </w:tcPr>
          <w:p w14:paraId="2495AAD0" w14:textId="77777777" w:rsidR="0099414E" w:rsidRPr="0046524B" w:rsidRDefault="0099414E" w:rsidP="00CC2578">
            <w:pPr>
              <w:spacing w:before="100" w:beforeAutospacing="1" w:after="100" w:afterAutospacing="1"/>
              <w:ind w:right="-39"/>
              <w:contextualSpacing/>
              <w:jc w:val="center"/>
              <w:rPr>
                <w:rFonts w:ascii="Times New Roman" w:eastAsia="Times New Roman" w:hAnsi="Times New Roman" w:cs="Times New Roman"/>
                <w:b/>
                <w:bCs/>
                <w:sz w:val="21"/>
                <w:szCs w:val="21"/>
                <w:lang w:val="nl-NL" w:eastAsia="vi-VN"/>
              </w:rPr>
            </w:pPr>
            <w:r w:rsidRPr="0046524B">
              <w:rPr>
                <w:rFonts w:ascii="Times New Roman" w:eastAsia="Times New Roman" w:hAnsi="Times New Roman" w:cs="Times New Roman"/>
                <w:b/>
                <w:bCs/>
                <w:sz w:val="21"/>
                <w:szCs w:val="21"/>
                <w:lang w:val="nl-NL" w:eastAsia="vi-VN"/>
              </w:rPr>
              <w:t>TT</w:t>
            </w:r>
          </w:p>
        </w:tc>
        <w:tc>
          <w:tcPr>
            <w:tcW w:w="616" w:type="pct"/>
            <w:shd w:val="clear" w:color="auto" w:fill="auto"/>
            <w:vAlign w:val="center"/>
          </w:tcPr>
          <w:p w14:paraId="1CC6A53D" w14:textId="77777777" w:rsidR="0099414E" w:rsidRPr="0046524B" w:rsidRDefault="0099414E" w:rsidP="00CC2578">
            <w:pPr>
              <w:spacing w:before="100" w:beforeAutospacing="1" w:after="100" w:afterAutospacing="1"/>
              <w:ind w:left="-90" w:right="-56"/>
              <w:contextualSpacing/>
              <w:jc w:val="center"/>
              <w:rPr>
                <w:rFonts w:ascii="Times New Roman" w:eastAsia="Times New Roman" w:hAnsi="Times New Roman" w:cs="Times New Roman"/>
                <w:b/>
                <w:bCs/>
                <w:sz w:val="21"/>
                <w:szCs w:val="21"/>
                <w:lang w:val="nl-NL" w:eastAsia="vi-VN"/>
              </w:rPr>
            </w:pPr>
            <w:r w:rsidRPr="0046524B">
              <w:rPr>
                <w:rFonts w:ascii="Times New Roman" w:eastAsia="Times New Roman" w:hAnsi="Times New Roman" w:cs="Times New Roman"/>
                <w:b/>
                <w:bCs/>
                <w:sz w:val="21"/>
                <w:szCs w:val="21"/>
                <w:lang w:val="nl-NL" w:eastAsia="vi-VN"/>
              </w:rPr>
              <w:t>Nhóm mô hình</w:t>
            </w:r>
          </w:p>
        </w:tc>
        <w:tc>
          <w:tcPr>
            <w:tcW w:w="1238" w:type="pct"/>
            <w:shd w:val="clear" w:color="auto" w:fill="auto"/>
            <w:vAlign w:val="center"/>
          </w:tcPr>
          <w:p w14:paraId="0BBDC711" w14:textId="77777777" w:rsidR="0099414E" w:rsidRPr="0046524B" w:rsidRDefault="0099414E" w:rsidP="00CC2578">
            <w:pPr>
              <w:spacing w:before="100" w:beforeAutospacing="1" w:after="100" w:afterAutospacing="1"/>
              <w:contextualSpacing/>
              <w:jc w:val="center"/>
              <w:rPr>
                <w:rFonts w:ascii="Times New Roman" w:eastAsia="SimSun" w:hAnsi="Times New Roman" w:cs="Times New Roman"/>
                <w:sz w:val="21"/>
                <w:szCs w:val="21"/>
                <w:lang w:val="pt-BR"/>
              </w:rPr>
            </w:pPr>
            <w:r w:rsidRPr="0046524B">
              <w:rPr>
                <w:rFonts w:ascii="Times New Roman" w:eastAsia="Times New Roman" w:hAnsi="Times New Roman" w:cs="Times New Roman"/>
                <w:b/>
                <w:bCs/>
                <w:sz w:val="21"/>
                <w:szCs w:val="21"/>
                <w:lang w:val="pt-BR"/>
              </w:rPr>
              <w:t>Kiểu mô hình</w:t>
            </w:r>
          </w:p>
        </w:tc>
        <w:tc>
          <w:tcPr>
            <w:tcW w:w="671" w:type="pct"/>
            <w:vAlign w:val="center"/>
          </w:tcPr>
          <w:p w14:paraId="0A8A899B" w14:textId="77777777" w:rsidR="0099414E" w:rsidRPr="0046524B" w:rsidRDefault="0099414E" w:rsidP="00CC2578">
            <w:pPr>
              <w:spacing w:before="100" w:beforeAutospacing="1" w:after="100" w:afterAutospacing="1"/>
              <w:ind w:left="-110" w:right="-106"/>
              <w:contextualSpacing/>
              <w:jc w:val="center"/>
              <w:rPr>
                <w:rFonts w:ascii="Times New Roman" w:eastAsia="Times New Roman" w:hAnsi="Times New Roman" w:cs="Times New Roman"/>
                <w:bCs/>
                <w:sz w:val="21"/>
                <w:szCs w:val="21"/>
                <w:lang w:val="pt-BR" w:eastAsia="vi-VN"/>
              </w:rPr>
            </w:pPr>
            <w:r w:rsidRPr="0046524B">
              <w:rPr>
                <w:rFonts w:ascii="Times New Roman" w:eastAsia="Times New Roman" w:hAnsi="Times New Roman" w:cs="Times New Roman"/>
                <w:bCs/>
                <w:sz w:val="21"/>
                <w:szCs w:val="21"/>
                <w:lang w:val="pt-BR" w:eastAsia="vi-VN"/>
              </w:rPr>
              <w:t>Khả năng bảo vệ đất</w:t>
            </w:r>
          </w:p>
        </w:tc>
        <w:tc>
          <w:tcPr>
            <w:tcW w:w="570" w:type="pct"/>
            <w:vAlign w:val="center"/>
          </w:tcPr>
          <w:p w14:paraId="7FCDBC26" w14:textId="77777777" w:rsidR="0099414E" w:rsidRPr="0046524B" w:rsidRDefault="0099414E" w:rsidP="00CC2578">
            <w:pPr>
              <w:spacing w:before="100" w:beforeAutospacing="1" w:after="100" w:afterAutospacing="1"/>
              <w:ind w:left="-112" w:right="-103"/>
              <w:contextualSpacing/>
              <w:jc w:val="center"/>
              <w:rPr>
                <w:rFonts w:ascii="Times New Roman" w:eastAsia="Times New Roman" w:hAnsi="Times New Roman" w:cs="Times New Roman"/>
                <w:bCs/>
                <w:sz w:val="21"/>
                <w:szCs w:val="21"/>
                <w:lang w:val="pt-BR" w:eastAsia="vi-VN"/>
              </w:rPr>
            </w:pPr>
            <w:r w:rsidRPr="0046524B">
              <w:rPr>
                <w:rFonts w:ascii="Times New Roman" w:eastAsia="Times New Roman" w:hAnsi="Times New Roman" w:cs="Times New Roman"/>
                <w:bCs/>
                <w:sz w:val="21"/>
                <w:szCs w:val="21"/>
                <w:lang w:val="pt-BR" w:eastAsia="vi-VN"/>
              </w:rPr>
              <w:t>Bảo vệ nước</w:t>
            </w:r>
          </w:p>
        </w:tc>
        <w:tc>
          <w:tcPr>
            <w:tcW w:w="773" w:type="pct"/>
            <w:vAlign w:val="center"/>
          </w:tcPr>
          <w:p w14:paraId="12B7EA87"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Cs/>
                <w:sz w:val="21"/>
                <w:szCs w:val="21"/>
                <w:lang w:val="pt-BR" w:eastAsia="vi-VN"/>
              </w:rPr>
            </w:pPr>
            <w:r w:rsidRPr="0046524B">
              <w:rPr>
                <w:rFonts w:ascii="Times New Roman" w:eastAsia="Times New Roman" w:hAnsi="Times New Roman" w:cs="Times New Roman"/>
                <w:bCs/>
                <w:sz w:val="21"/>
                <w:szCs w:val="21"/>
                <w:lang w:val="pt-BR" w:eastAsia="vi-VN"/>
              </w:rPr>
              <w:t>Chống ô nhiễm MT</w:t>
            </w:r>
          </w:p>
        </w:tc>
        <w:tc>
          <w:tcPr>
            <w:tcW w:w="860" w:type="pct"/>
            <w:vAlign w:val="center"/>
          </w:tcPr>
          <w:p w14:paraId="34AD0619"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Cs/>
                <w:sz w:val="21"/>
                <w:szCs w:val="21"/>
                <w:lang w:val="pt-BR" w:eastAsia="vi-VN"/>
              </w:rPr>
            </w:pPr>
            <w:r w:rsidRPr="0046524B">
              <w:rPr>
                <w:rFonts w:ascii="Times New Roman" w:eastAsia="Times New Roman" w:hAnsi="Times New Roman" w:cs="Times New Roman"/>
                <w:bCs/>
                <w:sz w:val="21"/>
                <w:szCs w:val="21"/>
                <w:lang w:val="pt-BR" w:eastAsia="vi-VN"/>
              </w:rPr>
              <w:t>Giảm áp lực lên rừng</w:t>
            </w:r>
          </w:p>
        </w:tc>
      </w:tr>
      <w:tr w:rsidR="0099414E" w:rsidRPr="0046524B" w14:paraId="0696C99A" w14:textId="77777777" w:rsidTr="0099414E">
        <w:trPr>
          <w:trHeight w:val="126"/>
          <w:jc w:val="center"/>
        </w:trPr>
        <w:tc>
          <w:tcPr>
            <w:tcW w:w="272" w:type="pct"/>
            <w:vMerge w:val="restart"/>
            <w:shd w:val="clear" w:color="auto" w:fill="auto"/>
            <w:vAlign w:val="center"/>
          </w:tcPr>
          <w:p w14:paraId="7AA1B6CF"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r w:rsidRPr="0046524B">
              <w:rPr>
                <w:rFonts w:ascii="Times New Roman" w:eastAsia="Times New Roman" w:hAnsi="Times New Roman" w:cs="Times New Roman"/>
                <w:b/>
                <w:bCs/>
                <w:sz w:val="21"/>
                <w:szCs w:val="21"/>
                <w:lang w:eastAsia="vi-VN"/>
              </w:rPr>
              <w:t>3</w:t>
            </w:r>
          </w:p>
        </w:tc>
        <w:tc>
          <w:tcPr>
            <w:tcW w:w="616" w:type="pct"/>
            <w:vMerge w:val="restart"/>
            <w:shd w:val="clear" w:color="auto" w:fill="auto"/>
            <w:vAlign w:val="center"/>
          </w:tcPr>
          <w:p w14:paraId="28EF10AC" w14:textId="77777777" w:rsidR="0099414E" w:rsidRPr="0046524B" w:rsidRDefault="0099414E" w:rsidP="00CC2578">
            <w:pPr>
              <w:widowControl w:val="0"/>
              <w:tabs>
                <w:tab w:val="left" w:pos="843"/>
              </w:tabs>
              <w:spacing w:before="100" w:beforeAutospacing="1" w:after="100" w:afterAutospacing="1"/>
              <w:contextualSpacing/>
              <w:jc w:val="center"/>
              <w:rPr>
                <w:rFonts w:ascii="Times New Roman" w:eastAsia="SimSun" w:hAnsi="Times New Roman" w:cs="Times New Roman"/>
                <w:b/>
                <w:bCs/>
                <w:sz w:val="21"/>
                <w:szCs w:val="21"/>
                <w:lang w:val="sv-SE"/>
              </w:rPr>
            </w:pPr>
            <w:r w:rsidRPr="0046524B">
              <w:rPr>
                <w:rFonts w:ascii="Times New Roman" w:eastAsia="SimSun" w:hAnsi="Times New Roman" w:cs="Times New Roman"/>
                <w:b/>
                <w:bCs/>
                <w:sz w:val="21"/>
                <w:szCs w:val="21"/>
                <w:lang w:val="sv-SE"/>
              </w:rPr>
              <w:t>Chăn nuôi TT</w:t>
            </w:r>
          </w:p>
        </w:tc>
        <w:tc>
          <w:tcPr>
            <w:tcW w:w="1238" w:type="pct"/>
            <w:shd w:val="clear" w:color="auto" w:fill="auto"/>
            <w:vAlign w:val="center"/>
          </w:tcPr>
          <w:p w14:paraId="765F587E"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 xml:space="preserve">Lợn thịt </w:t>
            </w:r>
          </w:p>
        </w:tc>
        <w:tc>
          <w:tcPr>
            <w:tcW w:w="671" w:type="pct"/>
            <w:vAlign w:val="center"/>
          </w:tcPr>
          <w:p w14:paraId="42D2DAF3"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Thấp</w:t>
            </w:r>
          </w:p>
        </w:tc>
        <w:tc>
          <w:tcPr>
            <w:tcW w:w="570" w:type="pct"/>
            <w:vAlign w:val="center"/>
          </w:tcPr>
          <w:p w14:paraId="2E267BD0"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Thấp</w:t>
            </w:r>
          </w:p>
        </w:tc>
        <w:tc>
          <w:tcPr>
            <w:tcW w:w="773" w:type="pct"/>
            <w:vAlign w:val="center"/>
          </w:tcPr>
          <w:p w14:paraId="1568A4BF"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Thấp</w:t>
            </w:r>
          </w:p>
        </w:tc>
        <w:tc>
          <w:tcPr>
            <w:tcW w:w="860" w:type="pct"/>
            <w:vAlign w:val="center"/>
          </w:tcPr>
          <w:p w14:paraId="6A84E01E"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r>
      <w:tr w:rsidR="0099414E" w:rsidRPr="0046524B" w14:paraId="450F63CD" w14:textId="77777777" w:rsidTr="0099414E">
        <w:trPr>
          <w:trHeight w:val="60"/>
          <w:jc w:val="center"/>
        </w:trPr>
        <w:tc>
          <w:tcPr>
            <w:tcW w:w="272" w:type="pct"/>
            <w:vMerge/>
            <w:shd w:val="clear" w:color="auto" w:fill="auto"/>
            <w:vAlign w:val="center"/>
          </w:tcPr>
          <w:p w14:paraId="61C0BF3B"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p>
        </w:tc>
        <w:tc>
          <w:tcPr>
            <w:tcW w:w="616" w:type="pct"/>
            <w:vMerge/>
            <w:shd w:val="clear" w:color="auto" w:fill="auto"/>
            <w:vAlign w:val="center"/>
          </w:tcPr>
          <w:p w14:paraId="3A7533AB" w14:textId="77777777" w:rsidR="0099414E" w:rsidRPr="0046524B" w:rsidRDefault="0099414E" w:rsidP="00CC2578">
            <w:pPr>
              <w:spacing w:before="100" w:beforeAutospacing="1" w:after="100" w:afterAutospacing="1"/>
              <w:ind w:left="-90" w:right="-56"/>
              <w:contextualSpacing/>
              <w:jc w:val="center"/>
              <w:rPr>
                <w:rFonts w:ascii="Times New Roman" w:eastAsia="Calibri" w:hAnsi="Times New Roman" w:cs="Times New Roman"/>
                <w:b/>
                <w:bCs/>
                <w:sz w:val="21"/>
                <w:szCs w:val="21"/>
                <w:lang w:val="sv-SE"/>
              </w:rPr>
            </w:pPr>
          </w:p>
        </w:tc>
        <w:tc>
          <w:tcPr>
            <w:tcW w:w="1238" w:type="pct"/>
            <w:shd w:val="clear" w:color="auto" w:fill="auto"/>
            <w:vAlign w:val="center"/>
          </w:tcPr>
          <w:p w14:paraId="3D4BFCEA"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 xml:space="preserve">Bò thịt </w:t>
            </w:r>
          </w:p>
        </w:tc>
        <w:tc>
          <w:tcPr>
            <w:tcW w:w="671" w:type="pct"/>
            <w:vAlign w:val="center"/>
          </w:tcPr>
          <w:p w14:paraId="27327606"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Thấp</w:t>
            </w:r>
          </w:p>
        </w:tc>
        <w:tc>
          <w:tcPr>
            <w:tcW w:w="570" w:type="pct"/>
            <w:vAlign w:val="center"/>
          </w:tcPr>
          <w:p w14:paraId="55E695ED"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Thấp</w:t>
            </w:r>
          </w:p>
        </w:tc>
        <w:tc>
          <w:tcPr>
            <w:tcW w:w="773" w:type="pct"/>
            <w:vAlign w:val="center"/>
          </w:tcPr>
          <w:p w14:paraId="0A128576"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Thấp</w:t>
            </w:r>
          </w:p>
        </w:tc>
        <w:tc>
          <w:tcPr>
            <w:tcW w:w="860" w:type="pct"/>
            <w:vAlign w:val="center"/>
          </w:tcPr>
          <w:p w14:paraId="0396A39D"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r>
      <w:tr w:rsidR="0099414E" w:rsidRPr="0046524B" w14:paraId="4DAA6ACF" w14:textId="77777777" w:rsidTr="0099414E">
        <w:trPr>
          <w:trHeight w:val="156"/>
          <w:jc w:val="center"/>
        </w:trPr>
        <w:tc>
          <w:tcPr>
            <w:tcW w:w="272" w:type="pct"/>
            <w:vMerge/>
            <w:shd w:val="clear" w:color="auto" w:fill="auto"/>
            <w:vAlign w:val="center"/>
          </w:tcPr>
          <w:p w14:paraId="7A7477ED"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p>
        </w:tc>
        <w:tc>
          <w:tcPr>
            <w:tcW w:w="616" w:type="pct"/>
            <w:vMerge/>
            <w:shd w:val="clear" w:color="auto" w:fill="auto"/>
            <w:vAlign w:val="center"/>
          </w:tcPr>
          <w:p w14:paraId="6129B1BC" w14:textId="77777777" w:rsidR="0099414E" w:rsidRPr="0046524B" w:rsidRDefault="0099414E" w:rsidP="00CC2578">
            <w:pPr>
              <w:spacing w:before="100" w:beforeAutospacing="1" w:after="100" w:afterAutospacing="1"/>
              <w:ind w:left="-90" w:right="-56"/>
              <w:contextualSpacing/>
              <w:jc w:val="center"/>
              <w:rPr>
                <w:rFonts w:ascii="Times New Roman" w:eastAsia="Calibri" w:hAnsi="Times New Roman" w:cs="Times New Roman"/>
                <w:b/>
                <w:bCs/>
                <w:sz w:val="21"/>
                <w:szCs w:val="21"/>
                <w:lang w:val="sv-SE"/>
              </w:rPr>
            </w:pPr>
          </w:p>
        </w:tc>
        <w:tc>
          <w:tcPr>
            <w:tcW w:w="1238" w:type="pct"/>
            <w:shd w:val="clear" w:color="auto" w:fill="auto"/>
            <w:vAlign w:val="center"/>
          </w:tcPr>
          <w:p w14:paraId="1794760E"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Gà thịt</w:t>
            </w:r>
          </w:p>
        </w:tc>
        <w:tc>
          <w:tcPr>
            <w:tcW w:w="671" w:type="pct"/>
            <w:vAlign w:val="center"/>
          </w:tcPr>
          <w:p w14:paraId="3581BB1F"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c>
          <w:tcPr>
            <w:tcW w:w="570" w:type="pct"/>
            <w:vAlign w:val="center"/>
          </w:tcPr>
          <w:p w14:paraId="4CF46B67"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c>
          <w:tcPr>
            <w:tcW w:w="773" w:type="pct"/>
            <w:vAlign w:val="center"/>
          </w:tcPr>
          <w:p w14:paraId="57C931C6"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c>
          <w:tcPr>
            <w:tcW w:w="860" w:type="pct"/>
            <w:vAlign w:val="center"/>
          </w:tcPr>
          <w:p w14:paraId="5C874D39"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r>
      <w:tr w:rsidR="0099414E" w:rsidRPr="0046524B" w14:paraId="57049BC3" w14:textId="77777777" w:rsidTr="0099414E">
        <w:trPr>
          <w:trHeight w:val="60"/>
          <w:jc w:val="center"/>
        </w:trPr>
        <w:tc>
          <w:tcPr>
            <w:tcW w:w="272" w:type="pct"/>
            <w:vMerge w:val="restart"/>
            <w:shd w:val="clear" w:color="auto" w:fill="auto"/>
            <w:vAlign w:val="center"/>
          </w:tcPr>
          <w:p w14:paraId="1DD05EA5"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r w:rsidRPr="0046524B">
              <w:rPr>
                <w:rFonts w:ascii="Times New Roman" w:eastAsia="Times New Roman" w:hAnsi="Times New Roman" w:cs="Times New Roman"/>
                <w:b/>
                <w:bCs/>
                <w:sz w:val="21"/>
                <w:szCs w:val="21"/>
                <w:lang w:eastAsia="vi-VN"/>
              </w:rPr>
              <w:t>4</w:t>
            </w:r>
          </w:p>
        </w:tc>
        <w:tc>
          <w:tcPr>
            <w:tcW w:w="616" w:type="pct"/>
            <w:vMerge w:val="restart"/>
            <w:shd w:val="clear" w:color="auto" w:fill="auto"/>
            <w:vAlign w:val="center"/>
          </w:tcPr>
          <w:p w14:paraId="5DCB9271" w14:textId="77777777" w:rsidR="0099414E" w:rsidRPr="0046524B" w:rsidRDefault="0099414E" w:rsidP="00CC2578">
            <w:pPr>
              <w:spacing w:before="100" w:beforeAutospacing="1" w:after="100" w:afterAutospacing="1"/>
              <w:contextualSpacing/>
              <w:jc w:val="center"/>
              <w:rPr>
                <w:rFonts w:ascii="Times New Roman" w:eastAsia="SimSun" w:hAnsi="Times New Roman" w:cs="Times New Roman"/>
                <w:b/>
                <w:sz w:val="21"/>
                <w:szCs w:val="21"/>
                <w:lang w:val="sv-SE"/>
              </w:rPr>
            </w:pPr>
            <w:r w:rsidRPr="0046524B">
              <w:rPr>
                <w:rFonts w:ascii="Times New Roman" w:eastAsia="SimSun" w:hAnsi="Times New Roman" w:cs="Times New Roman"/>
                <w:b/>
                <w:sz w:val="21"/>
                <w:szCs w:val="21"/>
                <w:lang w:val="sv-SE"/>
              </w:rPr>
              <w:t>Chăn nuôi theo quy trình hữu cơ và VietGAP</w:t>
            </w:r>
          </w:p>
        </w:tc>
        <w:tc>
          <w:tcPr>
            <w:tcW w:w="1238" w:type="pct"/>
            <w:shd w:val="clear" w:color="auto" w:fill="auto"/>
            <w:vAlign w:val="center"/>
          </w:tcPr>
          <w:p w14:paraId="65BDE339"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 xml:space="preserve">Bò theo hướng hữu cơ </w:t>
            </w:r>
          </w:p>
        </w:tc>
        <w:tc>
          <w:tcPr>
            <w:tcW w:w="671" w:type="pct"/>
            <w:vAlign w:val="center"/>
          </w:tcPr>
          <w:p w14:paraId="40C2EA4F"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570" w:type="pct"/>
            <w:vAlign w:val="center"/>
          </w:tcPr>
          <w:p w14:paraId="10A3A20F"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vAlign w:val="center"/>
          </w:tcPr>
          <w:p w14:paraId="708CC641"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c>
          <w:tcPr>
            <w:tcW w:w="860" w:type="pct"/>
            <w:vAlign w:val="center"/>
          </w:tcPr>
          <w:p w14:paraId="639E9D47"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r w:rsidR="0099414E" w:rsidRPr="0046524B" w14:paraId="3C23434C" w14:textId="77777777" w:rsidTr="0099414E">
        <w:trPr>
          <w:trHeight w:val="77"/>
          <w:jc w:val="center"/>
        </w:trPr>
        <w:tc>
          <w:tcPr>
            <w:tcW w:w="272" w:type="pct"/>
            <w:vMerge/>
            <w:shd w:val="clear" w:color="auto" w:fill="auto"/>
            <w:vAlign w:val="center"/>
          </w:tcPr>
          <w:p w14:paraId="66D8620D"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p>
        </w:tc>
        <w:tc>
          <w:tcPr>
            <w:tcW w:w="616" w:type="pct"/>
            <w:vMerge/>
            <w:shd w:val="clear" w:color="auto" w:fill="auto"/>
            <w:vAlign w:val="center"/>
          </w:tcPr>
          <w:p w14:paraId="1636813D" w14:textId="77777777" w:rsidR="0099414E" w:rsidRPr="0046524B" w:rsidRDefault="0099414E" w:rsidP="00CC2578">
            <w:pPr>
              <w:widowControl w:val="0"/>
              <w:tabs>
                <w:tab w:val="left" w:pos="843"/>
              </w:tabs>
              <w:spacing w:before="100" w:beforeAutospacing="1" w:after="100" w:afterAutospacing="1"/>
              <w:ind w:left="-90" w:right="-56" w:firstLine="346"/>
              <w:contextualSpacing/>
              <w:jc w:val="center"/>
              <w:rPr>
                <w:rFonts w:ascii="Times New Roman" w:eastAsia="SimSun" w:hAnsi="Times New Roman" w:cs="Times New Roman"/>
                <w:b/>
                <w:bCs/>
                <w:sz w:val="21"/>
                <w:szCs w:val="21"/>
                <w:lang w:val="sv-SE"/>
              </w:rPr>
            </w:pPr>
          </w:p>
        </w:tc>
        <w:tc>
          <w:tcPr>
            <w:tcW w:w="1238" w:type="pct"/>
            <w:shd w:val="clear" w:color="auto" w:fill="auto"/>
            <w:vAlign w:val="center"/>
          </w:tcPr>
          <w:p w14:paraId="4408C5F2" w14:textId="77777777" w:rsidR="0099414E" w:rsidRPr="0046524B" w:rsidRDefault="0099414E" w:rsidP="00CC2578">
            <w:pPr>
              <w:spacing w:before="100" w:beforeAutospacing="1" w:after="100" w:afterAutospacing="1"/>
              <w:ind w:left="-108" w:right="-107"/>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 xml:space="preserve">Lợn thoe hướng hữu cơ </w:t>
            </w:r>
          </w:p>
        </w:tc>
        <w:tc>
          <w:tcPr>
            <w:tcW w:w="671" w:type="pct"/>
            <w:vAlign w:val="center"/>
          </w:tcPr>
          <w:p w14:paraId="1F9EA504"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570" w:type="pct"/>
            <w:vAlign w:val="center"/>
          </w:tcPr>
          <w:p w14:paraId="242D4499"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vAlign w:val="center"/>
          </w:tcPr>
          <w:p w14:paraId="77AD799F"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c>
          <w:tcPr>
            <w:tcW w:w="860" w:type="pct"/>
            <w:vAlign w:val="center"/>
          </w:tcPr>
          <w:p w14:paraId="551FB302"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r w:rsidR="0099414E" w:rsidRPr="0046524B" w14:paraId="6E4215FC" w14:textId="77777777" w:rsidTr="0099414E">
        <w:trPr>
          <w:trHeight w:val="60"/>
          <w:jc w:val="center"/>
        </w:trPr>
        <w:tc>
          <w:tcPr>
            <w:tcW w:w="272" w:type="pct"/>
            <w:vMerge/>
            <w:shd w:val="clear" w:color="auto" w:fill="auto"/>
            <w:vAlign w:val="center"/>
          </w:tcPr>
          <w:p w14:paraId="2FD97FD8"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p>
        </w:tc>
        <w:tc>
          <w:tcPr>
            <w:tcW w:w="616" w:type="pct"/>
            <w:vMerge/>
            <w:shd w:val="clear" w:color="auto" w:fill="auto"/>
            <w:vAlign w:val="center"/>
          </w:tcPr>
          <w:p w14:paraId="460A5504" w14:textId="77777777" w:rsidR="0099414E" w:rsidRPr="0046524B" w:rsidRDefault="0099414E" w:rsidP="00CC2578">
            <w:pPr>
              <w:widowControl w:val="0"/>
              <w:tabs>
                <w:tab w:val="left" w:pos="843"/>
              </w:tabs>
              <w:spacing w:before="100" w:beforeAutospacing="1" w:after="100" w:afterAutospacing="1"/>
              <w:ind w:left="-90" w:right="-56" w:firstLine="346"/>
              <w:contextualSpacing/>
              <w:jc w:val="center"/>
              <w:rPr>
                <w:rFonts w:ascii="Times New Roman" w:eastAsia="SimSun" w:hAnsi="Times New Roman" w:cs="Times New Roman"/>
                <w:b/>
                <w:bCs/>
                <w:sz w:val="21"/>
                <w:szCs w:val="21"/>
                <w:lang w:val="sv-SE"/>
              </w:rPr>
            </w:pPr>
          </w:p>
        </w:tc>
        <w:tc>
          <w:tcPr>
            <w:tcW w:w="1238" w:type="pct"/>
            <w:shd w:val="clear" w:color="auto" w:fill="auto"/>
            <w:vAlign w:val="center"/>
          </w:tcPr>
          <w:p w14:paraId="156C423D" w14:textId="6DAE47BE" w:rsidR="0099414E" w:rsidRPr="0046524B" w:rsidRDefault="00730D04"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Pr>
                <w:rFonts w:ascii="Times New Roman" w:eastAsia="Times New Roman" w:hAnsi="Times New Roman" w:cs="Times New Roman"/>
                <w:sz w:val="21"/>
                <w:szCs w:val="21"/>
                <w:lang w:val="sv-SE" w:eastAsia="vi-VN"/>
              </w:rPr>
              <w:t>Lợn rừng</w:t>
            </w:r>
            <w:r w:rsidR="0099414E" w:rsidRPr="0046524B">
              <w:rPr>
                <w:rFonts w:ascii="Times New Roman" w:eastAsia="Times New Roman" w:hAnsi="Times New Roman" w:cs="Times New Roman"/>
                <w:sz w:val="21"/>
                <w:szCs w:val="21"/>
                <w:lang w:val="sv-SE" w:eastAsia="vi-VN"/>
              </w:rPr>
              <w:t xml:space="preserve"> lai </w:t>
            </w:r>
          </w:p>
        </w:tc>
        <w:tc>
          <w:tcPr>
            <w:tcW w:w="671" w:type="pct"/>
            <w:vAlign w:val="center"/>
          </w:tcPr>
          <w:p w14:paraId="7535D215"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c>
          <w:tcPr>
            <w:tcW w:w="570" w:type="pct"/>
            <w:vAlign w:val="center"/>
          </w:tcPr>
          <w:p w14:paraId="2CC96B1D"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vAlign w:val="center"/>
          </w:tcPr>
          <w:p w14:paraId="461EF833"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Khá</w:t>
            </w:r>
          </w:p>
        </w:tc>
        <w:tc>
          <w:tcPr>
            <w:tcW w:w="860" w:type="pct"/>
            <w:vAlign w:val="center"/>
          </w:tcPr>
          <w:p w14:paraId="2D248D00"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r w:rsidR="0099414E" w:rsidRPr="0046524B" w14:paraId="62E0FC21" w14:textId="77777777" w:rsidTr="0099414E">
        <w:trPr>
          <w:trHeight w:val="60"/>
          <w:jc w:val="center"/>
        </w:trPr>
        <w:tc>
          <w:tcPr>
            <w:tcW w:w="272" w:type="pct"/>
            <w:vMerge/>
            <w:shd w:val="clear" w:color="auto" w:fill="auto"/>
            <w:vAlign w:val="center"/>
          </w:tcPr>
          <w:p w14:paraId="78524E58"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val="sv-SE" w:eastAsia="vi-VN"/>
              </w:rPr>
            </w:pPr>
          </w:p>
        </w:tc>
        <w:tc>
          <w:tcPr>
            <w:tcW w:w="616" w:type="pct"/>
            <w:vMerge/>
            <w:shd w:val="clear" w:color="auto" w:fill="auto"/>
            <w:vAlign w:val="center"/>
          </w:tcPr>
          <w:p w14:paraId="08947218" w14:textId="77777777" w:rsidR="0099414E" w:rsidRPr="0046524B" w:rsidRDefault="0099414E" w:rsidP="00CC2578">
            <w:pPr>
              <w:widowControl w:val="0"/>
              <w:tabs>
                <w:tab w:val="left" w:pos="843"/>
              </w:tabs>
              <w:spacing w:before="100" w:beforeAutospacing="1" w:after="100" w:afterAutospacing="1"/>
              <w:ind w:left="-90" w:right="-56" w:firstLine="346"/>
              <w:contextualSpacing/>
              <w:jc w:val="center"/>
              <w:rPr>
                <w:rFonts w:ascii="Times New Roman" w:eastAsia="SimSun" w:hAnsi="Times New Roman" w:cs="Times New Roman"/>
                <w:b/>
                <w:bCs/>
                <w:sz w:val="21"/>
                <w:szCs w:val="21"/>
                <w:lang w:val="sv-SE"/>
              </w:rPr>
            </w:pPr>
          </w:p>
        </w:tc>
        <w:tc>
          <w:tcPr>
            <w:tcW w:w="1238" w:type="pct"/>
            <w:shd w:val="clear" w:color="auto" w:fill="auto"/>
            <w:vAlign w:val="center"/>
          </w:tcPr>
          <w:p w14:paraId="41E9BA64"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 xml:space="preserve">Gà  theo hướng hữu cơ </w:t>
            </w:r>
          </w:p>
        </w:tc>
        <w:tc>
          <w:tcPr>
            <w:tcW w:w="671" w:type="pct"/>
            <w:vAlign w:val="center"/>
          </w:tcPr>
          <w:p w14:paraId="3EA06698"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570" w:type="pct"/>
            <w:vAlign w:val="center"/>
          </w:tcPr>
          <w:p w14:paraId="2A8CAE03"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vAlign w:val="center"/>
          </w:tcPr>
          <w:p w14:paraId="71FC65EE"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TB</w:t>
            </w:r>
          </w:p>
        </w:tc>
        <w:tc>
          <w:tcPr>
            <w:tcW w:w="860" w:type="pct"/>
            <w:vAlign w:val="center"/>
          </w:tcPr>
          <w:p w14:paraId="7ADF482E"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r w:rsidR="0099414E" w:rsidRPr="0046524B" w14:paraId="4D99EDDF" w14:textId="77777777" w:rsidTr="0099414E">
        <w:trPr>
          <w:trHeight w:val="60"/>
          <w:jc w:val="center"/>
        </w:trPr>
        <w:tc>
          <w:tcPr>
            <w:tcW w:w="272" w:type="pct"/>
            <w:vMerge/>
            <w:shd w:val="clear" w:color="auto" w:fill="auto"/>
            <w:vAlign w:val="center"/>
          </w:tcPr>
          <w:p w14:paraId="6C355BB9"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p>
        </w:tc>
        <w:tc>
          <w:tcPr>
            <w:tcW w:w="616" w:type="pct"/>
            <w:vMerge/>
            <w:shd w:val="clear" w:color="auto" w:fill="auto"/>
            <w:vAlign w:val="center"/>
          </w:tcPr>
          <w:p w14:paraId="560CAAF6" w14:textId="77777777" w:rsidR="0099414E" w:rsidRPr="0046524B" w:rsidRDefault="0099414E" w:rsidP="00CC2578">
            <w:pPr>
              <w:widowControl w:val="0"/>
              <w:tabs>
                <w:tab w:val="left" w:pos="843"/>
              </w:tabs>
              <w:spacing w:before="100" w:beforeAutospacing="1" w:after="100" w:afterAutospacing="1"/>
              <w:ind w:left="-90" w:right="-56" w:firstLine="346"/>
              <w:contextualSpacing/>
              <w:jc w:val="center"/>
              <w:rPr>
                <w:rFonts w:ascii="Times New Roman" w:eastAsia="SimSun" w:hAnsi="Times New Roman" w:cs="Times New Roman"/>
                <w:b/>
                <w:bCs/>
                <w:sz w:val="21"/>
                <w:szCs w:val="21"/>
                <w:lang w:val="sv-SE"/>
              </w:rPr>
            </w:pPr>
          </w:p>
        </w:tc>
        <w:tc>
          <w:tcPr>
            <w:tcW w:w="1238" w:type="pct"/>
            <w:shd w:val="clear" w:color="auto" w:fill="auto"/>
            <w:vAlign w:val="center"/>
          </w:tcPr>
          <w:p w14:paraId="3F0788A4"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 xml:space="preserve">Chồn hương </w:t>
            </w:r>
          </w:p>
        </w:tc>
        <w:tc>
          <w:tcPr>
            <w:tcW w:w="671" w:type="pct"/>
            <w:vAlign w:val="center"/>
          </w:tcPr>
          <w:p w14:paraId="1F11DD49"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Khá</w:t>
            </w:r>
          </w:p>
        </w:tc>
        <w:tc>
          <w:tcPr>
            <w:tcW w:w="570" w:type="pct"/>
            <w:vAlign w:val="center"/>
          </w:tcPr>
          <w:p w14:paraId="0B630DF8"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tcPr>
          <w:p w14:paraId="721B8B67"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Khá</w:t>
            </w:r>
          </w:p>
        </w:tc>
        <w:tc>
          <w:tcPr>
            <w:tcW w:w="860" w:type="pct"/>
          </w:tcPr>
          <w:p w14:paraId="25BFE3FB"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r w:rsidR="0099414E" w:rsidRPr="0046524B" w14:paraId="660D9A79" w14:textId="77777777" w:rsidTr="0099414E">
        <w:trPr>
          <w:trHeight w:val="126"/>
          <w:jc w:val="center"/>
        </w:trPr>
        <w:tc>
          <w:tcPr>
            <w:tcW w:w="272" w:type="pct"/>
            <w:vMerge/>
            <w:shd w:val="clear" w:color="auto" w:fill="auto"/>
            <w:vAlign w:val="center"/>
          </w:tcPr>
          <w:p w14:paraId="25476E1D"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p>
        </w:tc>
        <w:tc>
          <w:tcPr>
            <w:tcW w:w="616" w:type="pct"/>
            <w:vMerge/>
            <w:shd w:val="clear" w:color="auto" w:fill="auto"/>
            <w:vAlign w:val="center"/>
          </w:tcPr>
          <w:p w14:paraId="405809CE" w14:textId="77777777" w:rsidR="0099414E" w:rsidRPr="0046524B" w:rsidRDefault="0099414E" w:rsidP="00CC2578">
            <w:pPr>
              <w:widowControl w:val="0"/>
              <w:tabs>
                <w:tab w:val="left" w:pos="843"/>
              </w:tabs>
              <w:spacing w:before="100" w:beforeAutospacing="1" w:after="100" w:afterAutospacing="1"/>
              <w:ind w:left="-90" w:right="-56" w:firstLine="346"/>
              <w:contextualSpacing/>
              <w:jc w:val="center"/>
              <w:rPr>
                <w:rFonts w:ascii="Times New Roman" w:eastAsia="SimSun" w:hAnsi="Times New Roman" w:cs="Times New Roman"/>
                <w:b/>
                <w:bCs/>
                <w:sz w:val="21"/>
                <w:szCs w:val="21"/>
                <w:lang w:val="sv-SE"/>
              </w:rPr>
            </w:pPr>
          </w:p>
        </w:tc>
        <w:tc>
          <w:tcPr>
            <w:tcW w:w="1238" w:type="pct"/>
            <w:shd w:val="clear" w:color="auto" w:fill="auto"/>
            <w:vAlign w:val="center"/>
          </w:tcPr>
          <w:p w14:paraId="0C7CF151"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 xml:space="preserve">Dúi </w:t>
            </w:r>
          </w:p>
        </w:tc>
        <w:tc>
          <w:tcPr>
            <w:tcW w:w="671" w:type="pct"/>
            <w:vAlign w:val="center"/>
          </w:tcPr>
          <w:p w14:paraId="30425CDC"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Khá</w:t>
            </w:r>
          </w:p>
        </w:tc>
        <w:tc>
          <w:tcPr>
            <w:tcW w:w="570" w:type="pct"/>
            <w:vAlign w:val="center"/>
          </w:tcPr>
          <w:p w14:paraId="7CF132BE"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tcPr>
          <w:p w14:paraId="4C34A686"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Khá</w:t>
            </w:r>
          </w:p>
        </w:tc>
        <w:tc>
          <w:tcPr>
            <w:tcW w:w="860" w:type="pct"/>
          </w:tcPr>
          <w:p w14:paraId="1AE53421"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r w:rsidR="0099414E" w:rsidRPr="0046524B" w14:paraId="5649645F" w14:textId="77777777" w:rsidTr="0099414E">
        <w:trPr>
          <w:trHeight w:val="60"/>
          <w:jc w:val="center"/>
        </w:trPr>
        <w:tc>
          <w:tcPr>
            <w:tcW w:w="272" w:type="pct"/>
            <w:vMerge/>
            <w:shd w:val="clear" w:color="auto" w:fill="auto"/>
            <w:vAlign w:val="center"/>
          </w:tcPr>
          <w:p w14:paraId="32EBEE8C"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p>
        </w:tc>
        <w:tc>
          <w:tcPr>
            <w:tcW w:w="616" w:type="pct"/>
            <w:vMerge/>
            <w:shd w:val="clear" w:color="auto" w:fill="auto"/>
            <w:vAlign w:val="center"/>
          </w:tcPr>
          <w:p w14:paraId="202B3B7D" w14:textId="77777777" w:rsidR="0099414E" w:rsidRPr="0046524B" w:rsidRDefault="0099414E" w:rsidP="00CC2578">
            <w:pPr>
              <w:widowControl w:val="0"/>
              <w:tabs>
                <w:tab w:val="left" w:pos="843"/>
              </w:tabs>
              <w:spacing w:before="100" w:beforeAutospacing="1" w:after="100" w:afterAutospacing="1"/>
              <w:ind w:left="-90" w:right="-56" w:firstLine="346"/>
              <w:contextualSpacing/>
              <w:jc w:val="center"/>
              <w:rPr>
                <w:rFonts w:ascii="Times New Roman" w:eastAsia="SimSun" w:hAnsi="Times New Roman" w:cs="Times New Roman"/>
                <w:b/>
                <w:bCs/>
                <w:sz w:val="21"/>
                <w:szCs w:val="21"/>
                <w:lang w:val="sv-SE"/>
              </w:rPr>
            </w:pPr>
          </w:p>
        </w:tc>
        <w:tc>
          <w:tcPr>
            <w:tcW w:w="1238" w:type="pct"/>
            <w:shd w:val="clear" w:color="auto" w:fill="auto"/>
            <w:vAlign w:val="center"/>
          </w:tcPr>
          <w:p w14:paraId="359600F4"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Chăn nuôi TH</w:t>
            </w:r>
          </w:p>
        </w:tc>
        <w:tc>
          <w:tcPr>
            <w:tcW w:w="671" w:type="pct"/>
            <w:vAlign w:val="center"/>
          </w:tcPr>
          <w:p w14:paraId="56AF629C"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570" w:type="pct"/>
            <w:vAlign w:val="center"/>
          </w:tcPr>
          <w:p w14:paraId="2166EFF0"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vAlign w:val="center"/>
          </w:tcPr>
          <w:p w14:paraId="050F87EF"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860" w:type="pct"/>
            <w:vAlign w:val="center"/>
          </w:tcPr>
          <w:p w14:paraId="3FDE82B6"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r w:rsidR="0099414E" w:rsidRPr="0046524B" w14:paraId="41B0D57B" w14:textId="77777777" w:rsidTr="0099414E">
        <w:trPr>
          <w:trHeight w:val="126"/>
          <w:jc w:val="center"/>
        </w:trPr>
        <w:tc>
          <w:tcPr>
            <w:tcW w:w="272" w:type="pct"/>
            <w:vMerge w:val="restart"/>
            <w:shd w:val="clear" w:color="auto" w:fill="auto"/>
            <w:vAlign w:val="center"/>
          </w:tcPr>
          <w:p w14:paraId="589C6BB3"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r w:rsidRPr="0046524B">
              <w:rPr>
                <w:rFonts w:ascii="Times New Roman" w:eastAsia="Times New Roman" w:hAnsi="Times New Roman" w:cs="Times New Roman"/>
                <w:b/>
                <w:bCs/>
                <w:sz w:val="21"/>
                <w:szCs w:val="21"/>
                <w:lang w:eastAsia="vi-VN"/>
              </w:rPr>
              <w:t>5</w:t>
            </w:r>
          </w:p>
        </w:tc>
        <w:tc>
          <w:tcPr>
            <w:tcW w:w="616" w:type="pct"/>
            <w:vMerge w:val="restart"/>
            <w:shd w:val="clear" w:color="auto" w:fill="auto"/>
            <w:vAlign w:val="center"/>
          </w:tcPr>
          <w:p w14:paraId="03DC8E0B"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iCs/>
                <w:sz w:val="21"/>
                <w:szCs w:val="21"/>
              </w:rPr>
            </w:pPr>
            <w:r w:rsidRPr="0046524B">
              <w:rPr>
                <w:rFonts w:ascii="Times New Roman" w:eastAsia="SimSun" w:hAnsi="Times New Roman" w:cs="Times New Roman"/>
                <w:b/>
                <w:bCs/>
                <w:sz w:val="21"/>
                <w:szCs w:val="21"/>
                <w:lang w:val="sv-SE"/>
              </w:rPr>
              <w:t xml:space="preserve">Chăn nuôi kết hợp </w:t>
            </w:r>
          </w:p>
        </w:tc>
        <w:tc>
          <w:tcPr>
            <w:tcW w:w="1238" w:type="pct"/>
            <w:shd w:val="clear" w:color="auto" w:fill="auto"/>
            <w:vAlign w:val="center"/>
          </w:tcPr>
          <w:p w14:paraId="3F41F192"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eastAsia="vi-VN"/>
              </w:rPr>
            </w:pPr>
            <w:r w:rsidRPr="0046524B">
              <w:rPr>
                <w:rFonts w:ascii="Times New Roman" w:eastAsia="Times New Roman" w:hAnsi="Times New Roman" w:cs="Times New Roman"/>
                <w:sz w:val="21"/>
                <w:szCs w:val="21"/>
                <w:lang w:eastAsia="vi-VN"/>
              </w:rPr>
              <w:t>VAC</w:t>
            </w:r>
          </w:p>
        </w:tc>
        <w:tc>
          <w:tcPr>
            <w:tcW w:w="671" w:type="pct"/>
            <w:vAlign w:val="center"/>
          </w:tcPr>
          <w:p w14:paraId="5FDD4302"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570" w:type="pct"/>
            <w:vAlign w:val="center"/>
          </w:tcPr>
          <w:p w14:paraId="46607CD1"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vAlign w:val="center"/>
          </w:tcPr>
          <w:p w14:paraId="7EA136A3"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860" w:type="pct"/>
            <w:vAlign w:val="center"/>
          </w:tcPr>
          <w:p w14:paraId="09BA0DD2"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r w:rsidR="0099414E" w:rsidRPr="0046524B" w14:paraId="5EE11C4E" w14:textId="77777777" w:rsidTr="0099414E">
        <w:trPr>
          <w:trHeight w:val="126"/>
          <w:jc w:val="center"/>
        </w:trPr>
        <w:tc>
          <w:tcPr>
            <w:tcW w:w="272" w:type="pct"/>
            <w:vMerge/>
            <w:shd w:val="clear" w:color="auto" w:fill="auto"/>
            <w:vAlign w:val="center"/>
          </w:tcPr>
          <w:p w14:paraId="37FA9F42"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p>
        </w:tc>
        <w:tc>
          <w:tcPr>
            <w:tcW w:w="616" w:type="pct"/>
            <w:vMerge/>
            <w:shd w:val="clear" w:color="auto" w:fill="auto"/>
            <w:vAlign w:val="center"/>
          </w:tcPr>
          <w:p w14:paraId="24BC7D12" w14:textId="77777777" w:rsidR="0099414E" w:rsidRPr="0046524B" w:rsidRDefault="0099414E" w:rsidP="00CC2578">
            <w:pPr>
              <w:spacing w:before="100" w:beforeAutospacing="1" w:after="100" w:afterAutospacing="1"/>
              <w:ind w:left="-90" w:right="-56"/>
              <w:contextualSpacing/>
              <w:jc w:val="center"/>
              <w:rPr>
                <w:rFonts w:ascii="Times New Roman" w:eastAsia="Times New Roman" w:hAnsi="Times New Roman" w:cs="Times New Roman"/>
                <w:b/>
                <w:bCs/>
                <w:iCs/>
                <w:sz w:val="21"/>
                <w:szCs w:val="21"/>
              </w:rPr>
            </w:pPr>
          </w:p>
        </w:tc>
        <w:tc>
          <w:tcPr>
            <w:tcW w:w="1238" w:type="pct"/>
            <w:shd w:val="clear" w:color="auto" w:fill="auto"/>
            <w:vAlign w:val="center"/>
          </w:tcPr>
          <w:p w14:paraId="6E16EA10"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val="sv-SE" w:eastAsia="vi-VN"/>
              </w:rPr>
            </w:pPr>
            <w:r w:rsidRPr="0046524B">
              <w:rPr>
                <w:rFonts w:ascii="Times New Roman" w:eastAsia="Times New Roman" w:hAnsi="Times New Roman" w:cs="Times New Roman"/>
                <w:sz w:val="21"/>
                <w:szCs w:val="21"/>
                <w:lang w:val="sv-SE" w:eastAsia="vi-VN"/>
              </w:rPr>
              <w:t>Trồng rừng+Nuôi bò</w:t>
            </w:r>
          </w:p>
        </w:tc>
        <w:tc>
          <w:tcPr>
            <w:tcW w:w="671" w:type="pct"/>
            <w:vAlign w:val="center"/>
          </w:tcPr>
          <w:p w14:paraId="001E4F71"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570" w:type="pct"/>
            <w:vAlign w:val="center"/>
          </w:tcPr>
          <w:p w14:paraId="25DA5D9F"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vAlign w:val="center"/>
          </w:tcPr>
          <w:p w14:paraId="45465FC0"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860" w:type="pct"/>
            <w:vAlign w:val="center"/>
          </w:tcPr>
          <w:p w14:paraId="37D41973"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r w:rsidR="0099414E" w:rsidRPr="0046524B" w14:paraId="5B3A6E68" w14:textId="77777777" w:rsidTr="0099414E">
        <w:trPr>
          <w:trHeight w:val="85"/>
          <w:jc w:val="center"/>
        </w:trPr>
        <w:tc>
          <w:tcPr>
            <w:tcW w:w="272" w:type="pct"/>
            <w:vMerge/>
            <w:shd w:val="clear" w:color="auto" w:fill="auto"/>
            <w:vAlign w:val="center"/>
          </w:tcPr>
          <w:p w14:paraId="7D07B9C5" w14:textId="77777777" w:rsidR="0099414E" w:rsidRPr="0046524B" w:rsidRDefault="0099414E" w:rsidP="00CC2578">
            <w:pPr>
              <w:spacing w:before="100" w:beforeAutospacing="1" w:after="100" w:afterAutospacing="1"/>
              <w:contextualSpacing/>
              <w:jc w:val="center"/>
              <w:rPr>
                <w:rFonts w:ascii="Times New Roman" w:eastAsia="Times New Roman" w:hAnsi="Times New Roman" w:cs="Times New Roman"/>
                <w:b/>
                <w:bCs/>
                <w:sz w:val="21"/>
                <w:szCs w:val="21"/>
                <w:lang w:eastAsia="vi-VN"/>
              </w:rPr>
            </w:pPr>
          </w:p>
        </w:tc>
        <w:tc>
          <w:tcPr>
            <w:tcW w:w="616" w:type="pct"/>
            <w:vMerge/>
            <w:shd w:val="clear" w:color="auto" w:fill="auto"/>
            <w:vAlign w:val="center"/>
          </w:tcPr>
          <w:p w14:paraId="2C6EA7D0" w14:textId="77777777" w:rsidR="0099414E" w:rsidRPr="0046524B" w:rsidRDefault="0099414E" w:rsidP="00CC2578">
            <w:pPr>
              <w:spacing w:before="100" w:beforeAutospacing="1" w:after="100" w:afterAutospacing="1"/>
              <w:ind w:left="-90" w:right="-56"/>
              <w:contextualSpacing/>
              <w:jc w:val="center"/>
              <w:rPr>
                <w:rFonts w:ascii="Times New Roman" w:eastAsia="Times New Roman" w:hAnsi="Times New Roman" w:cs="Times New Roman"/>
                <w:b/>
                <w:bCs/>
                <w:iCs/>
                <w:sz w:val="21"/>
                <w:szCs w:val="21"/>
              </w:rPr>
            </w:pPr>
          </w:p>
        </w:tc>
        <w:tc>
          <w:tcPr>
            <w:tcW w:w="1238" w:type="pct"/>
            <w:shd w:val="clear" w:color="auto" w:fill="auto"/>
            <w:vAlign w:val="center"/>
          </w:tcPr>
          <w:p w14:paraId="2C28A9F6" w14:textId="77777777" w:rsidR="0099414E" w:rsidRPr="0046524B" w:rsidRDefault="0099414E" w:rsidP="00CC2578">
            <w:pPr>
              <w:spacing w:before="100" w:beforeAutospacing="1" w:after="100" w:afterAutospacing="1"/>
              <w:ind w:left="-108"/>
              <w:contextualSpacing/>
              <w:jc w:val="both"/>
              <w:rPr>
                <w:rFonts w:ascii="Times New Roman" w:eastAsia="Times New Roman" w:hAnsi="Times New Roman" w:cs="Times New Roman"/>
                <w:sz w:val="21"/>
                <w:szCs w:val="21"/>
                <w:lang w:eastAsia="vi-VN"/>
              </w:rPr>
            </w:pPr>
            <w:r w:rsidRPr="0046524B">
              <w:rPr>
                <w:rFonts w:ascii="Times New Roman" w:eastAsia="Times New Roman" w:hAnsi="Times New Roman" w:cs="Times New Roman"/>
                <w:sz w:val="21"/>
                <w:szCs w:val="21"/>
                <w:lang w:eastAsia="vi-VN"/>
              </w:rPr>
              <w:t>Cây ăn quả - nuôi ong</w:t>
            </w:r>
          </w:p>
        </w:tc>
        <w:tc>
          <w:tcPr>
            <w:tcW w:w="671" w:type="pct"/>
            <w:vAlign w:val="center"/>
          </w:tcPr>
          <w:p w14:paraId="2F0CFC37"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570" w:type="pct"/>
            <w:vAlign w:val="center"/>
          </w:tcPr>
          <w:p w14:paraId="20348626"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773" w:type="pct"/>
            <w:vAlign w:val="center"/>
          </w:tcPr>
          <w:p w14:paraId="1A0B342D"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c>
          <w:tcPr>
            <w:tcW w:w="860" w:type="pct"/>
            <w:vAlign w:val="center"/>
          </w:tcPr>
          <w:p w14:paraId="3ADD6A0E" w14:textId="77777777" w:rsidR="0099414E" w:rsidRPr="0046524B" w:rsidRDefault="0099414E" w:rsidP="00CC2578">
            <w:pPr>
              <w:spacing w:before="100" w:beforeAutospacing="1" w:after="100" w:afterAutospacing="1"/>
              <w:jc w:val="center"/>
              <w:rPr>
                <w:rFonts w:ascii="Times New Roman" w:eastAsia="SimSun" w:hAnsi="Times New Roman" w:cs="Times New Roman"/>
                <w:sz w:val="21"/>
                <w:szCs w:val="21"/>
              </w:rPr>
            </w:pPr>
            <w:r w:rsidRPr="0046524B">
              <w:rPr>
                <w:rFonts w:ascii="Times New Roman" w:eastAsia="SimSun" w:hAnsi="Times New Roman" w:cs="Times New Roman"/>
                <w:sz w:val="21"/>
                <w:szCs w:val="21"/>
              </w:rPr>
              <w:t>Cao</w:t>
            </w:r>
          </w:p>
        </w:tc>
      </w:tr>
    </w:tbl>
    <w:p w14:paraId="6BAA6505" w14:textId="77FC2352" w:rsidR="0099414E" w:rsidRPr="0046524B" w:rsidRDefault="0099414E" w:rsidP="007028E8">
      <w:pPr>
        <w:spacing w:after="120" w:line="240" w:lineRule="auto"/>
        <w:jc w:val="both"/>
        <w:rPr>
          <w:rFonts w:ascii="Times New Roman" w:eastAsia="Times New Roman" w:hAnsi="Times New Roman" w:cs="Times New Roman"/>
          <w:shd w:val="clear" w:color="auto" w:fill="FFFFFF"/>
          <w:lang w:val="fr-FR" w:eastAsia="ru-RU"/>
        </w:rPr>
      </w:pPr>
      <w:r w:rsidRPr="0046524B">
        <w:rPr>
          <w:rFonts w:ascii="Times New Roman" w:eastAsia="Times New Roman" w:hAnsi="Times New Roman" w:cs="Times New Roman"/>
          <w:shd w:val="clear" w:color="auto" w:fill="FFFFFF"/>
          <w:lang w:val="fr-FR" w:eastAsia="ru-RU"/>
        </w:rPr>
        <w:t xml:space="preserve">Kết quả từ Bảng </w:t>
      </w:r>
      <w:r w:rsidR="00357820">
        <w:rPr>
          <w:rFonts w:ascii="Times New Roman" w:eastAsia="Times New Roman" w:hAnsi="Times New Roman" w:cs="Times New Roman"/>
          <w:shd w:val="clear" w:color="auto" w:fill="FFFFFF"/>
          <w:lang w:val="fr-FR" w:eastAsia="ru-RU"/>
        </w:rPr>
        <w:t>6</w:t>
      </w:r>
      <w:r w:rsidRPr="0046524B">
        <w:rPr>
          <w:rFonts w:ascii="Times New Roman" w:eastAsia="Times New Roman" w:hAnsi="Times New Roman" w:cs="Times New Roman"/>
          <w:shd w:val="clear" w:color="auto" w:fill="FFFFFF"/>
          <w:lang w:val="fr-FR" w:eastAsia="ru-RU"/>
        </w:rPr>
        <w:t xml:space="preserve"> cho thấy, các mô hình theo hướng hữu cơ, VietGAP và kết hợp (như VAC, trồng rừng kết hợp chăn nuôi) được đánh giá cao ở hầu hết tiêu chí: bảo vệ đất, nước, kiểm soát ô nhiễm và giảm áp lực lên rừng. Các mô hình theo hướng hữu cơ và VietGAP thường áp dụng các quy trình khép kín như xây dựng hố xử lý phân, sử dụng đệm lót sinh học, quy hoạch chuồng trại tách biệt khu dân cư, đồng thời </w:t>
      </w:r>
      <w:r w:rsidRPr="0046524B">
        <w:rPr>
          <w:rFonts w:ascii="Times New Roman" w:eastAsia="Times New Roman" w:hAnsi="Times New Roman" w:cs="Times New Roman"/>
          <w:shd w:val="clear" w:color="auto" w:fill="FFFFFF"/>
          <w:lang w:val="fr-FR" w:eastAsia="ru-RU"/>
        </w:rPr>
        <w:lastRenderedPageBreak/>
        <w:t>sử dụng thức ăn tự nhiên, không sử dụng kháng sinh và hóa chất tổng hợp, qua đó giảm nguy cơ ô nhiễm đất và nguồn nước (FAO, 2018; Trần Văn Dũng et al., 2020).</w:t>
      </w:r>
    </w:p>
    <w:p w14:paraId="02F25779" w14:textId="77777777" w:rsidR="0099414E" w:rsidRPr="0046524B" w:rsidRDefault="0099414E" w:rsidP="0010122C">
      <w:pPr>
        <w:spacing w:after="120" w:line="240" w:lineRule="auto"/>
        <w:jc w:val="both"/>
        <w:rPr>
          <w:rFonts w:ascii="Times New Roman" w:eastAsia="Times New Roman" w:hAnsi="Times New Roman" w:cs="Times New Roman"/>
          <w:shd w:val="clear" w:color="auto" w:fill="FFFFFF"/>
          <w:lang w:val="fr-FR" w:eastAsia="ru-RU"/>
        </w:rPr>
      </w:pPr>
      <w:r w:rsidRPr="0046524B">
        <w:rPr>
          <w:rFonts w:ascii="Times New Roman" w:eastAsia="Times New Roman" w:hAnsi="Times New Roman" w:cs="Times New Roman"/>
          <w:shd w:val="clear" w:color="auto" w:fill="FFFFFF"/>
          <w:lang w:val="fr-FR" w:eastAsia="ru-RU"/>
        </w:rPr>
        <w:t>Trong khi đó, các mô hình truyền thống tại Nam Đông chủ yếu mang tính chất tận dụng (chăn thả, chuồng tạm bợ, phân thải chưa xử lý), nên khả năng bảo vệ môi trường kém hơn. Theo kết quả khảo sát thực địa tại Nam Đông (2024), trên 85% số hộ chăn nuôi truyền thống không có hố xử lý phân, 60% chăn nuôi gần nguồn nước sinh hoạt, và 75% chưa từng tiếp cận tập huấn kỹ thuật về xử lý chất thải chăn nuôi. Ngoài ra, do đặc thù địa hình rừng núi, nhiều hộ dân kết hợp chăn nuôi với nông – lâm nghiệp truyền thống theo hình thức thả rông, điều này làm gia tăng áp lực lên rừng và tiềm ẩn nguy cơ xâm lấn sinh cảnh tự nhiên (Nguyễn Thị Lan, 2022).</w:t>
      </w:r>
    </w:p>
    <w:p w14:paraId="26126A97" w14:textId="227BCFE3" w:rsidR="0099414E" w:rsidRPr="0046524B" w:rsidRDefault="0099414E" w:rsidP="00417F2F">
      <w:pPr>
        <w:widowControl w:val="0"/>
        <w:tabs>
          <w:tab w:val="left" w:pos="843"/>
        </w:tabs>
        <w:spacing w:line="240" w:lineRule="auto"/>
        <w:contextualSpacing/>
        <w:jc w:val="both"/>
        <w:rPr>
          <w:rFonts w:ascii="Times New Roman" w:eastAsia="SimSun" w:hAnsi="Times New Roman" w:cs="Times New Roman"/>
          <w:b/>
          <w:lang w:val="sv-SE"/>
        </w:rPr>
      </w:pPr>
      <w:r w:rsidRPr="0046524B">
        <w:rPr>
          <w:rFonts w:ascii="Times New Roman" w:eastAsia="SimSun" w:hAnsi="Times New Roman" w:cs="Times New Roman"/>
          <w:b/>
          <w:iCs/>
          <w:lang w:val="sv-SE"/>
        </w:rPr>
        <w:t>3.2.4</w:t>
      </w:r>
      <w:r w:rsidRPr="0046524B">
        <w:rPr>
          <w:rFonts w:ascii="Times New Roman" w:eastAsia="SimSun" w:hAnsi="Times New Roman" w:cs="Times New Roman"/>
          <w:b/>
          <w:lang w:val="sv-SE"/>
        </w:rPr>
        <w:t>. Kết quả đánh giá tính bền vững của các mô hình</w:t>
      </w:r>
      <w:r w:rsidR="00417F2F">
        <w:rPr>
          <w:rFonts w:ascii="Times New Roman" w:eastAsia="SimSun" w:hAnsi="Times New Roman" w:cs="Times New Roman"/>
          <w:b/>
          <w:lang w:val="sv-SE"/>
        </w:rPr>
        <w:t xml:space="preserve"> nông nghiệp ngành chăn nuôi ở huyện Nam Đông</w:t>
      </w:r>
    </w:p>
    <w:p w14:paraId="2B8FEE16" w14:textId="3277F234" w:rsidR="0099414E" w:rsidRPr="0046524B" w:rsidRDefault="00CA3434" w:rsidP="007B395B">
      <w:pPr>
        <w:spacing w:before="120" w:after="0" w:line="240" w:lineRule="auto"/>
        <w:jc w:val="center"/>
        <w:rPr>
          <w:rFonts w:ascii="Times New Roman" w:eastAsia="SimSun" w:hAnsi="Times New Roman" w:cs="Times New Roman"/>
          <w:b/>
          <w:lang w:val="sv-SE"/>
        </w:rPr>
      </w:pPr>
      <w:r>
        <w:rPr>
          <w:noProof/>
          <w:lang w:eastAsia="zh-CN"/>
        </w:rPr>
        <w:drawing>
          <wp:inline distT="0" distB="0" distL="0" distR="0" wp14:anchorId="3E9394A6" wp14:editId="295F83FE">
            <wp:extent cx="5840083" cy="2958860"/>
            <wp:effectExtent l="0" t="0" r="27940" b="133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AD9A8F" w14:textId="77F50310" w:rsidR="0099414E" w:rsidRPr="00CA3434" w:rsidRDefault="00357820" w:rsidP="0026740C">
      <w:pPr>
        <w:spacing w:after="120" w:line="240" w:lineRule="auto"/>
        <w:jc w:val="center"/>
        <w:rPr>
          <w:rFonts w:ascii="Times New Roman" w:eastAsia="Calibri" w:hAnsi="Times New Roman" w:cs="Times New Roman"/>
          <w:color w:val="FF0000"/>
          <w:lang w:val="pt-BR"/>
        </w:rPr>
      </w:pPr>
      <w:r w:rsidRPr="00CA3434">
        <w:rPr>
          <w:rFonts w:ascii="Times New Roman" w:eastAsia="Calibri" w:hAnsi="Times New Roman" w:cs="Times New Roman"/>
          <w:b/>
          <w:color w:val="FF0000"/>
          <w:lang w:val="pt-BR"/>
        </w:rPr>
        <w:t>Hình 2</w:t>
      </w:r>
      <w:r w:rsidR="0099414E" w:rsidRPr="00CA3434">
        <w:rPr>
          <w:rFonts w:ascii="Times New Roman" w:eastAsia="Calibri" w:hAnsi="Times New Roman" w:cs="Times New Roman"/>
          <w:b/>
          <w:color w:val="FF0000"/>
          <w:lang w:val="pt-BR"/>
        </w:rPr>
        <w:t>.</w:t>
      </w:r>
      <w:r w:rsidR="0099414E" w:rsidRPr="00CA3434">
        <w:rPr>
          <w:rFonts w:ascii="Times New Roman" w:eastAsia="Calibri" w:hAnsi="Times New Roman" w:cs="Times New Roman"/>
          <w:color w:val="FF0000"/>
          <w:lang w:val="pt-BR"/>
        </w:rPr>
        <w:t xml:space="preserve"> Kết quả đánh giá tính bền vững của mô hình</w:t>
      </w:r>
    </w:p>
    <w:p w14:paraId="5E0F2E3F" w14:textId="18906A0E" w:rsidR="0099414E" w:rsidRPr="00CA3434" w:rsidRDefault="00CA3434" w:rsidP="0010122C">
      <w:pPr>
        <w:spacing w:after="120" w:line="240" w:lineRule="auto"/>
        <w:contextualSpacing/>
        <w:jc w:val="both"/>
        <w:rPr>
          <w:lang w:val="pt-BR"/>
        </w:rPr>
      </w:pPr>
      <w:r w:rsidRPr="00CA3434">
        <w:rPr>
          <w:lang w:val="pt-BR"/>
        </w:rPr>
        <w:t>Kết quả cho thấy mô hình chăn nuôi truyền thống tại Nam Đông có hiệu quả tổng thể thấp (41–65 điể</w:t>
      </w:r>
      <w:r>
        <w:rPr>
          <w:lang w:val="pt-BR"/>
        </w:rPr>
        <w:t>m), kém xa</w:t>
      </w:r>
      <w:r w:rsidRPr="00CA3434">
        <w:rPr>
          <w:lang w:val="pt-BR"/>
        </w:rPr>
        <w:t xml:space="preserve"> xa các mô hình hữu cơ/VietGAP và mô hình chăn nuôi kết hợp. Trong đó, mô hình kết hợp với trồng trọt đạt hiệu quả cao nhất (164–180 điểm), </w:t>
      </w:r>
      <w:r>
        <w:rPr>
          <w:lang w:val="pt-BR"/>
        </w:rPr>
        <w:t>phần lớn các mô hình theo hướng hữu cơ có hiệu quả bền vững khá. Các</w:t>
      </w:r>
      <w:r w:rsidRPr="00CA3434">
        <w:rPr>
          <w:lang w:val="pt-BR"/>
        </w:rPr>
        <w:t xml:space="preserve"> mô hình </w:t>
      </w:r>
      <w:r>
        <w:rPr>
          <w:lang w:val="pt-BR"/>
        </w:rPr>
        <w:t xml:space="preserve">theo </w:t>
      </w:r>
      <w:r w:rsidRPr="00CA3434">
        <w:rPr>
          <w:lang w:val="pt-BR"/>
        </w:rPr>
        <w:t xml:space="preserve">hữu cơ tuy đòi hỏi đầu tư </w:t>
      </w:r>
      <w:r>
        <w:rPr>
          <w:lang w:val="pt-BR"/>
        </w:rPr>
        <w:t xml:space="preserve">lớn </w:t>
      </w:r>
      <w:r w:rsidRPr="00CA3434">
        <w:rPr>
          <w:lang w:val="pt-BR"/>
        </w:rPr>
        <w:t>và kỹ thuật cao nhưng giúp kiểm soát tốt dịch bệnh, bảo vệ môi trường, tạo ra sản phẩm an toàn, giá trị gia tăng cao và ngày càng được người dân ưu tiên lựa chọn</w:t>
      </w:r>
      <w:r>
        <w:rPr>
          <w:lang w:val="pt-BR"/>
        </w:rPr>
        <w:t xml:space="preserve">. </w:t>
      </w:r>
      <w:r w:rsidR="0099414E" w:rsidRPr="0046524B">
        <w:rPr>
          <w:rFonts w:ascii="Times New Roman" w:eastAsia="Times New Roman" w:hAnsi="Times New Roman" w:cs="Times New Roman"/>
          <w:bCs/>
          <w:iCs/>
          <w:lang w:val="sv-SE"/>
        </w:rPr>
        <w:t xml:space="preserve">Bên cạnh đó, việc thực hiện chăn nuôi </w:t>
      </w:r>
      <w:r w:rsidR="007B039A">
        <w:rPr>
          <w:rFonts w:ascii="Times New Roman" w:eastAsia="Times New Roman" w:hAnsi="Times New Roman" w:cs="Times New Roman"/>
          <w:bCs/>
          <w:iCs/>
          <w:lang w:val="sv-SE"/>
        </w:rPr>
        <w:t xml:space="preserve">theo hướng </w:t>
      </w:r>
      <w:r w:rsidR="0099414E" w:rsidRPr="0046524B">
        <w:rPr>
          <w:rFonts w:ascii="Times New Roman" w:eastAsia="Times New Roman" w:hAnsi="Times New Roman" w:cs="Times New Roman"/>
          <w:bCs/>
          <w:iCs/>
          <w:lang w:val="sv-SE"/>
        </w:rPr>
        <w:t xml:space="preserve"> hữu cơ/ VietGAP cũng tạo điều kiện thuận lợi hơn trong việc liên kết chuỗi sản xuất – tiêu thụ, giúp người chăn nuôi tiếp cận với các thị trường ổn định, bền vững hơn, thay vì phải bán sản phẩm theo kiểu tự phát như ở mô hình truyền thống. Trong khi đó, mô hình truyền thống chủ yếu dựa vào kinh nghiệm, quy mô nhỏ lẻ, thiếu đầu tư và khó kiểm soát các yếu tố đầu vào – đầu ra, dẫn đến hiệu quả sản xuất thấp, rủi ro cao và ít có khả năng phát triển bền vững.</w:t>
      </w:r>
    </w:p>
    <w:p w14:paraId="076E1FFA" w14:textId="2D054D50" w:rsidR="0099414E" w:rsidRPr="0046524B" w:rsidRDefault="0099414E" w:rsidP="0010122C">
      <w:pPr>
        <w:spacing w:after="120" w:line="240" w:lineRule="auto"/>
        <w:contextualSpacing/>
        <w:jc w:val="both"/>
        <w:rPr>
          <w:rFonts w:ascii="Times New Roman" w:eastAsia="SimSun" w:hAnsi="Times New Roman" w:cs="Times New Roman"/>
          <w:b/>
          <w:bCs/>
          <w:lang w:val="sv-SE"/>
        </w:rPr>
      </w:pPr>
      <w:r w:rsidRPr="0046524B">
        <w:rPr>
          <w:rFonts w:ascii="Times New Roman" w:eastAsia="SimSun" w:hAnsi="Times New Roman" w:cs="Times New Roman"/>
          <w:b/>
          <w:lang w:val="sv-SE"/>
        </w:rPr>
        <w:t>3</w:t>
      </w:r>
      <w:r w:rsidRPr="0046524B">
        <w:rPr>
          <w:rFonts w:ascii="Times New Roman" w:eastAsia="SimSun" w:hAnsi="Times New Roman" w:cs="Times New Roman"/>
          <w:b/>
          <w:lang w:val="vi-VN"/>
        </w:rPr>
        <w:t>.3.</w:t>
      </w:r>
      <w:r w:rsidRPr="0046524B">
        <w:rPr>
          <w:rFonts w:ascii="Times New Roman" w:eastAsia="SimSun" w:hAnsi="Times New Roman" w:cs="Times New Roman"/>
          <w:b/>
          <w:bCs/>
          <w:lang w:val="sv-SE"/>
        </w:rPr>
        <w:t xml:space="preserve"> Đề xuấ</w:t>
      </w:r>
      <w:r w:rsidR="00417F2F">
        <w:rPr>
          <w:rFonts w:ascii="Times New Roman" w:eastAsia="SimSun" w:hAnsi="Times New Roman" w:cs="Times New Roman"/>
          <w:b/>
          <w:bCs/>
          <w:lang w:val="sv-SE"/>
        </w:rPr>
        <w:t>t các mô hình nông nghiệp xanh</w:t>
      </w:r>
      <w:r w:rsidRPr="0046524B">
        <w:rPr>
          <w:rFonts w:ascii="Times New Roman" w:eastAsia="SimSun" w:hAnsi="Times New Roman" w:cs="Times New Roman"/>
          <w:b/>
          <w:bCs/>
          <w:lang w:val="sv-SE"/>
        </w:rPr>
        <w:t xml:space="preserve"> ngành chăn nuôi bền vững ở huyện Nam Đông</w:t>
      </w:r>
    </w:p>
    <w:p w14:paraId="26CD5B51" w14:textId="77777777" w:rsidR="0099414E" w:rsidRPr="0046524B" w:rsidRDefault="0099414E" w:rsidP="0010122C">
      <w:pPr>
        <w:spacing w:after="120" w:line="240" w:lineRule="auto"/>
        <w:contextualSpacing/>
        <w:jc w:val="both"/>
        <w:rPr>
          <w:rFonts w:ascii="Times New Roman" w:eastAsia="Times New Roman" w:hAnsi="Times New Roman" w:cs="Times New Roman"/>
          <w:bCs/>
          <w:iCs/>
          <w:lang w:val="it-IT"/>
        </w:rPr>
      </w:pPr>
      <w:r w:rsidRPr="0046524B">
        <w:rPr>
          <w:rFonts w:ascii="Times New Roman" w:eastAsia="Times New Roman" w:hAnsi="Times New Roman" w:cs="Times New Roman"/>
          <w:bCs/>
          <w:iCs/>
          <w:lang w:val="it-IT"/>
        </w:rPr>
        <w:t xml:space="preserve">Các mô hình được đề xuất trở thành mô hình chủ lực và mô hình tiềm năng ở huyện Nam Đông dựa trên cơ sở đánh giá mức độ bền vững về kinh tế - xã hội và môi trường của mô hình. Trong đó, các mô hình chủ lực gồm: V – A – C, Trồng rừng + Nuôi bò; Lợn hữu cơ. Các mô hình tiềm năng gồm: Heo lai, chồn hương và dúi. </w:t>
      </w:r>
    </w:p>
    <w:p w14:paraId="2F34ED52" w14:textId="162E8119" w:rsidR="0099414E" w:rsidRPr="0046524B" w:rsidRDefault="0099414E" w:rsidP="0099414E">
      <w:pPr>
        <w:spacing w:before="40" w:after="40" w:line="240" w:lineRule="auto"/>
        <w:contextualSpacing/>
        <w:jc w:val="both"/>
        <w:rPr>
          <w:rFonts w:ascii="Times New Roman" w:eastAsia="SimSun" w:hAnsi="Times New Roman" w:cs="Times New Roman"/>
          <w:b/>
          <w:bCs/>
          <w:lang w:val="sv-SE"/>
        </w:rPr>
      </w:pPr>
      <w:r w:rsidRPr="0046524B">
        <w:rPr>
          <w:rFonts w:ascii="Times New Roman" w:eastAsia="SimSun" w:hAnsi="Times New Roman" w:cs="Times New Roman"/>
          <w:b/>
          <w:bCs/>
          <w:lang w:val="sv-SE"/>
        </w:rPr>
        <w:t>3.3.1. Nhóm mô hình chủ lực</w:t>
      </w:r>
    </w:p>
    <w:p w14:paraId="1C8133CA" w14:textId="77777777" w:rsidR="0099414E" w:rsidRPr="00EF7036" w:rsidRDefault="0099414E" w:rsidP="0010122C">
      <w:pPr>
        <w:spacing w:after="120" w:line="240" w:lineRule="auto"/>
        <w:contextualSpacing/>
        <w:jc w:val="both"/>
        <w:rPr>
          <w:rFonts w:ascii="Times New Roman" w:eastAsia="SimSun" w:hAnsi="Times New Roman" w:cs="Times New Roman"/>
          <w:b/>
          <w:bCs/>
          <w:i/>
          <w:lang w:val="sv-SE"/>
        </w:rPr>
      </w:pPr>
      <w:r w:rsidRPr="00EF7036">
        <w:rPr>
          <w:rFonts w:ascii="Times New Roman" w:eastAsia="SimSun" w:hAnsi="Times New Roman" w:cs="Times New Roman"/>
          <w:b/>
          <w:bCs/>
          <w:i/>
          <w:lang w:val="sv-SE"/>
        </w:rPr>
        <w:t xml:space="preserve">a) Mô hình V-A-C </w:t>
      </w:r>
    </w:p>
    <w:p w14:paraId="2DBA3530" w14:textId="04CDBD54" w:rsidR="0099414E" w:rsidRPr="0046524B" w:rsidRDefault="0099414E" w:rsidP="0026740C">
      <w:pPr>
        <w:spacing w:after="120" w:line="240" w:lineRule="auto"/>
        <w:jc w:val="center"/>
        <w:rPr>
          <w:rFonts w:ascii="Times New Roman" w:eastAsia="Calibri" w:hAnsi="Times New Roman" w:cs="Times New Roman"/>
          <w:lang w:val="pt-BR"/>
        </w:rPr>
      </w:pPr>
      <w:bookmarkStart w:id="5" w:name="_Toc34050667"/>
      <w:bookmarkStart w:id="6" w:name="_Toc39092735"/>
      <w:bookmarkStart w:id="7" w:name="_Toc39431559"/>
      <w:r w:rsidRPr="0046524B">
        <w:rPr>
          <w:rFonts w:ascii="Times New Roman" w:eastAsia="Calibri" w:hAnsi="Times New Roman" w:cs="Times New Roman"/>
          <w:b/>
          <w:lang w:val="pt-BR"/>
        </w:rPr>
        <w:t xml:space="preserve">Bảng </w:t>
      </w:r>
      <w:r w:rsidR="00357820">
        <w:rPr>
          <w:rFonts w:ascii="Times New Roman" w:eastAsia="Calibri" w:hAnsi="Times New Roman" w:cs="Times New Roman"/>
          <w:b/>
          <w:lang w:val="pt-BR"/>
        </w:rPr>
        <w:t>7</w:t>
      </w:r>
      <w:r w:rsidRPr="0046524B">
        <w:rPr>
          <w:rFonts w:ascii="Times New Roman" w:eastAsia="Calibri" w:hAnsi="Times New Roman" w:cs="Times New Roman"/>
          <w:b/>
          <w:lang w:val="pt-BR"/>
        </w:rPr>
        <w:t>.</w:t>
      </w:r>
      <w:r w:rsidRPr="0046524B">
        <w:rPr>
          <w:rFonts w:ascii="Times New Roman" w:eastAsia="Calibri" w:hAnsi="Times New Roman" w:cs="Times New Roman"/>
          <w:lang w:val="pt-BR"/>
        </w:rPr>
        <w:t xml:space="preserve"> Đặc điểm mô hình </w:t>
      </w:r>
      <w:bookmarkEnd w:id="5"/>
      <w:bookmarkEnd w:id="6"/>
      <w:bookmarkEnd w:id="7"/>
      <w:r w:rsidRPr="0046524B">
        <w:rPr>
          <w:rFonts w:ascii="Times New Roman" w:eastAsia="Calibri" w:hAnsi="Times New Roman" w:cs="Times New Roman"/>
          <w:lang w:val="pt-BR"/>
        </w:rPr>
        <w:t>V-A-C</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74"/>
        <w:gridCol w:w="7655"/>
      </w:tblGrid>
      <w:tr w:rsidR="0046524B" w:rsidRPr="004B646A" w14:paraId="60D27B18" w14:textId="77777777" w:rsidTr="00E23714">
        <w:trPr>
          <w:trHeight w:val="318"/>
        </w:trPr>
        <w:tc>
          <w:tcPr>
            <w:tcW w:w="1674" w:type="dxa"/>
            <w:shd w:val="clear" w:color="auto" w:fill="auto"/>
            <w:vAlign w:val="center"/>
          </w:tcPr>
          <w:p w14:paraId="5B973AD1" w14:textId="77777777" w:rsidR="0099414E" w:rsidRPr="0046524B" w:rsidRDefault="0099414E" w:rsidP="00CC2578">
            <w:pPr>
              <w:spacing w:before="100" w:beforeAutospacing="1" w:after="100" w:afterAutospacing="1"/>
              <w:ind w:right="-74"/>
              <w:jc w:val="center"/>
              <w:rPr>
                <w:rFonts w:ascii="Times New Roman" w:eastAsia="Calibri" w:hAnsi="Times New Roman" w:cs="Times New Roman"/>
                <w:b/>
              </w:rPr>
            </w:pPr>
            <w:r w:rsidRPr="0046524B">
              <w:rPr>
                <w:rFonts w:ascii="Times New Roman" w:eastAsia="Calibri" w:hAnsi="Times New Roman" w:cs="Times New Roman"/>
                <w:b/>
              </w:rPr>
              <w:t xml:space="preserve">Điều kiện </w:t>
            </w:r>
          </w:p>
        </w:tc>
        <w:tc>
          <w:tcPr>
            <w:tcW w:w="7655" w:type="dxa"/>
            <w:shd w:val="clear" w:color="auto" w:fill="auto"/>
          </w:tcPr>
          <w:p w14:paraId="53B84F99" w14:textId="50C857EE" w:rsidR="0099414E" w:rsidRPr="0046524B" w:rsidRDefault="0099414E" w:rsidP="00CC2578">
            <w:pPr>
              <w:spacing w:before="100" w:beforeAutospacing="1" w:after="100" w:afterAutospacing="1"/>
              <w:jc w:val="both"/>
              <w:rPr>
                <w:rFonts w:ascii="Times New Roman" w:eastAsia="Calibri" w:hAnsi="Times New Roman" w:cs="Times New Roman"/>
                <w:lang w:val="vi-VN"/>
              </w:rPr>
            </w:pPr>
            <w:r w:rsidRPr="0046524B">
              <w:rPr>
                <w:rFonts w:ascii="Times New Roman" w:eastAsia="Calibri" w:hAnsi="Times New Roman" w:cs="Times New Roman"/>
                <w:lang w:val="vi-VN"/>
              </w:rPr>
              <w:t xml:space="preserve">Địa hình </w:t>
            </w:r>
            <w:r w:rsidRPr="004B646A">
              <w:rPr>
                <w:rFonts w:ascii="Times New Roman" w:eastAsia="Calibri" w:hAnsi="Times New Roman" w:cs="Times New Roman"/>
                <w:lang w:val="vi-VN"/>
              </w:rPr>
              <w:t>đồi thoải hoặc vườn đồi, giúp dễ bố trí các phân khu như vườn, ao, chuồng;</w:t>
            </w:r>
            <w:r w:rsidRPr="0046524B">
              <w:rPr>
                <w:rFonts w:ascii="Times New Roman" w:eastAsia="Calibri" w:hAnsi="Times New Roman" w:cs="Times New Roman"/>
                <w:lang w:val="vi-VN"/>
              </w:rPr>
              <w:t xml:space="preserve"> Đất feralit, đất xám tơi xốp, đất có khả năng giữ và thoát nước tốt</w:t>
            </w:r>
            <w:r w:rsidRPr="004B646A">
              <w:rPr>
                <w:rFonts w:ascii="Times New Roman" w:eastAsia="Calibri" w:hAnsi="Times New Roman" w:cs="Times New Roman"/>
                <w:lang w:val="vi-VN"/>
              </w:rPr>
              <w:t>.</w:t>
            </w:r>
          </w:p>
        </w:tc>
      </w:tr>
      <w:tr w:rsidR="0046524B" w:rsidRPr="00AC61D5" w14:paraId="3A934731" w14:textId="77777777" w:rsidTr="00E23714">
        <w:trPr>
          <w:trHeight w:val="102"/>
        </w:trPr>
        <w:tc>
          <w:tcPr>
            <w:tcW w:w="1674" w:type="dxa"/>
            <w:shd w:val="clear" w:color="auto" w:fill="auto"/>
            <w:vAlign w:val="center"/>
          </w:tcPr>
          <w:p w14:paraId="128620B1" w14:textId="4E012DF9" w:rsidR="0099414E" w:rsidRPr="0046524B" w:rsidRDefault="009E255E" w:rsidP="009E255E">
            <w:pPr>
              <w:spacing w:before="100" w:beforeAutospacing="1" w:after="100" w:afterAutospacing="1"/>
              <w:ind w:left="-24" w:right="-74"/>
              <w:jc w:val="center"/>
              <w:rPr>
                <w:rFonts w:ascii="Times New Roman" w:eastAsia="Calibri" w:hAnsi="Times New Roman" w:cs="Times New Roman"/>
                <w:b/>
                <w:lang w:val="sv-SE"/>
              </w:rPr>
            </w:pPr>
            <w:r w:rsidRPr="0046524B">
              <w:rPr>
                <w:rFonts w:ascii="Times New Roman" w:eastAsia="Calibri" w:hAnsi="Times New Roman" w:cs="Times New Roman"/>
                <w:b/>
                <w:lang w:val="sv-SE"/>
              </w:rPr>
              <w:t xml:space="preserve">Phương </w:t>
            </w:r>
            <w:r w:rsidR="0099414E" w:rsidRPr="0046524B">
              <w:rPr>
                <w:rFonts w:ascii="Times New Roman" w:eastAsia="Calibri" w:hAnsi="Times New Roman" w:cs="Times New Roman"/>
                <w:b/>
                <w:lang w:val="sv-SE"/>
              </w:rPr>
              <w:t>thức canh tác</w:t>
            </w:r>
          </w:p>
        </w:tc>
        <w:tc>
          <w:tcPr>
            <w:tcW w:w="7655" w:type="dxa"/>
            <w:shd w:val="clear" w:color="auto" w:fill="auto"/>
          </w:tcPr>
          <w:p w14:paraId="3EA0D189" w14:textId="77777777" w:rsidR="0099414E" w:rsidRPr="0046524B" w:rsidRDefault="0099414E" w:rsidP="00CC2578">
            <w:pPr>
              <w:spacing w:before="100" w:beforeAutospacing="1" w:after="100" w:afterAutospacing="1"/>
              <w:jc w:val="both"/>
              <w:rPr>
                <w:rFonts w:ascii="Times New Roman" w:eastAsia="Calibri" w:hAnsi="Times New Roman" w:cs="Times New Roman"/>
                <w:spacing w:val="-2"/>
                <w:lang w:val="vi-VN"/>
              </w:rPr>
            </w:pPr>
            <w:r w:rsidRPr="0046524B">
              <w:rPr>
                <w:rFonts w:ascii="Times New Roman" w:eastAsia="Calibri" w:hAnsi="Times New Roman" w:cs="Times New Roman"/>
                <w:spacing w:val="-2"/>
                <w:lang w:val="sv-SE"/>
              </w:rPr>
              <w:t>Chọn</w:t>
            </w:r>
            <w:r w:rsidRPr="0046524B">
              <w:rPr>
                <w:rFonts w:ascii="Times New Roman" w:eastAsia="Calibri" w:hAnsi="Times New Roman" w:cs="Times New Roman"/>
                <w:spacing w:val="-2"/>
                <w:lang w:val="vi-VN"/>
              </w:rPr>
              <w:t xml:space="preserve"> vật nuôi bản địa; có thể trồng cây ăn quả, cây dược liệu xen canh, dùng phân hữu cơ từ phân chuồng cải tạo đất. Ao nuôi phải ở vùng thấp để giữ nước. Chuồng trại đặt </w:t>
            </w:r>
            <w:r w:rsidRPr="0046524B">
              <w:rPr>
                <w:rFonts w:ascii="Times New Roman" w:eastAsia="Calibri" w:hAnsi="Times New Roman" w:cs="Times New Roman"/>
                <w:spacing w:val="-2"/>
                <w:lang w:val="vi-VN"/>
              </w:rPr>
              <w:lastRenderedPageBreak/>
              <w:t>nơi cao, thoáng, xa ao nuôi, dùng đệm lót sinh học xử lý phân.</w:t>
            </w:r>
          </w:p>
        </w:tc>
      </w:tr>
      <w:tr w:rsidR="0046524B" w:rsidRPr="0046524B" w14:paraId="6488A092" w14:textId="77777777" w:rsidTr="00E23714">
        <w:trPr>
          <w:trHeight w:val="64"/>
        </w:trPr>
        <w:tc>
          <w:tcPr>
            <w:tcW w:w="1674" w:type="dxa"/>
            <w:shd w:val="clear" w:color="auto" w:fill="auto"/>
            <w:vAlign w:val="center"/>
          </w:tcPr>
          <w:p w14:paraId="3F1EF526" w14:textId="77777777" w:rsidR="0099414E" w:rsidRPr="0046524B" w:rsidRDefault="0099414E" w:rsidP="00CC2578">
            <w:pPr>
              <w:spacing w:before="100" w:beforeAutospacing="1" w:after="100" w:afterAutospacing="1"/>
              <w:ind w:left="-24"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lastRenderedPageBreak/>
              <w:t>Thời gian</w:t>
            </w:r>
          </w:p>
        </w:tc>
        <w:tc>
          <w:tcPr>
            <w:tcW w:w="7655" w:type="dxa"/>
            <w:shd w:val="clear" w:color="auto" w:fill="auto"/>
          </w:tcPr>
          <w:p w14:paraId="21AF7E2F" w14:textId="4A7B2E56" w:rsidR="0099414E" w:rsidRPr="0046524B" w:rsidRDefault="0099414E" w:rsidP="00CC2578">
            <w:pPr>
              <w:spacing w:before="100" w:beforeAutospacing="1" w:after="100" w:afterAutospacing="1"/>
              <w:jc w:val="both"/>
              <w:rPr>
                <w:rFonts w:ascii="Times New Roman" w:eastAsia="Calibri" w:hAnsi="Times New Roman" w:cs="Times New Roman"/>
                <w:spacing w:val="-2"/>
                <w:lang w:val="vi-VN"/>
              </w:rPr>
            </w:pPr>
            <w:r w:rsidRPr="0046524B">
              <w:rPr>
                <w:rFonts w:ascii="Times New Roman" w:eastAsia="Calibri" w:hAnsi="Times New Roman" w:cs="Times New Roman"/>
                <w:spacing w:val="-2"/>
                <w:lang w:val="vi-VN"/>
              </w:rPr>
              <w:t>Quanh năm.</w:t>
            </w:r>
          </w:p>
        </w:tc>
      </w:tr>
      <w:tr w:rsidR="0046524B" w:rsidRPr="00AC61D5" w14:paraId="221A2631" w14:textId="77777777" w:rsidTr="00E23714">
        <w:trPr>
          <w:trHeight w:val="416"/>
        </w:trPr>
        <w:tc>
          <w:tcPr>
            <w:tcW w:w="1674" w:type="dxa"/>
            <w:shd w:val="clear" w:color="auto" w:fill="auto"/>
            <w:vAlign w:val="center"/>
          </w:tcPr>
          <w:p w14:paraId="6884F686" w14:textId="77777777" w:rsidR="0099414E" w:rsidRPr="0046524B" w:rsidRDefault="0099414E" w:rsidP="00CC2578">
            <w:pPr>
              <w:spacing w:before="100" w:beforeAutospacing="1" w:after="100" w:afterAutospacing="1"/>
              <w:ind w:left="-24" w:right="-74"/>
              <w:jc w:val="center"/>
              <w:rPr>
                <w:rFonts w:ascii="Times New Roman" w:eastAsia="Calibri" w:hAnsi="Times New Roman" w:cs="Times New Roman"/>
                <w:b/>
                <w:lang w:val="vi-VN"/>
              </w:rPr>
            </w:pPr>
            <w:r w:rsidRPr="0046524B">
              <w:rPr>
                <w:rFonts w:ascii="Times New Roman" w:eastAsia="Calibri" w:hAnsi="Times New Roman" w:cs="Times New Roman"/>
                <w:b/>
              </w:rPr>
              <w:t>Điểm mạnh</w:t>
            </w:r>
          </w:p>
        </w:tc>
        <w:tc>
          <w:tcPr>
            <w:tcW w:w="7655" w:type="dxa"/>
            <w:shd w:val="clear" w:color="auto" w:fill="auto"/>
          </w:tcPr>
          <w:p w14:paraId="4FF26BB0" w14:textId="77777777" w:rsidR="0099414E" w:rsidRPr="0046524B" w:rsidRDefault="0099414E" w:rsidP="00CC2578">
            <w:pPr>
              <w:spacing w:before="100" w:beforeAutospacing="1" w:after="100" w:afterAutospacing="1"/>
              <w:jc w:val="both"/>
              <w:rPr>
                <w:rFonts w:ascii="Times New Roman" w:eastAsia="Calibri" w:hAnsi="Times New Roman" w:cs="Times New Roman"/>
                <w:spacing w:val="-2"/>
                <w:lang w:val="vi-VN"/>
              </w:rPr>
            </w:pPr>
            <w:r w:rsidRPr="0046524B">
              <w:rPr>
                <w:rFonts w:ascii="Times New Roman" w:eastAsia="Calibri" w:hAnsi="Times New Roman" w:cs="Times New Roman"/>
                <w:spacing w:val="-2"/>
                <w:lang w:val="vi-VN"/>
              </w:rPr>
              <w:t xml:space="preserve">Mô hình dễ thực hiện; Hiệu quả kinh tế cao, tạo việc làm ổn định; Mô hình tuần hoàn khép kín giúp bảo vệ đất, nước, giảm áp lực rừng. </w:t>
            </w:r>
          </w:p>
        </w:tc>
      </w:tr>
      <w:tr w:rsidR="0046524B" w:rsidRPr="00AC61D5" w14:paraId="726C43C7" w14:textId="77777777" w:rsidTr="00E23714">
        <w:trPr>
          <w:trHeight w:val="77"/>
        </w:trPr>
        <w:tc>
          <w:tcPr>
            <w:tcW w:w="1674" w:type="dxa"/>
            <w:shd w:val="clear" w:color="auto" w:fill="auto"/>
            <w:vAlign w:val="center"/>
          </w:tcPr>
          <w:p w14:paraId="6037E4D0" w14:textId="77777777" w:rsidR="0099414E" w:rsidRPr="0046524B" w:rsidRDefault="0099414E" w:rsidP="00CC2578">
            <w:pPr>
              <w:spacing w:before="100" w:beforeAutospacing="1" w:after="100" w:afterAutospacing="1"/>
              <w:ind w:left="44" w:right="-74"/>
              <w:jc w:val="center"/>
              <w:rPr>
                <w:rFonts w:ascii="Times New Roman" w:eastAsia="Calibri" w:hAnsi="Times New Roman" w:cs="Times New Roman"/>
                <w:b/>
                <w:lang w:val="vi-VN"/>
              </w:rPr>
            </w:pPr>
            <w:r w:rsidRPr="0046524B">
              <w:rPr>
                <w:rFonts w:ascii="Times New Roman" w:eastAsia="Calibri" w:hAnsi="Times New Roman" w:cs="Times New Roman"/>
                <w:b/>
              </w:rPr>
              <w:t>Điểm yếu</w:t>
            </w:r>
          </w:p>
        </w:tc>
        <w:tc>
          <w:tcPr>
            <w:tcW w:w="7655" w:type="dxa"/>
            <w:shd w:val="clear" w:color="auto" w:fill="auto"/>
          </w:tcPr>
          <w:p w14:paraId="5B51F68C" w14:textId="2A47899B" w:rsidR="0099414E" w:rsidRPr="0046524B" w:rsidRDefault="0099414E" w:rsidP="00CC2578">
            <w:pPr>
              <w:spacing w:before="100" w:beforeAutospacing="1" w:after="100" w:afterAutospacing="1"/>
              <w:jc w:val="both"/>
              <w:rPr>
                <w:rFonts w:ascii="Times New Roman" w:eastAsia="Calibri" w:hAnsi="Times New Roman" w:cs="Times New Roman"/>
                <w:spacing w:val="-2"/>
                <w:lang w:val="vi-VN"/>
              </w:rPr>
            </w:pPr>
            <w:r w:rsidRPr="0046524B">
              <w:rPr>
                <w:rFonts w:ascii="Times New Roman" w:eastAsia="Calibri" w:hAnsi="Times New Roman" w:cs="Times New Roman"/>
                <w:spacing w:val="-2"/>
                <w:lang w:val="vi-VN"/>
              </w:rPr>
              <w:t>Cần quỹ đất lớn và điều kiện tự nhiên phù hợp; Chi phí đầu tư ban đầu lớn; Dịch bệnh khó xử lý vì không dùng thuố</w:t>
            </w:r>
            <w:r w:rsidR="007D2F4C">
              <w:rPr>
                <w:rFonts w:ascii="Times New Roman" w:eastAsia="Calibri" w:hAnsi="Times New Roman" w:cs="Times New Roman"/>
                <w:spacing w:val="-2"/>
                <w:lang w:val="vi-VN"/>
              </w:rPr>
              <w:t xml:space="preserve">c </w:t>
            </w:r>
            <w:r w:rsidR="007D2F4C" w:rsidRPr="007D2F4C">
              <w:rPr>
                <w:rFonts w:ascii="Times New Roman" w:eastAsia="Calibri" w:hAnsi="Times New Roman" w:cs="Times New Roman"/>
                <w:spacing w:val="-2"/>
                <w:lang w:val="vi-VN"/>
              </w:rPr>
              <w:t>bảo vệ thực vật</w:t>
            </w:r>
            <w:r w:rsidRPr="0046524B">
              <w:rPr>
                <w:rFonts w:ascii="Times New Roman" w:eastAsia="Calibri" w:hAnsi="Times New Roman" w:cs="Times New Roman"/>
                <w:spacing w:val="-2"/>
                <w:lang w:val="vi-VN"/>
              </w:rPr>
              <w:t>; Thị trường đầu ra chưa ổn định.</w:t>
            </w:r>
          </w:p>
        </w:tc>
      </w:tr>
      <w:tr w:rsidR="0046524B" w:rsidRPr="00AC61D5" w14:paraId="722F87F6" w14:textId="77777777" w:rsidTr="00E23714">
        <w:trPr>
          <w:trHeight w:val="395"/>
        </w:trPr>
        <w:tc>
          <w:tcPr>
            <w:tcW w:w="1674" w:type="dxa"/>
            <w:shd w:val="clear" w:color="auto" w:fill="auto"/>
            <w:vAlign w:val="center"/>
          </w:tcPr>
          <w:p w14:paraId="1779D17E" w14:textId="7FE764A6" w:rsidR="0099414E" w:rsidRPr="0046524B" w:rsidRDefault="009E255E" w:rsidP="009E255E">
            <w:pPr>
              <w:spacing w:before="100" w:beforeAutospacing="1" w:after="100" w:afterAutospacing="1"/>
              <w:ind w:left="44"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t>Cơ</w:t>
            </w:r>
            <w:r w:rsidRPr="0046524B">
              <w:rPr>
                <w:rFonts w:ascii="Times New Roman" w:eastAsia="Calibri" w:hAnsi="Times New Roman" w:cs="Times New Roman"/>
                <w:b/>
              </w:rPr>
              <w:t xml:space="preserve"> </w:t>
            </w:r>
            <w:r w:rsidR="0099414E" w:rsidRPr="0046524B">
              <w:rPr>
                <w:rFonts w:ascii="Times New Roman" w:eastAsia="Calibri" w:hAnsi="Times New Roman" w:cs="Times New Roman"/>
                <w:b/>
                <w:lang w:val="vi-VN"/>
              </w:rPr>
              <w:t>hội</w:t>
            </w:r>
          </w:p>
        </w:tc>
        <w:tc>
          <w:tcPr>
            <w:tcW w:w="7655" w:type="dxa"/>
            <w:shd w:val="clear" w:color="auto" w:fill="auto"/>
          </w:tcPr>
          <w:p w14:paraId="37667F54" w14:textId="77777777" w:rsidR="0099414E" w:rsidRPr="0046524B" w:rsidRDefault="0099414E" w:rsidP="00CC2578">
            <w:pPr>
              <w:spacing w:before="100" w:beforeAutospacing="1" w:after="100" w:afterAutospacing="1"/>
              <w:jc w:val="both"/>
              <w:rPr>
                <w:rFonts w:ascii="Times New Roman" w:eastAsia="Calibri" w:hAnsi="Times New Roman" w:cs="Times New Roman"/>
                <w:spacing w:val="-2"/>
                <w:lang w:val="vi-VN"/>
              </w:rPr>
            </w:pPr>
            <w:r w:rsidRPr="0046524B">
              <w:rPr>
                <w:rFonts w:ascii="Times New Roman" w:eastAsia="Calibri" w:hAnsi="Times New Roman" w:cs="Times New Roman"/>
                <w:spacing w:val="-2"/>
                <w:lang w:val="vi-VN"/>
              </w:rPr>
              <w:t>- Được sự quan tâm và hỗ trợ về vốn, kỹ thuật của trung tâm khuyến nông; Nhu cầu thị trường ngày càng cao; Mang lại thu nhập ổn định.</w:t>
            </w:r>
          </w:p>
        </w:tc>
      </w:tr>
      <w:tr w:rsidR="0046524B" w:rsidRPr="00AC61D5" w14:paraId="2ED558E8" w14:textId="77777777" w:rsidTr="00E23714">
        <w:trPr>
          <w:trHeight w:val="170"/>
        </w:trPr>
        <w:tc>
          <w:tcPr>
            <w:tcW w:w="1674" w:type="dxa"/>
            <w:shd w:val="clear" w:color="auto" w:fill="auto"/>
            <w:vAlign w:val="center"/>
          </w:tcPr>
          <w:p w14:paraId="5B0F8EF1" w14:textId="71C17222" w:rsidR="0099414E" w:rsidRPr="0046524B" w:rsidRDefault="009E255E" w:rsidP="009E255E">
            <w:pPr>
              <w:spacing w:before="100" w:beforeAutospacing="1" w:after="100" w:afterAutospacing="1"/>
              <w:ind w:left="44"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t>Thách</w:t>
            </w:r>
            <w:r w:rsidRPr="0046524B">
              <w:rPr>
                <w:rFonts w:ascii="Times New Roman" w:eastAsia="Calibri" w:hAnsi="Times New Roman" w:cs="Times New Roman"/>
                <w:b/>
              </w:rPr>
              <w:t xml:space="preserve"> </w:t>
            </w:r>
            <w:r w:rsidR="0099414E" w:rsidRPr="0046524B">
              <w:rPr>
                <w:rFonts w:ascii="Times New Roman" w:eastAsia="Calibri" w:hAnsi="Times New Roman" w:cs="Times New Roman"/>
                <w:b/>
                <w:lang w:val="vi-VN"/>
              </w:rPr>
              <w:t>thức</w:t>
            </w:r>
          </w:p>
        </w:tc>
        <w:tc>
          <w:tcPr>
            <w:tcW w:w="7655" w:type="dxa"/>
            <w:shd w:val="clear" w:color="auto" w:fill="auto"/>
          </w:tcPr>
          <w:p w14:paraId="7EEB958E" w14:textId="77777777" w:rsidR="0099414E" w:rsidRPr="0046524B" w:rsidRDefault="0099414E" w:rsidP="00CC2578">
            <w:pPr>
              <w:spacing w:before="100" w:beforeAutospacing="1" w:after="100" w:afterAutospacing="1"/>
              <w:jc w:val="both"/>
              <w:rPr>
                <w:rFonts w:ascii="Times New Roman" w:eastAsia="Calibri" w:hAnsi="Times New Roman" w:cs="Times New Roman"/>
                <w:spacing w:val="-2"/>
                <w:lang w:val="vi-VN"/>
              </w:rPr>
            </w:pPr>
            <w:r w:rsidRPr="0046524B">
              <w:rPr>
                <w:rFonts w:ascii="Times New Roman" w:eastAsia="Calibri" w:hAnsi="Times New Roman" w:cs="Times New Roman"/>
                <w:spacing w:val="-2"/>
                <w:lang w:val="vi-VN"/>
              </w:rPr>
              <w:t>- Giá cả thường xuyên biến động, phụ thuộc vào quan hệ cung cầu của thị trường, thường bị thương lái ép giá.</w:t>
            </w:r>
          </w:p>
        </w:tc>
      </w:tr>
    </w:tbl>
    <w:p w14:paraId="49C07A8C" w14:textId="2DB29F5B" w:rsidR="0099414E" w:rsidRPr="00E424DE" w:rsidRDefault="0099414E" w:rsidP="0010122C">
      <w:pPr>
        <w:spacing w:after="120" w:line="240" w:lineRule="auto"/>
        <w:jc w:val="both"/>
        <w:rPr>
          <w:rFonts w:ascii="Times New Roman" w:eastAsia="Calibri" w:hAnsi="Times New Roman" w:cs="Times New Roman"/>
          <w:lang w:val="vi-VN"/>
        </w:rPr>
      </w:pPr>
      <w:r w:rsidRPr="0046524B">
        <w:rPr>
          <w:rFonts w:ascii="Times New Roman" w:eastAsia="Calibri" w:hAnsi="Times New Roman" w:cs="Times New Roman"/>
          <w:i/>
          <w:lang w:val="vi-VN"/>
        </w:rPr>
        <w:t xml:space="preserve">- Ý nghĩa kinh tế của mô hình: </w:t>
      </w:r>
      <w:r w:rsidR="00E424DE" w:rsidRPr="00EF4205">
        <w:rPr>
          <w:rFonts w:ascii="Times New Roman" w:eastAsia="Calibri" w:hAnsi="Times New Roman" w:cs="Times New Roman"/>
          <w:color w:val="FF0000"/>
          <w:lang w:val="vi-VN"/>
        </w:rPr>
        <w:t>Để phát huy tối đa hiệu quả của mô hình, 1ha vườn trồng cây ăn quả như như bưởi, mít, cam, chuối cho doanh thu khoảng 100 triệu đồng, nuôi diện tích khoảng 0,1ha nuôi cá cho doanh thu khoảng 50 triệu đồ</w:t>
      </w:r>
      <w:r w:rsidR="00EF4205" w:rsidRPr="00EF4205">
        <w:rPr>
          <w:rFonts w:ascii="Times New Roman" w:eastAsia="Calibri" w:hAnsi="Times New Roman" w:cs="Times New Roman"/>
          <w:color w:val="FF0000"/>
          <w:lang w:val="vi-VN"/>
        </w:rPr>
        <w:t>ng, và nuôi 3</w:t>
      </w:r>
      <w:r w:rsidR="00E424DE" w:rsidRPr="00EF4205">
        <w:rPr>
          <w:rFonts w:ascii="Times New Roman" w:eastAsia="Calibri" w:hAnsi="Times New Roman" w:cs="Times New Roman"/>
          <w:color w:val="FF0000"/>
          <w:lang w:val="vi-VN"/>
        </w:rPr>
        <w:t>0 con bò cho doanh thu khoảng 600 triệu đồng/năm</w:t>
      </w:r>
      <w:r w:rsidR="00E424DE" w:rsidRPr="00EF4205">
        <w:rPr>
          <w:rFonts w:ascii="Times New Roman" w:eastAsia="Calibri" w:hAnsi="Times New Roman" w:cs="Times New Roman"/>
          <w:lang w:val="vi-VN"/>
        </w:rPr>
        <w:t xml:space="preserve">. Nhờ đó, </w:t>
      </w:r>
      <w:r w:rsidRPr="0046524B">
        <w:rPr>
          <w:rFonts w:ascii="Times New Roman" w:eastAsia="Calibri" w:hAnsi="Times New Roman" w:cs="Times New Roman"/>
          <w:lang w:val="vi-VN"/>
        </w:rPr>
        <w:t>Mô hình V-A-C cho cho giá trị sản xuất đạ</w:t>
      </w:r>
      <w:r w:rsidR="000C3506">
        <w:rPr>
          <w:rFonts w:ascii="Times New Roman" w:eastAsia="Calibri" w:hAnsi="Times New Roman" w:cs="Times New Roman"/>
          <w:lang w:val="vi-VN"/>
        </w:rPr>
        <w:t xml:space="preserve">t </w:t>
      </w:r>
      <w:r w:rsidR="000C3506" w:rsidRPr="000C3506">
        <w:rPr>
          <w:rFonts w:ascii="Times New Roman" w:eastAsia="Calibri" w:hAnsi="Times New Roman" w:cs="Times New Roman"/>
          <w:lang w:val="vi-VN"/>
        </w:rPr>
        <w:t>7</w:t>
      </w:r>
      <w:r w:rsidRPr="0046524B">
        <w:rPr>
          <w:rFonts w:ascii="Times New Roman" w:eastAsia="Calibri" w:hAnsi="Times New Roman" w:cs="Times New Roman"/>
          <w:lang w:val="vi-VN"/>
        </w:rPr>
        <w:t>50 triệu đồng/ha với giá trị gia tăng đạ</w:t>
      </w:r>
      <w:r w:rsidR="000C3506">
        <w:rPr>
          <w:rFonts w:ascii="Times New Roman" w:eastAsia="Calibri" w:hAnsi="Times New Roman" w:cs="Times New Roman"/>
          <w:lang w:val="vi-VN"/>
        </w:rPr>
        <w:t xml:space="preserve">t </w:t>
      </w:r>
      <w:r w:rsidR="000C3506" w:rsidRPr="000C3506">
        <w:rPr>
          <w:rFonts w:ascii="Times New Roman" w:eastAsia="Calibri" w:hAnsi="Times New Roman" w:cs="Times New Roman"/>
          <w:lang w:val="vi-VN"/>
        </w:rPr>
        <w:t>4</w:t>
      </w:r>
      <w:r w:rsidRPr="0046524B">
        <w:rPr>
          <w:rFonts w:ascii="Times New Roman" w:eastAsia="Calibri" w:hAnsi="Times New Roman" w:cs="Times New Roman"/>
          <w:lang w:val="vi-VN"/>
        </w:rPr>
        <w:t>50 triệu đồng/ha và hiệu quả đồng vốn đạ</w:t>
      </w:r>
      <w:r w:rsidR="000C3506">
        <w:rPr>
          <w:rFonts w:ascii="Times New Roman" w:eastAsia="Calibri" w:hAnsi="Times New Roman" w:cs="Times New Roman"/>
          <w:lang w:val="vi-VN"/>
        </w:rPr>
        <w:t>t 1,</w:t>
      </w:r>
      <w:r w:rsidR="000C3506" w:rsidRPr="00E424DE">
        <w:rPr>
          <w:rFonts w:ascii="Times New Roman" w:eastAsia="Calibri" w:hAnsi="Times New Roman" w:cs="Times New Roman"/>
          <w:lang w:val="vi-VN"/>
        </w:rPr>
        <w:t>51</w:t>
      </w:r>
      <w:r w:rsidRPr="0046524B">
        <w:rPr>
          <w:rFonts w:ascii="Times New Roman" w:eastAsia="Calibri" w:hAnsi="Times New Roman" w:cs="Times New Roman"/>
          <w:lang w:val="vi-VN"/>
        </w:rPr>
        <w:t xml:space="preserve"> lần.</w:t>
      </w:r>
      <w:r w:rsidR="00E424DE" w:rsidRPr="00E424DE">
        <w:rPr>
          <w:rFonts w:ascii="Times New Roman" w:eastAsia="Calibri" w:hAnsi="Times New Roman" w:cs="Times New Roman"/>
          <w:lang w:val="vi-VN"/>
        </w:rPr>
        <w:t xml:space="preserve"> </w:t>
      </w:r>
    </w:p>
    <w:p w14:paraId="782A2486" w14:textId="77777777" w:rsidR="0099414E" w:rsidRPr="0046524B" w:rsidRDefault="0099414E" w:rsidP="0010122C">
      <w:pPr>
        <w:spacing w:after="120" w:line="240" w:lineRule="auto"/>
        <w:jc w:val="both"/>
        <w:rPr>
          <w:rFonts w:ascii="Times New Roman" w:eastAsia="Calibri" w:hAnsi="Times New Roman" w:cs="Times New Roman"/>
          <w:lang w:val="vi-VN"/>
        </w:rPr>
      </w:pPr>
      <w:r w:rsidRPr="0046524B">
        <w:rPr>
          <w:rFonts w:ascii="Times New Roman" w:eastAsia="Calibri" w:hAnsi="Times New Roman" w:cs="Times New Roman"/>
          <w:i/>
          <w:lang w:val="vi-VN"/>
        </w:rPr>
        <w:t xml:space="preserve">- Ý nghĩa xã hội và môi trường của mô hình: </w:t>
      </w:r>
      <w:r w:rsidRPr="0046524B">
        <w:rPr>
          <w:rFonts w:ascii="Times New Roman" w:eastAsia="Calibri" w:hAnsi="Times New Roman" w:cs="Times New Roman"/>
          <w:lang w:val="vi-VN"/>
        </w:rPr>
        <w:t>Mô hình cũng có ý nghĩa xã hội và môi trường cao với số ngày công lao động 980 công/ha/năm, giá trị ngày công đạt hơn 800.000 đồng và người dân cũng thích lựa chọn mô hình này để phát triển. Bên cạnh đó, mô hình này cũng giúp bảo vệ, tăng độ phì cho đất, giảm ô nhiễm môi trường, giảm áp lực lên rừng.</w:t>
      </w:r>
    </w:p>
    <w:p w14:paraId="03C81674" w14:textId="77777777" w:rsidR="0099414E" w:rsidRPr="0046524B" w:rsidRDefault="0099414E" w:rsidP="0010122C">
      <w:pPr>
        <w:spacing w:after="120" w:line="240" w:lineRule="auto"/>
        <w:jc w:val="both"/>
        <w:rPr>
          <w:rFonts w:ascii="Times New Roman" w:eastAsia="Calibri" w:hAnsi="Times New Roman" w:cs="Times New Roman"/>
          <w:lang w:val="it-IT"/>
        </w:rPr>
      </w:pPr>
      <w:r w:rsidRPr="0046524B">
        <w:rPr>
          <w:rFonts w:ascii="Times New Roman" w:eastAsia="Calibri" w:hAnsi="Times New Roman" w:cs="Times New Roman"/>
          <w:i/>
          <w:lang w:val="it-IT"/>
        </w:rPr>
        <w:t xml:space="preserve">- Địa bàn áp dụng: </w:t>
      </w:r>
      <w:r w:rsidRPr="0046524B">
        <w:rPr>
          <w:rFonts w:ascii="Times New Roman" w:eastAsia="Calibri" w:hAnsi="Times New Roman" w:cs="Times New Roman"/>
          <w:lang w:val="it-IT"/>
        </w:rPr>
        <w:t>Các khu vực xã Hương Sơn, Thượng Lộ, Thượng Long, Thượng Nhật, Thượng Quảng có địa hình bán sơn địa, có nguồn nước khá phong phú từ các khe suối đều có thể áp dụng được mô hình này.</w:t>
      </w:r>
    </w:p>
    <w:p w14:paraId="2E1217AA" w14:textId="77777777" w:rsidR="0099414E" w:rsidRPr="0046524B" w:rsidRDefault="0099414E" w:rsidP="0010122C">
      <w:pPr>
        <w:spacing w:after="120" w:line="240" w:lineRule="auto"/>
        <w:contextualSpacing/>
        <w:jc w:val="both"/>
        <w:rPr>
          <w:rFonts w:ascii="Times New Roman" w:eastAsia="Times New Roman" w:hAnsi="Times New Roman" w:cs="Times New Roman"/>
          <w:b/>
          <w:bCs/>
          <w:i/>
          <w:iCs/>
          <w:lang w:val="sv-SE"/>
        </w:rPr>
      </w:pPr>
      <w:r w:rsidRPr="0046524B">
        <w:rPr>
          <w:rFonts w:ascii="Times New Roman" w:eastAsia="Times New Roman" w:hAnsi="Times New Roman" w:cs="Times New Roman"/>
          <w:b/>
          <w:bCs/>
          <w:i/>
          <w:iCs/>
          <w:lang w:val="sv-SE"/>
        </w:rPr>
        <w:t xml:space="preserve">b) Trồng rừng kết hợp nuôi bò </w:t>
      </w:r>
    </w:p>
    <w:p w14:paraId="563DF006" w14:textId="63309616" w:rsidR="0099414E" w:rsidRPr="0046524B" w:rsidRDefault="0099414E" w:rsidP="0026740C">
      <w:pPr>
        <w:spacing w:after="120" w:line="240" w:lineRule="auto"/>
        <w:jc w:val="center"/>
        <w:rPr>
          <w:rFonts w:ascii="Times New Roman" w:eastAsia="Calibri" w:hAnsi="Times New Roman" w:cs="Times New Roman"/>
          <w:lang w:val="pt-BR"/>
        </w:rPr>
      </w:pPr>
      <w:r w:rsidRPr="0046524B">
        <w:rPr>
          <w:rFonts w:ascii="Times New Roman" w:eastAsia="Calibri" w:hAnsi="Times New Roman" w:cs="Times New Roman"/>
          <w:b/>
          <w:lang w:val="pt-BR"/>
        </w:rPr>
        <w:t xml:space="preserve">Bảng </w:t>
      </w:r>
      <w:r w:rsidR="00357820">
        <w:rPr>
          <w:rFonts w:ascii="Times New Roman" w:eastAsia="Calibri" w:hAnsi="Times New Roman" w:cs="Times New Roman"/>
          <w:b/>
          <w:lang w:val="pt-BR"/>
        </w:rPr>
        <w:t>8</w:t>
      </w:r>
      <w:r w:rsidRPr="0046524B">
        <w:rPr>
          <w:rFonts w:ascii="Times New Roman" w:eastAsia="Calibri" w:hAnsi="Times New Roman" w:cs="Times New Roman"/>
          <w:b/>
          <w:lang w:val="pt-BR"/>
        </w:rPr>
        <w:t>.</w:t>
      </w:r>
      <w:r w:rsidRPr="0046524B">
        <w:rPr>
          <w:rFonts w:ascii="Times New Roman" w:eastAsia="Calibri" w:hAnsi="Times New Roman" w:cs="Times New Roman"/>
          <w:lang w:val="pt-BR"/>
        </w:rPr>
        <w:t xml:space="preserve"> Đặc điểm mô hình trồng rừng kết hợp nuôi bò </w:t>
      </w: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7"/>
        <w:gridCol w:w="7733"/>
      </w:tblGrid>
      <w:tr w:rsidR="0046524B" w:rsidRPr="0046524B" w14:paraId="0376433B" w14:textId="77777777" w:rsidTr="00E23714">
        <w:trPr>
          <w:trHeight w:val="446"/>
        </w:trPr>
        <w:tc>
          <w:tcPr>
            <w:tcW w:w="1597" w:type="dxa"/>
            <w:shd w:val="clear" w:color="auto" w:fill="auto"/>
            <w:vAlign w:val="center"/>
          </w:tcPr>
          <w:p w14:paraId="212DF8A3" w14:textId="77777777" w:rsidR="0099414E" w:rsidRPr="0046524B" w:rsidRDefault="0099414E" w:rsidP="00CC2578">
            <w:pPr>
              <w:spacing w:before="100" w:beforeAutospacing="1" w:after="100" w:afterAutospacing="1"/>
              <w:ind w:right="-74"/>
              <w:jc w:val="center"/>
              <w:rPr>
                <w:rFonts w:ascii="Times New Roman" w:eastAsia="Calibri" w:hAnsi="Times New Roman" w:cs="Times New Roman"/>
                <w:b/>
              </w:rPr>
            </w:pPr>
            <w:r w:rsidRPr="0046524B">
              <w:rPr>
                <w:rFonts w:ascii="Times New Roman" w:eastAsia="Calibri" w:hAnsi="Times New Roman" w:cs="Times New Roman"/>
                <w:b/>
              </w:rPr>
              <w:t>Điều kiện tự nhiên</w:t>
            </w:r>
          </w:p>
        </w:tc>
        <w:tc>
          <w:tcPr>
            <w:tcW w:w="7733" w:type="dxa"/>
            <w:shd w:val="clear" w:color="auto" w:fill="auto"/>
          </w:tcPr>
          <w:p w14:paraId="7BA8529D" w14:textId="77777777" w:rsidR="0099414E" w:rsidRPr="0046524B" w:rsidRDefault="0099414E" w:rsidP="00CC2578">
            <w:pPr>
              <w:spacing w:before="100" w:beforeAutospacing="1" w:after="100" w:afterAutospacing="1"/>
              <w:rPr>
                <w:rFonts w:ascii="Times New Roman" w:eastAsia="Times New Roman" w:hAnsi="Times New Roman" w:cs="Times New Roman"/>
              </w:rPr>
            </w:pPr>
            <w:r w:rsidRPr="0046524B">
              <w:rPr>
                <w:rFonts w:ascii="Times New Roman" w:eastAsia="Times New Roman" w:hAnsi="Times New Roman" w:cs="Times New Roman"/>
              </w:rPr>
              <w:t>Địa hình đồi núi thấp thuận lợi trồng rừng, trồng cỏ làm thức ăn chăn nuôi; cần nguồn nước ổn định phục vụ chăn nuôi gia súc.</w:t>
            </w:r>
          </w:p>
        </w:tc>
      </w:tr>
      <w:tr w:rsidR="0046524B" w:rsidRPr="00AC61D5" w14:paraId="353EDA7F" w14:textId="77777777" w:rsidTr="00E23714">
        <w:trPr>
          <w:trHeight w:val="111"/>
        </w:trPr>
        <w:tc>
          <w:tcPr>
            <w:tcW w:w="1597" w:type="dxa"/>
            <w:shd w:val="clear" w:color="auto" w:fill="auto"/>
            <w:vAlign w:val="center"/>
          </w:tcPr>
          <w:p w14:paraId="27C80537" w14:textId="4886FFCA" w:rsidR="0099414E" w:rsidRPr="0046524B" w:rsidRDefault="00CC2578" w:rsidP="00CC2578">
            <w:pPr>
              <w:spacing w:before="100" w:beforeAutospacing="1" w:after="100" w:afterAutospacing="1"/>
              <w:ind w:left="-24" w:right="-74"/>
              <w:jc w:val="center"/>
              <w:rPr>
                <w:rFonts w:ascii="Times New Roman" w:eastAsia="Calibri" w:hAnsi="Times New Roman" w:cs="Times New Roman"/>
                <w:b/>
                <w:lang w:val="sv-SE"/>
              </w:rPr>
            </w:pPr>
            <w:r w:rsidRPr="0046524B">
              <w:rPr>
                <w:rFonts w:ascii="Times New Roman" w:eastAsia="Calibri" w:hAnsi="Times New Roman" w:cs="Times New Roman"/>
                <w:b/>
                <w:lang w:val="sv-SE"/>
              </w:rPr>
              <w:t xml:space="preserve">Phương </w:t>
            </w:r>
            <w:r w:rsidR="0099414E" w:rsidRPr="0046524B">
              <w:rPr>
                <w:rFonts w:ascii="Times New Roman" w:eastAsia="Calibri" w:hAnsi="Times New Roman" w:cs="Times New Roman"/>
                <w:b/>
                <w:lang w:val="sv-SE"/>
              </w:rPr>
              <w:t>thức canh tác</w:t>
            </w:r>
          </w:p>
        </w:tc>
        <w:tc>
          <w:tcPr>
            <w:tcW w:w="7733" w:type="dxa"/>
            <w:shd w:val="clear" w:color="auto" w:fill="auto"/>
          </w:tcPr>
          <w:p w14:paraId="3F7CE3E0" w14:textId="77777777" w:rsidR="0099414E" w:rsidRPr="0046524B" w:rsidRDefault="0099414E" w:rsidP="00CC2578">
            <w:pPr>
              <w:spacing w:before="100" w:beforeAutospacing="1" w:after="100" w:afterAutospacing="1"/>
              <w:jc w:val="both"/>
              <w:rPr>
                <w:rFonts w:ascii="Times New Roman" w:eastAsia="Calibri" w:hAnsi="Times New Roman" w:cs="Times New Roman"/>
                <w:lang w:val="sv-SE"/>
              </w:rPr>
            </w:pPr>
            <w:r w:rsidRPr="0046524B">
              <w:rPr>
                <w:rFonts w:ascii="Times New Roman" w:eastAsia="Times New Roman" w:hAnsi="Times New Roman" w:cs="Times New Roman"/>
                <w:lang w:val="sv-SE"/>
              </w:rPr>
              <w:t xml:space="preserve">Trồng cao su tạo bóng mát để trồng xen cỏ; dành 0,3–0,5 ha trồng cỏ làm thức ăn quanh năm; chăn thả bán tự nhiên, chăm sóc và tiêm phòng đầy đủ. </w:t>
            </w:r>
          </w:p>
        </w:tc>
      </w:tr>
      <w:tr w:rsidR="0046524B" w:rsidRPr="0046524B" w14:paraId="34C359CA" w14:textId="77777777" w:rsidTr="00E23714">
        <w:trPr>
          <w:trHeight w:val="352"/>
        </w:trPr>
        <w:tc>
          <w:tcPr>
            <w:tcW w:w="1597" w:type="dxa"/>
            <w:shd w:val="clear" w:color="auto" w:fill="auto"/>
            <w:vAlign w:val="center"/>
          </w:tcPr>
          <w:p w14:paraId="475116F9" w14:textId="77777777" w:rsidR="0099414E" w:rsidRPr="0046524B" w:rsidRDefault="0099414E" w:rsidP="00CC2578">
            <w:pPr>
              <w:spacing w:before="100" w:beforeAutospacing="1" w:after="100" w:afterAutospacing="1"/>
              <w:ind w:left="-24"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t>Thời gian</w:t>
            </w:r>
          </w:p>
        </w:tc>
        <w:tc>
          <w:tcPr>
            <w:tcW w:w="7733" w:type="dxa"/>
            <w:shd w:val="clear" w:color="auto" w:fill="auto"/>
          </w:tcPr>
          <w:p w14:paraId="0CEB2A53" w14:textId="77777777" w:rsidR="0099414E" w:rsidRPr="0046524B" w:rsidRDefault="0099414E" w:rsidP="00CC2578">
            <w:pPr>
              <w:tabs>
                <w:tab w:val="left" w:pos="3964"/>
              </w:tabs>
              <w:spacing w:before="100" w:beforeAutospacing="1" w:after="100" w:afterAutospacing="1"/>
              <w:jc w:val="both"/>
              <w:rPr>
                <w:rFonts w:ascii="Times New Roman" w:eastAsia="Calibri" w:hAnsi="Times New Roman" w:cs="Times New Roman"/>
                <w:lang w:val="vi-VN"/>
              </w:rPr>
            </w:pPr>
            <w:r w:rsidRPr="0046524B">
              <w:rPr>
                <w:rFonts w:ascii="Times New Roman" w:eastAsia="Calibri" w:hAnsi="Times New Roman" w:cs="Times New Roman"/>
              </w:rPr>
              <w:t>Quanh năm</w:t>
            </w:r>
            <w:r w:rsidRPr="0046524B">
              <w:rPr>
                <w:rFonts w:ascii="Times New Roman" w:eastAsia="Calibri" w:hAnsi="Times New Roman" w:cs="Times New Roman"/>
                <w:lang w:val="vi-VN"/>
              </w:rPr>
              <w:t>.</w:t>
            </w:r>
          </w:p>
        </w:tc>
      </w:tr>
      <w:tr w:rsidR="0046524B" w:rsidRPr="00AC61D5" w14:paraId="4BFD7FB5" w14:textId="77777777" w:rsidTr="00E23714">
        <w:trPr>
          <w:trHeight w:val="418"/>
        </w:trPr>
        <w:tc>
          <w:tcPr>
            <w:tcW w:w="1597" w:type="dxa"/>
            <w:shd w:val="clear" w:color="auto" w:fill="auto"/>
            <w:vAlign w:val="center"/>
          </w:tcPr>
          <w:p w14:paraId="45587798" w14:textId="77777777" w:rsidR="0099414E" w:rsidRPr="0046524B" w:rsidRDefault="0099414E" w:rsidP="00CC2578">
            <w:pPr>
              <w:spacing w:before="100" w:beforeAutospacing="1" w:after="100" w:afterAutospacing="1"/>
              <w:ind w:left="-24" w:right="-74"/>
              <w:jc w:val="center"/>
              <w:rPr>
                <w:rFonts w:ascii="Times New Roman" w:eastAsia="Calibri" w:hAnsi="Times New Roman" w:cs="Times New Roman"/>
                <w:b/>
                <w:lang w:val="vi-VN"/>
              </w:rPr>
            </w:pPr>
            <w:r w:rsidRPr="0046524B">
              <w:rPr>
                <w:rFonts w:ascii="Times New Roman" w:eastAsia="Calibri" w:hAnsi="Times New Roman" w:cs="Times New Roman"/>
                <w:b/>
              </w:rPr>
              <w:t>Điểm mạnh</w:t>
            </w:r>
          </w:p>
        </w:tc>
        <w:tc>
          <w:tcPr>
            <w:tcW w:w="7733" w:type="dxa"/>
            <w:shd w:val="clear" w:color="auto" w:fill="auto"/>
          </w:tcPr>
          <w:p w14:paraId="6DF0DA8F" w14:textId="77777777" w:rsidR="0099414E" w:rsidRPr="0046524B" w:rsidRDefault="0099414E" w:rsidP="00CC2578">
            <w:pPr>
              <w:spacing w:before="100" w:beforeAutospacing="1" w:after="100" w:afterAutospacing="1"/>
              <w:jc w:val="both"/>
              <w:rPr>
                <w:rFonts w:ascii="Times New Roman" w:eastAsia="Calibri" w:hAnsi="Times New Roman" w:cs="Times New Roman"/>
                <w:spacing w:val="-2"/>
                <w:lang w:val="vi-VN"/>
              </w:rPr>
            </w:pPr>
            <w:r w:rsidRPr="0046524B">
              <w:rPr>
                <w:rFonts w:ascii="Times New Roman" w:eastAsia="Calibri" w:hAnsi="Times New Roman" w:cs="Times New Roman"/>
                <w:shd w:val="clear" w:color="auto" w:fill="FFFFFF"/>
                <w:lang w:val="sv-SE"/>
              </w:rPr>
              <w:t>Mô hình dễ thực hiện, cho hiệu quả kinh tế kép và tiết kiệm chi phí; thị trường ổn định nhờ sử dụng phân hữu cơ, hạn chế thuốc bảo vệ thực vật.</w:t>
            </w:r>
          </w:p>
        </w:tc>
      </w:tr>
      <w:tr w:rsidR="0046524B" w:rsidRPr="00AC61D5" w14:paraId="37512C91" w14:textId="77777777" w:rsidTr="00E23714">
        <w:trPr>
          <w:trHeight w:val="121"/>
        </w:trPr>
        <w:tc>
          <w:tcPr>
            <w:tcW w:w="1597" w:type="dxa"/>
            <w:shd w:val="clear" w:color="auto" w:fill="auto"/>
            <w:vAlign w:val="center"/>
          </w:tcPr>
          <w:p w14:paraId="571921D6" w14:textId="77777777" w:rsidR="0099414E" w:rsidRPr="0046524B" w:rsidRDefault="0099414E" w:rsidP="00CC2578">
            <w:pPr>
              <w:spacing w:before="100" w:beforeAutospacing="1" w:after="100" w:afterAutospacing="1"/>
              <w:ind w:left="44" w:right="-74"/>
              <w:jc w:val="center"/>
              <w:rPr>
                <w:rFonts w:ascii="Times New Roman" w:eastAsia="Calibri" w:hAnsi="Times New Roman" w:cs="Times New Roman"/>
                <w:b/>
                <w:lang w:val="vi-VN"/>
              </w:rPr>
            </w:pPr>
            <w:r w:rsidRPr="0046524B">
              <w:rPr>
                <w:rFonts w:ascii="Times New Roman" w:eastAsia="Calibri" w:hAnsi="Times New Roman" w:cs="Times New Roman"/>
                <w:b/>
              </w:rPr>
              <w:t>Điểm yếu</w:t>
            </w:r>
          </w:p>
        </w:tc>
        <w:tc>
          <w:tcPr>
            <w:tcW w:w="7733" w:type="dxa"/>
            <w:shd w:val="clear" w:color="auto" w:fill="auto"/>
          </w:tcPr>
          <w:p w14:paraId="7A33FBD6" w14:textId="77777777" w:rsidR="0099414E" w:rsidRPr="0046524B" w:rsidRDefault="0099414E" w:rsidP="00CC2578">
            <w:pPr>
              <w:spacing w:before="100" w:beforeAutospacing="1" w:after="100" w:afterAutospacing="1"/>
              <w:jc w:val="both"/>
              <w:rPr>
                <w:rFonts w:ascii="Times New Roman" w:eastAsia="Calibri" w:hAnsi="Times New Roman" w:cs="Times New Roman"/>
                <w:lang w:val="af-ZA"/>
              </w:rPr>
            </w:pPr>
            <w:r w:rsidRPr="0046524B">
              <w:rPr>
                <w:rFonts w:ascii="Times New Roman" w:eastAsia="Calibri" w:hAnsi="Times New Roman" w:cs="Times New Roman"/>
                <w:lang w:val="af-ZA"/>
              </w:rPr>
              <w:t>Đòi hỏi quỹ đất lớn và điều kiện tự nhiên phù hợp; Chi phí đầu lớn và thời gian chăm sóc lâu dài; Thiếu đội ngũ lao động trẻ đặc biệt là lao động có trình độ.</w:t>
            </w:r>
          </w:p>
        </w:tc>
      </w:tr>
      <w:tr w:rsidR="0046524B" w:rsidRPr="00AC61D5" w14:paraId="3A732E1B" w14:textId="77777777" w:rsidTr="00E23714">
        <w:trPr>
          <w:trHeight w:val="60"/>
        </w:trPr>
        <w:tc>
          <w:tcPr>
            <w:tcW w:w="1597" w:type="dxa"/>
            <w:shd w:val="clear" w:color="auto" w:fill="auto"/>
            <w:vAlign w:val="center"/>
          </w:tcPr>
          <w:p w14:paraId="4553927E" w14:textId="44C488FE" w:rsidR="0099414E" w:rsidRPr="0046524B" w:rsidRDefault="00CC2578" w:rsidP="00CC2578">
            <w:pPr>
              <w:spacing w:before="100" w:beforeAutospacing="1" w:after="100" w:afterAutospacing="1"/>
              <w:ind w:left="44"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t>Cơ</w:t>
            </w:r>
            <w:r w:rsidRPr="0046524B">
              <w:rPr>
                <w:rFonts w:ascii="Times New Roman" w:eastAsia="Calibri" w:hAnsi="Times New Roman" w:cs="Times New Roman"/>
                <w:b/>
              </w:rPr>
              <w:t xml:space="preserve"> </w:t>
            </w:r>
            <w:r w:rsidR="0099414E" w:rsidRPr="0046524B">
              <w:rPr>
                <w:rFonts w:ascii="Times New Roman" w:eastAsia="Calibri" w:hAnsi="Times New Roman" w:cs="Times New Roman"/>
                <w:b/>
                <w:lang w:val="vi-VN"/>
              </w:rPr>
              <w:t>hội</w:t>
            </w:r>
          </w:p>
        </w:tc>
        <w:tc>
          <w:tcPr>
            <w:tcW w:w="7733" w:type="dxa"/>
            <w:shd w:val="clear" w:color="auto" w:fill="auto"/>
          </w:tcPr>
          <w:p w14:paraId="3227C311" w14:textId="3FDD14F3" w:rsidR="0099414E" w:rsidRPr="0046524B" w:rsidRDefault="0099414E" w:rsidP="00CC2578">
            <w:pPr>
              <w:spacing w:before="100" w:beforeAutospacing="1" w:after="100" w:afterAutospacing="1"/>
              <w:jc w:val="both"/>
              <w:rPr>
                <w:rFonts w:ascii="Times New Roman" w:eastAsia="Calibri" w:hAnsi="Times New Roman" w:cs="Times New Roman"/>
                <w:lang w:val="vi-VN"/>
              </w:rPr>
            </w:pPr>
            <w:r w:rsidRPr="0046524B">
              <w:rPr>
                <w:rFonts w:ascii="Times New Roman" w:eastAsia="Calibri" w:hAnsi="Times New Roman" w:cs="Times New Roman"/>
                <w:spacing w:val="-2"/>
                <w:lang w:val="vi-VN"/>
              </w:rPr>
              <w:t>Được sự quan tâm và hỗ trợ về vốn, kỹ thuật, giống của chính quyền; Nhu cầu thị trường ngày càng cao.</w:t>
            </w:r>
          </w:p>
        </w:tc>
      </w:tr>
      <w:tr w:rsidR="0046524B" w:rsidRPr="00AC61D5" w14:paraId="116E5089" w14:textId="77777777" w:rsidTr="00E23714">
        <w:trPr>
          <w:trHeight w:val="171"/>
        </w:trPr>
        <w:tc>
          <w:tcPr>
            <w:tcW w:w="1597" w:type="dxa"/>
            <w:shd w:val="clear" w:color="auto" w:fill="auto"/>
            <w:vAlign w:val="center"/>
          </w:tcPr>
          <w:p w14:paraId="2F9B18C6" w14:textId="1A19F32D" w:rsidR="0099414E" w:rsidRPr="0046524B" w:rsidRDefault="00CC2578" w:rsidP="00CC2578">
            <w:pPr>
              <w:spacing w:before="100" w:beforeAutospacing="1" w:after="100" w:afterAutospacing="1"/>
              <w:ind w:left="44"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t>Thách</w:t>
            </w:r>
            <w:r w:rsidRPr="0046524B">
              <w:rPr>
                <w:rFonts w:ascii="Times New Roman" w:eastAsia="Calibri" w:hAnsi="Times New Roman" w:cs="Times New Roman"/>
                <w:b/>
              </w:rPr>
              <w:t xml:space="preserve"> </w:t>
            </w:r>
            <w:r w:rsidR="0099414E" w:rsidRPr="0046524B">
              <w:rPr>
                <w:rFonts w:ascii="Times New Roman" w:eastAsia="Calibri" w:hAnsi="Times New Roman" w:cs="Times New Roman"/>
                <w:b/>
                <w:lang w:val="vi-VN"/>
              </w:rPr>
              <w:t>thức</w:t>
            </w:r>
          </w:p>
        </w:tc>
        <w:tc>
          <w:tcPr>
            <w:tcW w:w="7733" w:type="dxa"/>
            <w:shd w:val="clear" w:color="auto" w:fill="auto"/>
          </w:tcPr>
          <w:p w14:paraId="6C123453" w14:textId="5187D7FA" w:rsidR="0099414E" w:rsidRPr="0046524B" w:rsidRDefault="0099414E" w:rsidP="00CC2578">
            <w:pPr>
              <w:spacing w:before="100" w:beforeAutospacing="1" w:after="100" w:afterAutospacing="1"/>
              <w:jc w:val="both"/>
              <w:rPr>
                <w:rFonts w:ascii="Times New Roman" w:eastAsia="Calibri" w:hAnsi="Times New Roman" w:cs="Times New Roman"/>
                <w:lang w:val="vi-VN"/>
              </w:rPr>
            </w:pPr>
            <w:r w:rsidRPr="0046524B">
              <w:rPr>
                <w:rFonts w:ascii="Times New Roman" w:eastAsia="Calibri" w:hAnsi="Times New Roman" w:cs="Times New Roman"/>
                <w:lang w:val="af-ZA"/>
              </w:rPr>
              <w:t>Khí hậu biến đổi thất thường ảnh hưởng đến vật nuôi; Giá cả thị trường nhiều biến động đặc biệt là biến động về thị trường cao su hiện này.</w:t>
            </w:r>
          </w:p>
        </w:tc>
      </w:tr>
    </w:tbl>
    <w:p w14:paraId="50145F53" w14:textId="00283EB4" w:rsidR="0099414E" w:rsidRPr="0046524B" w:rsidRDefault="0099414E" w:rsidP="0010122C">
      <w:pPr>
        <w:spacing w:after="120" w:line="240" w:lineRule="auto"/>
        <w:jc w:val="both"/>
        <w:rPr>
          <w:rFonts w:ascii="Times New Roman" w:eastAsia="Calibri" w:hAnsi="Times New Roman" w:cs="Times New Roman"/>
          <w:lang w:val="vi-VN"/>
        </w:rPr>
      </w:pPr>
      <w:r w:rsidRPr="0046524B">
        <w:rPr>
          <w:rFonts w:ascii="Times New Roman" w:eastAsia="Calibri" w:hAnsi="Times New Roman" w:cs="Times New Roman"/>
          <w:i/>
          <w:lang w:val="vi-VN"/>
        </w:rPr>
        <w:t xml:space="preserve">- Ý nghĩa kinh tế của mô hình: </w:t>
      </w:r>
      <w:r w:rsidRPr="0046524B">
        <w:rPr>
          <w:rFonts w:ascii="Times New Roman" w:eastAsia="Calibri" w:hAnsi="Times New Roman" w:cs="Times New Roman"/>
          <w:lang w:val="vi-VN"/>
        </w:rPr>
        <w:t>Giả thiết đặt ra, nếu quy mô 1ha cao su đã bước vào giai đoạn khai thác mủ ổn định kết hợp với chăn nuôi 30 con bò</w:t>
      </w:r>
      <w:r w:rsidR="008F1514" w:rsidRPr="008F1514">
        <w:rPr>
          <w:rFonts w:ascii="Times New Roman" w:eastAsia="Calibri" w:hAnsi="Times New Roman" w:cs="Times New Roman"/>
          <w:lang w:val="vi-VN"/>
        </w:rPr>
        <w:t xml:space="preserve"> (</w:t>
      </w:r>
      <w:r w:rsidR="008F1514" w:rsidRPr="008F1514">
        <w:rPr>
          <w:rFonts w:ascii="Times New Roman" w:eastAsia="Calibri" w:hAnsi="Times New Roman" w:cs="Times New Roman"/>
          <w:color w:val="FF0000"/>
          <w:lang w:val="vi-VN"/>
        </w:rPr>
        <w:t>mô hình này đang được triển khai ở huyện Nam Đông</w:t>
      </w:r>
      <w:r w:rsidR="008F1514" w:rsidRPr="008F1514">
        <w:rPr>
          <w:rFonts w:ascii="Times New Roman" w:eastAsia="Calibri" w:hAnsi="Times New Roman" w:cs="Times New Roman"/>
          <w:lang w:val="vi-VN"/>
        </w:rPr>
        <w:t>)</w:t>
      </w:r>
      <w:r w:rsidRPr="0046524B">
        <w:rPr>
          <w:rFonts w:ascii="Times New Roman" w:eastAsia="Calibri" w:hAnsi="Times New Roman" w:cs="Times New Roman"/>
          <w:lang w:val="vi-VN"/>
        </w:rPr>
        <w:t xml:space="preserve"> thì mô hình này mỗi năm có khả năng cho cho giá trị sản xuất đạt 950 triệu đồng/ha với giá trị gia tăng đạt 400 triệu đồng/ha và hiệu quả đồng vốn đạt 1,4 lần.</w:t>
      </w:r>
    </w:p>
    <w:p w14:paraId="3899DEE6" w14:textId="2E80EE76" w:rsidR="0099414E" w:rsidRPr="0046524B" w:rsidRDefault="0099414E" w:rsidP="0010122C">
      <w:pPr>
        <w:spacing w:after="120" w:line="240" w:lineRule="auto"/>
        <w:jc w:val="both"/>
        <w:rPr>
          <w:rFonts w:ascii="Times New Roman" w:eastAsia="Calibri" w:hAnsi="Times New Roman" w:cs="Times New Roman"/>
          <w:lang w:val="vi-VN"/>
        </w:rPr>
      </w:pPr>
      <w:r w:rsidRPr="0046524B">
        <w:rPr>
          <w:rFonts w:ascii="Times New Roman" w:eastAsia="Calibri" w:hAnsi="Times New Roman" w:cs="Times New Roman"/>
          <w:i/>
          <w:lang w:val="vi-VN"/>
        </w:rPr>
        <w:t xml:space="preserve">- Ý nghĩa xã hội và môi trường của mô hình: </w:t>
      </w:r>
      <w:r w:rsidRPr="0046524B">
        <w:rPr>
          <w:rFonts w:ascii="Times New Roman" w:eastAsia="Calibri" w:hAnsi="Times New Roman" w:cs="Times New Roman"/>
          <w:lang w:val="vi-VN"/>
        </w:rPr>
        <w:t>Mô hình có ý nghĩa xã hội, môi trường cao với 960 công/ha/năm, giá trị ngày công hơn 572.000 đồng và tỷ lệ người dân lựa chọ</w:t>
      </w:r>
      <w:r w:rsidR="009136AB">
        <w:rPr>
          <w:rFonts w:ascii="Times New Roman" w:eastAsia="Calibri" w:hAnsi="Times New Roman" w:cs="Times New Roman"/>
          <w:lang w:val="vi-VN"/>
        </w:rPr>
        <w:t>n khá</w:t>
      </w:r>
      <w:r w:rsidRPr="0046524B">
        <w:rPr>
          <w:rFonts w:ascii="Times New Roman" w:eastAsia="Calibri" w:hAnsi="Times New Roman" w:cs="Times New Roman"/>
          <w:lang w:val="vi-VN"/>
        </w:rPr>
        <w:t xml:space="preserve">. Mô hình này sẽ giúp người dân có công ăn việc làm, thay đổi tập quán canh tác nhỏ lẻ, manh mún, giúp phủ xanh đất trống đồi trọc, </w:t>
      </w:r>
      <w:r w:rsidRPr="0046524B">
        <w:rPr>
          <w:rFonts w:ascii="Times New Roman" w:eastAsia="Calibri" w:hAnsi="Times New Roman" w:cs="Times New Roman"/>
          <w:bCs/>
          <w:lang w:val="vi-VN"/>
        </w:rPr>
        <w:t>tăng hàm lượng hữu cơ</w:t>
      </w:r>
      <w:r w:rsidRPr="0046524B">
        <w:rPr>
          <w:rFonts w:ascii="Times New Roman" w:eastAsia="Calibri" w:hAnsi="Times New Roman" w:cs="Times New Roman"/>
          <w:lang w:val="vi-VN"/>
        </w:rPr>
        <w:t>, giữ độ ẩm và cải tạo đất đai thoái hóa, giảm lệ thuộc vào khai thác rừng.</w:t>
      </w:r>
    </w:p>
    <w:p w14:paraId="0208FF0A" w14:textId="7827A26D" w:rsidR="0099414E" w:rsidRPr="0046524B" w:rsidRDefault="0099414E" w:rsidP="0010122C">
      <w:pPr>
        <w:spacing w:after="120" w:line="240" w:lineRule="auto"/>
        <w:jc w:val="both"/>
        <w:rPr>
          <w:rFonts w:ascii="Times New Roman" w:eastAsia="Calibri" w:hAnsi="Times New Roman" w:cs="Times New Roman"/>
          <w:lang w:val="it-IT"/>
        </w:rPr>
      </w:pPr>
      <w:r w:rsidRPr="0046524B">
        <w:rPr>
          <w:rFonts w:ascii="Times New Roman" w:eastAsia="Calibri" w:hAnsi="Times New Roman" w:cs="Times New Roman"/>
          <w:i/>
          <w:lang w:val="it-IT"/>
        </w:rPr>
        <w:t xml:space="preserve">- Địa bàn áp dụng: </w:t>
      </w:r>
      <w:r w:rsidRPr="0046524B">
        <w:rPr>
          <w:rFonts w:ascii="Times New Roman" w:eastAsia="Calibri" w:hAnsi="Times New Roman" w:cs="Times New Roman"/>
          <w:lang w:val="it-IT"/>
        </w:rPr>
        <w:t>Có thể áp dụng tạ</w:t>
      </w:r>
      <w:r w:rsidR="00186DC7">
        <w:rPr>
          <w:rFonts w:ascii="Times New Roman" w:eastAsia="Calibri" w:hAnsi="Times New Roman" w:cs="Times New Roman"/>
          <w:lang w:val="it-IT"/>
        </w:rPr>
        <w:t>i</w:t>
      </w:r>
      <w:r w:rsidRPr="0046524B">
        <w:rPr>
          <w:rFonts w:ascii="Times New Roman" w:eastAsia="Calibri" w:hAnsi="Times New Roman" w:cs="Times New Roman"/>
          <w:lang w:val="it-IT"/>
        </w:rPr>
        <w:t xml:space="preserve"> các xã miền núi trên địa bàn huyện Nam Đông có địa hình đồi núi thấp có diện tích đất nông nghiệp lớ</w:t>
      </w:r>
      <w:r w:rsidR="00186DC7">
        <w:rPr>
          <w:rFonts w:ascii="Times New Roman" w:eastAsia="Calibri" w:hAnsi="Times New Roman" w:cs="Times New Roman"/>
          <w:lang w:val="it-IT"/>
        </w:rPr>
        <w:t xml:space="preserve">n như xã Hương Sơn, </w:t>
      </w:r>
      <w:r w:rsidRPr="0046524B">
        <w:rPr>
          <w:rFonts w:ascii="Times New Roman" w:eastAsia="Calibri" w:hAnsi="Times New Roman" w:cs="Times New Roman"/>
          <w:lang w:val="it-IT"/>
        </w:rPr>
        <w:t>Thượng Lộ, Thượng Quảng, Thượng Long.</w:t>
      </w:r>
    </w:p>
    <w:p w14:paraId="2E2CE22C" w14:textId="77777777" w:rsidR="0099414E" w:rsidRPr="0046524B" w:rsidRDefault="0099414E" w:rsidP="0010122C">
      <w:pPr>
        <w:spacing w:after="120" w:line="240" w:lineRule="auto"/>
        <w:contextualSpacing/>
        <w:jc w:val="both"/>
        <w:rPr>
          <w:rFonts w:ascii="Times New Roman" w:eastAsia="Times New Roman" w:hAnsi="Times New Roman" w:cs="Times New Roman"/>
          <w:b/>
          <w:bCs/>
          <w:i/>
          <w:iCs/>
          <w:lang w:val="sv-SE"/>
        </w:rPr>
      </w:pPr>
      <w:r w:rsidRPr="0046524B">
        <w:rPr>
          <w:rFonts w:ascii="Times New Roman" w:eastAsia="Times New Roman" w:hAnsi="Times New Roman" w:cs="Times New Roman"/>
          <w:b/>
          <w:bCs/>
          <w:i/>
          <w:iCs/>
          <w:lang w:val="sv-SE"/>
        </w:rPr>
        <w:t>c) Lợn theo hướng hữu cơ</w:t>
      </w:r>
    </w:p>
    <w:p w14:paraId="56480442" w14:textId="04375CD5" w:rsidR="0099414E" w:rsidRPr="0046524B" w:rsidRDefault="0099414E" w:rsidP="0026740C">
      <w:pPr>
        <w:spacing w:after="120" w:line="240" w:lineRule="auto"/>
        <w:jc w:val="center"/>
        <w:rPr>
          <w:rFonts w:ascii="Times New Roman" w:eastAsia="Calibri" w:hAnsi="Times New Roman" w:cs="Times New Roman"/>
          <w:lang w:val="pt-BR"/>
        </w:rPr>
      </w:pPr>
      <w:r w:rsidRPr="0046524B">
        <w:rPr>
          <w:rFonts w:ascii="Times New Roman" w:eastAsia="Calibri" w:hAnsi="Times New Roman" w:cs="Times New Roman"/>
          <w:b/>
          <w:lang w:val="pt-BR"/>
        </w:rPr>
        <w:lastRenderedPageBreak/>
        <w:t xml:space="preserve">Bảng </w:t>
      </w:r>
      <w:r w:rsidR="00357820">
        <w:rPr>
          <w:rFonts w:ascii="Times New Roman" w:eastAsia="Calibri" w:hAnsi="Times New Roman" w:cs="Times New Roman"/>
          <w:b/>
          <w:lang w:val="pt-BR"/>
        </w:rPr>
        <w:t>9</w:t>
      </w:r>
      <w:r w:rsidRPr="0046524B">
        <w:rPr>
          <w:rFonts w:ascii="Times New Roman" w:eastAsia="Calibri" w:hAnsi="Times New Roman" w:cs="Times New Roman"/>
          <w:b/>
          <w:lang w:val="pt-BR"/>
        </w:rPr>
        <w:t>.</w:t>
      </w:r>
      <w:r w:rsidRPr="0046524B">
        <w:rPr>
          <w:rFonts w:ascii="Times New Roman" w:eastAsia="Calibri" w:hAnsi="Times New Roman" w:cs="Times New Roman"/>
          <w:lang w:val="pt-BR"/>
        </w:rPr>
        <w:t xml:space="preserve"> Đặc điểm mô hình lợn theo hướng hữu cơ</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12"/>
        <w:gridCol w:w="7807"/>
      </w:tblGrid>
      <w:tr w:rsidR="0046524B" w:rsidRPr="0046524B" w14:paraId="29F6FF1D" w14:textId="77777777" w:rsidTr="00E23714">
        <w:trPr>
          <w:trHeight w:val="76"/>
        </w:trPr>
        <w:tc>
          <w:tcPr>
            <w:tcW w:w="1612" w:type="dxa"/>
            <w:shd w:val="clear" w:color="auto" w:fill="auto"/>
            <w:vAlign w:val="center"/>
          </w:tcPr>
          <w:p w14:paraId="23D83317" w14:textId="77777777" w:rsidR="0099414E" w:rsidRPr="0046524B" w:rsidRDefault="0099414E" w:rsidP="00CC2578">
            <w:pPr>
              <w:spacing w:before="100" w:beforeAutospacing="1" w:after="100" w:afterAutospacing="1"/>
              <w:ind w:right="-74"/>
              <w:jc w:val="center"/>
              <w:rPr>
                <w:rFonts w:ascii="Times New Roman" w:eastAsia="Calibri" w:hAnsi="Times New Roman" w:cs="Times New Roman"/>
                <w:b/>
              </w:rPr>
            </w:pPr>
            <w:r w:rsidRPr="0046524B">
              <w:rPr>
                <w:rFonts w:ascii="Times New Roman" w:eastAsia="Calibri" w:hAnsi="Times New Roman" w:cs="Times New Roman"/>
                <w:b/>
              </w:rPr>
              <w:t>Điều kiện</w:t>
            </w:r>
          </w:p>
        </w:tc>
        <w:tc>
          <w:tcPr>
            <w:tcW w:w="7807" w:type="dxa"/>
            <w:shd w:val="clear" w:color="auto" w:fill="auto"/>
          </w:tcPr>
          <w:p w14:paraId="382CCE66" w14:textId="1FA27286" w:rsidR="0099414E" w:rsidRPr="0046524B" w:rsidRDefault="0099414E" w:rsidP="00CC2578">
            <w:pPr>
              <w:spacing w:before="100" w:beforeAutospacing="1" w:after="100" w:afterAutospacing="1"/>
              <w:jc w:val="both"/>
              <w:rPr>
                <w:rFonts w:ascii="Times New Roman" w:eastAsia="Calibri" w:hAnsi="Times New Roman" w:cs="Times New Roman"/>
              </w:rPr>
            </w:pPr>
            <w:r w:rsidRPr="0046524B">
              <w:rPr>
                <w:rFonts w:ascii="Times New Roman" w:eastAsia="Calibri" w:hAnsi="Times New Roman" w:cs="Times New Roman"/>
                <w:lang w:val="vi-VN"/>
              </w:rPr>
              <w:t xml:space="preserve">Địa hình </w:t>
            </w:r>
            <w:r w:rsidRPr="0046524B">
              <w:rPr>
                <w:rFonts w:ascii="Times New Roman" w:eastAsia="Calibri" w:hAnsi="Times New Roman" w:cs="Times New Roman"/>
              </w:rPr>
              <w:t>đồi núi thấp, gần nguồn nước sạch.</w:t>
            </w:r>
          </w:p>
        </w:tc>
      </w:tr>
      <w:tr w:rsidR="0046524B" w:rsidRPr="00AC61D5" w14:paraId="6E5F7847" w14:textId="77777777" w:rsidTr="00E23714">
        <w:trPr>
          <w:trHeight w:val="377"/>
        </w:trPr>
        <w:tc>
          <w:tcPr>
            <w:tcW w:w="1612" w:type="dxa"/>
            <w:shd w:val="clear" w:color="auto" w:fill="auto"/>
            <w:vAlign w:val="center"/>
          </w:tcPr>
          <w:p w14:paraId="03A5D022" w14:textId="77777777" w:rsidR="0099414E" w:rsidRPr="0046524B" w:rsidRDefault="0099414E" w:rsidP="00CC2578">
            <w:pPr>
              <w:spacing w:before="100" w:beforeAutospacing="1" w:after="100" w:afterAutospacing="1"/>
              <w:ind w:left="-24" w:right="-74"/>
              <w:jc w:val="center"/>
              <w:rPr>
                <w:rFonts w:ascii="Times New Roman" w:eastAsia="Calibri" w:hAnsi="Times New Roman" w:cs="Times New Roman"/>
                <w:b/>
                <w:lang w:val="sv-SE"/>
              </w:rPr>
            </w:pPr>
            <w:r w:rsidRPr="0046524B">
              <w:rPr>
                <w:rFonts w:ascii="Times New Roman" w:eastAsia="Calibri" w:hAnsi="Times New Roman" w:cs="Times New Roman"/>
                <w:b/>
                <w:lang w:val="sv-SE"/>
              </w:rPr>
              <w:t>Phương</w:t>
            </w:r>
          </w:p>
          <w:p w14:paraId="0B2E5E9A" w14:textId="77777777" w:rsidR="0099414E" w:rsidRPr="0046524B" w:rsidRDefault="0099414E" w:rsidP="00CC2578">
            <w:pPr>
              <w:spacing w:before="100" w:beforeAutospacing="1" w:after="100" w:afterAutospacing="1"/>
              <w:ind w:left="-24" w:right="-74"/>
              <w:jc w:val="center"/>
              <w:rPr>
                <w:rFonts w:ascii="Times New Roman" w:eastAsia="Calibri" w:hAnsi="Times New Roman" w:cs="Times New Roman"/>
                <w:b/>
                <w:lang w:val="sv-SE"/>
              </w:rPr>
            </w:pPr>
            <w:r w:rsidRPr="0046524B">
              <w:rPr>
                <w:rFonts w:ascii="Times New Roman" w:eastAsia="Calibri" w:hAnsi="Times New Roman" w:cs="Times New Roman"/>
                <w:b/>
                <w:lang w:val="sv-SE"/>
              </w:rPr>
              <w:t>thứccanh tác</w:t>
            </w:r>
          </w:p>
        </w:tc>
        <w:tc>
          <w:tcPr>
            <w:tcW w:w="7807" w:type="dxa"/>
            <w:shd w:val="clear" w:color="auto" w:fill="auto"/>
          </w:tcPr>
          <w:p w14:paraId="0CF000E8" w14:textId="4D481FF9" w:rsidR="0099414E" w:rsidRPr="0046524B" w:rsidRDefault="0099414E" w:rsidP="00CC2578">
            <w:pPr>
              <w:spacing w:before="100" w:beforeAutospacing="1" w:after="100" w:afterAutospacing="1"/>
              <w:jc w:val="both"/>
              <w:rPr>
                <w:rFonts w:ascii="Times New Roman" w:eastAsia="Calibri" w:hAnsi="Times New Roman" w:cs="Times New Roman"/>
                <w:lang w:val="sv-SE"/>
              </w:rPr>
            </w:pPr>
            <w:r w:rsidRPr="0046524B">
              <w:rPr>
                <w:rFonts w:ascii="Times New Roman" w:eastAsia="Calibri" w:hAnsi="Times New Roman" w:cs="Times New Roman"/>
                <w:shd w:val="clear" w:color="auto" w:fill="FFFFFF"/>
                <w:lang w:val="sv-SE"/>
              </w:rPr>
              <w:t>Lựa chọn giống lợn khoẻ có nguồn gốc, môi trường nuôi phải sạch sẽ, rộng rãi, sử dụng thức ăn tự nhiên, tuân thủ nghiêm ngặt quy định tiêu chuẩn về an toàn sinh học và bảo vệ môi trường.</w:t>
            </w:r>
          </w:p>
        </w:tc>
      </w:tr>
      <w:tr w:rsidR="0046524B" w:rsidRPr="0046524B" w14:paraId="779933AD" w14:textId="77777777" w:rsidTr="00E23714">
        <w:trPr>
          <w:trHeight w:val="59"/>
        </w:trPr>
        <w:tc>
          <w:tcPr>
            <w:tcW w:w="1612" w:type="dxa"/>
            <w:shd w:val="clear" w:color="auto" w:fill="auto"/>
            <w:vAlign w:val="center"/>
          </w:tcPr>
          <w:p w14:paraId="5F963E3E" w14:textId="77777777" w:rsidR="0099414E" w:rsidRPr="0046524B" w:rsidRDefault="0099414E" w:rsidP="00CC2578">
            <w:pPr>
              <w:spacing w:before="100" w:beforeAutospacing="1" w:after="100" w:afterAutospacing="1"/>
              <w:ind w:left="-24"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t>Thời gian</w:t>
            </w:r>
          </w:p>
        </w:tc>
        <w:tc>
          <w:tcPr>
            <w:tcW w:w="7807" w:type="dxa"/>
            <w:shd w:val="clear" w:color="auto" w:fill="auto"/>
          </w:tcPr>
          <w:p w14:paraId="21DEB382" w14:textId="2A3B1C38" w:rsidR="0099414E" w:rsidRPr="0046524B" w:rsidRDefault="0099414E" w:rsidP="00CC2578">
            <w:pPr>
              <w:tabs>
                <w:tab w:val="left" w:pos="3964"/>
              </w:tabs>
              <w:spacing w:before="100" w:beforeAutospacing="1" w:after="100" w:afterAutospacing="1"/>
              <w:jc w:val="both"/>
              <w:rPr>
                <w:rFonts w:ascii="Times New Roman" w:eastAsia="Calibri" w:hAnsi="Times New Roman" w:cs="Times New Roman"/>
                <w:lang w:val="vi-VN"/>
              </w:rPr>
            </w:pPr>
            <w:r w:rsidRPr="0046524B">
              <w:rPr>
                <w:rFonts w:ascii="Times New Roman" w:eastAsia="Calibri" w:hAnsi="Times New Roman" w:cs="Times New Roman"/>
              </w:rPr>
              <w:t>4-5 tháng/ 1 lứa</w:t>
            </w:r>
            <w:r w:rsidRPr="0046524B">
              <w:rPr>
                <w:rFonts w:ascii="Times New Roman" w:eastAsia="Calibri" w:hAnsi="Times New Roman" w:cs="Times New Roman"/>
                <w:lang w:val="vi-VN"/>
              </w:rPr>
              <w:t>.</w:t>
            </w:r>
          </w:p>
        </w:tc>
      </w:tr>
      <w:tr w:rsidR="0046524B" w:rsidRPr="004B646A" w14:paraId="38725283" w14:textId="77777777" w:rsidTr="00E23714">
        <w:trPr>
          <w:trHeight w:val="411"/>
        </w:trPr>
        <w:tc>
          <w:tcPr>
            <w:tcW w:w="1612" w:type="dxa"/>
            <w:shd w:val="clear" w:color="auto" w:fill="auto"/>
            <w:vAlign w:val="center"/>
          </w:tcPr>
          <w:p w14:paraId="4B606F8E" w14:textId="77777777" w:rsidR="0099414E" w:rsidRPr="0046524B" w:rsidRDefault="0099414E" w:rsidP="00CC2578">
            <w:pPr>
              <w:spacing w:before="100" w:beforeAutospacing="1" w:after="100" w:afterAutospacing="1"/>
              <w:ind w:left="-24" w:right="-74"/>
              <w:jc w:val="center"/>
              <w:rPr>
                <w:rFonts w:ascii="Times New Roman" w:eastAsia="Calibri" w:hAnsi="Times New Roman" w:cs="Times New Roman"/>
                <w:b/>
              </w:rPr>
            </w:pPr>
            <w:r w:rsidRPr="0046524B">
              <w:rPr>
                <w:rFonts w:ascii="Times New Roman" w:eastAsia="Calibri" w:hAnsi="Times New Roman" w:cs="Times New Roman"/>
                <w:b/>
              </w:rPr>
              <w:t>Điểm mạnh</w:t>
            </w:r>
          </w:p>
        </w:tc>
        <w:tc>
          <w:tcPr>
            <w:tcW w:w="7807" w:type="dxa"/>
            <w:shd w:val="clear" w:color="auto" w:fill="auto"/>
          </w:tcPr>
          <w:p w14:paraId="4DA4703A" w14:textId="59C821DB" w:rsidR="0099414E" w:rsidRPr="0046524B" w:rsidRDefault="0099414E" w:rsidP="00CC2578">
            <w:pPr>
              <w:spacing w:before="100" w:beforeAutospacing="1" w:after="100" w:afterAutospacing="1"/>
              <w:jc w:val="both"/>
              <w:rPr>
                <w:rFonts w:ascii="Times New Roman" w:eastAsia="Calibri" w:hAnsi="Times New Roman" w:cs="Times New Roman"/>
                <w:spacing w:val="-2"/>
                <w:lang w:val="af-ZA"/>
              </w:rPr>
            </w:pPr>
            <w:r w:rsidRPr="004B646A">
              <w:rPr>
                <w:rFonts w:ascii="Times New Roman" w:eastAsia="Calibri" w:hAnsi="Times New Roman" w:cs="Times New Roman"/>
                <w:shd w:val="clear" w:color="auto" w:fill="FFFFFF"/>
                <w:lang w:val="vi-VN"/>
              </w:rPr>
              <w:t>Sản phẩm sạch, an toàn cho người tiêu dùng;</w:t>
            </w:r>
            <w:r w:rsidRPr="0046524B">
              <w:rPr>
                <w:rFonts w:ascii="Times New Roman" w:eastAsia="Calibri" w:hAnsi="Times New Roman" w:cs="Times New Roman"/>
                <w:spacing w:val="-2"/>
                <w:lang w:val="af-ZA"/>
              </w:rPr>
              <w:t xml:space="preserve"> Giá bán cao, </w:t>
            </w:r>
            <w:r w:rsidRPr="004B646A">
              <w:rPr>
                <w:rFonts w:ascii="Times New Roman" w:eastAsia="Calibri" w:hAnsi="Times New Roman" w:cs="Times New Roman"/>
                <w:shd w:val="clear" w:color="auto" w:fill="FFFFFF"/>
                <w:lang w:val="vi-VN"/>
              </w:rPr>
              <w:t>được thị trường ưa chuộng;</w:t>
            </w:r>
            <w:r w:rsidRPr="0046524B">
              <w:rPr>
                <w:rFonts w:ascii="Times New Roman" w:eastAsia="Calibri" w:hAnsi="Times New Roman" w:cs="Times New Roman"/>
                <w:spacing w:val="-2"/>
                <w:lang w:val="af-ZA"/>
              </w:rPr>
              <w:t xml:space="preserve"> Phù hợp với môi trường ở đị phương.</w:t>
            </w:r>
          </w:p>
        </w:tc>
      </w:tr>
      <w:tr w:rsidR="0046524B" w:rsidRPr="004B646A" w14:paraId="37601A06" w14:textId="77777777" w:rsidTr="00E23714">
        <w:trPr>
          <w:trHeight w:val="119"/>
        </w:trPr>
        <w:tc>
          <w:tcPr>
            <w:tcW w:w="1612" w:type="dxa"/>
            <w:shd w:val="clear" w:color="auto" w:fill="auto"/>
            <w:vAlign w:val="center"/>
          </w:tcPr>
          <w:p w14:paraId="14D44595" w14:textId="77777777" w:rsidR="0099414E" w:rsidRPr="0046524B" w:rsidRDefault="0099414E" w:rsidP="00CC2578">
            <w:pPr>
              <w:spacing w:before="100" w:beforeAutospacing="1" w:after="100" w:afterAutospacing="1"/>
              <w:ind w:left="44" w:right="-74"/>
              <w:jc w:val="center"/>
              <w:rPr>
                <w:rFonts w:ascii="Times New Roman" w:eastAsia="Calibri" w:hAnsi="Times New Roman" w:cs="Times New Roman"/>
                <w:b/>
              </w:rPr>
            </w:pPr>
            <w:r w:rsidRPr="0046524B">
              <w:rPr>
                <w:rFonts w:ascii="Times New Roman" w:eastAsia="Calibri" w:hAnsi="Times New Roman" w:cs="Times New Roman"/>
                <w:b/>
              </w:rPr>
              <w:t>Điểm yếu</w:t>
            </w:r>
          </w:p>
        </w:tc>
        <w:tc>
          <w:tcPr>
            <w:tcW w:w="7807" w:type="dxa"/>
            <w:shd w:val="clear" w:color="auto" w:fill="auto"/>
          </w:tcPr>
          <w:p w14:paraId="2E7E1E60" w14:textId="1A300444" w:rsidR="0099414E" w:rsidRPr="0046524B" w:rsidRDefault="0099414E" w:rsidP="00CC2578">
            <w:pPr>
              <w:spacing w:before="100" w:beforeAutospacing="1" w:after="100" w:afterAutospacing="1"/>
              <w:jc w:val="both"/>
              <w:rPr>
                <w:rFonts w:ascii="Times New Roman" w:eastAsia="Calibri" w:hAnsi="Times New Roman" w:cs="Times New Roman"/>
                <w:lang w:val="af-ZA"/>
              </w:rPr>
            </w:pPr>
            <w:r w:rsidRPr="004B646A">
              <w:rPr>
                <w:rFonts w:ascii="Times New Roman" w:eastAsia="Calibri" w:hAnsi="Times New Roman" w:cs="Times New Roman"/>
                <w:spacing w:val="-2"/>
                <w:lang w:val="vi-VN"/>
              </w:rPr>
              <w:t>Chí phí đầu tư ban đầu (con giống, chuồng trại, thức ăn) lớn;</w:t>
            </w:r>
            <w:r w:rsidRPr="0046524B">
              <w:rPr>
                <w:rFonts w:ascii="Times New Roman" w:eastAsia="Calibri" w:hAnsi="Times New Roman" w:cs="Times New Roman"/>
                <w:lang w:val="af-ZA"/>
              </w:rPr>
              <w:t xml:space="preserve"> Yêu cầu quỹ đất lớn, người dân thiếu kiến thức về kỹ thuật chăn nuôi tiên tiến.</w:t>
            </w:r>
          </w:p>
        </w:tc>
      </w:tr>
      <w:tr w:rsidR="0046524B" w:rsidRPr="00AC61D5" w14:paraId="5D49902A" w14:textId="77777777" w:rsidTr="00E23714">
        <w:trPr>
          <w:trHeight w:val="390"/>
        </w:trPr>
        <w:tc>
          <w:tcPr>
            <w:tcW w:w="1612" w:type="dxa"/>
            <w:shd w:val="clear" w:color="auto" w:fill="auto"/>
            <w:vAlign w:val="center"/>
          </w:tcPr>
          <w:p w14:paraId="4B91EE3D" w14:textId="3D5DF35F" w:rsidR="0099414E" w:rsidRPr="0046524B" w:rsidRDefault="0099414E" w:rsidP="00CC2578">
            <w:pPr>
              <w:spacing w:before="100" w:beforeAutospacing="1" w:after="100" w:afterAutospacing="1"/>
              <w:ind w:left="44"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t>Cơ</w:t>
            </w:r>
            <w:r w:rsidR="007028E8" w:rsidRPr="0046524B">
              <w:rPr>
                <w:rFonts w:ascii="Times New Roman" w:eastAsia="Calibri" w:hAnsi="Times New Roman" w:cs="Times New Roman"/>
                <w:b/>
              </w:rPr>
              <w:t xml:space="preserve"> </w:t>
            </w:r>
            <w:r w:rsidRPr="0046524B">
              <w:rPr>
                <w:rFonts w:ascii="Times New Roman" w:eastAsia="Calibri" w:hAnsi="Times New Roman" w:cs="Times New Roman"/>
                <w:b/>
                <w:lang w:val="vi-VN"/>
              </w:rPr>
              <w:t>hội</w:t>
            </w:r>
          </w:p>
        </w:tc>
        <w:tc>
          <w:tcPr>
            <w:tcW w:w="7807" w:type="dxa"/>
            <w:shd w:val="clear" w:color="auto" w:fill="auto"/>
          </w:tcPr>
          <w:p w14:paraId="386D89BB" w14:textId="576DB45C" w:rsidR="0099414E" w:rsidRPr="0046524B" w:rsidRDefault="0099414E" w:rsidP="00CC2578">
            <w:pPr>
              <w:spacing w:before="100" w:beforeAutospacing="1" w:after="100" w:afterAutospacing="1"/>
              <w:jc w:val="both"/>
              <w:rPr>
                <w:rFonts w:ascii="Times New Roman" w:eastAsia="Calibri" w:hAnsi="Times New Roman" w:cs="Times New Roman"/>
                <w:lang w:val="vi-VN"/>
              </w:rPr>
            </w:pPr>
            <w:r w:rsidRPr="0046524B">
              <w:rPr>
                <w:rFonts w:ascii="Times New Roman" w:eastAsia="Calibri" w:hAnsi="Times New Roman" w:cs="Times New Roman"/>
                <w:spacing w:val="-2"/>
                <w:lang w:val="vi-VN"/>
              </w:rPr>
              <w:t>Được sự quan tâm và hỗ trợ về vốn, kỹ thuật, giống con; Sản phẩm được thị trường quan tâm ngày càng nhiều, có tiềm năng xuất khẩu.</w:t>
            </w:r>
          </w:p>
        </w:tc>
      </w:tr>
      <w:tr w:rsidR="0046524B" w:rsidRPr="00AC61D5" w14:paraId="57B823DF" w14:textId="77777777" w:rsidTr="00E23714">
        <w:trPr>
          <w:trHeight w:val="168"/>
        </w:trPr>
        <w:tc>
          <w:tcPr>
            <w:tcW w:w="1612" w:type="dxa"/>
            <w:shd w:val="clear" w:color="auto" w:fill="auto"/>
            <w:vAlign w:val="center"/>
          </w:tcPr>
          <w:p w14:paraId="4B635A67" w14:textId="51C4B2D7" w:rsidR="0099414E" w:rsidRPr="0046524B" w:rsidRDefault="007028E8" w:rsidP="00CC2578">
            <w:pPr>
              <w:spacing w:before="100" w:beforeAutospacing="1" w:after="100" w:afterAutospacing="1"/>
              <w:ind w:left="44"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t>Thách</w:t>
            </w:r>
            <w:r w:rsidRPr="0046524B">
              <w:rPr>
                <w:rFonts w:ascii="Times New Roman" w:eastAsia="Calibri" w:hAnsi="Times New Roman" w:cs="Times New Roman"/>
                <w:b/>
              </w:rPr>
              <w:t xml:space="preserve"> </w:t>
            </w:r>
            <w:r w:rsidR="0099414E" w:rsidRPr="0046524B">
              <w:rPr>
                <w:rFonts w:ascii="Times New Roman" w:eastAsia="Calibri" w:hAnsi="Times New Roman" w:cs="Times New Roman"/>
                <w:b/>
                <w:lang w:val="vi-VN"/>
              </w:rPr>
              <w:t>thức</w:t>
            </w:r>
          </w:p>
        </w:tc>
        <w:tc>
          <w:tcPr>
            <w:tcW w:w="7807" w:type="dxa"/>
            <w:shd w:val="clear" w:color="auto" w:fill="auto"/>
          </w:tcPr>
          <w:p w14:paraId="3D8FFBB5" w14:textId="309BDBFC" w:rsidR="0099414E" w:rsidRPr="0046524B" w:rsidRDefault="0099414E" w:rsidP="00CC2578">
            <w:pPr>
              <w:spacing w:before="100" w:beforeAutospacing="1" w:after="100" w:afterAutospacing="1"/>
              <w:jc w:val="both"/>
              <w:rPr>
                <w:rFonts w:ascii="Times New Roman" w:eastAsia="Calibri" w:hAnsi="Times New Roman" w:cs="Times New Roman"/>
                <w:spacing w:val="-2"/>
                <w:lang w:val="vi-VN"/>
              </w:rPr>
            </w:pPr>
            <w:r w:rsidRPr="0046524B">
              <w:rPr>
                <w:rFonts w:ascii="Times New Roman" w:eastAsia="Calibri" w:hAnsi="Times New Roman" w:cs="Times New Roman"/>
                <w:spacing w:val="-2"/>
                <w:lang w:val="vi-VN"/>
              </w:rPr>
              <w:t>Khí hậu biến đổi thất thường; Chi phí đầu tư cao, các hộ dân nghèo khó tiếp cận vốn lớn; Chịu sự cạnh tranh của các sản phẩm thông thường giá rẻ.</w:t>
            </w:r>
          </w:p>
        </w:tc>
      </w:tr>
    </w:tbl>
    <w:p w14:paraId="4E45090A" w14:textId="77777777" w:rsidR="0099414E" w:rsidRPr="0046524B" w:rsidRDefault="0099414E" w:rsidP="0010122C">
      <w:pPr>
        <w:spacing w:after="120" w:line="240" w:lineRule="auto"/>
        <w:jc w:val="both"/>
        <w:rPr>
          <w:rFonts w:ascii="Times New Roman" w:eastAsia="Calibri" w:hAnsi="Times New Roman" w:cs="Times New Roman"/>
          <w:lang w:val="vi-VN"/>
        </w:rPr>
      </w:pPr>
      <w:r w:rsidRPr="0046524B">
        <w:rPr>
          <w:rFonts w:ascii="Times New Roman" w:eastAsia="Calibri" w:hAnsi="Times New Roman" w:cs="Times New Roman"/>
          <w:i/>
          <w:lang w:val="vi-VN"/>
        </w:rPr>
        <w:t xml:space="preserve">- Ý nghĩa kinh tế của mô hình: </w:t>
      </w:r>
      <w:r w:rsidRPr="0046524B">
        <w:rPr>
          <w:rFonts w:ascii="Times New Roman" w:eastAsia="Calibri" w:hAnsi="Times New Roman" w:cs="Times New Roman"/>
          <w:lang w:val="vi-VN"/>
        </w:rPr>
        <w:t>Giả định mô hình chăn nuôi 50 con lợn hữu cơ (1 năm 2 lứa) được tổ chức hợp lý theo tiêu chuẩn an toàn sinh học và có đầu ra ổn định sẽ cho giá trị sản xuất đạt 650 triệu đồng/ha với giá trị gia tăng đạt 390 triệu đồng/ha và hiệu quả đồng vốn đạt 1,5 lần.</w:t>
      </w:r>
    </w:p>
    <w:p w14:paraId="4978951B" w14:textId="543D2AE9" w:rsidR="0099414E" w:rsidRPr="0046524B" w:rsidRDefault="0099414E" w:rsidP="0010122C">
      <w:pPr>
        <w:spacing w:after="120" w:line="240" w:lineRule="auto"/>
        <w:jc w:val="both"/>
        <w:rPr>
          <w:rFonts w:ascii="Times New Roman" w:eastAsia="Calibri" w:hAnsi="Times New Roman" w:cs="Times New Roman"/>
          <w:lang w:val="vi-VN"/>
        </w:rPr>
      </w:pPr>
      <w:r w:rsidRPr="0046524B">
        <w:rPr>
          <w:rFonts w:ascii="Times New Roman" w:eastAsia="Calibri" w:hAnsi="Times New Roman" w:cs="Times New Roman"/>
          <w:i/>
          <w:lang w:val="vi-VN"/>
        </w:rPr>
        <w:t xml:space="preserve">- Ý nghĩa xã hội và môi trường của mô hình: </w:t>
      </w:r>
      <w:r w:rsidRPr="0046524B">
        <w:rPr>
          <w:rFonts w:ascii="Times New Roman" w:eastAsia="Calibri" w:hAnsi="Times New Roman" w:cs="Times New Roman"/>
          <w:lang w:val="vi-VN"/>
        </w:rPr>
        <w:t xml:space="preserve">Mô hình cũng có ý nghĩa xã hội và môi trường cao với số ngày công lao động 880 công/ha/năm, giá trị ngày công đạt hơn 443.000 đồng và mức lựa chọn của người dân với mô hình này có tỷ lệ khá. Mô hình này sẽ giúp tạo công ăn việc làm, thay đổi tập quán canh tác nhỏ lẻ, manh mún. Việc áp dụng các biện pháp quản lí chất thải, tái sử dụng chất thải trong nông nghiệp giúp </w:t>
      </w:r>
      <w:r w:rsidRPr="0046524B">
        <w:rPr>
          <w:rFonts w:ascii="Times New Roman" w:eastAsia="Calibri" w:hAnsi="Times New Roman" w:cs="Times New Roman"/>
          <w:bCs/>
          <w:lang w:val="vi-VN"/>
        </w:rPr>
        <w:t>tăng hàm lượng hữu cơ trong đất</w:t>
      </w:r>
      <w:r w:rsidRPr="0046524B">
        <w:rPr>
          <w:rFonts w:ascii="Times New Roman" w:eastAsia="Calibri" w:hAnsi="Times New Roman" w:cs="Times New Roman"/>
          <w:lang w:val="vi-VN"/>
        </w:rPr>
        <w:t>, giữ</w:t>
      </w:r>
      <w:r w:rsidR="00EF4205">
        <w:rPr>
          <w:rFonts w:ascii="Times New Roman" w:eastAsia="Calibri" w:hAnsi="Times New Roman" w:cs="Times New Roman"/>
          <w:lang w:val="vi-VN"/>
        </w:rPr>
        <w:t xml:space="preserve"> </w:t>
      </w:r>
      <w:r w:rsidRPr="0046524B">
        <w:rPr>
          <w:rFonts w:ascii="Times New Roman" w:eastAsia="Calibri" w:hAnsi="Times New Roman" w:cs="Times New Roman"/>
          <w:lang w:val="vi-VN"/>
        </w:rPr>
        <w:t xml:space="preserve"> ẩm và cải tạo đấ</w:t>
      </w:r>
      <w:r w:rsidR="00EF4205">
        <w:rPr>
          <w:rFonts w:ascii="Times New Roman" w:eastAsia="Calibri" w:hAnsi="Times New Roman" w:cs="Times New Roman"/>
          <w:lang w:val="vi-VN"/>
        </w:rPr>
        <w:t>t</w:t>
      </w:r>
      <w:r w:rsidRPr="0046524B">
        <w:rPr>
          <w:rFonts w:ascii="Times New Roman" w:eastAsia="Calibri" w:hAnsi="Times New Roman" w:cs="Times New Roman"/>
          <w:lang w:val="vi-VN"/>
        </w:rPr>
        <w:t xml:space="preserve"> thoái hóa, giảm lệ thuộc vào khai thác rừng.</w:t>
      </w:r>
    </w:p>
    <w:p w14:paraId="31FD09CC" w14:textId="77777777" w:rsidR="0099414E" w:rsidRPr="0046524B" w:rsidRDefault="0099414E" w:rsidP="0010122C">
      <w:pPr>
        <w:spacing w:after="120" w:line="240" w:lineRule="auto"/>
        <w:jc w:val="both"/>
        <w:rPr>
          <w:rFonts w:ascii="Times New Roman" w:eastAsia="Calibri" w:hAnsi="Times New Roman" w:cs="Times New Roman"/>
          <w:lang w:val="it-IT"/>
        </w:rPr>
      </w:pPr>
      <w:r w:rsidRPr="0046524B">
        <w:rPr>
          <w:rFonts w:ascii="Times New Roman" w:eastAsia="Calibri" w:hAnsi="Times New Roman" w:cs="Times New Roman"/>
          <w:i/>
          <w:lang w:val="it-IT"/>
        </w:rPr>
        <w:t xml:space="preserve">- Địa bàn áp dụng: </w:t>
      </w:r>
      <w:r w:rsidRPr="0046524B">
        <w:rPr>
          <w:rFonts w:ascii="Times New Roman" w:eastAsia="Calibri" w:hAnsi="Times New Roman" w:cs="Times New Roman"/>
          <w:lang w:val="it-IT"/>
        </w:rPr>
        <w:t>Có thể áp dụng tại các hộ dân bàn huyện Nam Đông.</w:t>
      </w:r>
    </w:p>
    <w:p w14:paraId="536D9A8B" w14:textId="6775B7A4" w:rsidR="0099414E" w:rsidRPr="0046524B" w:rsidRDefault="001B5FDE" w:rsidP="0098635C">
      <w:pPr>
        <w:spacing w:after="0" w:line="240" w:lineRule="auto"/>
        <w:contextualSpacing/>
        <w:jc w:val="both"/>
        <w:rPr>
          <w:rFonts w:ascii="Times New Roman" w:eastAsia="SimSun" w:hAnsi="Times New Roman" w:cs="Times New Roman"/>
          <w:b/>
          <w:bCs/>
          <w:lang w:val="sv-SE"/>
        </w:rPr>
      </w:pPr>
      <w:r w:rsidRPr="0046524B">
        <w:rPr>
          <w:rFonts w:ascii="Times New Roman" w:eastAsia="SimSun" w:hAnsi="Times New Roman" w:cs="Times New Roman"/>
          <w:b/>
          <w:bCs/>
          <w:lang w:val="sv-SE"/>
        </w:rPr>
        <w:t>3</w:t>
      </w:r>
      <w:r w:rsidR="0099414E" w:rsidRPr="0046524B">
        <w:rPr>
          <w:rFonts w:ascii="Times New Roman" w:eastAsia="SimSun" w:hAnsi="Times New Roman" w:cs="Times New Roman"/>
          <w:b/>
          <w:bCs/>
          <w:lang w:val="sv-SE"/>
        </w:rPr>
        <w:t>.3.2. Nhóm mô hình tiềm năng</w:t>
      </w:r>
    </w:p>
    <w:p w14:paraId="2ECEB29E" w14:textId="378C8D83" w:rsidR="0099414E" w:rsidRPr="0046524B" w:rsidRDefault="0099414E" w:rsidP="0098635C">
      <w:pPr>
        <w:spacing w:after="0" w:line="240" w:lineRule="auto"/>
        <w:contextualSpacing/>
        <w:jc w:val="both"/>
        <w:rPr>
          <w:rFonts w:ascii="Times New Roman" w:eastAsia="SimSun" w:hAnsi="Times New Roman" w:cs="Times New Roman"/>
          <w:b/>
          <w:bCs/>
          <w:lang w:val="sv-SE"/>
        </w:rPr>
      </w:pPr>
      <w:r w:rsidRPr="0046524B">
        <w:rPr>
          <w:rFonts w:ascii="Times New Roman" w:eastAsia="SimSun" w:hAnsi="Times New Roman" w:cs="Times New Roman"/>
          <w:b/>
          <w:bCs/>
          <w:lang w:val="sv-SE"/>
        </w:rPr>
        <w:t xml:space="preserve">a) Mô hình nuôi </w:t>
      </w:r>
      <w:r w:rsidR="0098635C" w:rsidRPr="0098635C">
        <w:rPr>
          <w:rFonts w:ascii="Times New Roman" w:eastAsia="SimSun" w:hAnsi="Times New Roman" w:cs="Times New Roman"/>
          <w:b/>
          <w:bCs/>
          <w:color w:val="FF0000"/>
          <w:lang w:val="sv-SE"/>
        </w:rPr>
        <w:t>lợn rừng lai</w:t>
      </w:r>
    </w:p>
    <w:p w14:paraId="0BB6DBB9" w14:textId="2505A07C" w:rsidR="0099414E" w:rsidRPr="0098635C" w:rsidRDefault="0099414E" w:rsidP="0026740C">
      <w:pPr>
        <w:spacing w:after="120" w:line="240" w:lineRule="auto"/>
        <w:jc w:val="center"/>
        <w:rPr>
          <w:rFonts w:ascii="Times New Roman" w:eastAsia="Calibri" w:hAnsi="Times New Roman" w:cs="Times New Roman"/>
          <w:color w:val="FF0000"/>
          <w:lang w:val="pt-BR"/>
        </w:rPr>
      </w:pPr>
      <w:bookmarkStart w:id="8" w:name="_Toc165541232"/>
      <w:r w:rsidRPr="0046524B">
        <w:rPr>
          <w:rFonts w:ascii="Times New Roman" w:eastAsia="Calibri" w:hAnsi="Times New Roman" w:cs="Times New Roman"/>
          <w:b/>
          <w:lang w:val="pt-BR"/>
        </w:rPr>
        <w:t>Bả</w:t>
      </w:r>
      <w:r w:rsidR="0026740C" w:rsidRPr="0046524B">
        <w:rPr>
          <w:rFonts w:ascii="Times New Roman" w:eastAsia="Calibri" w:hAnsi="Times New Roman" w:cs="Times New Roman"/>
          <w:b/>
          <w:lang w:val="pt-BR"/>
        </w:rPr>
        <w:t xml:space="preserve">ng </w:t>
      </w:r>
      <w:r w:rsidR="00357820">
        <w:rPr>
          <w:rFonts w:ascii="Times New Roman" w:eastAsia="Calibri" w:hAnsi="Times New Roman" w:cs="Times New Roman"/>
          <w:b/>
          <w:lang w:val="pt-BR"/>
        </w:rPr>
        <w:t>10</w:t>
      </w:r>
      <w:r w:rsidRPr="0046524B">
        <w:rPr>
          <w:rFonts w:ascii="Times New Roman" w:eastAsia="Calibri" w:hAnsi="Times New Roman" w:cs="Times New Roman"/>
          <w:b/>
          <w:lang w:val="pt-BR"/>
        </w:rPr>
        <w:t>.</w:t>
      </w:r>
      <w:r w:rsidRPr="0046524B">
        <w:rPr>
          <w:rFonts w:ascii="Times New Roman" w:eastAsia="Calibri" w:hAnsi="Times New Roman" w:cs="Times New Roman"/>
          <w:lang w:val="pt-BR"/>
        </w:rPr>
        <w:t xml:space="preserve"> Đặc điểm mô hình </w:t>
      </w:r>
      <w:r w:rsidRPr="0098635C">
        <w:rPr>
          <w:rFonts w:ascii="Times New Roman" w:eastAsia="Calibri" w:hAnsi="Times New Roman" w:cs="Times New Roman"/>
          <w:color w:val="FF0000"/>
          <w:lang w:val="pt-BR"/>
        </w:rPr>
        <w:t xml:space="preserve">nuôi </w:t>
      </w:r>
      <w:bookmarkEnd w:id="8"/>
      <w:r w:rsidR="0098635C" w:rsidRPr="0098635C">
        <w:rPr>
          <w:rFonts w:ascii="Times New Roman" w:eastAsia="Calibri" w:hAnsi="Times New Roman" w:cs="Times New Roman"/>
          <w:color w:val="FF0000"/>
          <w:lang w:val="pt-BR"/>
        </w:rPr>
        <w:t>lợn rừng lai</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7540"/>
      </w:tblGrid>
      <w:tr w:rsidR="0046524B" w:rsidRPr="00AC61D5" w14:paraId="425151CB" w14:textId="77777777" w:rsidTr="007028E8">
        <w:trPr>
          <w:trHeight w:val="516"/>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tcPr>
          <w:p w14:paraId="0117FEC2" w14:textId="77777777" w:rsidR="0099414E" w:rsidRPr="0046524B" w:rsidRDefault="0099414E" w:rsidP="00CC2578">
            <w:pPr>
              <w:spacing w:before="100" w:beforeAutospacing="1" w:after="100" w:afterAutospacing="1"/>
              <w:jc w:val="center"/>
              <w:rPr>
                <w:rFonts w:ascii="Times New Roman" w:eastAsia="Calibri" w:hAnsi="Times New Roman" w:cs="Times New Roman"/>
                <w:lang w:val="it-IT"/>
              </w:rPr>
            </w:pPr>
            <w:r w:rsidRPr="0046524B">
              <w:rPr>
                <w:rFonts w:ascii="Times New Roman" w:eastAsia="Times New Roman" w:hAnsi="Times New Roman" w:cs="Times New Roman"/>
                <w:b/>
                <w:bCs/>
              </w:rPr>
              <w:t>Điều kiện</w:t>
            </w:r>
          </w:p>
        </w:tc>
        <w:tc>
          <w:tcPr>
            <w:tcW w:w="7540" w:type="dxa"/>
            <w:tcBorders>
              <w:top w:val="single" w:sz="4" w:space="0" w:color="auto"/>
              <w:left w:val="single" w:sz="4" w:space="0" w:color="auto"/>
              <w:bottom w:val="single" w:sz="4" w:space="0" w:color="auto"/>
              <w:right w:val="single" w:sz="4" w:space="0" w:color="auto"/>
            </w:tcBorders>
            <w:shd w:val="clear" w:color="auto" w:fill="auto"/>
            <w:vAlign w:val="center"/>
          </w:tcPr>
          <w:p w14:paraId="109514F2" w14:textId="41D2C74F" w:rsidR="0099414E" w:rsidRPr="0046524B" w:rsidRDefault="0099414E" w:rsidP="00CC2578">
            <w:pPr>
              <w:spacing w:before="100" w:beforeAutospacing="1" w:after="100" w:afterAutospacing="1"/>
              <w:jc w:val="both"/>
              <w:rPr>
                <w:rFonts w:ascii="Times New Roman" w:eastAsia="Times New Roman" w:hAnsi="Times New Roman" w:cs="Times New Roman"/>
                <w:lang w:val="it-IT"/>
              </w:rPr>
            </w:pPr>
            <w:r w:rsidRPr="0046524B">
              <w:rPr>
                <w:rFonts w:ascii="Times New Roman" w:eastAsia="Times New Roman" w:hAnsi="Times New Roman" w:cs="Times New Roman"/>
                <w:lang w:val="it-IT"/>
              </w:rPr>
              <w:t xml:space="preserve">Chuồng nuôi thoáng, sạch, có mái, nền đất dốc 2-3%, gần nguồn nước sạch. Chọn giống </w:t>
            </w:r>
            <w:r w:rsidR="0098635C">
              <w:rPr>
                <w:rFonts w:ascii="Times New Roman" w:eastAsia="Times New Roman" w:hAnsi="Times New Roman" w:cs="Times New Roman"/>
                <w:lang w:val="it-IT"/>
              </w:rPr>
              <w:t>lợn rừng</w:t>
            </w:r>
            <w:r w:rsidRPr="0046524B">
              <w:rPr>
                <w:rFonts w:ascii="Times New Roman" w:eastAsia="Times New Roman" w:hAnsi="Times New Roman" w:cs="Times New Roman"/>
                <w:lang w:val="it-IT"/>
              </w:rPr>
              <w:t xml:space="preserve"> lai khỏe, đề kháng cao, thích nghi tốt. </w:t>
            </w:r>
          </w:p>
        </w:tc>
      </w:tr>
      <w:tr w:rsidR="0046524B" w:rsidRPr="00AC61D5" w14:paraId="34F11F55" w14:textId="77777777" w:rsidTr="00E4115E">
        <w:trPr>
          <w:trHeight w:val="179"/>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tcPr>
          <w:p w14:paraId="44BBC1D5" w14:textId="65405574" w:rsidR="0099414E" w:rsidRPr="0046524B" w:rsidRDefault="0099414E" w:rsidP="00CC2578">
            <w:pPr>
              <w:spacing w:before="100" w:beforeAutospacing="1" w:after="100" w:afterAutospacing="1"/>
              <w:jc w:val="center"/>
              <w:rPr>
                <w:rFonts w:ascii="Times New Roman" w:eastAsia="Calibri" w:hAnsi="Times New Roman" w:cs="Times New Roman"/>
                <w:lang w:val="it-IT"/>
              </w:rPr>
            </w:pPr>
            <w:r w:rsidRPr="0046524B">
              <w:rPr>
                <w:rFonts w:ascii="Times New Roman" w:eastAsia="Times New Roman" w:hAnsi="Times New Roman" w:cs="Times New Roman"/>
                <w:b/>
                <w:bCs/>
              </w:rPr>
              <w:t>Phương</w:t>
            </w:r>
            <w:r w:rsidR="007028E8" w:rsidRPr="0046524B">
              <w:rPr>
                <w:rFonts w:ascii="Times New Roman" w:eastAsia="Times New Roman" w:hAnsi="Times New Roman" w:cs="Times New Roman"/>
                <w:b/>
                <w:bCs/>
              </w:rPr>
              <w:t xml:space="preserve"> </w:t>
            </w:r>
            <w:r w:rsidRPr="0046524B">
              <w:rPr>
                <w:rFonts w:ascii="Times New Roman" w:eastAsia="Times New Roman" w:hAnsi="Times New Roman" w:cs="Times New Roman"/>
                <w:b/>
                <w:bCs/>
              </w:rPr>
              <w:t>thức canh tác</w:t>
            </w:r>
          </w:p>
        </w:tc>
        <w:tc>
          <w:tcPr>
            <w:tcW w:w="7540" w:type="dxa"/>
            <w:tcBorders>
              <w:top w:val="single" w:sz="4" w:space="0" w:color="auto"/>
              <w:left w:val="single" w:sz="4" w:space="0" w:color="auto"/>
              <w:bottom w:val="single" w:sz="4" w:space="0" w:color="auto"/>
              <w:right w:val="single" w:sz="4" w:space="0" w:color="auto"/>
            </w:tcBorders>
            <w:shd w:val="clear" w:color="auto" w:fill="auto"/>
            <w:vAlign w:val="center"/>
          </w:tcPr>
          <w:p w14:paraId="7207EBE2" w14:textId="6A0C9756" w:rsidR="0099414E" w:rsidRPr="0046524B" w:rsidRDefault="0099414E" w:rsidP="00CC2578">
            <w:pPr>
              <w:spacing w:before="100" w:beforeAutospacing="1" w:after="100" w:afterAutospacing="1"/>
              <w:jc w:val="both"/>
              <w:rPr>
                <w:rFonts w:ascii="Times New Roman" w:eastAsia="Calibri" w:hAnsi="Times New Roman" w:cs="Times New Roman"/>
                <w:lang w:val="it-IT"/>
              </w:rPr>
            </w:pPr>
            <w:r w:rsidRPr="0046524B">
              <w:rPr>
                <w:rFonts w:ascii="Times New Roman" w:eastAsia="Times New Roman" w:hAnsi="Times New Roman" w:cs="Times New Roman"/>
                <w:lang w:val="it-IT"/>
              </w:rPr>
              <w:t>Chuồng nuôi cần mái che nắng mưa, cao trên 2,5m, nền đất tự nhiên dốc 2–3%, đảm bảo thông thoáng, sạch sẽ, mát về hè, ấm về đông.</w:t>
            </w:r>
            <w:r w:rsidR="0098635C">
              <w:rPr>
                <w:rFonts w:ascii="Times New Roman" w:eastAsia="Times New Roman" w:hAnsi="Times New Roman" w:cs="Times New Roman"/>
                <w:lang w:val="it-IT"/>
              </w:rPr>
              <w:t xml:space="preserve"> </w:t>
            </w:r>
            <w:r w:rsidR="0098635C" w:rsidRPr="0098635C">
              <w:rPr>
                <w:rFonts w:ascii="Times New Roman" w:eastAsia="Times New Roman" w:hAnsi="Times New Roman" w:cs="Times New Roman"/>
                <w:color w:val="FF0000"/>
                <w:lang w:val="it-IT"/>
              </w:rPr>
              <w:t>Lợn</w:t>
            </w:r>
            <w:r w:rsidRPr="0098635C">
              <w:rPr>
                <w:rFonts w:ascii="Times New Roman" w:eastAsia="Times New Roman" w:hAnsi="Times New Roman" w:cs="Times New Roman"/>
                <w:color w:val="FF0000"/>
                <w:lang w:val="it-IT"/>
              </w:rPr>
              <w:t xml:space="preserve"> rừng lai </w:t>
            </w:r>
            <w:r w:rsidRPr="0046524B">
              <w:rPr>
                <w:rFonts w:ascii="Times New Roman" w:eastAsia="Times New Roman" w:hAnsi="Times New Roman" w:cs="Times New Roman"/>
                <w:lang w:val="it-IT"/>
              </w:rPr>
              <w:t>ăn 2 lần/ngày, khẩu phầ</w:t>
            </w:r>
            <w:r w:rsidR="007028E8" w:rsidRPr="0046524B">
              <w:rPr>
                <w:rFonts w:ascii="Times New Roman" w:eastAsia="Times New Roman" w:hAnsi="Times New Roman" w:cs="Times New Roman"/>
                <w:lang w:val="it-IT"/>
              </w:rPr>
              <w:t xml:space="preserve">n gồm 50% rau củ quả, </w:t>
            </w:r>
            <w:r w:rsidRPr="0046524B">
              <w:rPr>
                <w:rFonts w:ascii="Times New Roman" w:eastAsia="Times New Roman" w:hAnsi="Times New Roman" w:cs="Times New Roman"/>
                <w:lang w:val="it-IT"/>
              </w:rPr>
              <w:t xml:space="preserve">và 50% cám, ngũ cốc, hèm bia, bã đậu… </w:t>
            </w:r>
          </w:p>
        </w:tc>
      </w:tr>
      <w:tr w:rsidR="0046524B" w:rsidRPr="0046524B" w14:paraId="4D1B76E8" w14:textId="77777777" w:rsidTr="007028E8">
        <w:trPr>
          <w:trHeight w:val="243"/>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tcPr>
          <w:p w14:paraId="214BDED1" w14:textId="77777777" w:rsidR="0099414E" w:rsidRPr="0046524B" w:rsidRDefault="0099414E" w:rsidP="00CC2578">
            <w:pPr>
              <w:spacing w:before="100" w:beforeAutospacing="1" w:after="100" w:afterAutospacing="1"/>
              <w:jc w:val="center"/>
              <w:rPr>
                <w:rFonts w:ascii="Times New Roman" w:eastAsia="Calibri" w:hAnsi="Times New Roman" w:cs="Times New Roman"/>
                <w:lang w:val="it-IT"/>
              </w:rPr>
            </w:pPr>
            <w:r w:rsidRPr="0046524B">
              <w:rPr>
                <w:rFonts w:ascii="Times New Roman" w:eastAsia="Times New Roman" w:hAnsi="Times New Roman" w:cs="Times New Roman"/>
                <w:b/>
                <w:bCs/>
                <w:lang w:val="it-IT"/>
              </w:rPr>
              <w:t>Thời gian</w:t>
            </w:r>
          </w:p>
        </w:tc>
        <w:tc>
          <w:tcPr>
            <w:tcW w:w="7540" w:type="dxa"/>
            <w:tcBorders>
              <w:top w:val="single" w:sz="4" w:space="0" w:color="auto"/>
              <w:left w:val="single" w:sz="4" w:space="0" w:color="auto"/>
              <w:bottom w:val="single" w:sz="4" w:space="0" w:color="auto"/>
              <w:right w:val="single" w:sz="4" w:space="0" w:color="auto"/>
            </w:tcBorders>
            <w:shd w:val="clear" w:color="auto" w:fill="auto"/>
            <w:vAlign w:val="center"/>
          </w:tcPr>
          <w:p w14:paraId="76AFB0B8" w14:textId="656A7E5B" w:rsidR="0099414E" w:rsidRPr="0046524B" w:rsidRDefault="0099414E" w:rsidP="0098635C">
            <w:pPr>
              <w:spacing w:before="100" w:beforeAutospacing="1" w:after="100" w:afterAutospacing="1"/>
              <w:rPr>
                <w:rFonts w:ascii="Times New Roman" w:eastAsia="Calibri" w:hAnsi="Times New Roman" w:cs="Times New Roman"/>
                <w:lang w:val="it-IT"/>
              </w:rPr>
            </w:pPr>
            <w:r w:rsidRPr="0046524B">
              <w:rPr>
                <w:rFonts w:ascii="Times New Roman" w:eastAsia="Times New Roman" w:hAnsi="Times New Roman" w:cs="Times New Roman"/>
                <w:lang w:val="it-IT"/>
              </w:rPr>
              <w:t xml:space="preserve">Khoảng 2 </w:t>
            </w:r>
            <w:r w:rsidR="0098635C" w:rsidRPr="0098635C">
              <w:rPr>
                <w:rFonts w:ascii="Times New Roman" w:eastAsia="Times New Roman" w:hAnsi="Times New Roman" w:cs="Times New Roman"/>
                <w:color w:val="FF0000"/>
                <w:lang w:val="it-IT"/>
              </w:rPr>
              <w:t>lứa</w:t>
            </w:r>
            <w:r w:rsidRPr="0046524B">
              <w:rPr>
                <w:rFonts w:ascii="Times New Roman" w:eastAsia="Times New Roman" w:hAnsi="Times New Roman" w:cs="Times New Roman"/>
                <w:lang w:val="it-IT"/>
              </w:rPr>
              <w:t>/năm</w:t>
            </w:r>
          </w:p>
        </w:tc>
      </w:tr>
      <w:tr w:rsidR="0046524B" w:rsidRPr="00AC61D5" w14:paraId="40F7D3E1" w14:textId="77777777" w:rsidTr="007028E8">
        <w:trPr>
          <w:trHeight w:val="516"/>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tcPr>
          <w:p w14:paraId="31AD8A0F" w14:textId="77777777" w:rsidR="0099414E" w:rsidRPr="0046524B" w:rsidRDefault="0099414E" w:rsidP="00CC2578">
            <w:pPr>
              <w:spacing w:before="100" w:beforeAutospacing="1" w:after="100" w:afterAutospacing="1"/>
              <w:jc w:val="center"/>
              <w:rPr>
                <w:rFonts w:ascii="Times New Roman" w:eastAsia="Calibri" w:hAnsi="Times New Roman" w:cs="Times New Roman"/>
                <w:lang w:val="it-IT"/>
              </w:rPr>
            </w:pPr>
            <w:r w:rsidRPr="0046524B">
              <w:rPr>
                <w:rFonts w:ascii="Times New Roman" w:eastAsia="Calibri" w:hAnsi="Times New Roman" w:cs="Times New Roman"/>
                <w:b/>
                <w:lang w:val="it-IT"/>
              </w:rPr>
              <w:t>Điểm mạnh</w:t>
            </w:r>
          </w:p>
        </w:tc>
        <w:tc>
          <w:tcPr>
            <w:tcW w:w="7540" w:type="dxa"/>
            <w:tcBorders>
              <w:top w:val="single" w:sz="4" w:space="0" w:color="auto"/>
              <w:left w:val="single" w:sz="4" w:space="0" w:color="auto"/>
              <w:bottom w:val="single" w:sz="4" w:space="0" w:color="auto"/>
              <w:right w:val="single" w:sz="4" w:space="0" w:color="auto"/>
            </w:tcBorders>
            <w:shd w:val="clear" w:color="auto" w:fill="auto"/>
            <w:vAlign w:val="center"/>
          </w:tcPr>
          <w:p w14:paraId="69962AE0" w14:textId="77777777" w:rsidR="0099414E" w:rsidRPr="0046524B" w:rsidRDefault="0099414E" w:rsidP="00CC2578">
            <w:pPr>
              <w:spacing w:before="100" w:beforeAutospacing="1" w:after="100" w:afterAutospacing="1"/>
              <w:jc w:val="both"/>
              <w:rPr>
                <w:rFonts w:ascii="Times New Roman" w:eastAsia="Times New Roman" w:hAnsi="Times New Roman" w:cs="Times New Roman"/>
                <w:lang w:val="it-IT"/>
              </w:rPr>
            </w:pPr>
            <w:r w:rsidRPr="0046524B">
              <w:rPr>
                <w:rFonts w:ascii="Times New Roman" w:eastAsia="Times New Roman" w:hAnsi="Times New Roman" w:cs="Times New Roman"/>
                <w:lang w:val="it-IT"/>
              </w:rPr>
              <w:t>Phù hợp kinh tế hộ gia đình, dễ nuôi, không đòi hỏi kỹ thuật cao. Được thị trường ưa chuộng, mô hình ít gây ô nhiễm, vật nuôi ít mắc bệnh.</w:t>
            </w:r>
          </w:p>
        </w:tc>
      </w:tr>
      <w:tr w:rsidR="0046524B" w:rsidRPr="00AC61D5" w14:paraId="187D3E61" w14:textId="77777777" w:rsidTr="007028E8">
        <w:trPr>
          <w:trHeight w:val="758"/>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tcPr>
          <w:p w14:paraId="7E8825EB" w14:textId="77777777" w:rsidR="0099414E" w:rsidRPr="0046524B" w:rsidRDefault="0099414E" w:rsidP="00CC2578">
            <w:pPr>
              <w:spacing w:before="100" w:beforeAutospacing="1" w:after="100" w:afterAutospacing="1"/>
              <w:jc w:val="center"/>
              <w:rPr>
                <w:rFonts w:ascii="Times New Roman" w:eastAsia="Calibri" w:hAnsi="Times New Roman" w:cs="Times New Roman"/>
                <w:lang w:val="it-IT"/>
              </w:rPr>
            </w:pPr>
            <w:r w:rsidRPr="0046524B">
              <w:rPr>
                <w:rFonts w:ascii="Times New Roman" w:eastAsia="Calibri" w:hAnsi="Times New Roman" w:cs="Times New Roman"/>
                <w:b/>
              </w:rPr>
              <w:t>Điểm yếu</w:t>
            </w:r>
          </w:p>
        </w:tc>
        <w:tc>
          <w:tcPr>
            <w:tcW w:w="7540" w:type="dxa"/>
            <w:tcBorders>
              <w:top w:val="single" w:sz="4" w:space="0" w:color="auto"/>
              <w:left w:val="single" w:sz="4" w:space="0" w:color="auto"/>
              <w:bottom w:val="single" w:sz="4" w:space="0" w:color="auto"/>
              <w:right w:val="single" w:sz="4" w:space="0" w:color="auto"/>
            </w:tcBorders>
            <w:shd w:val="clear" w:color="auto" w:fill="auto"/>
            <w:vAlign w:val="center"/>
          </w:tcPr>
          <w:p w14:paraId="482397A4" w14:textId="77777777" w:rsidR="0099414E" w:rsidRPr="0046524B" w:rsidRDefault="0099414E" w:rsidP="00CC2578">
            <w:pPr>
              <w:spacing w:before="100" w:beforeAutospacing="1" w:after="100" w:afterAutospacing="1"/>
              <w:jc w:val="both"/>
              <w:rPr>
                <w:rFonts w:ascii="Times New Roman" w:eastAsia="Calibri" w:hAnsi="Times New Roman" w:cs="Times New Roman"/>
                <w:lang w:val="it-IT"/>
              </w:rPr>
            </w:pPr>
            <w:r w:rsidRPr="0046524B">
              <w:rPr>
                <w:rFonts w:ascii="Times New Roman" w:eastAsia="Times New Roman" w:hAnsi="Times New Roman" w:cs="Times New Roman"/>
                <w:lang w:val="it-IT"/>
              </w:rPr>
              <w:t>Chi phí thức ăn cao; cần vốn lớn và nhiều công lao động. Hộ dân chủ yếu nuôi theo kinh nghiệm, chuồng trại đơn giản, ít áp dụng kỹ thuật hiện đại. Nhiều nơi chưa xử lý chất thải gây ô nhiễm cục bộ.</w:t>
            </w:r>
          </w:p>
        </w:tc>
      </w:tr>
      <w:tr w:rsidR="0046524B" w:rsidRPr="00AC61D5" w14:paraId="2B724285" w14:textId="77777777" w:rsidTr="007028E8">
        <w:trPr>
          <w:trHeight w:val="500"/>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tcPr>
          <w:p w14:paraId="17CED3E0" w14:textId="77777777" w:rsidR="0099414E" w:rsidRPr="0046524B" w:rsidRDefault="0099414E" w:rsidP="00CC2578">
            <w:pPr>
              <w:spacing w:before="100" w:beforeAutospacing="1" w:after="100" w:afterAutospacing="1"/>
              <w:jc w:val="center"/>
              <w:rPr>
                <w:rFonts w:ascii="Times New Roman" w:eastAsia="Calibri" w:hAnsi="Times New Roman" w:cs="Times New Roman"/>
                <w:lang w:val="it-IT"/>
              </w:rPr>
            </w:pPr>
            <w:r w:rsidRPr="0046524B">
              <w:rPr>
                <w:rFonts w:ascii="Times New Roman" w:eastAsia="Times New Roman" w:hAnsi="Times New Roman" w:cs="Times New Roman"/>
                <w:b/>
                <w:bCs/>
                <w:lang w:val="it-IT"/>
              </w:rPr>
              <w:t>Cơ hội</w:t>
            </w:r>
          </w:p>
        </w:tc>
        <w:tc>
          <w:tcPr>
            <w:tcW w:w="7540" w:type="dxa"/>
            <w:tcBorders>
              <w:top w:val="single" w:sz="4" w:space="0" w:color="auto"/>
              <w:left w:val="single" w:sz="4" w:space="0" w:color="auto"/>
              <w:bottom w:val="single" w:sz="4" w:space="0" w:color="auto"/>
              <w:right w:val="single" w:sz="4" w:space="0" w:color="auto"/>
            </w:tcBorders>
            <w:shd w:val="clear" w:color="auto" w:fill="auto"/>
            <w:vAlign w:val="center"/>
          </w:tcPr>
          <w:p w14:paraId="74A2FA89" w14:textId="77777777" w:rsidR="0099414E" w:rsidRPr="0046524B" w:rsidRDefault="0099414E" w:rsidP="00CC2578">
            <w:pPr>
              <w:spacing w:before="100" w:beforeAutospacing="1" w:after="100" w:afterAutospacing="1"/>
              <w:jc w:val="both"/>
              <w:rPr>
                <w:rFonts w:ascii="Times New Roman" w:eastAsia="Calibri" w:hAnsi="Times New Roman" w:cs="Times New Roman"/>
                <w:lang w:val="it-IT"/>
              </w:rPr>
            </w:pPr>
            <w:r w:rsidRPr="0046524B">
              <w:rPr>
                <w:rFonts w:ascii="Times New Roman" w:eastAsia="Times New Roman" w:hAnsi="Times New Roman" w:cs="Times New Roman"/>
                <w:lang w:val="it-IT"/>
              </w:rPr>
              <w:t>Kỹ thuật nuôi khá đơn giản, được phổ biến rộng rãi. Được hỗ trợ vốn, kỹ thuật, giống và các chính sách phát triển sản phẩm OCOP.</w:t>
            </w:r>
          </w:p>
        </w:tc>
      </w:tr>
      <w:tr w:rsidR="0046524B" w:rsidRPr="00AC61D5" w14:paraId="51A075FF" w14:textId="77777777" w:rsidTr="007028E8">
        <w:trPr>
          <w:trHeight w:val="516"/>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tcPr>
          <w:p w14:paraId="596EBF9B" w14:textId="77777777" w:rsidR="0099414E" w:rsidRPr="0046524B" w:rsidRDefault="0099414E" w:rsidP="00CC2578">
            <w:pPr>
              <w:spacing w:before="100" w:beforeAutospacing="1" w:after="100" w:afterAutospacing="1"/>
              <w:jc w:val="center"/>
              <w:rPr>
                <w:rFonts w:ascii="Times New Roman" w:eastAsia="Calibri" w:hAnsi="Times New Roman" w:cs="Times New Roman"/>
                <w:lang w:val="it-IT"/>
              </w:rPr>
            </w:pPr>
            <w:r w:rsidRPr="0046524B">
              <w:rPr>
                <w:rFonts w:ascii="Times New Roman" w:eastAsia="Times New Roman" w:hAnsi="Times New Roman" w:cs="Times New Roman"/>
                <w:b/>
                <w:bCs/>
                <w:lang w:val="it-IT"/>
              </w:rPr>
              <w:t>Thách thức</w:t>
            </w:r>
          </w:p>
        </w:tc>
        <w:tc>
          <w:tcPr>
            <w:tcW w:w="7540" w:type="dxa"/>
            <w:tcBorders>
              <w:top w:val="single" w:sz="4" w:space="0" w:color="auto"/>
              <w:left w:val="single" w:sz="4" w:space="0" w:color="auto"/>
              <w:bottom w:val="single" w:sz="4" w:space="0" w:color="auto"/>
              <w:right w:val="single" w:sz="4" w:space="0" w:color="auto"/>
            </w:tcBorders>
            <w:shd w:val="clear" w:color="auto" w:fill="auto"/>
            <w:vAlign w:val="center"/>
          </w:tcPr>
          <w:p w14:paraId="08B98E9B" w14:textId="0CD35968" w:rsidR="0099414E" w:rsidRPr="0046524B" w:rsidRDefault="0099414E" w:rsidP="00CC2578">
            <w:pPr>
              <w:keepNext/>
              <w:spacing w:before="100" w:beforeAutospacing="1" w:after="100" w:afterAutospacing="1"/>
              <w:jc w:val="both"/>
              <w:rPr>
                <w:rFonts w:ascii="Times New Roman" w:eastAsia="Calibri" w:hAnsi="Times New Roman" w:cs="Times New Roman"/>
                <w:lang w:val="it-IT"/>
              </w:rPr>
            </w:pPr>
            <w:r w:rsidRPr="0046524B">
              <w:rPr>
                <w:rFonts w:ascii="Times New Roman" w:eastAsia="Times New Roman" w:hAnsi="Times New Roman" w:cs="Times New Roman"/>
                <w:lang w:val="it-IT"/>
              </w:rPr>
              <w:t>Chưa chủ động được đầu ra cho người nuôi; Thi trường tiêu thụ còn nhiều biến động, giá cả thường bị thương lái chi phối.</w:t>
            </w:r>
          </w:p>
        </w:tc>
      </w:tr>
    </w:tbl>
    <w:p w14:paraId="13DB9F7E" w14:textId="77777777" w:rsidR="0099414E" w:rsidRPr="0046524B" w:rsidRDefault="0099414E" w:rsidP="0010122C">
      <w:pPr>
        <w:spacing w:after="120" w:line="240" w:lineRule="auto"/>
        <w:jc w:val="both"/>
        <w:rPr>
          <w:rFonts w:ascii="Times New Roman" w:eastAsia="SimSun" w:hAnsi="Times New Roman" w:cs="Times New Roman"/>
          <w:lang w:val="it-IT"/>
        </w:rPr>
      </w:pPr>
      <w:r w:rsidRPr="0046524B">
        <w:rPr>
          <w:rFonts w:ascii="Times New Roman" w:eastAsia="SimSun" w:hAnsi="Times New Roman" w:cs="Times New Roman"/>
          <w:bCs/>
          <w:i/>
          <w:iCs/>
          <w:lang w:val="it-IT"/>
        </w:rPr>
        <w:t>-</w:t>
      </w:r>
      <w:r w:rsidRPr="0046524B">
        <w:rPr>
          <w:rFonts w:ascii="Times New Roman" w:eastAsia="SimSun" w:hAnsi="Times New Roman" w:cs="Times New Roman"/>
          <w:bCs/>
          <w:i/>
          <w:iCs/>
          <w:lang w:val="vi-VN"/>
        </w:rPr>
        <w:t xml:space="preserve"> Ý nghĩa kinh tế của mô hình</w:t>
      </w:r>
      <w:r w:rsidRPr="0046524B">
        <w:rPr>
          <w:rFonts w:ascii="Times New Roman" w:eastAsia="SimSun" w:hAnsi="Times New Roman" w:cs="Times New Roman"/>
          <w:bCs/>
          <w:i/>
          <w:iCs/>
          <w:lang w:val="it-IT"/>
        </w:rPr>
        <w:t xml:space="preserve">: </w:t>
      </w:r>
      <w:r w:rsidRPr="0046524B">
        <w:rPr>
          <w:rFonts w:ascii="Times New Roman" w:eastAsia="SimSun" w:hAnsi="Times New Roman" w:cs="Times New Roman"/>
          <w:lang w:val="it-IT"/>
        </w:rPr>
        <w:t>Mô</w:t>
      </w:r>
      <w:r w:rsidRPr="0046524B">
        <w:rPr>
          <w:rFonts w:ascii="Times New Roman" w:eastAsia="SimSun" w:hAnsi="Times New Roman" w:cs="Times New Roman"/>
          <w:lang w:val="vi-VN"/>
        </w:rPr>
        <w:t xml:space="preserve"> h</w:t>
      </w:r>
      <w:r w:rsidRPr="0046524B">
        <w:rPr>
          <w:rFonts w:ascii="Times New Roman" w:eastAsia="SimSun" w:hAnsi="Times New Roman" w:cs="Times New Roman"/>
          <w:lang w:val="it-IT"/>
        </w:rPr>
        <w:t>ì</w:t>
      </w:r>
      <w:r w:rsidRPr="0046524B">
        <w:rPr>
          <w:rFonts w:ascii="Times New Roman" w:eastAsia="SimSun" w:hAnsi="Times New Roman" w:cs="Times New Roman"/>
          <w:lang w:val="vi-VN"/>
        </w:rPr>
        <w:t xml:space="preserve">nh </w:t>
      </w:r>
      <w:r w:rsidRPr="0046524B">
        <w:rPr>
          <w:rFonts w:ascii="Times New Roman" w:eastAsia="SimSun" w:hAnsi="Times New Roman" w:cs="Times New Roman"/>
          <w:lang w:val="it-IT"/>
        </w:rPr>
        <w:t>cho</w:t>
      </w:r>
      <w:r w:rsidRPr="0046524B">
        <w:rPr>
          <w:rFonts w:ascii="Times New Roman" w:eastAsia="SimSun" w:hAnsi="Times New Roman" w:cs="Times New Roman"/>
          <w:lang w:val="vi-VN"/>
        </w:rPr>
        <w:t xml:space="preserve"> giá tr</w:t>
      </w:r>
      <w:r w:rsidRPr="0046524B">
        <w:rPr>
          <w:rFonts w:ascii="Times New Roman" w:eastAsia="SimSun" w:hAnsi="Times New Roman" w:cs="Times New Roman"/>
          <w:lang w:val="it-IT"/>
        </w:rPr>
        <w:t>ị</w:t>
      </w:r>
      <w:r w:rsidRPr="0046524B">
        <w:rPr>
          <w:rFonts w:ascii="Times New Roman" w:eastAsia="SimSun" w:hAnsi="Times New Roman" w:cs="Times New Roman"/>
          <w:lang w:val="vi-VN"/>
        </w:rPr>
        <w:t xml:space="preserve"> sản</w:t>
      </w:r>
      <w:r w:rsidRPr="0046524B">
        <w:rPr>
          <w:rFonts w:ascii="Times New Roman" w:eastAsia="SimSun" w:hAnsi="Times New Roman" w:cs="Times New Roman"/>
          <w:lang w:val="it-IT"/>
        </w:rPr>
        <w:t xml:space="preserve"> </w:t>
      </w:r>
      <w:r w:rsidRPr="0046524B">
        <w:rPr>
          <w:rFonts w:ascii="Times New Roman" w:eastAsia="SimSun" w:hAnsi="Times New Roman" w:cs="Times New Roman"/>
          <w:lang w:val="vi-VN"/>
        </w:rPr>
        <w:t xml:space="preserve">xuất </w:t>
      </w:r>
      <w:r w:rsidRPr="0046524B">
        <w:rPr>
          <w:rFonts w:ascii="Times New Roman" w:eastAsia="SimSun" w:hAnsi="Times New Roman" w:cs="Times New Roman"/>
          <w:lang w:val="it-IT"/>
        </w:rPr>
        <w:t xml:space="preserve">cao </w:t>
      </w:r>
      <w:r w:rsidRPr="0046524B">
        <w:rPr>
          <w:rFonts w:ascii="Times New Roman" w:eastAsia="SimSun" w:hAnsi="Times New Roman" w:cs="Times New Roman"/>
          <w:lang w:val="vi-VN"/>
        </w:rPr>
        <w:t xml:space="preserve">đạt </w:t>
      </w:r>
      <w:r w:rsidRPr="0046524B">
        <w:rPr>
          <w:rFonts w:ascii="Times New Roman" w:eastAsia="SimSun" w:hAnsi="Times New Roman" w:cs="Times New Roman"/>
          <w:lang w:val="it-IT"/>
        </w:rPr>
        <w:t>800,8</w:t>
      </w:r>
      <w:r w:rsidRPr="0046524B">
        <w:rPr>
          <w:rFonts w:ascii="Times New Roman" w:eastAsia="SimSun" w:hAnsi="Times New Roman" w:cs="Times New Roman"/>
          <w:lang w:val="vi-VN"/>
        </w:rPr>
        <w:t xml:space="preserve"> triệu đồng, giá tr</w:t>
      </w:r>
      <w:r w:rsidRPr="0046524B">
        <w:rPr>
          <w:rFonts w:ascii="Times New Roman" w:eastAsia="SimSun" w:hAnsi="Times New Roman" w:cs="Times New Roman"/>
          <w:lang w:val="it-IT"/>
        </w:rPr>
        <w:t>ị</w:t>
      </w:r>
      <w:r w:rsidRPr="0046524B">
        <w:rPr>
          <w:rFonts w:ascii="Times New Roman" w:eastAsia="SimSun" w:hAnsi="Times New Roman" w:cs="Times New Roman"/>
          <w:lang w:val="vi-VN"/>
        </w:rPr>
        <w:t xml:space="preserve"> gia tăng đạt </w:t>
      </w:r>
      <w:r w:rsidRPr="0046524B">
        <w:rPr>
          <w:rFonts w:ascii="Times New Roman" w:eastAsia="SimSun" w:hAnsi="Times New Roman" w:cs="Times New Roman"/>
          <w:lang w:val="it-IT"/>
        </w:rPr>
        <w:t>250</w:t>
      </w:r>
      <w:r w:rsidRPr="0046524B">
        <w:rPr>
          <w:rFonts w:ascii="Times New Roman" w:eastAsia="SimSun" w:hAnsi="Times New Roman" w:cs="Times New Roman"/>
          <w:lang w:val="vi-VN"/>
        </w:rPr>
        <w:t xml:space="preserve"> triệu đồng, hiệu suất đồng vốn đạt 2,</w:t>
      </w:r>
      <w:r w:rsidRPr="0046524B">
        <w:rPr>
          <w:rFonts w:ascii="Times New Roman" w:eastAsia="SimSun" w:hAnsi="Times New Roman" w:cs="Times New Roman"/>
          <w:lang w:val="it-IT"/>
        </w:rPr>
        <w:t>2</w:t>
      </w:r>
      <w:r w:rsidRPr="0046524B">
        <w:rPr>
          <w:rFonts w:ascii="Times New Roman" w:eastAsia="SimSun" w:hAnsi="Times New Roman" w:cs="Times New Roman"/>
          <w:lang w:val="vi-VN"/>
        </w:rPr>
        <w:t xml:space="preserve"> lần.</w:t>
      </w:r>
      <w:r w:rsidRPr="0046524B">
        <w:rPr>
          <w:rFonts w:ascii="Times New Roman" w:eastAsia="SimSun" w:hAnsi="Times New Roman" w:cs="Times New Roman"/>
          <w:lang w:val="it-IT"/>
        </w:rPr>
        <w:t xml:space="preserve"> </w:t>
      </w:r>
    </w:p>
    <w:p w14:paraId="6B824ECE" w14:textId="77777777" w:rsidR="0099414E" w:rsidRPr="0046524B" w:rsidRDefault="0099414E" w:rsidP="0010122C">
      <w:pPr>
        <w:spacing w:after="120" w:line="240" w:lineRule="auto"/>
        <w:jc w:val="both"/>
        <w:rPr>
          <w:rFonts w:ascii="Times New Roman" w:eastAsia="SimSun" w:hAnsi="Times New Roman" w:cs="Times New Roman"/>
          <w:bCs/>
          <w:iCs/>
          <w:lang w:val="it-IT"/>
        </w:rPr>
      </w:pPr>
      <w:r w:rsidRPr="0046524B">
        <w:rPr>
          <w:rFonts w:ascii="Times New Roman" w:eastAsia="SimSun" w:hAnsi="Times New Roman" w:cs="Times New Roman"/>
          <w:bCs/>
          <w:i/>
          <w:iCs/>
          <w:lang w:val="it-IT"/>
        </w:rPr>
        <w:t>-</w:t>
      </w:r>
      <w:r w:rsidRPr="0046524B">
        <w:rPr>
          <w:rFonts w:ascii="Times New Roman" w:eastAsia="SimSun" w:hAnsi="Times New Roman" w:cs="Times New Roman"/>
          <w:bCs/>
          <w:i/>
          <w:iCs/>
          <w:lang w:val="vi-VN"/>
        </w:rPr>
        <w:t xml:space="preserve"> Ý nghĩa xã hội và môi trường của mô hình</w:t>
      </w:r>
      <w:r w:rsidRPr="0046524B">
        <w:rPr>
          <w:rFonts w:ascii="Times New Roman" w:eastAsia="SimSun" w:hAnsi="Times New Roman" w:cs="Times New Roman"/>
          <w:bCs/>
          <w:i/>
          <w:iCs/>
          <w:lang w:val="it-IT"/>
        </w:rPr>
        <w:t xml:space="preserve">: </w:t>
      </w:r>
      <w:r w:rsidRPr="0046524B">
        <w:rPr>
          <w:rFonts w:ascii="Times New Roman" w:eastAsia="SimSun" w:hAnsi="Times New Roman" w:cs="Times New Roman"/>
          <w:lang w:val="vi-VN"/>
        </w:rPr>
        <w:t>Mô hình tạo việc làm thường xuyên do heo lai cần</w:t>
      </w:r>
      <w:r w:rsidRPr="0046524B">
        <w:rPr>
          <w:rFonts w:ascii="Times New Roman" w:eastAsia="SimSun" w:hAnsi="Times New Roman" w:cs="Times New Roman"/>
          <w:lang w:val="it-IT"/>
        </w:rPr>
        <w:t xml:space="preserve"> cần</w:t>
      </w:r>
      <w:r w:rsidRPr="0046524B">
        <w:rPr>
          <w:rFonts w:ascii="Times New Roman" w:eastAsia="SimSun" w:hAnsi="Times New Roman" w:cs="Times New Roman"/>
          <w:lang w:val="vi-VN"/>
        </w:rPr>
        <w:t xml:space="preserve"> thức ăn nhiều; giá trị ngày công cao, được nhiều hộ ưa chuộng.</w:t>
      </w:r>
      <w:r w:rsidRPr="0046524B">
        <w:rPr>
          <w:rFonts w:ascii="Times New Roman" w:eastAsia="SimSun" w:hAnsi="Times New Roman" w:cs="Times New Roman"/>
          <w:bCs/>
          <w:iCs/>
          <w:lang w:val="it-IT"/>
        </w:rPr>
        <w:t xml:space="preserve"> Khả năng lan rộng của mô hình cũng cao vì mô hình khá đơn giản, phù hợp với tập quán canh tác của địa phương.</w:t>
      </w:r>
    </w:p>
    <w:p w14:paraId="01163139" w14:textId="77777777" w:rsidR="0099414E" w:rsidRPr="0046524B" w:rsidRDefault="0099414E" w:rsidP="0010122C">
      <w:pPr>
        <w:spacing w:after="120" w:line="240" w:lineRule="auto"/>
        <w:jc w:val="both"/>
        <w:rPr>
          <w:rFonts w:ascii="Times New Roman" w:eastAsia="SimSun" w:hAnsi="Times New Roman" w:cs="Times New Roman"/>
          <w:bCs/>
          <w:iCs/>
          <w:lang w:val="it-IT"/>
        </w:rPr>
      </w:pPr>
      <w:r w:rsidRPr="0046524B">
        <w:rPr>
          <w:rFonts w:ascii="Times New Roman" w:eastAsia="SimSun" w:hAnsi="Times New Roman" w:cs="Times New Roman"/>
          <w:bCs/>
          <w:iCs/>
          <w:lang w:val="it-IT"/>
        </w:rPr>
        <w:lastRenderedPageBreak/>
        <w:t>Mô hình này phát triển giúp giảm áp lực của hộ dân lên rừng, khả năng cải thiện môi trường tốt nếu quản lí tốt chất thải, mô hình có thể trở thành chu kỳ khép kín vừa nuôi heo vừa tạo phân bón hữu cơ cho cây trồng.</w:t>
      </w:r>
    </w:p>
    <w:p w14:paraId="4B6AF8E6" w14:textId="77777777" w:rsidR="0099414E" w:rsidRPr="0046524B" w:rsidRDefault="0099414E" w:rsidP="0010122C">
      <w:pPr>
        <w:spacing w:after="120" w:line="240" w:lineRule="auto"/>
        <w:jc w:val="both"/>
        <w:rPr>
          <w:rFonts w:ascii="Times New Roman" w:eastAsia="SimSun" w:hAnsi="Times New Roman" w:cs="Times New Roman"/>
          <w:bCs/>
          <w:iCs/>
          <w:lang w:val="it-IT"/>
        </w:rPr>
      </w:pPr>
      <w:r w:rsidRPr="0046524B">
        <w:rPr>
          <w:rFonts w:ascii="Times New Roman" w:eastAsia="SimSun" w:hAnsi="Times New Roman" w:cs="Times New Roman"/>
          <w:bCs/>
          <w:i/>
          <w:iCs/>
          <w:lang w:val="it-IT"/>
        </w:rPr>
        <w:t>- Địa bàn áp dụng:</w:t>
      </w:r>
      <w:r w:rsidRPr="0046524B">
        <w:rPr>
          <w:rFonts w:ascii="Times New Roman" w:eastAsia="SimSun" w:hAnsi="Times New Roman" w:cs="Times New Roman"/>
          <w:bCs/>
          <w:iCs/>
          <w:lang w:val="it-IT"/>
        </w:rPr>
        <w:t xml:space="preserve"> Mô hình này dễ thực hiện nên có thể áp dụng được cho các hộ dân ở đồng bào miền núi đặc biêt là các hộ dân có định hướng sản xuất hàng hoá. </w:t>
      </w:r>
    </w:p>
    <w:p w14:paraId="61DB7B4D" w14:textId="77777777" w:rsidR="0099414E" w:rsidRPr="0046524B" w:rsidRDefault="0099414E" w:rsidP="0010122C">
      <w:pPr>
        <w:spacing w:after="120" w:line="240" w:lineRule="auto"/>
        <w:contextualSpacing/>
        <w:jc w:val="both"/>
        <w:rPr>
          <w:rFonts w:ascii="Times New Roman" w:eastAsia="Times New Roman" w:hAnsi="Times New Roman" w:cs="Times New Roman"/>
          <w:b/>
          <w:bCs/>
          <w:i/>
          <w:iCs/>
          <w:lang w:val="it-IT"/>
        </w:rPr>
      </w:pPr>
      <w:r w:rsidRPr="0046524B">
        <w:rPr>
          <w:rFonts w:ascii="Times New Roman" w:eastAsia="Times New Roman" w:hAnsi="Times New Roman" w:cs="Times New Roman"/>
          <w:b/>
          <w:bCs/>
          <w:i/>
          <w:iCs/>
          <w:lang w:val="it-IT"/>
        </w:rPr>
        <w:t>b) Mô hình nuôi chồn hương và nuôi dúi</w:t>
      </w:r>
    </w:p>
    <w:p w14:paraId="38B98642" w14:textId="6D0DA63E" w:rsidR="0099414E" w:rsidRPr="0046524B" w:rsidRDefault="0099414E" w:rsidP="0026740C">
      <w:pPr>
        <w:spacing w:after="120" w:line="240" w:lineRule="auto"/>
        <w:jc w:val="center"/>
        <w:rPr>
          <w:rFonts w:ascii="Times New Roman" w:eastAsia="Calibri" w:hAnsi="Times New Roman" w:cs="Times New Roman"/>
          <w:lang w:val="pt-BR"/>
        </w:rPr>
      </w:pPr>
      <w:r w:rsidRPr="0046524B">
        <w:rPr>
          <w:rFonts w:ascii="Times New Roman" w:eastAsia="Calibri" w:hAnsi="Times New Roman" w:cs="Times New Roman"/>
          <w:b/>
          <w:lang w:val="pt-BR"/>
        </w:rPr>
        <w:t>Bảng 1</w:t>
      </w:r>
      <w:r w:rsidR="00357820">
        <w:rPr>
          <w:rFonts w:ascii="Times New Roman" w:eastAsia="Calibri" w:hAnsi="Times New Roman" w:cs="Times New Roman"/>
          <w:b/>
          <w:lang w:val="pt-BR"/>
        </w:rPr>
        <w:t>1</w:t>
      </w:r>
      <w:r w:rsidRPr="0046524B">
        <w:rPr>
          <w:rFonts w:ascii="Times New Roman" w:eastAsia="Calibri" w:hAnsi="Times New Roman" w:cs="Times New Roman"/>
          <w:b/>
          <w:lang w:val="pt-BR"/>
        </w:rPr>
        <w:t>.</w:t>
      </w:r>
      <w:r w:rsidRPr="0046524B">
        <w:rPr>
          <w:rFonts w:ascii="Times New Roman" w:eastAsia="Calibri" w:hAnsi="Times New Roman" w:cs="Times New Roman"/>
          <w:lang w:val="pt-BR"/>
        </w:rPr>
        <w:t xml:space="preserve"> Đặc điểm mô hình nuôi chồn hương và dúi</w:t>
      </w:r>
    </w:p>
    <w:tbl>
      <w:tblPr>
        <w:tblW w:w="9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82"/>
        <w:gridCol w:w="7761"/>
      </w:tblGrid>
      <w:tr w:rsidR="0046524B" w:rsidRPr="00AC61D5" w14:paraId="6C21E19A" w14:textId="77777777" w:rsidTr="007028E8">
        <w:trPr>
          <w:trHeight w:val="668"/>
        </w:trPr>
        <w:tc>
          <w:tcPr>
            <w:tcW w:w="1582" w:type="dxa"/>
            <w:shd w:val="clear" w:color="auto" w:fill="auto"/>
            <w:vAlign w:val="center"/>
          </w:tcPr>
          <w:p w14:paraId="40605C4E" w14:textId="77777777" w:rsidR="0099414E" w:rsidRPr="0046524B" w:rsidRDefault="0099414E" w:rsidP="00CC2578">
            <w:pPr>
              <w:spacing w:before="100" w:beforeAutospacing="1" w:after="100" w:afterAutospacing="1"/>
              <w:ind w:right="-74"/>
              <w:jc w:val="center"/>
              <w:rPr>
                <w:rFonts w:ascii="Times New Roman" w:eastAsia="Calibri" w:hAnsi="Times New Roman" w:cs="Times New Roman"/>
                <w:b/>
                <w:lang w:val="vi-VN"/>
              </w:rPr>
            </w:pPr>
            <w:r w:rsidRPr="0046524B">
              <w:rPr>
                <w:rFonts w:ascii="Times New Roman" w:eastAsia="Calibri" w:hAnsi="Times New Roman" w:cs="Times New Roman"/>
                <w:b/>
                <w:lang w:val="vi-VN"/>
              </w:rPr>
              <w:t xml:space="preserve">Điều kiện </w:t>
            </w:r>
          </w:p>
        </w:tc>
        <w:tc>
          <w:tcPr>
            <w:tcW w:w="7761" w:type="dxa"/>
            <w:shd w:val="clear" w:color="auto" w:fill="auto"/>
          </w:tcPr>
          <w:p w14:paraId="4BC1FD5E" w14:textId="240DF68A" w:rsidR="0099414E" w:rsidRPr="0098635C" w:rsidRDefault="0099414E" w:rsidP="00CC2578">
            <w:pPr>
              <w:spacing w:before="100" w:beforeAutospacing="1" w:after="100" w:afterAutospacing="1"/>
              <w:jc w:val="both"/>
              <w:rPr>
                <w:rFonts w:ascii="Times New Roman" w:eastAsia="Calibri" w:hAnsi="Times New Roman" w:cs="Times New Roman"/>
                <w:lang w:val="vi-VN"/>
              </w:rPr>
            </w:pPr>
            <w:r w:rsidRPr="0046524B">
              <w:rPr>
                <w:rFonts w:ascii="Times New Roman" w:eastAsia="Calibri" w:hAnsi="Times New Roman" w:cs="Times New Roman"/>
                <w:lang w:val="vi-VN"/>
              </w:rPr>
              <w:t xml:space="preserve">Địa hình đồi thoải, thuận lợi cho việc xây dựng chuồn trại tự nhiên, khí hậu mát mẻ. </w:t>
            </w:r>
            <w:r w:rsidR="0098635C" w:rsidRPr="0098635C">
              <w:rPr>
                <w:rFonts w:ascii="Times New Roman" w:eastAsia="Calibri" w:hAnsi="Times New Roman" w:cs="Times New Roman"/>
                <w:lang w:val="vi-VN"/>
              </w:rPr>
              <w:t xml:space="preserve"> </w:t>
            </w:r>
            <w:r w:rsidR="0098635C" w:rsidRPr="0098635C">
              <w:rPr>
                <w:rFonts w:ascii="Times New Roman" w:eastAsia="Calibri" w:hAnsi="Times New Roman" w:cs="Times New Roman"/>
                <w:color w:val="FF0000"/>
                <w:lang w:val="vi-VN"/>
              </w:rPr>
              <w:t>T</w:t>
            </w:r>
            <w:r w:rsidR="0098635C" w:rsidRPr="0098635C">
              <w:rPr>
                <w:rFonts w:ascii="Times New Roman" w:eastAsia="Calibri" w:hAnsi="Times New Roman" w:cs="Times New Roman"/>
                <w:bCs/>
                <w:color w:val="FF0000"/>
                <w:lang w:val="vi-VN"/>
              </w:rPr>
              <w:t>hức ăn sẵn có tại địa phương</w:t>
            </w:r>
            <w:r w:rsidR="0098635C" w:rsidRPr="0098635C">
              <w:rPr>
                <w:rFonts w:ascii="Times New Roman" w:eastAsia="Calibri" w:hAnsi="Times New Roman" w:cs="Times New Roman"/>
                <w:color w:val="FF0000"/>
                <w:lang w:val="vi-VN"/>
              </w:rPr>
              <w:t xml:space="preserve"> như ngô, khoai, sắn, mía…</w:t>
            </w:r>
          </w:p>
        </w:tc>
      </w:tr>
      <w:tr w:rsidR="0046524B" w:rsidRPr="00AC61D5" w14:paraId="04846B91" w14:textId="77777777" w:rsidTr="007028E8">
        <w:trPr>
          <w:trHeight w:val="70"/>
        </w:trPr>
        <w:tc>
          <w:tcPr>
            <w:tcW w:w="1582" w:type="dxa"/>
            <w:shd w:val="clear" w:color="auto" w:fill="auto"/>
            <w:vAlign w:val="center"/>
          </w:tcPr>
          <w:p w14:paraId="142E07CF" w14:textId="45B16D24" w:rsidR="0099414E" w:rsidRPr="0046524B" w:rsidRDefault="00CC2578" w:rsidP="00CC2578">
            <w:pPr>
              <w:spacing w:before="100" w:beforeAutospacing="1" w:after="100" w:afterAutospacing="1"/>
              <w:ind w:left="-24" w:right="-74" w:firstLine="14"/>
              <w:jc w:val="center"/>
              <w:rPr>
                <w:rFonts w:ascii="Times New Roman" w:eastAsia="Calibri" w:hAnsi="Times New Roman" w:cs="Times New Roman"/>
                <w:b/>
                <w:lang w:val="sv-SE"/>
              </w:rPr>
            </w:pPr>
            <w:r w:rsidRPr="0046524B">
              <w:rPr>
                <w:rFonts w:ascii="Times New Roman" w:eastAsia="Calibri" w:hAnsi="Times New Roman" w:cs="Times New Roman"/>
                <w:b/>
                <w:lang w:val="sv-SE"/>
              </w:rPr>
              <w:t xml:space="preserve">Phương </w:t>
            </w:r>
            <w:r w:rsidR="0099414E" w:rsidRPr="0046524B">
              <w:rPr>
                <w:rFonts w:ascii="Times New Roman" w:eastAsia="Calibri" w:hAnsi="Times New Roman" w:cs="Times New Roman"/>
                <w:b/>
                <w:lang w:val="sv-SE"/>
              </w:rPr>
              <w:t>thứ</w:t>
            </w:r>
            <w:r w:rsidRPr="0046524B">
              <w:rPr>
                <w:rFonts w:ascii="Times New Roman" w:eastAsia="Calibri" w:hAnsi="Times New Roman" w:cs="Times New Roman"/>
                <w:b/>
                <w:lang w:val="sv-SE"/>
              </w:rPr>
              <w:t xml:space="preserve">c </w:t>
            </w:r>
            <w:r w:rsidR="0099414E" w:rsidRPr="0046524B">
              <w:rPr>
                <w:rFonts w:ascii="Times New Roman" w:eastAsia="Calibri" w:hAnsi="Times New Roman" w:cs="Times New Roman"/>
                <w:b/>
                <w:lang w:val="sv-SE"/>
              </w:rPr>
              <w:t>canh tác</w:t>
            </w:r>
          </w:p>
        </w:tc>
        <w:tc>
          <w:tcPr>
            <w:tcW w:w="7761" w:type="dxa"/>
            <w:shd w:val="clear" w:color="auto" w:fill="auto"/>
          </w:tcPr>
          <w:p w14:paraId="44EE4972" w14:textId="4AD7B4B8" w:rsidR="0099414E" w:rsidRPr="0046524B" w:rsidRDefault="0099414E" w:rsidP="00CC2578">
            <w:pPr>
              <w:spacing w:before="100" w:beforeAutospacing="1" w:after="100" w:afterAutospacing="1"/>
              <w:jc w:val="both"/>
              <w:rPr>
                <w:rFonts w:ascii="Times New Roman" w:eastAsia="Calibri" w:hAnsi="Times New Roman" w:cs="Times New Roman"/>
                <w:lang w:val="sv-SE"/>
              </w:rPr>
            </w:pPr>
            <w:r w:rsidRPr="0046524B">
              <w:rPr>
                <w:rFonts w:ascii="Times New Roman" w:eastAsia="Calibri" w:hAnsi="Times New Roman" w:cs="Times New Roman"/>
                <w:lang w:val="sv-SE"/>
              </w:rPr>
              <w:t xml:space="preserve">Thiết kế chuồng trại bằng gạch hoặc xi măng, làm chuồng kín ít có ánh sáng và tiếng ồn; Cho ăn trung bình 2 lần/ ngày và sử dụng thức ăn tự nhiên. Làm sạch máng ăn, phân hàng ngày, thay lót định kỳ; Theo dõi phát hiện sớm dấu hiệu bệnh. </w:t>
            </w:r>
          </w:p>
        </w:tc>
      </w:tr>
      <w:tr w:rsidR="0046524B" w:rsidRPr="0046524B" w14:paraId="4694F159" w14:textId="77777777" w:rsidTr="007028E8">
        <w:trPr>
          <w:trHeight w:val="350"/>
        </w:trPr>
        <w:tc>
          <w:tcPr>
            <w:tcW w:w="1582" w:type="dxa"/>
            <w:shd w:val="clear" w:color="auto" w:fill="auto"/>
            <w:vAlign w:val="center"/>
          </w:tcPr>
          <w:p w14:paraId="671F4249" w14:textId="77777777" w:rsidR="0099414E" w:rsidRPr="0046524B" w:rsidRDefault="0099414E" w:rsidP="00CC2578">
            <w:pPr>
              <w:spacing w:before="100" w:beforeAutospacing="1" w:after="100" w:afterAutospacing="1"/>
              <w:ind w:left="-24" w:right="-74" w:firstLine="14"/>
              <w:jc w:val="center"/>
              <w:rPr>
                <w:rFonts w:ascii="Times New Roman" w:eastAsia="Calibri" w:hAnsi="Times New Roman" w:cs="Times New Roman"/>
                <w:b/>
                <w:lang w:val="vi-VN"/>
              </w:rPr>
            </w:pPr>
            <w:r w:rsidRPr="0046524B">
              <w:rPr>
                <w:rFonts w:ascii="Times New Roman" w:eastAsia="Calibri" w:hAnsi="Times New Roman" w:cs="Times New Roman"/>
                <w:b/>
                <w:lang w:val="vi-VN"/>
              </w:rPr>
              <w:t>Thời gian</w:t>
            </w:r>
          </w:p>
        </w:tc>
        <w:tc>
          <w:tcPr>
            <w:tcW w:w="7761" w:type="dxa"/>
            <w:shd w:val="clear" w:color="auto" w:fill="auto"/>
          </w:tcPr>
          <w:p w14:paraId="353ED598" w14:textId="788BD058" w:rsidR="0099414E" w:rsidRPr="0046524B" w:rsidRDefault="0099414E" w:rsidP="004B646A">
            <w:pPr>
              <w:tabs>
                <w:tab w:val="left" w:pos="3964"/>
              </w:tabs>
              <w:spacing w:before="100" w:beforeAutospacing="1" w:after="100" w:afterAutospacing="1"/>
              <w:jc w:val="both"/>
              <w:rPr>
                <w:rFonts w:ascii="Times New Roman" w:eastAsia="Calibri" w:hAnsi="Times New Roman" w:cs="Times New Roman"/>
                <w:lang w:val="vi-VN"/>
              </w:rPr>
            </w:pPr>
            <w:r w:rsidRPr="0046524B">
              <w:rPr>
                <w:rFonts w:ascii="Times New Roman" w:eastAsia="Calibri" w:hAnsi="Times New Roman" w:cs="Times New Roman"/>
              </w:rPr>
              <w:t>5-6 tháng</w:t>
            </w:r>
            <w:r w:rsidRPr="0046524B">
              <w:rPr>
                <w:rFonts w:ascii="Times New Roman" w:eastAsia="Calibri" w:hAnsi="Times New Roman" w:cs="Times New Roman"/>
                <w:lang w:val="vi-VN"/>
              </w:rPr>
              <w:t>.</w:t>
            </w:r>
          </w:p>
        </w:tc>
      </w:tr>
      <w:tr w:rsidR="0046524B" w:rsidRPr="00AC61D5" w14:paraId="279520AE" w14:textId="77777777" w:rsidTr="007028E8">
        <w:trPr>
          <w:trHeight w:val="416"/>
        </w:trPr>
        <w:tc>
          <w:tcPr>
            <w:tcW w:w="1582" w:type="dxa"/>
            <w:shd w:val="clear" w:color="auto" w:fill="auto"/>
            <w:vAlign w:val="center"/>
          </w:tcPr>
          <w:p w14:paraId="5AFBC7F6" w14:textId="77777777" w:rsidR="0099414E" w:rsidRPr="0046524B" w:rsidRDefault="0099414E" w:rsidP="00CC2578">
            <w:pPr>
              <w:spacing w:before="100" w:beforeAutospacing="1" w:after="100" w:afterAutospacing="1"/>
              <w:ind w:left="-24" w:right="-74" w:firstLine="14"/>
              <w:jc w:val="center"/>
              <w:rPr>
                <w:rFonts w:ascii="Times New Roman" w:eastAsia="Calibri" w:hAnsi="Times New Roman" w:cs="Times New Roman"/>
                <w:b/>
                <w:lang w:val="vi-VN"/>
              </w:rPr>
            </w:pPr>
            <w:r w:rsidRPr="0046524B">
              <w:rPr>
                <w:rFonts w:ascii="Times New Roman" w:eastAsia="Calibri" w:hAnsi="Times New Roman" w:cs="Times New Roman"/>
                <w:b/>
              </w:rPr>
              <w:t>Điểm mạnh</w:t>
            </w:r>
          </w:p>
        </w:tc>
        <w:tc>
          <w:tcPr>
            <w:tcW w:w="7761" w:type="dxa"/>
            <w:shd w:val="clear" w:color="auto" w:fill="auto"/>
          </w:tcPr>
          <w:p w14:paraId="08330009" w14:textId="77777777" w:rsidR="0099414E" w:rsidRPr="0046524B" w:rsidRDefault="0099414E" w:rsidP="00CC2578">
            <w:pPr>
              <w:spacing w:before="100" w:beforeAutospacing="1" w:after="100" w:afterAutospacing="1"/>
              <w:jc w:val="both"/>
              <w:rPr>
                <w:rFonts w:ascii="Times New Roman" w:eastAsia="Calibri" w:hAnsi="Times New Roman" w:cs="Times New Roman"/>
                <w:shd w:val="clear" w:color="auto" w:fill="FFFFFF"/>
                <w:lang w:val="vi-VN"/>
              </w:rPr>
            </w:pPr>
            <w:r w:rsidRPr="0046524B">
              <w:rPr>
                <w:rFonts w:ascii="Times New Roman" w:eastAsia="Calibri" w:hAnsi="Times New Roman" w:cs="Times New Roman"/>
                <w:lang w:val="vi-VN"/>
              </w:rPr>
              <w:t>P</w:t>
            </w:r>
            <w:r w:rsidRPr="0046524B">
              <w:rPr>
                <w:rFonts w:ascii="Times New Roman" w:eastAsia="Calibri" w:hAnsi="Times New Roman" w:cs="Times New Roman"/>
                <w:lang w:val="sv-SE"/>
              </w:rPr>
              <w:t>hù hợp sinh thái địa phương, kỹ thuật đơn giản, ít bệnh, thị trường ưa chuộng, lợi nhuận cao.</w:t>
            </w:r>
          </w:p>
        </w:tc>
      </w:tr>
      <w:tr w:rsidR="0046524B" w:rsidRPr="0046524B" w14:paraId="70C40944" w14:textId="77777777" w:rsidTr="007028E8">
        <w:trPr>
          <w:trHeight w:val="70"/>
        </w:trPr>
        <w:tc>
          <w:tcPr>
            <w:tcW w:w="1582" w:type="dxa"/>
            <w:shd w:val="clear" w:color="auto" w:fill="auto"/>
            <w:vAlign w:val="center"/>
          </w:tcPr>
          <w:p w14:paraId="1F136AA9" w14:textId="77777777" w:rsidR="0099414E" w:rsidRPr="0046524B" w:rsidRDefault="0099414E" w:rsidP="00CC2578">
            <w:pPr>
              <w:spacing w:before="100" w:beforeAutospacing="1" w:after="100" w:afterAutospacing="1"/>
              <w:ind w:left="44" w:right="-74" w:hanging="44"/>
              <w:jc w:val="center"/>
              <w:rPr>
                <w:rFonts w:ascii="Times New Roman" w:eastAsia="Calibri" w:hAnsi="Times New Roman" w:cs="Times New Roman"/>
                <w:b/>
                <w:lang w:val="vi-VN"/>
              </w:rPr>
            </w:pPr>
            <w:r w:rsidRPr="0046524B">
              <w:rPr>
                <w:rFonts w:ascii="Times New Roman" w:eastAsia="Calibri" w:hAnsi="Times New Roman" w:cs="Times New Roman"/>
                <w:b/>
              </w:rPr>
              <w:t>Điểm yếu</w:t>
            </w:r>
          </w:p>
        </w:tc>
        <w:tc>
          <w:tcPr>
            <w:tcW w:w="7761" w:type="dxa"/>
            <w:shd w:val="clear" w:color="auto" w:fill="auto"/>
          </w:tcPr>
          <w:p w14:paraId="46EF98C1" w14:textId="77777777" w:rsidR="0099414E" w:rsidRPr="0046524B" w:rsidRDefault="0099414E" w:rsidP="00CC2578">
            <w:pPr>
              <w:spacing w:before="100" w:beforeAutospacing="1" w:after="100" w:afterAutospacing="1"/>
              <w:jc w:val="both"/>
              <w:rPr>
                <w:rFonts w:ascii="Times New Roman" w:eastAsia="Calibri" w:hAnsi="Times New Roman" w:cs="Times New Roman"/>
                <w:lang w:val="vi-VN"/>
              </w:rPr>
            </w:pPr>
            <w:r w:rsidRPr="0046524B">
              <w:rPr>
                <w:rFonts w:ascii="Times New Roman" w:eastAsia="Calibri" w:hAnsi="Times New Roman" w:cs="Times New Roman"/>
                <w:lang w:val="sv-SE"/>
              </w:rPr>
              <w:t>Nuôi động vật hoang dã phải đăng ký, được cấp phép. Kiến thức chăm sóc vật nuôi hoang dã còn hạn chế. Thị trường tiêu thụ nhỏ lẻ.</w:t>
            </w:r>
          </w:p>
        </w:tc>
      </w:tr>
      <w:tr w:rsidR="0046524B" w:rsidRPr="00AC61D5" w14:paraId="7B294182" w14:textId="77777777" w:rsidTr="007028E8">
        <w:trPr>
          <w:trHeight w:val="395"/>
        </w:trPr>
        <w:tc>
          <w:tcPr>
            <w:tcW w:w="1582" w:type="dxa"/>
            <w:shd w:val="clear" w:color="auto" w:fill="auto"/>
            <w:vAlign w:val="center"/>
          </w:tcPr>
          <w:p w14:paraId="5AC88B04" w14:textId="307B50A5" w:rsidR="0099414E" w:rsidRPr="0046524B" w:rsidRDefault="00CC2578" w:rsidP="00CC2578">
            <w:pPr>
              <w:spacing w:before="100" w:beforeAutospacing="1" w:after="100" w:afterAutospacing="1"/>
              <w:ind w:left="44" w:right="-74" w:hanging="44"/>
              <w:jc w:val="center"/>
              <w:rPr>
                <w:rFonts w:ascii="Times New Roman" w:eastAsia="Calibri" w:hAnsi="Times New Roman" w:cs="Times New Roman"/>
                <w:b/>
                <w:lang w:val="vi-VN"/>
              </w:rPr>
            </w:pPr>
            <w:r w:rsidRPr="0046524B">
              <w:rPr>
                <w:rFonts w:ascii="Times New Roman" w:eastAsia="Calibri" w:hAnsi="Times New Roman" w:cs="Times New Roman"/>
                <w:b/>
                <w:lang w:val="vi-VN"/>
              </w:rPr>
              <w:t>Cơ</w:t>
            </w:r>
            <w:r w:rsidRPr="0046524B">
              <w:rPr>
                <w:rFonts w:ascii="Times New Roman" w:eastAsia="Calibri" w:hAnsi="Times New Roman" w:cs="Times New Roman"/>
                <w:b/>
              </w:rPr>
              <w:t xml:space="preserve"> </w:t>
            </w:r>
            <w:r w:rsidR="0099414E" w:rsidRPr="0046524B">
              <w:rPr>
                <w:rFonts w:ascii="Times New Roman" w:eastAsia="Calibri" w:hAnsi="Times New Roman" w:cs="Times New Roman"/>
                <w:b/>
                <w:lang w:val="vi-VN"/>
              </w:rPr>
              <w:t>hội</w:t>
            </w:r>
          </w:p>
        </w:tc>
        <w:tc>
          <w:tcPr>
            <w:tcW w:w="7761" w:type="dxa"/>
            <w:shd w:val="clear" w:color="auto" w:fill="auto"/>
          </w:tcPr>
          <w:p w14:paraId="5A89FFDA" w14:textId="77777777" w:rsidR="0099414E" w:rsidRPr="0046524B" w:rsidRDefault="0099414E" w:rsidP="00CC2578">
            <w:pPr>
              <w:spacing w:before="100" w:beforeAutospacing="1" w:after="100" w:afterAutospacing="1"/>
              <w:jc w:val="both"/>
              <w:rPr>
                <w:rFonts w:ascii="Times New Roman" w:eastAsia="Calibri" w:hAnsi="Times New Roman" w:cs="Times New Roman"/>
                <w:lang w:val="sv-SE"/>
              </w:rPr>
            </w:pPr>
            <w:r w:rsidRPr="0046524B">
              <w:rPr>
                <w:rFonts w:ascii="Calibri" w:eastAsia="SimSun" w:hAnsi="Calibri" w:cs="Times New Roman"/>
                <w:lang w:val="vi-VN"/>
              </w:rPr>
              <w:t>Đ</w:t>
            </w:r>
            <w:r w:rsidRPr="0046524B">
              <w:rPr>
                <w:rFonts w:ascii="Times New Roman" w:eastAsia="Calibri" w:hAnsi="Times New Roman" w:cs="Times New Roman"/>
                <w:lang w:val="sv-SE"/>
              </w:rPr>
              <w:t>ược khuyến khích phát triển, mô hình có giá trị cao, được ưa chuộng tại nhà hàng, khu du lịch. Dễ chăm sóc, thích hợp với các hộ dân địa phương.</w:t>
            </w:r>
          </w:p>
        </w:tc>
      </w:tr>
      <w:tr w:rsidR="0046524B" w:rsidRPr="0046524B" w14:paraId="320790CB" w14:textId="77777777" w:rsidTr="007028E8">
        <w:trPr>
          <w:trHeight w:val="170"/>
        </w:trPr>
        <w:tc>
          <w:tcPr>
            <w:tcW w:w="1582" w:type="dxa"/>
            <w:shd w:val="clear" w:color="auto" w:fill="auto"/>
            <w:vAlign w:val="center"/>
          </w:tcPr>
          <w:p w14:paraId="78C306F8" w14:textId="77777777" w:rsidR="0099414E" w:rsidRPr="0046524B" w:rsidRDefault="0099414E" w:rsidP="00CC2578">
            <w:pPr>
              <w:spacing w:before="100" w:beforeAutospacing="1" w:after="100" w:afterAutospacing="1"/>
              <w:ind w:left="44" w:right="-74" w:hanging="44"/>
              <w:jc w:val="center"/>
              <w:rPr>
                <w:rFonts w:ascii="Times New Roman" w:eastAsia="Calibri" w:hAnsi="Times New Roman" w:cs="Times New Roman"/>
                <w:b/>
              </w:rPr>
            </w:pPr>
            <w:r w:rsidRPr="0046524B">
              <w:rPr>
                <w:rFonts w:ascii="Times New Roman" w:eastAsia="Calibri" w:hAnsi="Times New Roman" w:cs="Times New Roman"/>
                <w:b/>
              </w:rPr>
              <w:t>Thách thức</w:t>
            </w:r>
          </w:p>
        </w:tc>
        <w:tc>
          <w:tcPr>
            <w:tcW w:w="7761" w:type="dxa"/>
            <w:shd w:val="clear" w:color="auto" w:fill="auto"/>
          </w:tcPr>
          <w:p w14:paraId="6CEF43C3" w14:textId="77777777" w:rsidR="0099414E" w:rsidRPr="0046524B" w:rsidRDefault="0099414E" w:rsidP="00CC2578">
            <w:pPr>
              <w:spacing w:before="100" w:beforeAutospacing="1" w:after="100" w:afterAutospacing="1"/>
              <w:jc w:val="both"/>
              <w:rPr>
                <w:rFonts w:ascii="Times New Roman" w:eastAsia="Calibri" w:hAnsi="Times New Roman" w:cs="Times New Roman"/>
                <w:spacing w:val="-2"/>
              </w:rPr>
            </w:pPr>
            <w:r w:rsidRPr="0046524B">
              <w:rPr>
                <w:rFonts w:ascii="Times New Roman" w:eastAsia="Calibri" w:hAnsi="Times New Roman" w:cs="Times New Roman"/>
                <w:spacing w:val="-2"/>
                <w:lang w:val="vi-VN"/>
              </w:rPr>
              <w:t xml:space="preserve">- </w:t>
            </w:r>
            <w:r w:rsidRPr="0046524B">
              <w:rPr>
                <w:rFonts w:ascii="Times New Roman" w:eastAsia="Calibri" w:hAnsi="Times New Roman" w:cs="Times New Roman"/>
                <w:spacing w:val="-2"/>
              </w:rPr>
              <w:t xml:space="preserve">Hộ nghèo khó tiếp cận nguồn vốn; </w:t>
            </w:r>
            <w:r w:rsidRPr="0046524B">
              <w:rPr>
                <w:rFonts w:ascii="Times New Roman" w:eastAsia="Calibri" w:hAnsi="Times New Roman" w:cs="Times New Roman"/>
                <w:spacing w:val="-2"/>
                <w:lang w:val="vi-VN"/>
              </w:rPr>
              <w:t xml:space="preserve"> Đầu ra chưa ổn định</w:t>
            </w:r>
            <w:r w:rsidRPr="0046524B">
              <w:rPr>
                <w:rFonts w:ascii="Times New Roman" w:eastAsia="Calibri" w:hAnsi="Times New Roman" w:cs="Times New Roman"/>
                <w:spacing w:val="-2"/>
              </w:rPr>
              <w:t>.</w:t>
            </w:r>
          </w:p>
        </w:tc>
      </w:tr>
    </w:tbl>
    <w:p w14:paraId="674A8673" w14:textId="77777777" w:rsidR="0099414E" w:rsidRPr="0046524B" w:rsidRDefault="0099414E" w:rsidP="0010122C">
      <w:pPr>
        <w:spacing w:after="120" w:line="240" w:lineRule="auto"/>
        <w:jc w:val="both"/>
        <w:rPr>
          <w:rFonts w:ascii="Times New Roman" w:eastAsia="Calibri" w:hAnsi="Times New Roman" w:cs="Times New Roman"/>
          <w:lang w:val="vi-VN"/>
        </w:rPr>
      </w:pPr>
      <w:r w:rsidRPr="0046524B">
        <w:rPr>
          <w:rFonts w:ascii="Times New Roman" w:eastAsia="Calibri" w:hAnsi="Times New Roman" w:cs="Times New Roman"/>
          <w:i/>
        </w:rPr>
        <w:t>-</w:t>
      </w:r>
      <w:r w:rsidRPr="0046524B">
        <w:rPr>
          <w:rFonts w:ascii="Times New Roman" w:eastAsia="Calibri" w:hAnsi="Times New Roman" w:cs="Times New Roman"/>
          <w:i/>
          <w:lang w:val="vi-VN"/>
        </w:rPr>
        <w:t xml:space="preserve"> Ý nghĩa kinh tế của mô hình:</w:t>
      </w:r>
      <w:r w:rsidRPr="0046524B">
        <w:rPr>
          <w:rFonts w:ascii="Times New Roman" w:eastAsia="Calibri" w:hAnsi="Times New Roman" w:cs="Times New Roman"/>
          <w:b/>
          <w:i/>
          <w:lang w:val="vi-VN"/>
        </w:rPr>
        <w:t xml:space="preserve"> </w:t>
      </w:r>
      <w:r w:rsidRPr="0046524B">
        <w:rPr>
          <w:rFonts w:ascii="Times New Roman" w:eastAsia="SimSun" w:hAnsi="Times New Roman" w:cs="Times New Roman"/>
        </w:rPr>
        <w:t xml:space="preserve">Mô hình mang lại giá trị sản xuất cao (485–520 triệu đồng/năm). Dù chi phí đầu tư ban đầu cao hơn do yêu cầu chuồng trại, giống và thức ăn đặc thù, nhưng chi phí duy trì thấp, tận dụng được phụ phẩm nông nghiệp. Giá trị gia tăng trên 300 triệu đồng/năm, hiệu suất đầu tư cao (1,8–2,2 lần). </w:t>
      </w:r>
    </w:p>
    <w:p w14:paraId="3114C74A" w14:textId="77777777" w:rsidR="0099414E" w:rsidRPr="0046524B" w:rsidRDefault="0099414E" w:rsidP="0010122C">
      <w:pPr>
        <w:spacing w:after="120" w:line="240" w:lineRule="auto"/>
        <w:jc w:val="both"/>
        <w:rPr>
          <w:rFonts w:ascii="Times New Roman" w:eastAsia="Calibri" w:hAnsi="Times New Roman" w:cs="Times New Roman"/>
          <w:lang w:val="vi-VN"/>
        </w:rPr>
      </w:pPr>
      <w:r w:rsidRPr="0046524B">
        <w:rPr>
          <w:rFonts w:ascii="Times New Roman" w:eastAsia="Calibri" w:hAnsi="Times New Roman" w:cs="Times New Roman"/>
          <w:i/>
          <w:lang w:val="vi-VN"/>
        </w:rPr>
        <w:t>- Ý nghĩa xã hội và môi trường của mô hình:</w:t>
      </w:r>
      <w:r w:rsidRPr="0046524B">
        <w:rPr>
          <w:rFonts w:ascii="Times New Roman" w:eastAsia="Calibri" w:hAnsi="Times New Roman" w:cs="Times New Roman"/>
          <w:b/>
          <w:i/>
          <w:lang w:val="vi-VN"/>
        </w:rPr>
        <w:t xml:space="preserve"> </w:t>
      </w:r>
      <w:r w:rsidRPr="0046524B">
        <w:rPr>
          <w:rFonts w:ascii="Times New Roman" w:eastAsia="Calibri" w:hAnsi="Times New Roman" w:cs="Times New Roman"/>
          <w:lang w:val="vi-VN"/>
        </w:rPr>
        <w:t xml:space="preserve">Mô hình nuôi dúi và chồn hương có ý nghĩa xã hội và môi trường rõ nét, tạo 450 ngày công/ha/năm, giá trị ngày công đạt 180–200 nghìn đồng. Tỉ lệ lựa chọn cao (trên 78%), tận dụng nhân lực nhàn rỗi, góp phần tăng thu nhập và giảm phụ thuộc rừng. </w:t>
      </w:r>
    </w:p>
    <w:p w14:paraId="052E2FBD" w14:textId="77777777" w:rsidR="0099414E" w:rsidRPr="0046524B" w:rsidRDefault="0099414E" w:rsidP="0010122C">
      <w:pPr>
        <w:spacing w:after="120" w:line="240" w:lineRule="auto"/>
        <w:jc w:val="both"/>
        <w:rPr>
          <w:rFonts w:ascii="Times New Roman" w:eastAsia="Calibri" w:hAnsi="Times New Roman" w:cs="Times New Roman"/>
          <w:lang w:val="it-IT"/>
        </w:rPr>
      </w:pPr>
      <w:r w:rsidRPr="0046524B">
        <w:rPr>
          <w:rFonts w:ascii="Times New Roman" w:eastAsia="Calibri" w:hAnsi="Times New Roman" w:cs="Times New Roman"/>
          <w:i/>
          <w:lang w:val="it-IT"/>
        </w:rPr>
        <w:t xml:space="preserve">- Địa bàn áp dụng: </w:t>
      </w:r>
      <w:r w:rsidRPr="0046524B">
        <w:rPr>
          <w:rFonts w:ascii="Times New Roman" w:eastAsia="Calibri" w:hAnsi="Times New Roman" w:cs="Times New Roman"/>
          <w:lang w:val="it-IT"/>
        </w:rPr>
        <w:t xml:space="preserve">Có thể áp dụng cho các hộ dân có không gian vườn rừng, hoặc các hộ có nhu cầu phát triển sản xuất hàng hoá cung cấp các sản phẩm đặc sản địa phương. </w:t>
      </w:r>
    </w:p>
    <w:p w14:paraId="4C524149" w14:textId="37CDD31E" w:rsidR="002E6A61" w:rsidRPr="004B646A" w:rsidRDefault="0016225C" w:rsidP="0016225C">
      <w:pPr>
        <w:pStyle w:val="ListParagraph"/>
        <w:spacing w:line="240" w:lineRule="auto"/>
        <w:ind w:left="0"/>
        <w:rPr>
          <w:lang w:val="it-IT"/>
        </w:rPr>
      </w:pPr>
      <w:r w:rsidRPr="004B646A">
        <w:rPr>
          <w:rFonts w:ascii="Times New Roman" w:hAnsi="Times New Roman"/>
          <w:b/>
          <w:lang w:val="it-IT"/>
        </w:rPr>
        <w:t xml:space="preserve">4. </w:t>
      </w:r>
      <w:r w:rsidR="00521E68" w:rsidRPr="004B646A">
        <w:rPr>
          <w:rFonts w:ascii="Times New Roman" w:hAnsi="Times New Roman"/>
          <w:b/>
          <w:lang w:val="it-IT"/>
        </w:rPr>
        <w:t>KẾT LUẬN</w:t>
      </w:r>
      <w:r w:rsidR="00CF7BE2" w:rsidRPr="004B646A">
        <w:rPr>
          <w:rFonts w:ascii="Times New Roman" w:hAnsi="Times New Roman"/>
          <w:b/>
          <w:lang w:val="it-IT"/>
        </w:rPr>
        <w:t xml:space="preserve"> </w:t>
      </w:r>
    </w:p>
    <w:p w14:paraId="4B50F297" w14:textId="5EAED982" w:rsidR="007B395B" w:rsidRPr="004B646A" w:rsidRDefault="007B395B" w:rsidP="007B395B">
      <w:pPr>
        <w:pStyle w:val="BodyText"/>
        <w:spacing w:line="240" w:lineRule="auto"/>
        <w:jc w:val="both"/>
        <w:rPr>
          <w:rFonts w:ascii="Times New Roman" w:hAnsi="Times New Roman" w:cs="Times New Roman"/>
          <w:lang w:val="it-IT"/>
        </w:rPr>
      </w:pPr>
      <w:r w:rsidRPr="004B646A">
        <w:rPr>
          <w:rFonts w:ascii="Times New Roman" w:hAnsi="Times New Roman" w:cs="Times New Roman"/>
          <w:lang w:val="it-IT"/>
        </w:rPr>
        <w:t>Kết quả</w:t>
      </w:r>
      <w:r w:rsidR="0098635C">
        <w:rPr>
          <w:rFonts w:ascii="Times New Roman" w:hAnsi="Times New Roman" w:cs="Times New Roman"/>
          <w:lang w:val="it-IT"/>
        </w:rPr>
        <w:t xml:space="preserve"> nghiên </w:t>
      </w:r>
      <w:r w:rsidR="0098635C" w:rsidRPr="00D17342">
        <w:rPr>
          <w:rFonts w:ascii="Times New Roman" w:hAnsi="Times New Roman" w:cs="Times New Roman"/>
          <w:color w:val="FF0000"/>
          <w:lang w:val="it-IT"/>
        </w:rPr>
        <w:t>cứ</w:t>
      </w:r>
      <w:r w:rsidRPr="00D17342">
        <w:rPr>
          <w:rFonts w:ascii="Times New Roman" w:hAnsi="Times New Roman" w:cs="Times New Roman"/>
          <w:color w:val="FF0000"/>
          <w:lang w:val="it-IT"/>
        </w:rPr>
        <w:t>u</w:t>
      </w:r>
      <w:r w:rsidRPr="004B646A">
        <w:rPr>
          <w:rFonts w:ascii="Times New Roman" w:hAnsi="Times New Roman" w:cs="Times New Roman"/>
          <w:lang w:val="it-IT"/>
        </w:rPr>
        <w:t xml:space="preserve"> đánh giá cho thấy, các mô hình chăn nuôi theo hướng hữ</w:t>
      </w:r>
      <w:r w:rsidR="0098635C">
        <w:rPr>
          <w:rFonts w:ascii="Times New Roman" w:hAnsi="Times New Roman" w:cs="Times New Roman"/>
          <w:lang w:val="it-IT"/>
        </w:rPr>
        <w:t>u cơ/</w:t>
      </w:r>
      <w:r w:rsidRPr="004B646A">
        <w:rPr>
          <w:rFonts w:ascii="Times New Roman" w:hAnsi="Times New Roman" w:cs="Times New Roman"/>
          <w:lang w:val="it-IT"/>
        </w:rPr>
        <w:t>VietGap và các mô hình chăn nuôi kết hợp ở Nam Đông đều mang lại hiệu quả tích cực vượt trộ hơn so với các mô hình chăn nuôi truyền thống về cả kinh tế, xã hội và môi trường. Nếu triển khai được các mô hình này không chỉ giúp phát huy thế mạnh tiềm năng chăn nuôi, nâng cao thu nhập cho người dân địa phương mà còn góp phần bảo vệ và cải tạo môi trường.</w:t>
      </w:r>
    </w:p>
    <w:p w14:paraId="7B776777" w14:textId="07C89822" w:rsidR="007B395B" w:rsidRPr="004B646A" w:rsidRDefault="007B395B" w:rsidP="007B395B">
      <w:pPr>
        <w:pStyle w:val="BodyText"/>
        <w:spacing w:line="240" w:lineRule="auto"/>
        <w:jc w:val="both"/>
        <w:rPr>
          <w:rFonts w:ascii="Times New Roman" w:hAnsi="Times New Roman" w:cs="Times New Roman"/>
          <w:lang w:val="it-IT"/>
        </w:rPr>
      </w:pPr>
      <w:r w:rsidRPr="004B646A">
        <w:rPr>
          <w:rFonts w:ascii="Times New Roman" w:hAnsi="Times New Roman" w:cs="Times New Roman"/>
          <w:lang w:val="it-IT"/>
        </w:rPr>
        <w:t>Trên cơ cở phân tích và so sánh các mô hình, nghiên cứu đã đề xuất lựa chọn các mô hình nông nghiệp xanh ngành chăn nuôi phù hợp gồm: các mô hình chăn nuôi chủ lực gồm: V-A</w:t>
      </w:r>
      <w:r w:rsidR="00D16F42">
        <w:rPr>
          <w:rFonts w:ascii="Times New Roman" w:hAnsi="Times New Roman" w:cs="Times New Roman"/>
          <w:lang w:val="it-IT"/>
        </w:rPr>
        <w:t>-</w:t>
      </w:r>
      <w:r w:rsidRPr="004B646A">
        <w:rPr>
          <w:rFonts w:ascii="Times New Roman" w:hAnsi="Times New Roman" w:cs="Times New Roman"/>
          <w:lang w:val="it-IT"/>
        </w:rPr>
        <w:t>C, trồng rừng + Nuôi bò, lợn theo hữu cơ; các mô hình tiềm năng gồm: Heo lai, chồn hương và dúi.</w:t>
      </w:r>
    </w:p>
    <w:p w14:paraId="0934D80C" w14:textId="2EC92D8D" w:rsidR="007B395B" w:rsidRDefault="007B395B" w:rsidP="007B395B">
      <w:pPr>
        <w:pStyle w:val="BodyText"/>
        <w:spacing w:line="240" w:lineRule="auto"/>
        <w:jc w:val="both"/>
        <w:rPr>
          <w:rFonts w:ascii="Times New Roman" w:hAnsi="Times New Roman" w:cs="Times New Roman"/>
          <w:lang w:val="it-IT"/>
        </w:rPr>
      </w:pPr>
      <w:r w:rsidRPr="004B646A">
        <w:rPr>
          <w:rFonts w:ascii="Times New Roman" w:hAnsi="Times New Roman" w:cs="Times New Roman"/>
          <w:lang w:val="it-IT"/>
        </w:rPr>
        <w:t>Để có thể nhân rộng và phát triển bền vững các mô hình này, cần có sự hỗ trợ đồng bộ của cả chính quyền địa phương, các tổ chức chuyên môn các cấp trong việc hỗ trợ vốn, đầu tư cơ sở hạ tầng, đào tạo tập huấn, chuyển giao kỹ thuật, xây dựng chuỗi liên kết sản xuất – tiêu thụ và có cơ chế khuyến khích chuyển đổi nông nghiệp xanh. Bên cạnh đó, cần có sự quyết tâm và chủ động của người dân bởi họ chính là yếu tố trực tiếp quyết định đến sự thành công của mô hình.</w:t>
      </w:r>
    </w:p>
    <w:p w14:paraId="3FA02D78" w14:textId="51F98959" w:rsidR="00D015EE" w:rsidRPr="00A77184" w:rsidRDefault="00D015EE" w:rsidP="00D015EE">
      <w:pPr>
        <w:spacing w:before="40" w:after="40"/>
        <w:jc w:val="both"/>
        <w:rPr>
          <w:rFonts w:ascii="Times New Roman" w:hAnsi="Times New Roman" w:cs="Times New Roman"/>
          <w:b/>
          <w:lang w:val="it-IT"/>
        </w:rPr>
      </w:pPr>
      <w:r w:rsidRPr="00A77184">
        <w:rPr>
          <w:rFonts w:ascii="Times New Roman" w:hAnsi="Times New Roman" w:cs="Times New Roman"/>
          <w:b/>
          <w:lang w:val="it-IT"/>
        </w:rPr>
        <w:t>Lời cảm ơn:</w:t>
      </w:r>
    </w:p>
    <w:p w14:paraId="0C5F5081" w14:textId="703BFF00" w:rsidR="00D015EE" w:rsidRPr="004B646A" w:rsidRDefault="00D015EE" w:rsidP="00D015EE">
      <w:pPr>
        <w:pStyle w:val="BodyText"/>
        <w:spacing w:line="240" w:lineRule="auto"/>
        <w:jc w:val="both"/>
        <w:rPr>
          <w:rFonts w:ascii="Times New Roman" w:hAnsi="Times New Roman" w:cs="Times New Roman"/>
          <w:lang w:val="it-IT"/>
        </w:rPr>
      </w:pPr>
      <w:r w:rsidRPr="00A77184">
        <w:rPr>
          <w:rFonts w:ascii="Times New Roman" w:hAnsi="Times New Roman" w:cs="Times New Roman"/>
          <w:lang w:val="it-IT"/>
        </w:rPr>
        <w:t>Nghiên cứu này được tài trợ bởi Trường Đại học Sư phạm, Đại học Huế trong đề tài mã số "T.24.XH.507.06".</w:t>
      </w:r>
    </w:p>
    <w:p w14:paraId="18DAE277" w14:textId="7916AC8F" w:rsidR="002E6A61" w:rsidRPr="0046524B" w:rsidRDefault="00521E68" w:rsidP="00EF7036">
      <w:pPr>
        <w:spacing w:line="240" w:lineRule="auto"/>
      </w:pPr>
      <w:r w:rsidRPr="0046524B">
        <w:rPr>
          <w:rFonts w:ascii="Times New Roman" w:hAnsi="Times New Roman"/>
          <w:b/>
        </w:rPr>
        <w:t>TÀI LIỆU THAM KHẢO</w:t>
      </w:r>
      <w:r w:rsidR="0016225C" w:rsidRPr="0046524B">
        <w:rPr>
          <w:rFonts w:ascii="Times New Roman" w:hAnsi="Times New Roman"/>
          <w:b/>
        </w:rPr>
        <w:t xml:space="preserve"> </w:t>
      </w:r>
    </w:p>
    <w:p w14:paraId="584BB299" w14:textId="57EBFB1D" w:rsidR="007B395B" w:rsidRPr="0046524B" w:rsidRDefault="007B395B" w:rsidP="00AF2270">
      <w:pPr>
        <w:numPr>
          <w:ilvl w:val="0"/>
          <w:numId w:val="17"/>
        </w:numPr>
        <w:tabs>
          <w:tab w:val="left" w:pos="360"/>
        </w:tabs>
        <w:spacing w:after="120" w:line="240" w:lineRule="auto"/>
        <w:ind w:left="0" w:firstLine="0"/>
        <w:jc w:val="both"/>
        <w:rPr>
          <w:rFonts w:ascii="Times New Roman" w:eastAsia="Times New Roman" w:hAnsi="Times New Roman" w:cs="Times New Roman"/>
          <w:sz w:val="20"/>
          <w:szCs w:val="20"/>
          <w:shd w:val="clear" w:color="auto" w:fill="FFFFFF"/>
          <w:lang w:val="it-IT" w:eastAsia="ru-RU"/>
        </w:rPr>
      </w:pPr>
      <w:r w:rsidRPr="0046524B">
        <w:rPr>
          <w:rFonts w:ascii="Times New Roman" w:eastAsia="SimSun" w:hAnsi="Times New Roman" w:cs="Times New Roman"/>
          <w:sz w:val="20"/>
          <w:szCs w:val="20"/>
          <w:shd w:val="clear" w:color="auto" w:fill="FFFFFF"/>
          <w:lang w:val="it-IT" w:eastAsia="ru-RU"/>
        </w:rPr>
        <w:lastRenderedPageBreak/>
        <w:t>Võ Hữu Phướ</w:t>
      </w:r>
      <w:r w:rsidR="004807EE" w:rsidRPr="0046524B">
        <w:rPr>
          <w:rFonts w:ascii="Times New Roman" w:eastAsia="SimSun" w:hAnsi="Times New Roman" w:cs="Times New Roman"/>
          <w:sz w:val="20"/>
          <w:szCs w:val="20"/>
          <w:shd w:val="clear" w:color="auto" w:fill="FFFFFF"/>
          <w:lang w:val="it-IT" w:eastAsia="ru-RU"/>
        </w:rPr>
        <w:t>c (2021).</w:t>
      </w:r>
      <w:r w:rsidRPr="0046524B">
        <w:rPr>
          <w:rFonts w:ascii="Times New Roman" w:eastAsia="SimSun" w:hAnsi="Times New Roman" w:cs="Times New Roman"/>
          <w:sz w:val="20"/>
          <w:szCs w:val="20"/>
          <w:shd w:val="clear" w:color="auto" w:fill="FFFFFF"/>
          <w:lang w:val="it-IT" w:eastAsia="ru-RU"/>
        </w:rPr>
        <w:t xml:space="preserve"> </w:t>
      </w:r>
      <w:r w:rsidRPr="0046524B">
        <w:rPr>
          <w:rFonts w:ascii="Times New Roman" w:eastAsia="SimSun" w:hAnsi="Times New Roman" w:cs="Times New Roman"/>
          <w:i/>
          <w:sz w:val="20"/>
          <w:szCs w:val="20"/>
          <w:shd w:val="clear" w:color="auto" w:fill="FFFFFF"/>
          <w:lang w:val="it-IT" w:eastAsia="ru-RU"/>
        </w:rPr>
        <w:t>Phát triển nông nghiệp bền vững, thích ứng với biến đổi khí hậu</w:t>
      </w:r>
      <w:r w:rsidRPr="0046524B">
        <w:rPr>
          <w:rFonts w:ascii="Times New Roman" w:eastAsia="SimSun" w:hAnsi="Times New Roman" w:cs="Times New Roman"/>
          <w:sz w:val="20"/>
          <w:szCs w:val="20"/>
          <w:shd w:val="clear" w:color="auto" w:fill="FFFFFF"/>
          <w:lang w:val="it-IT" w:eastAsia="ru-RU"/>
        </w:rPr>
        <w:t>,</w:t>
      </w:r>
      <w:r w:rsidR="004807EE" w:rsidRPr="0046524B">
        <w:rPr>
          <w:rFonts w:ascii="Times New Roman" w:eastAsia="SimSun" w:hAnsi="Times New Roman" w:cs="Times New Roman"/>
          <w:sz w:val="20"/>
          <w:szCs w:val="20"/>
          <w:shd w:val="clear" w:color="auto" w:fill="FFFFFF"/>
          <w:lang w:val="it-IT" w:eastAsia="ru-RU"/>
        </w:rPr>
        <w:t xml:space="preserve"> </w:t>
      </w:r>
      <w:r w:rsidR="00AF2270" w:rsidRPr="0046524B">
        <w:rPr>
          <w:rFonts w:ascii="Times New Roman" w:eastAsia="SimSun" w:hAnsi="Times New Roman" w:cs="Times New Roman"/>
          <w:sz w:val="20"/>
          <w:szCs w:val="20"/>
          <w:shd w:val="clear" w:color="auto" w:fill="FFFFFF"/>
          <w:lang w:val="it-IT" w:eastAsia="ru-RU"/>
        </w:rPr>
        <w:t xml:space="preserve"> </w:t>
      </w:r>
      <w:r w:rsidR="004807EE" w:rsidRPr="0046524B">
        <w:rPr>
          <w:rFonts w:ascii="Times New Roman" w:eastAsia="SimSun" w:hAnsi="Times New Roman" w:cs="Times New Roman"/>
          <w:sz w:val="20"/>
          <w:szCs w:val="20"/>
          <w:shd w:val="clear" w:color="auto" w:fill="FFFFFF"/>
          <w:lang w:val="it-IT" w:eastAsia="ru-RU"/>
        </w:rPr>
        <w:t>(</w:t>
      </w:r>
      <w:hyperlink r:id="rId13" w:history="1">
        <w:r w:rsidRPr="0046524B">
          <w:rPr>
            <w:rFonts w:ascii="Times New Roman" w:eastAsia="Times New Roman" w:hAnsi="Times New Roman" w:cs="Times New Roman"/>
            <w:sz w:val="20"/>
            <w:szCs w:val="20"/>
            <w:shd w:val="clear" w:color="auto" w:fill="FFFFFF"/>
            <w:lang w:val="it-IT" w:eastAsia="ru-RU"/>
          </w:rPr>
          <w:t>https://kinhtevadubao.vn/phat-trien-nong-nghiep-ben-vung-thich-ung-voi-bien-doi-khi-hau-23316.html</w:t>
        </w:r>
      </w:hyperlink>
      <w:r w:rsidR="004807EE" w:rsidRPr="0046524B">
        <w:rPr>
          <w:rFonts w:ascii="Times New Roman" w:eastAsia="Times New Roman" w:hAnsi="Times New Roman" w:cs="Times New Roman"/>
          <w:sz w:val="20"/>
          <w:szCs w:val="20"/>
          <w:shd w:val="clear" w:color="auto" w:fill="FFFFFF"/>
          <w:lang w:val="it-IT" w:eastAsia="ru-RU"/>
        </w:rPr>
        <w:t>)</w:t>
      </w:r>
      <w:r w:rsidRPr="0046524B">
        <w:rPr>
          <w:rFonts w:ascii="Times New Roman" w:eastAsia="Times New Roman" w:hAnsi="Times New Roman" w:cs="Times New Roman"/>
          <w:sz w:val="20"/>
          <w:szCs w:val="20"/>
          <w:shd w:val="clear" w:color="auto" w:fill="FFFFFF"/>
          <w:lang w:val="it-IT" w:eastAsia="ru-RU"/>
        </w:rPr>
        <w:t>.</w:t>
      </w:r>
    </w:p>
    <w:p w14:paraId="6B0F8919" w14:textId="5CB913D9" w:rsidR="007B395B" w:rsidRPr="0046524B" w:rsidRDefault="007B395B" w:rsidP="00AF2270">
      <w:pPr>
        <w:pStyle w:val="ndtltk"/>
        <w:numPr>
          <w:ilvl w:val="0"/>
          <w:numId w:val="17"/>
        </w:numPr>
        <w:tabs>
          <w:tab w:val="clear" w:pos="851"/>
          <w:tab w:val="left" w:pos="360"/>
        </w:tabs>
        <w:spacing w:after="120" w:line="240" w:lineRule="auto"/>
        <w:ind w:left="0" w:firstLine="0"/>
        <w:jc w:val="both"/>
        <w:rPr>
          <w:color w:val="auto"/>
          <w:sz w:val="20"/>
          <w:szCs w:val="20"/>
          <w:lang w:val="it-IT"/>
        </w:rPr>
      </w:pPr>
      <w:r w:rsidRPr="0046524B">
        <w:rPr>
          <w:rFonts w:eastAsia="SimSun"/>
          <w:color w:val="auto"/>
          <w:sz w:val="20"/>
          <w:szCs w:val="20"/>
          <w:lang w:val="it-IT"/>
        </w:rPr>
        <w:t>Nguyễn Thị Thanh Tâm</w:t>
      </w:r>
      <w:r w:rsidR="004807EE" w:rsidRPr="0046524B">
        <w:rPr>
          <w:rFonts w:eastAsia="SimSun"/>
          <w:color w:val="auto"/>
          <w:sz w:val="20"/>
          <w:szCs w:val="20"/>
          <w:lang w:val="it-IT"/>
        </w:rPr>
        <w:t xml:space="preserve"> (2025)</w:t>
      </w:r>
      <w:r w:rsidRPr="0046524B">
        <w:rPr>
          <w:rFonts w:eastAsia="SimSun"/>
          <w:color w:val="auto"/>
          <w:sz w:val="20"/>
          <w:szCs w:val="20"/>
          <w:lang w:val="it-IT"/>
        </w:rPr>
        <w:t>.</w:t>
      </w:r>
      <w:r w:rsidR="004807EE" w:rsidRPr="0046524B">
        <w:rPr>
          <w:b/>
          <w:bCs/>
          <w:color w:val="auto"/>
          <w:sz w:val="20"/>
          <w:szCs w:val="20"/>
          <w:lang w:val="it-IT"/>
        </w:rPr>
        <w:t xml:space="preserve"> </w:t>
      </w:r>
      <w:r w:rsidRPr="0046524B">
        <w:rPr>
          <w:i/>
          <w:color w:val="auto"/>
          <w:sz w:val="20"/>
          <w:szCs w:val="20"/>
          <w:lang w:val="it-IT"/>
        </w:rPr>
        <w:t>Tăng trưởng xanh trong lĩnh vực nông nghiệp và vấn đề đặt ra</w:t>
      </w:r>
      <w:r w:rsidR="00AF2270" w:rsidRPr="0046524B">
        <w:rPr>
          <w:color w:val="auto"/>
          <w:sz w:val="20"/>
          <w:szCs w:val="20"/>
          <w:lang w:val="it-IT"/>
        </w:rPr>
        <w:t xml:space="preserve"> </w:t>
      </w:r>
      <w:r w:rsidRPr="0046524B">
        <w:rPr>
          <w:color w:val="auto"/>
          <w:sz w:val="20"/>
          <w:szCs w:val="20"/>
          <w:lang w:val="it-IT"/>
        </w:rPr>
        <w:t>https://tapchitaichinh.vn/tang-truong-xanh-trong-linh-vuc-nong-nghiep-va-van-de-dat-ra.html</w:t>
      </w:r>
      <w:r w:rsidR="004807EE" w:rsidRPr="0046524B">
        <w:rPr>
          <w:color w:val="auto"/>
          <w:sz w:val="20"/>
          <w:szCs w:val="20"/>
          <w:lang w:val="it-IT"/>
        </w:rPr>
        <w:t>).</w:t>
      </w:r>
    </w:p>
    <w:p w14:paraId="4E0B650A" w14:textId="718606B6" w:rsidR="007B395B" w:rsidRPr="0046524B" w:rsidRDefault="007B395B" w:rsidP="00AF2270">
      <w:pPr>
        <w:numPr>
          <w:ilvl w:val="0"/>
          <w:numId w:val="17"/>
        </w:numPr>
        <w:tabs>
          <w:tab w:val="left" w:pos="360"/>
        </w:tabs>
        <w:spacing w:after="120" w:line="240" w:lineRule="auto"/>
        <w:ind w:left="0" w:firstLine="0"/>
        <w:jc w:val="both"/>
        <w:rPr>
          <w:rFonts w:ascii="Times New Roman" w:eastAsia="Times New Roman" w:hAnsi="Times New Roman" w:cs="Times New Roman"/>
          <w:sz w:val="20"/>
          <w:szCs w:val="20"/>
          <w:shd w:val="clear" w:color="auto" w:fill="FFFFFF"/>
          <w:lang w:val="it-IT" w:eastAsia="ru-RU"/>
        </w:rPr>
      </w:pPr>
      <w:r w:rsidRPr="0046524B">
        <w:rPr>
          <w:rFonts w:ascii="Times New Roman" w:eastAsia="SimSun" w:hAnsi="Times New Roman" w:cs="Times New Roman"/>
          <w:sz w:val="20"/>
          <w:szCs w:val="20"/>
          <w:shd w:val="clear" w:color="auto" w:fill="FFFFFF"/>
          <w:lang w:val="it-IT" w:eastAsia="ru-RU"/>
        </w:rPr>
        <w:t>Trịnh Viết Tiế</w:t>
      </w:r>
      <w:r w:rsidR="004807EE" w:rsidRPr="0046524B">
        <w:rPr>
          <w:rFonts w:ascii="Times New Roman" w:eastAsia="SimSun" w:hAnsi="Times New Roman" w:cs="Times New Roman"/>
          <w:sz w:val="20"/>
          <w:szCs w:val="20"/>
          <w:shd w:val="clear" w:color="auto" w:fill="FFFFFF"/>
          <w:lang w:val="it-IT" w:eastAsia="ru-RU"/>
        </w:rPr>
        <w:t>n (2023)</w:t>
      </w:r>
      <w:r w:rsidRPr="0046524B">
        <w:rPr>
          <w:rFonts w:ascii="Times New Roman" w:eastAsia="SimSun" w:hAnsi="Times New Roman" w:cs="Times New Roman"/>
          <w:sz w:val="20"/>
          <w:szCs w:val="20"/>
          <w:shd w:val="clear" w:color="auto" w:fill="FFFFFF"/>
          <w:lang w:val="it-IT" w:eastAsia="ru-RU"/>
        </w:rPr>
        <w:t xml:space="preserve">. </w:t>
      </w:r>
      <w:r w:rsidRPr="0046524B">
        <w:rPr>
          <w:rFonts w:ascii="Times New Roman" w:eastAsia="SimSun" w:hAnsi="Times New Roman" w:cs="Times New Roman"/>
          <w:i/>
          <w:sz w:val="20"/>
          <w:szCs w:val="20"/>
          <w:shd w:val="clear" w:color="auto" w:fill="FFFFFF"/>
          <w:lang w:val="it-IT" w:eastAsia="ru-RU"/>
        </w:rPr>
        <w:t>Phát triển NNX: Thực trạng và một số giải pháp</w:t>
      </w:r>
      <w:r w:rsidRPr="0046524B">
        <w:rPr>
          <w:rFonts w:ascii="Times New Roman" w:eastAsia="SimSun" w:hAnsi="Times New Roman" w:cs="Times New Roman"/>
          <w:sz w:val="20"/>
          <w:szCs w:val="20"/>
          <w:shd w:val="clear" w:color="auto" w:fill="FFFFFF"/>
          <w:lang w:val="it-IT" w:eastAsia="ru-RU"/>
        </w:rPr>
        <w:t xml:space="preserve">. </w:t>
      </w:r>
      <w:r w:rsidRPr="0046524B">
        <w:rPr>
          <w:rFonts w:ascii="Times New Roman" w:eastAsia="SimSun" w:hAnsi="Times New Roman" w:cs="Times New Roman"/>
          <w:bCs/>
          <w:sz w:val="20"/>
          <w:szCs w:val="20"/>
          <w:shd w:val="clear" w:color="auto" w:fill="FFFFFF"/>
          <w:lang w:val="it-IT" w:eastAsia="ru-RU"/>
        </w:rPr>
        <w:t>Tạp chí Kinh tế và Dự báo, số 17, tháng 6/2023</w:t>
      </w:r>
      <w:r w:rsidR="004807EE" w:rsidRPr="0046524B">
        <w:rPr>
          <w:rFonts w:ascii="Times New Roman" w:eastAsia="SimSun" w:hAnsi="Times New Roman" w:cs="Times New Roman"/>
          <w:bCs/>
          <w:sz w:val="20"/>
          <w:szCs w:val="20"/>
          <w:shd w:val="clear" w:color="auto" w:fill="FFFFFF"/>
          <w:lang w:val="it-IT" w:eastAsia="ru-RU"/>
        </w:rPr>
        <w:t xml:space="preserve"> (</w:t>
      </w:r>
      <w:hyperlink r:id="rId14" w:history="1">
        <w:r w:rsidRPr="0046524B">
          <w:rPr>
            <w:rStyle w:val="Hyperlink"/>
            <w:rFonts w:ascii="Times New Roman" w:eastAsia="SimSun" w:hAnsi="Times New Roman" w:cs="Times New Roman"/>
            <w:bCs/>
            <w:color w:val="auto"/>
            <w:sz w:val="20"/>
            <w:szCs w:val="20"/>
            <w:u w:val="none"/>
            <w:shd w:val="clear" w:color="auto" w:fill="FFFFFF"/>
            <w:lang w:val="it-IT" w:eastAsia="ru-RU"/>
          </w:rPr>
          <w:t>https://kinhtevadubao.vn/phat-trien-nong-nghiep-xanh-thuc-trang-va-mot-so-giai-phap-28049.html</w:t>
        </w:r>
      </w:hyperlink>
      <w:r w:rsidR="004807EE" w:rsidRPr="0046524B">
        <w:rPr>
          <w:rStyle w:val="Hyperlink"/>
          <w:rFonts w:ascii="Times New Roman" w:eastAsia="SimSun" w:hAnsi="Times New Roman" w:cs="Times New Roman"/>
          <w:bCs/>
          <w:color w:val="auto"/>
          <w:sz w:val="20"/>
          <w:szCs w:val="20"/>
          <w:u w:val="none"/>
          <w:shd w:val="clear" w:color="auto" w:fill="FFFFFF"/>
          <w:lang w:val="it-IT" w:eastAsia="ru-RU"/>
        </w:rPr>
        <w:t>)</w:t>
      </w:r>
    </w:p>
    <w:p w14:paraId="26300C1F" w14:textId="39D28448" w:rsidR="007B395B" w:rsidRPr="0046524B" w:rsidRDefault="007B395B" w:rsidP="00AF2270">
      <w:pPr>
        <w:numPr>
          <w:ilvl w:val="0"/>
          <w:numId w:val="17"/>
        </w:numPr>
        <w:tabs>
          <w:tab w:val="left" w:pos="360"/>
        </w:tabs>
        <w:spacing w:after="120" w:line="240" w:lineRule="auto"/>
        <w:ind w:left="0" w:firstLine="0"/>
        <w:jc w:val="both"/>
        <w:rPr>
          <w:rFonts w:ascii="Times New Roman" w:eastAsia="Times New Roman" w:hAnsi="Times New Roman" w:cs="Times New Roman"/>
          <w:sz w:val="20"/>
          <w:szCs w:val="20"/>
          <w:shd w:val="clear" w:color="auto" w:fill="FFFFFF"/>
          <w:lang w:val="it-IT" w:eastAsia="ru-RU"/>
        </w:rPr>
      </w:pPr>
      <w:r w:rsidRPr="0046524B">
        <w:rPr>
          <w:rFonts w:ascii="Times New Roman" w:eastAsia="Times New Roman" w:hAnsi="Times New Roman" w:cs="Times New Roman"/>
          <w:sz w:val="20"/>
          <w:szCs w:val="20"/>
          <w:lang w:val="it-IT" w:eastAsia="ru-RU"/>
        </w:rPr>
        <w:t xml:space="preserve">Thủ tướng chính phủ (2021). </w:t>
      </w:r>
      <w:r w:rsidRPr="0046524B">
        <w:rPr>
          <w:rFonts w:ascii="Times New Roman" w:eastAsia="SimSun" w:hAnsi="Times New Roman" w:cs="Times New Roman"/>
          <w:i/>
          <w:sz w:val="20"/>
          <w:szCs w:val="20"/>
          <w:shd w:val="clear" w:color="auto" w:fill="FFFFFF"/>
          <w:lang w:val="it-IT" w:eastAsia="ru-RU"/>
        </w:rPr>
        <w:t>Quyết định Phê duyệt chiến lược quốc gia về tăng trưởng xanh giai đoạ</w:t>
      </w:r>
      <w:r w:rsidR="004807EE" w:rsidRPr="0046524B">
        <w:rPr>
          <w:rFonts w:ascii="Times New Roman" w:eastAsia="SimSun" w:hAnsi="Times New Roman" w:cs="Times New Roman"/>
          <w:i/>
          <w:sz w:val="20"/>
          <w:szCs w:val="20"/>
          <w:shd w:val="clear" w:color="auto" w:fill="FFFFFF"/>
          <w:lang w:val="it-IT" w:eastAsia="ru-RU"/>
        </w:rPr>
        <w:t>n 2021-2030.</w:t>
      </w:r>
      <w:r w:rsidRPr="0046524B">
        <w:rPr>
          <w:rFonts w:ascii="Times New Roman" w:eastAsia="SimSun" w:hAnsi="Times New Roman" w:cs="Times New Roman"/>
          <w:i/>
          <w:sz w:val="20"/>
          <w:szCs w:val="20"/>
          <w:shd w:val="clear" w:color="auto" w:fill="FFFFFF"/>
          <w:lang w:val="it-IT" w:eastAsia="ru-RU"/>
        </w:rPr>
        <w:t xml:space="preserve"> </w:t>
      </w:r>
      <w:r w:rsidRPr="0046524B">
        <w:rPr>
          <w:rFonts w:ascii="Times New Roman" w:eastAsia="SimSun" w:hAnsi="Times New Roman" w:cs="Times New Roman"/>
          <w:sz w:val="20"/>
          <w:szCs w:val="20"/>
          <w:shd w:val="clear" w:color="auto" w:fill="FFFFFF"/>
          <w:lang w:val="it-IT" w:eastAsia="ru-RU"/>
        </w:rPr>
        <w:t>Cổng thông tin điện tử chính phủ 01/10/2021</w:t>
      </w:r>
      <w:r w:rsidR="004807EE" w:rsidRPr="0046524B">
        <w:rPr>
          <w:rFonts w:ascii="Times New Roman" w:eastAsia="SimSun" w:hAnsi="Times New Roman" w:cs="Times New Roman"/>
          <w:sz w:val="20"/>
          <w:szCs w:val="20"/>
          <w:lang w:val="it-IT"/>
        </w:rPr>
        <w:t xml:space="preserve"> (</w:t>
      </w:r>
      <w:hyperlink r:id="rId15" w:history="1">
        <w:r w:rsidRPr="0046524B">
          <w:rPr>
            <w:rStyle w:val="Hyperlink"/>
            <w:rFonts w:ascii="Times New Roman" w:eastAsia="Times New Roman" w:hAnsi="Times New Roman" w:cs="Times New Roman"/>
            <w:color w:val="auto"/>
            <w:sz w:val="20"/>
            <w:szCs w:val="20"/>
            <w:u w:val="none"/>
            <w:shd w:val="clear" w:color="auto" w:fill="FFFFFF"/>
            <w:lang w:val="it-IT" w:eastAsia="ru-RU"/>
          </w:rPr>
          <w:t>https://vanban.chinhphu.vn/?pageid=27160&amp;docid=204226</w:t>
        </w:r>
      </w:hyperlink>
      <w:r w:rsidR="004807EE" w:rsidRPr="0046524B">
        <w:rPr>
          <w:rStyle w:val="Hyperlink"/>
          <w:rFonts w:ascii="Times New Roman" w:eastAsia="Times New Roman" w:hAnsi="Times New Roman" w:cs="Times New Roman"/>
          <w:color w:val="auto"/>
          <w:sz w:val="20"/>
          <w:szCs w:val="20"/>
          <w:u w:val="none"/>
          <w:shd w:val="clear" w:color="auto" w:fill="FFFFFF"/>
          <w:lang w:val="it-IT" w:eastAsia="ru-RU"/>
        </w:rPr>
        <w:t>)</w:t>
      </w:r>
    </w:p>
    <w:p w14:paraId="1C4DD2C9" w14:textId="787D8AA1" w:rsidR="007B395B" w:rsidRPr="0046524B" w:rsidRDefault="004807EE" w:rsidP="00AF2270">
      <w:pPr>
        <w:numPr>
          <w:ilvl w:val="0"/>
          <w:numId w:val="17"/>
        </w:numPr>
        <w:tabs>
          <w:tab w:val="left" w:pos="360"/>
        </w:tabs>
        <w:spacing w:after="120" w:line="240" w:lineRule="auto"/>
        <w:ind w:left="0" w:firstLine="0"/>
        <w:jc w:val="both"/>
        <w:rPr>
          <w:rFonts w:ascii="Times New Roman" w:eastAsia="Times New Roman" w:hAnsi="Times New Roman" w:cs="Times New Roman"/>
          <w:sz w:val="20"/>
          <w:szCs w:val="20"/>
          <w:shd w:val="clear" w:color="auto" w:fill="FFFFFF"/>
          <w:lang w:val="it-IT" w:eastAsia="ru-RU"/>
        </w:rPr>
      </w:pPr>
      <w:r w:rsidRPr="0046524B">
        <w:rPr>
          <w:rFonts w:ascii="Times New Roman" w:eastAsia="Times New Roman" w:hAnsi="Times New Roman" w:cs="Times New Roman"/>
          <w:sz w:val="20"/>
          <w:szCs w:val="20"/>
          <w:lang w:val="it-IT"/>
        </w:rPr>
        <w:t xml:space="preserve">Bùi Đức Hùng và cộng sự (2016). </w:t>
      </w:r>
      <w:r w:rsidR="007B395B" w:rsidRPr="0046524B">
        <w:rPr>
          <w:rFonts w:ascii="Times New Roman" w:eastAsia="Times New Roman" w:hAnsi="Times New Roman" w:cs="Times New Roman"/>
          <w:sz w:val="20"/>
          <w:szCs w:val="20"/>
          <w:lang w:val="it-IT"/>
        </w:rPr>
        <w:t xml:space="preserve"> </w:t>
      </w:r>
      <w:r w:rsidR="007B395B" w:rsidRPr="0046524B">
        <w:rPr>
          <w:rFonts w:ascii="Times New Roman" w:eastAsia="Times New Roman" w:hAnsi="Times New Roman" w:cs="Times New Roman"/>
          <w:i/>
          <w:sz w:val="20"/>
          <w:szCs w:val="20"/>
          <w:lang w:val="it-IT"/>
        </w:rPr>
        <w:t>Mô hình tăng trưởng hướng tới tăng trưởng</w:t>
      </w:r>
      <w:r w:rsidR="007B395B" w:rsidRPr="0046524B">
        <w:rPr>
          <w:rFonts w:ascii="Times New Roman" w:eastAsia="Times New Roman" w:hAnsi="Times New Roman" w:cs="Times New Roman"/>
          <w:sz w:val="20"/>
          <w:szCs w:val="20"/>
          <w:lang w:val="it-IT"/>
        </w:rPr>
        <w:t xml:space="preserve"> </w:t>
      </w:r>
      <w:r w:rsidR="007B395B" w:rsidRPr="0046524B">
        <w:rPr>
          <w:rFonts w:ascii="Times New Roman" w:eastAsia="Times New Roman" w:hAnsi="Times New Roman" w:cs="Times New Roman"/>
          <w:i/>
          <w:sz w:val="20"/>
          <w:szCs w:val="20"/>
          <w:lang w:val="it-IT"/>
        </w:rPr>
        <w:t>xanh ở vùng Nam Trung Bộ hiện nay</w:t>
      </w:r>
      <w:r w:rsidR="007B395B" w:rsidRPr="0046524B">
        <w:rPr>
          <w:rFonts w:ascii="Times New Roman" w:eastAsia="Times New Roman" w:hAnsi="Times New Roman" w:cs="Times New Roman"/>
          <w:sz w:val="20"/>
          <w:szCs w:val="20"/>
          <w:lang w:val="it-IT"/>
        </w:rPr>
        <w:t>, NXB Khoa học xã hội.</w:t>
      </w:r>
    </w:p>
    <w:p w14:paraId="709C3478" w14:textId="261887F4" w:rsidR="007B395B" w:rsidRPr="0046524B" w:rsidRDefault="004807EE" w:rsidP="00AF2270">
      <w:pPr>
        <w:numPr>
          <w:ilvl w:val="0"/>
          <w:numId w:val="17"/>
        </w:numPr>
        <w:tabs>
          <w:tab w:val="left" w:pos="360"/>
        </w:tabs>
        <w:spacing w:after="120" w:line="240" w:lineRule="auto"/>
        <w:ind w:left="0" w:firstLine="0"/>
        <w:jc w:val="both"/>
        <w:rPr>
          <w:rFonts w:ascii="Times New Roman" w:eastAsia="Times New Roman" w:hAnsi="Times New Roman" w:cs="Times New Roman"/>
          <w:sz w:val="20"/>
          <w:szCs w:val="20"/>
          <w:shd w:val="clear" w:color="auto" w:fill="FFFFFF"/>
          <w:lang w:val="it-IT" w:eastAsia="ru-RU"/>
        </w:rPr>
      </w:pPr>
      <w:r w:rsidRPr="0046524B">
        <w:rPr>
          <w:rFonts w:ascii="Times New Roman" w:eastAsia="Times New Roman" w:hAnsi="Times New Roman" w:cs="Times New Roman"/>
          <w:sz w:val="20"/>
          <w:szCs w:val="20"/>
          <w:shd w:val="clear" w:color="auto" w:fill="FFFFFF"/>
          <w:lang w:val="it-IT" w:eastAsia="ru-RU"/>
        </w:rPr>
        <w:t xml:space="preserve">Hans, R.Herren (2011). </w:t>
      </w:r>
      <w:r w:rsidR="007B395B" w:rsidRPr="0046524B">
        <w:rPr>
          <w:rFonts w:ascii="Times New Roman" w:eastAsia="Times New Roman" w:hAnsi="Times New Roman" w:cs="Times New Roman"/>
          <w:sz w:val="20"/>
          <w:szCs w:val="20"/>
          <w:shd w:val="clear" w:color="auto" w:fill="FFFFFF"/>
          <w:lang w:val="it-IT" w:eastAsia="ru-RU"/>
        </w:rPr>
        <w:t xml:space="preserve"> </w:t>
      </w:r>
      <w:r w:rsidR="007B395B" w:rsidRPr="0046524B">
        <w:rPr>
          <w:rFonts w:ascii="Times New Roman" w:eastAsia="Times New Roman" w:hAnsi="Times New Roman" w:cs="Times New Roman"/>
          <w:i/>
          <w:sz w:val="20"/>
          <w:szCs w:val="20"/>
          <w:shd w:val="clear" w:color="auto" w:fill="FFFFFF"/>
          <w:lang w:val="it-IT" w:eastAsia="ru-RU"/>
        </w:rPr>
        <w:t>Báo cáo kinh tế xanh</w:t>
      </w:r>
      <w:r w:rsidR="007B395B" w:rsidRPr="0046524B">
        <w:rPr>
          <w:rFonts w:ascii="Times New Roman" w:eastAsia="Times New Roman" w:hAnsi="Times New Roman" w:cs="Times New Roman"/>
          <w:sz w:val="20"/>
          <w:szCs w:val="20"/>
          <w:shd w:val="clear" w:color="auto" w:fill="FFFFFF"/>
          <w:lang w:val="it-IT" w:eastAsia="ru-RU"/>
        </w:rPr>
        <w:t>, UNEP.</w:t>
      </w:r>
    </w:p>
    <w:p w14:paraId="3395DC6D" w14:textId="77777777" w:rsidR="007B395B" w:rsidRPr="0046524B" w:rsidRDefault="007B395B" w:rsidP="00AF2270">
      <w:pPr>
        <w:numPr>
          <w:ilvl w:val="0"/>
          <w:numId w:val="17"/>
        </w:numPr>
        <w:tabs>
          <w:tab w:val="left" w:pos="360"/>
        </w:tabs>
        <w:spacing w:after="120" w:line="240" w:lineRule="auto"/>
        <w:ind w:left="0" w:firstLine="0"/>
        <w:jc w:val="both"/>
        <w:rPr>
          <w:rFonts w:ascii="Times New Roman" w:eastAsia="Times New Roman" w:hAnsi="Times New Roman" w:cs="Times New Roman"/>
          <w:i/>
          <w:sz w:val="20"/>
          <w:szCs w:val="20"/>
          <w:shd w:val="clear" w:color="auto" w:fill="FFFFFF"/>
          <w:lang w:val="it-IT" w:eastAsia="ru-RU"/>
        </w:rPr>
      </w:pPr>
      <w:r w:rsidRPr="0046524B">
        <w:rPr>
          <w:rFonts w:ascii="Times New Roman" w:eastAsia="Times New Roman" w:hAnsi="Times New Roman" w:cs="Times New Roman"/>
          <w:sz w:val="20"/>
          <w:szCs w:val="20"/>
          <w:shd w:val="clear" w:color="auto" w:fill="FFFFFF"/>
          <w:lang w:val="it-IT" w:eastAsia="ru-RU"/>
        </w:rPr>
        <w:t xml:space="preserve">Lê Thị Hồng Dương (2018). </w:t>
      </w:r>
      <w:r w:rsidRPr="0046524B">
        <w:rPr>
          <w:rFonts w:ascii="Times New Roman" w:eastAsia="Times New Roman" w:hAnsi="Times New Roman" w:cs="Times New Roman"/>
          <w:i/>
          <w:sz w:val="20"/>
          <w:szCs w:val="20"/>
          <w:shd w:val="clear" w:color="auto" w:fill="FFFFFF"/>
          <w:lang w:val="it-IT" w:eastAsia="ru-RU"/>
        </w:rPr>
        <w:t>Phát triển NNX tại tỉnh Quảng Nam</w:t>
      </w:r>
      <w:r w:rsidRPr="0046524B">
        <w:rPr>
          <w:rFonts w:ascii="Times New Roman" w:eastAsia="Times New Roman" w:hAnsi="Times New Roman" w:cs="Times New Roman"/>
          <w:sz w:val="20"/>
          <w:szCs w:val="20"/>
          <w:shd w:val="clear" w:color="auto" w:fill="FFFFFF"/>
          <w:lang w:val="it-IT" w:eastAsia="ru-RU"/>
        </w:rPr>
        <w:t>, Luận án tốt nghiệp, Viện Hàn Lâm Khoa học xã hội Việt Nam, Hà Nội, 2018</w:t>
      </w:r>
      <w:r w:rsidRPr="0046524B">
        <w:rPr>
          <w:rFonts w:ascii="Times New Roman" w:eastAsia="Times New Roman" w:hAnsi="Times New Roman" w:cs="Times New Roman"/>
          <w:i/>
          <w:sz w:val="20"/>
          <w:szCs w:val="20"/>
          <w:shd w:val="clear" w:color="auto" w:fill="FFFFFF"/>
          <w:lang w:val="it-IT" w:eastAsia="ru-RU"/>
        </w:rPr>
        <w:t>.</w:t>
      </w:r>
    </w:p>
    <w:p w14:paraId="17360C9B" w14:textId="296C16AD" w:rsidR="007B395B" w:rsidRPr="0046524B" w:rsidRDefault="007B395B" w:rsidP="00AF2270">
      <w:pPr>
        <w:numPr>
          <w:ilvl w:val="0"/>
          <w:numId w:val="17"/>
        </w:numPr>
        <w:tabs>
          <w:tab w:val="left" w:pos="360"/>
        </w:tabs>
        <w:spacing w:after="120" w:line="240" w:lineRule="auto"/>
        <w:ind w:left="0" w:firstLine="0"/>
        <w:jc w:val="both"/>
        <w:rPr>
          <w:rFonts w:ascii="Times New Roman" w:eastAsia="Times New Roman" w:hAnsi="Times New Roman" w:cs="Times New Roman"/>
          <w:sz w:val="20"/>
          <w:szCs w:val="20"/>
          <w:shd w:val="clear" w:color="auto" w:fill="FFFFFF"/>
          <w:lang w:val="it-IT" w:eastAsia="ru-RU"/>
        </w:rPr>
      </w:pPr>
      <w:r w:rsidRPr="0046524B">
        <w:rPr>
          <w:rFonts w:ascii="Times New Roman" w:eastAsia="Times New Roman" w:hAnsi="Times New Roman" w:cs="Times New Roman"/>
          <w:sz w:val="20"/>
          <w:szCs w:val="20"/>
          <w:lang w:val="it-IT" w:eastAsia="ru-RU"/>
        </w:rPr>
        <w:t xml:space="preserve">Kim Tiến (2024). </w:t>
      </w:r>
      <w:r w:rsidRPr="0046524B">
        <w:rPr>
          <w:rFonts w:ascii="Times New Roman" w:eastAsia="Times New Roman" w:hAnsi="Times New Roman" w:cs="Times New Roman"/>
          <w:i/>
          <w:sz w:val="20"/>
          <w:szCs w:val="20"/>
          <w:shd w:val="clear" w:color="auto" w:fill="FFFFFF"/>
          <w:lang w:val="it-IT" w:eastAsia="ru-RU"/>
        </w:rPr>
        <w:t>Nam Đông liên kết hợp tác, đồng hành cùng Tập đoàn Quế Lâm làm nông sản hữu cơ, kinh tế tuần hoàn.</w:t>
      </w:r>
      <w:r w:rsidRPr="0046524B">
        <w:rPr>
          <w:rFonts w:ascii="Times New Roman" w:eastAsia="Times New Roman" w:hAnsi="Times New Roman" w:cs="Times New Roman"/>
          <w:sz w:val="20"/>
          <w:szCs w:val="20"/>
          <w:shd w:val="clear" w:color="auto" w:fill="FFFFFF"/>
          <w:lang w:val="it-IT" w:eastAsia="ru-RU"/>
        </w:rPr>
        <w:t xml:space="preserve"> </w:t>
      </w:r>
      <w:r w:rsidR="004807EE" w:rsidRPr="0046524B">
        <w:rPr>
          <w:rFonts w:ascii="Times New Roman" w:eastAsia="Times New Roman" w:hAnsi="Times New Roman" w:cs="Times New Roman"/>
          <w:sz w:val="20"/>
          <w:szCs w:val="20"/>
          <w:shd w:val="clear" w:color="auto" w:fill="FFFFFF"/>
          <w:lang w:val="it-IT" w:eastAsia="ru-RU"/>
        </w:rPr>
        <w:t>(</w:t>
      </w:r>
      <w:r w:rsidRPr="0046524B">
        <w:rPr>
          <w:rFonts w:ascii="Times New Roman" w:eastAsia="Times New Roman" w:hAnsi="Times New Roman" w:cs="Times New Roman"/>
          <w:sz w:val="20"/>
          <w:szCs w:val="20"/>
          <w:shd w:val="clear" w:color="auto" w:fill="FFFFFF"/>
          <w:lang w:val="it-IT" w:eastAsia="ru-RU"/>
        </w:rPr>
        <w:t>https://dangcongsan.org.vn/tinhuythuathienhue/Lists/TinHoatDong/View_Detail.aspx?ItemID=1570</w:t>
      </w:r>
      <w:r w:rsidR="004807EE" w:rsidRPr="0046524B">
        <w:rPr>
          <w:rFonts w:ascii="Times New Roman" w:eastAsia="Times New Roman" w:hAnsi="Times New Roman" w:cs="Times New Roman"/>
          <w:sz w:val="20"/>
          <w:szCs w:val="20"/>
          <w:shd w:val="clear" w:color="auto" w:fill="FFFFFF"/>
          <w:lang w:val="it-IT" w:eastAsia="ru-RU"/>
        </w:rPr>
        <w:t>).</w:t>
      </w:r>
    </w:p>
    <w:p w14:paraId="0F8E42F8" w14:textId="293B1343" w:rsidR="007B395B" w:rsidRPr="0046524B" w:rsidRDefault="007B395B" w:rsidP="00AF2270">
      <w:pPr>
        <w:numPr>
          <w:ilvl w:val="0"/>
          <w:numId w:val="17"/>
        </w:numPr>
        <w:tabs>
          <w:tab w:val="left" w:pos="360"/>
        </w:tabs>
        <w:spacing w:after="120" w:line="240" w:lineRule="auto"/>
        <w:ind w:left="0" w:firstLine="0"/>
        <w:jc w:val="both"/>
        <w:rPr>
          <w:rFonts w:ascii="Times New Roman" w:eastAsia="Times New Roman" w:hAnsi="Times New Roman" w:cs="Times New Roman"/>
          <w:sz w:val="20"/>
          <w:szCs w:val="20"/>
          <w:shd w:val="clear" w:color="auto" w:fill="FFFFFF"/>
          <w:lang w:val="it-IT" w:eastAsia="ru-RU"/>
        </w:rPr>
      </w:pPr>
      <w:r w:rsidRPr="0046524B">
        <w:rPr>
          <w:rFonts w:ascii="Times New Roman" w:eastAsia="Times New Roman" w:hAnsi="Times New Roman" w:cs="Times New Roman"/>
          <w:sz w:val="20"/>
          <w:szCs w:val="20"/>
          <w:shd w:val="clear" w:color="auto" w:fill="FFFFFF"/>
          <w:lang w:val="vi-VN" w:eastAsia="ru-RU"/>
        </w:rPr>
        <w:t xml:space="preserve">Nguyễn Hoàng Sơn (2018). </w:t>
      </w:r>
      <w:r w:rsidRPr="0046524B">
        <w:rPr>
          <w:rFonts w:ascii="Times New Roman" w:eastAsia="Times New Roman" w:hAnsi="Times New Roman" w:cs="Times New Roman"/>
          <w:i/>
          <w:iCs/>
          <w:sz w:val="20"/>
          <w:szCs w:val="20"/>
          <w:shd w:val="clear" w:color="auto" w:fill="FFFFFF"/>
          <w:lang w:val="vi-VN" w:eastAsia="ru-RU"/>
        </w:rPr>
        <w:t>Mô hình sinh kế bền vững nhằm giảm thiểu mức độ tổn thương do biến đổi khí hậu gây ra ở các xã bãi ngang ven biển khu vực Bình - Trị - Thiên</w:t>
      </w:r>
      <w:r w:rsidR="004807EE" w:rsidRPr="0046524B">
        <w:rPr>
          <w:rFonts w:ascii="Times New Roman" w:eastAsia="Times New Roman" w:hAnsi="Times New Roman" w:cs="Times New Roman"/>
          <w:iCs/>
          <w:sz w:val="20"/>
          <w:szCs w:val="20"/>
          <w:shd w:val="clear" w:color="auto" w:fill="FFFFFF"/>
          <w:lang w:val="vi-VN" w:eastAsia="ru-RU"/>
        </w:rPr>
        <w:t>.</w:t>
      </w:r>
      <w:r w:rsidRPr="0046524B">
        <w:rPr>
          <w:rFonts w:ascii="Times New Roman" w:eastAsia="Times New Roman" w:hAnsi="Times New Roman" w:cs="Times New Roman"/>
          <w:i/>
          <w:iCs/>
          <w:sz w:val="20"/>
          <w:szCs w:val="20"/>
          <w:shd w:val="clear" w:color="auto" w:fill="FFFFFF"/>
          <w:lang w:val="vi-VN" w:eastAsia="ru-RU"/>
        </w:rPr>
        <w:t xml:space="preserve"> </w:t>
      </w:r>
      <w:r w:rsidRPr="0046524B">
        <w:rPr>
          <w:rFonts w:ascii="Times New Roman" w:eastAsia="Times New Roman" w:hAnsi="Times New Roman" w:cs="Times New Roman"/>
          <w:sz w:val="20"/>
          <w:szCs w:val="20"/>
          <w:shd w:val="clear" w:color="auto" w:fill="FFFFFF"/>
          <w:lang w:val="vi-VN" w:eastAsia="ru-RU"/>
        </w:rPr>
        <w:t>Đề tài khoa học công nghệ cấp Bộ 2018. MS B2018-DHH-61, Huế, 2020.</w:t>
      </w:r>
    </w:p>
    <w:p w14:paraId="5FF53CA3" w14:textId="2CF7FD80" w:rsidR="007B395B" w:rsidRPr="0046524B" w:rsidRDefault="007B395B" w:rsidP="00AF2270">
      <w:pPr>
        <w:pStyle w:val="BodyText"/>
        <w:spacing w:line="240" w:lineRule="auto"/>
        <w:jc w:val="both"/>
        <w:rPr>
          <w:rFonts w:ascii="Times New Roman" w:eastAsia="Times New Roman" w:hAnsi="Times New Roman" w:cs="Times New Roman"/>
          <w:spacing w:val="-6"/>
          <w:sz w:val="20"/>
          <w:szCs w:val="20"/>
          <w:shd w:val="clear" w:color="auto" w:fill="FFFFFF"/>
          <w:lang w:val="it-IT" w:eastAsia="ru-RU"/>
        </w:rPr>
      </w:pPr>
      <w:r w:rsidRPr="0046524B">
        <w:rPr>
          <w:rFonts w:ascii="Times New Roman" w:eastAsia="Times New Roman" w:hAnsi="Times New Roman" w:cs="Times New Roman"/>
          <w:spacing w:val="-6"/>
          <w:sz w:val="20"/>
          <w:szCs w:val="20"/>
          <w:shd w:val="clear" w:color="auto" w:fill="FFFFFF"/>
          <w:lang w:val="vi-VN" w:eastAsia="ru-RU"/>
        </w:rPr>
        <w:t xml:space="preserve">Bộ Nông nghiệp </w:t>
      </w:r>
      <w:r w:rsidR="004807EE" w:rsidRPr="0046524B">
        <w:rPr>
          <w:rFonts w:ascii="Times New Roman" w:eastAsia="Times New Roman" w:hAnsi="Times New Roman" w:cs="Times New Roman"/>
          <w:spacing w:val="-6"/>
          <w:sz w:val="20"/>
          <w:szCs w:val="20"/>
          <w:shd w:val="clear" w:color="auto" w:fill="FFFFFF"/>
          <w:lang w:val="vi-VN" w:eastAsia="ru-RU"/>
        </w:rPr>
        <w:t>và Phát triển Nông thôn (2009)</w:t>
      </w:r>
      <w:r w:rsidR="004807EE" w:rsidRPr="0046524B">
        <w:rPr>
          <w:rFonts w:ascii="Times New Roman" w:eastAsia="Times New Roman" w:hAnsi="Times New Roman" w:cs="Times New Roman"/>
          <w:spacing w:val="-6"/>
          <w:sz w:val="20"/>
          <w:szCs w:val="20"/>
          <w:shd w:val="clear" w:color="auto" w:fill="FFFFFF"/>
          <w:lang w:val="it-IT" w:eastAsia="ru-RU"/>
        </w:rPr>
        <w:t xml:space="preserve">. </w:t>
      </w:r>
      <w:r w:rsidRPr="0046524B">
        <w:rPr>
          <w:rFonts w:ascii="Times New Roman" w:eastAsia="Times New Roman" w:hAnsi="Times New Roman" w:cs="Times New Roman"/>
          <w:i/>
          <w:spacing w:val="-6"/>
          <w:sz w:val="20"/>
          <w:szCs w:val="20"/>
          <w:shd w:val="clear" w:color="auto" w:fill="FFFFFF"/>
          <w:lang w:val="vi-VN" w:eastAsia="ru-RU"/>
        </w:rPr>
        <w:t>Cẩm nang sử dụng đất tập 2</w:t>
      </w:r>
      <w:r w:rsidR="004807EE" w:rsidRPr="0046524B">
        <w:rPr>
          <w:rFonts w:ascii="Times New Roman" w:eastAsia="Times New Roman" w:hAnsi="Times New Roman" w:cs="Times New Roman"/>
          <w:spacing w:val="-6"/>
          <w:sz w:val="20"/>
          <w:szCs w:val="20"/>
          <w:shd w:val="clear" w:color="auto" w:fill="FFFFFF"/>
          <w:lang w:val="it-IT" w:eastAsia="ru-RU"/>
        </w:rPr>
        <w:t xml:space="preserve">. NXB: </w:t>
      </w:r>
      <w:r w:rsidRPr="0046524B">
        <w:rPr>
          <w:rFonts w:ascii="Times New Roman" w:eastAsia="Times New Roman" w:hAnsi="Times New Roman" w:cs="Times New Roman"/>
          <w:spacing w:val="-6"/>
          <w:sz w:val="20"/>
          <w:szCs w:val="20"/>
          <w:shd w:val="clear" w:color="auto" w:fill="FFFFFF"/>
          <w:lang w:val="vi-VN" w:eastAsia="ru-RU"/>
        </w:rPr>
        <w:t>Hà Nội.</w:t>
      </w:r>
    </w:p>
    <w:p w14:paraId="2602249A" w14:textId="46A9CE30" w:rsidR="00EF2925" w:rsidRPr="0046524B" w:rsidRDefault="00EF2925" w:rsidP="00D015EE">
      <w:pPr>
        <w:spacing w:after="120" w:line="240" w:lineRule="auto"/>
        <w:rPr>
          <w:rFonts w:ascii="Times New Roman" w:hAnsi="Times New Roman" w:cs="Times New Roman"/>
          <w:b/>
        </w:rPr>
      </w:pPr>
      <w:r w:rsidRPr="0046524B">
        <w:rPr>
          <w:rFonts w:ascii="Arial" w:hAnsi="Arial"/>
          <w:b/>
          <w:noProof/>
          <w:lang w:eastAsia="zh-CN"/>
        </w:rPr>
        <mc:AlternateContent>
          <mc:Choice Requires="wps">
            <w:drawing>
              <wp:inline distT="0" distB="0" distL="0" distR="0" wp14:anchorId="7B57F128" wp14:editId="7CD8D88A">
                <wp:extent cx="5937250" cy="0"/>
                <wp:effectExtent l="0" t="0" r="25400" b="19050"/>
                <wp:docPr id="2" name="Straight Connector 2"/>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J2oukf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497D606A" w14:textId="69E89274" w:rsidR="004807EE" w:rsidRPr="0046524B" w:rsidRDefault="004807EE" w:rsidP="00FD07A5">
      <w:pPr>
        <w:spacing w:line="240" w:lineRule="auto"/>
        <w:jc w:val="center"/>
        <w:rPr>
          <w:rFonts w:ascii="Times New Roman" w:hAnsi="Times New Roman" w:cs="Times New Roman"/>
          <w:b/>
          <w:sz w:val="28"/>
          <w:szCs w:val="28"/>
        </w:rPr>
      </w:pPr>
      <w:r w:rsidRPr="0046524B">
        <w:rPr>
          <w:rFonts w:ascii="Times New Roman" w:hAnsi="Times New Roman" w:cs="Times New Roman"/>
          <w:b/>
          <w:sz w:val="28"/>
          <w:szCs w:val="28"/>
        </w:rPr>
        <w:t>STUDY PROPOSING AS SUSTAINABLE OF GREEN AGRICULTURE IN THE LIVESTOCK IN NAM DONG DISTRICT, THUA THIEN HUE PROVICE</w:t>
      </w:r>
    </w:p>
    <w:p w14:paraId="2E67908E" w14:textId="2863087B" w:rsidR="004807EE" w:rsidRPr="0046524B" w:rsidRDefault="004807EE" w:rsidP="00AF2270">
      <w:pPr>
        <w:keepNext/>
        <w:spacing w:after="60" w:line="240" w:lineRule="auto"/>
        <w:ind w:right="400"/>
        <w:jc w:val="center"/>
        <w:outlineLvl w:val="0"/>
        <w:rPr>
          <w:rFonts w:ascii="Times New Roman" w:eastAsia="Times New Roman" w:hAnsi="Times New Roman" w:cs="Times New Roman"/>
          <w:b/>
          <w:bCs/>
          <w:sz w:val="24"/>
          <w:szCs w:val="24"/>
          <w:shd w:val="clear" w:color="auto" w:fill="FFFFFF"/>
          <w:lang w:eastAsia="ru-RU"/>
        </w:rPr>
      </w:pPr>
      <w:r w:rsidRPr="0046524B">
        <w:rPr>
          <w:rFonts w:ascii="Times New Roman" w:eastAsia="Times New Roman" w:hAnsi="Times New Roman" w:cs="Times New Roman"/>
          <w:b/>
          <w:bCs/>
          <w:sz w:val="24"/>
          <w:szCs w:val="24"/>
          <w:shd w:val="clear" w:color="auto" w:fill="FFFFFF"/>
          <w:lang w:eastAsia="ru-RU"/>
        </w:rPr>
        <w:t>Nguyen</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Ngoc</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Dan</w:t>
      </w:r>
      <w:r w:rsidRPr="0046524B">
        <w:rPr>
          <w:rFonts w:ascii="Times New Roman" w:eastAsia="Times New Roman" w:hAnsi="Times New Roman" w:cs="Times New Roman"/>
          <w:b/>
          <w:bCs/>
          <w:sz w:val="24"/>
          <w:szCs w:val="24"/>
          <w:shd w:val="clear" w:color="auto" w:fill="FFFFFF"/>
          <w:vertAlign w:val="superscript"/>
          <w:lang w:val="kk-KZ" w:eastAsia="ru-RU"/>
        </w:rPr>
        <w:t>1</w:t>
      </w:r>
      <w:r w:rsidRPr="0046524B">
        <w:rPr>
          <w:rFonts w:ascii="Times New Roman" w:eastAsia="Times New Roman" w:hAnsi="Times New Roman" w:cs="Times New Roman"/>
          <w:b/>
          <w:bCs/>
          <w:sz w:val="24"/>
          <w:szCs w:val="24"/>
          <w:shd w:val="clear" w:color="auto" w:fill="FFFFFF"/>
          <w:vertAlign w:val="superscript"/>
          <w:lang w:val="ru-RU" w:eastAsia="ru-RU"/>
        </w:rPr>
        <w:t>*</w:t>
      </w:r>
      <w:r w:rsidRPr="0046524B">
        <w:rPr>
          <w:rFonts w:ascii="Times New Roman" w:eastAsia="Times New Roman" w:hAnsi="Times New Roman" w:cs="Times New Roman"/>
          <w:b/>
          <w:bCs/>
          <w:sz w:val="24"/>
          <w:szCs w:val="24"/>
          <w:shd w:val="clear" w:color="auto" w:fill="FFFFFF"/>
          <w:lang w:val="kk-KZ" w:eastAsia="ru-RU"/>
        </w:rPr>
        <w:t>,</w:t>
      </w:r>
      <w:r w:rsidRPr="0046524B">
        <w:rPr>
          <w:rFonts w:ascii="Times New Roman" w:eastAsia="Times New Roman" w:hAnsi="Times New Roman" w:cs="Times New Roman"/>
          <w:b/>
          <w:bCs/>
          <w:sz w:val="24"/>
          <w:szCs w:val="24"/>
          <w:shd w:val="clear" w:color="auto" w:fill="FFFFFF"/>
          <w:lang w:eastAsia="ru-RU"/>
        </w:rPr>
        <w:t xml:space="preserve"> Nguyen</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Hoang</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Son</w:t>
      </w:r>
      <w:r w:rsidRPr="0046524B">
        <w:rPr>
          <w:rFonts w:ascii="Times New Roman" w:eastAsia="Times New Roman" w:hAnsi="Times New Roman" w:cs="Times New Roman"/>
          <w:b/>
          <w:bCs/>
          <w:sz w:val="24"/>
          <w:szCs w:val="24"/>
          <w:shd w:val="clear" w:color="auto" w:fill="FFFFFF"/>
          <w:vertAlign w:val="superscript"/>
          <w:lang w:val="kk-KZ" w:eastAsia="ru-RU"/>
        </w:rPr>
        <w:t>2</w:t>
      </w:r>
      <w:r w:rsidRPr="0046524B">
        <w:rPr>
          <w:rFonts w:ascii="Times New Roman" w:eastAsia="Times New Roman" w:hAnsi="Times New Roman" w:cs="Times New Roman"/>
          <w:b/>
          <w:bCs/>
          <w:sz w:val="24"/>
          <w:szCs w:val="24"/>
          <w:shd w:val="clear" w:color="auto" w:fill="FFFFFF"/>
          <w:lang w:val="ru-RU" w:eastAsia="ru-RU"/>
        </w:rPr>
        <w:t>,</w:t>
      </w:r>
      <w:r w:rsidR="00D11D49" w:rsidRPr="0046524B">
        <w:rPr>
          <w:rFonts w:ascii="Times New Roman" w:eastAsia="Times New Roman" w:hAnsi="Times New Roman" w:cs="Times New Roman"/>
          <w:b/>
          <w:bCs/>
          <w:sz w:val="24"/>
          <w:szCs w:val="24"/>
          <w:shd w:val="clear" w:color="auto" w:fill="FFFFFF"/>
          <w:lang w:eastAsia="ru-RU"/>
        </w:rPr>
        <w:t xml:space="preserve"> </w:t>
      </w:r>
      <w:r w:rsidRPr="0046524B">
        <w:rPr>
          <w:rFonts w:ascii="Times New Roman" w:eastAsia="Times New Roman" w:hAnsi="Times New Roman" w:cs="Times New Roman"/>
          <w:b/>
          <w:bCs/>
          <w:sz w:val="24"/>
          <w:szCs w:val="24"/>
          <w:shd w:val="clear" w:color="auto" w:fill="FFFFFF"/>
          <w:lang w:eastAsia="ru-RU"/>
        </w:rPr>
        <w:t>Mai</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V</w:t>
      </w:r>
      <w:r w:rsidRPr="0046524B">
        <w:rPr>
          <w:rFonts w:ascii="Times New Roman" w:eastAsia="Times New Roman" w:hAnsi="Times New Roman" w:cs="Times New Roman"/>
          <w:b/>
          <w:bCs/>
          <w:sz w:val="24"/>
          <w:szCs w:val="24"/>
          <w:shd w:val="clear" w:color="auto" w:fill="FFFFFF"/>
          <w:lang w:val="ru-RU" w:eastAsia="ru-RU"/>
        </w:rPr>
        <w:t>ă</w:t>
      </w:r>
      <w:r w:rsidRPr="0046524B">
        <w:rPr>
          <w:rFonts w:ascii="Times New Roman" w:eastAsia="Times New Roman" w:hAnsi="Times New Roman" w:cs="Times New Roman"/>
          <w:b/>
          <w:bCs/>
          <w:sz w:val="24"/>
          <w:szCs w:val="24"/>
          <w:shd w:val="clear" w:color="auto" w:fill="FFFFFF"/>
          <w:lang w:eastAsia="ru-RU"/>
        </w:rPr>
        <w:t>n</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Chan</w:t>
      </w:r>
      <w:r w:rsidRPr="0046524B">
        <w:rPr>
          <w:rFonts w:ascii="Times New Roman" w:eastAsia="Times New Roman" w:hAnsi="Times New Roman" w:cs="Times New Roman"/>
          <w:b/>
          <w:bCs/>
          <w:sz w:val="24"/>
          <w:szCs w:val="24"/>
          <w:shd w:val="clear" w:color="auto" w:fill="FFFFFF"/>
          <w:vertAlign w:val="superscript"/>
          <w:lang w:val="kk-KZ" w:eastAsia="ru-RU"/>
        </w:rPr>
        <w:t>1</w:t>
      </w:r>
      <w:r w:rsidRPr="0046524B">
        <w:rPr>
          <w:rFonts w:ascii="Times New Roman" w:eastAsia="Times New Roman" w:hAnsi="Times New Roman" w:cs="Times New Roman"/>
          <w:b/>
          <w:bCs/>
          <w:sz w:val="24"/>
          <w:szCs w:val="24"/>
          <w:shd w:val="clear" w:color="auto" w:fill="FFFFFF"/>
          <w:lang w:eastAsia="ru-RU"/>
        </w:rPr>
        <w:t xml:space="preserve">, </w:t>
      </w:r>
    </w:p>
    <w:p w14:paraId="4CA6497D" w14:textId="4099F281" w:rsidR="004807EE" w:rsidRPr="0046524B" w:rsidRDefault="004807EE" w:rsidP="00AF2270">
      <w:pPr>
        <w:keepNext/>
        <w:spacing w:after="60" w:line="240" w:lineRule="auto"/>
        <w:ind w:right="400"/>
        <w:jc w:val="center"/>
        <w:outlineLvl w:val="0"/>
        <w:rPr>
          <w:rFonts w:ascii="Times New Roman" w:eastAsia="Times New Roman" w:hAnsi="Times New Roman" w:cs="Times New Roman"/>
          <w:b/>
          <w:bCs/>
          <w:sz w:val="24"/>
          <w:szCs w:val="24"/>
          <w:shd w:val="clear" w:color="auto" w:fill="FFFFFF"/>
          <w:lang w:eastAsia="ru-RU"/>
        </w:rPr>
      </w:pPr>
      <w:r w:rsidRPr="0046524B">
        <w:rPr>
          <w:rFonts w:ascii="Times New Roman" w:eastAsia="Times New Roman" w:hAnsi="Times New Roman" w:cs="Times New Roman"/>
          <w:b/>
          <w:bCs/>
          <w:sz w:val="24"/>
          <w:szCs w:val="24"/>
          <w:shd w:val="clear" w:color="auto" w:fill="FFFFFF"/>
          <w:lang w:eastAsia="ru-RU"/>
        </w:rPr>
        <w:t>Tran</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Thị</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minh</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Tam</w:t>
      </w:r>
      <w:r w:rsidRPr="0046524B">
        <w:rPr>
          <w:rFonts w:ascii="Times New Roman" w:eastAsia="Times New Roman" w:hAnsi="Times New Roman" w:cs="Times New Roman"/>
          <w:b/>
          <w:bCs/>
          <w:sz w:val="24"/>
          <w:szCs w:val="24"/>
          <w:shd w:val="clear" w:color="auto" w:fill="FFFFFF"/>
          <w:vertAlign w:val="superscript"/>
          <w:lang w:val="ru-RU" w:eastAsia="ru-RU"/>
        </w:rPr>
        <w:t xml:space="preserve">1 </w:t>
      </w:r>
      <w:r w:rsidRPr="0046524B">
        <w:rPr>
          <w:rFonts w:ascii="Times New Roman" w:eastAsia="Times New Roman" w:hAnsi="Times New Roman" w:cs="Times New Roman"/>
          <w:b/>
          <w:bCs/>
          <w:sz w:val="24"/>
          <w:szCs w:val="24"/>
          <w:shd w:val="clear" w:color="auto" w:fill="FFFFFF"/>
          <w:lang w:eastAsia="ru-RU"/>
        </w:rPr>
        <w:t>v</w:t>
      </w:r>
      <w:r w:rsidRPr="0046524B">
        <w:rPr>
          <w:rFonts w:ascii="Times New Roman" w:eastAsia="Times New Roman" w:hAnsi="Times New Roman" w:cs="Times New Roman"/>
          <w:b/>
          <w:bCs/>
          <w:sz w:val="24"/>
          <w:szCs w:val="24"/>
          <w:shd w:val="clear" w:color="auto" w:fill="FFFFFF"/>
          <w:lang w:val="ru-RU" w:eastAsia="ru-RU"/>
        </w:rPr>
        <w:t xml:space="preserve">à </w:t>
      </w:r>
      <w:r w:rsidRPr="0046524B">
        <w:rPr>
          <w:rFonts w:ascii="Times New Roman" w:eastAsia="Times New Roman" w:hAnsi="Times New Roman" w:cs="Times New Roman"/>
          <w:b/>
          <w:bCs/>
          <w:sz w:val="24"/>
          <w:szCs w:val="24"/>
          <w:shd w:val="clear" w:color="auto" w:fill="FFFFFF"/>
          <w:lang w:eastAsia="ru-RU"/>
        </w:rPr>
        <w:t>Cao</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Thi</w:t>
      </w:r>
      <w:r w:rsidRPr="0046524B">
        <w:rPr>
          <w:rFonts w:ascii="Times New Roman" w:eastAsia="Times New Roman" w:hAnsi="Times New Roman" w:cs="Times New Roman"/>
          <w:b/>
          <w:bCs/>
          <w:sz w:val="24"/>
          <w:szCs w:val="24"/>
          <w:shd w:val="clear" w:color="auto" w:fill="FFFFFF"/>
          <w:lang w:val="ru-RU" w:eastAsia="ru-RU"/>
        </w:rPr>
        <w:t xml:space="preserve"> </w:t>
      </w:r>
      <w:r w:rsidRPr="0046524B">
        <w:rPr>
          <w:rFonts w:ascii="Times New Roman" w:eastAsia="Times New Roman" w:hAnsi="Times New Roman" w:cs="Times New Roman"/>
          <w:b/>
          <w:bCs/>
          <w:sz w:val="24"/>
          <w:szCs w:val="24"/>
          <w:shd w:val="clear" w:color="auto" w:fill="FFFFFF"/>
          <w:lang w:eastAsia="ru-RU"/>
        </w:rPr>
        <w:t>Thanh</w:t>
      </w:r>
      <w:r w:rsidRPr="0046524B">
        <w:rPr>
          <w:rFonts w:ascii="Times New Roman" w:eastAsia="Times New Roman" w:hAnsi="Times New Roman" w:cs="Times New Roman"/>
          <w:b/>
          <w:bCs/>
          <w:sz w:val="24"/>
          <w:szCs w:val="24"/>
          <w:shd w:val="clear" w:color="auto" w:fill="FFFFFF"/>
          <w:lang w:val="ru-RU" w:eastAsia="ru-RU"/>
        </w:rPr>
        <w:t xml:space="preserve"> </w:t>
      </w:r>
      <w:r w:rsidR="00D11D49" w:rsidRPr="0046524B">
        <w:rPr>
          <w:rFonts w:ascii="Times New Roman" w:eastAsia="Times New Roman" w:hAnsi="Times New Roman" w:cs="Times New Roman"/>
          <w:b/>
          <w:bCs/>
          <w:sz w:val="24"/>
          <w:szCs w:val="24"/>
          <w:shd w:val="clear" w:color="auto" w:fill="FFFFFF"/>
          <w:lang w:eastAsia="ru-RU"/>
        </w:rPr>
        <w:t>Thu</w:t>
      </w:r>
      <w:r w:rsidRPr="0046524B">
        <w:rPr>
          <w:rFonts w:ascii="Times New Roman" w:eastAsia="Times New Roman" w:hAnsi="Times New Roman" w:cs="Times New Roman"/>
          <w:b/>
          <w:bCs/>
          <w:sz w:val="24"/>
          <w:szCs w:val="24"/>
          <w:shd w:val="clear" w:color="auto" w:fill="FFFFFF"/>
          <w:lang w:eastAsia="ru-RU"/>
        </w:rPr>
        <w:t>ỷ</w:t>
      </w:r>
      <w:r w:rsidRPr="0046524B">
        <w:rPr>
          <w:rFonts w:ascii="Times New Roman" w:eastAsia="Times New Roman" w:hAnsi="Times New Roman" w:cs="Times New Roman"/>
          <w:b/>
          <w:bCs/>
          <w:sz w:val="24"/>
          <w:szCs w:val="24"/>
          <w:shd w:val="clear" w:color="auto" w:fill="FFFFFF"/>
          <w:vertAlign w:val="superscript"/>
          <w:lang w:val="ru-RU" w:eastAsia="ru-RU"/>
        </w:rPr>
        <w:t>3</w:t>
      </w:r>
    </w:p>
    <w:p w14:paraId="225E2138" w14:textId="773DDEAE" w:rsidR="004807EE" w:rsidRPr="0046524B" w:rsidRDefault="004807EE" w:rsidP="00AF2270">
      <w:pPr>
        <w:tabs>
          <w:tab w:val="left" w:pos="0"/>
        </w:tabs>
        <w:spacing w:after="60" w:line="240" w:lineRule="auto"/>
        <w:jc w:val="center"/>
        <w:rPr>
          <w:rFonts w:ascii="Times New Roman" w:eastAsia="SimSun" w:hAnsi="Times New Roman" w:cs="Times New Roman"/>
          <w:b/>
          <w:sz w:val="24"/>
          <w:szCs w:val="24"/>
          <w:lang w:val="ru-RU"/>
        </w:rPr>
      </w:pPr>
      <w:r w:rsidRPr="0046524B">
        <w:rPr>
          <w:rFonts w:ascii="Times New Roman" w:eastAsia="SimSun" w:hAnsi="Times New Roman" w:cs="Times New Roman"/>
          <w:b/>
          <w:sz w:val="24"/>
          <w:szCs w:val="24"/>
          <w:vertAlign w:val="superscript"/>
          <w:lang w:val="ru-RU"/>
        </w:rPr>
        <w:t>1</w:t>
      </w:r>
      <w:r w:rsidR="00B225B7" w:rsidRPr="0046524B">
        <w:rPr>
          <w:rFonts w:ascii="Times New Roman" w:eastAsia="SimSun" w:hAnsi="Times New Roman" w:cs="Times New Roman"/>
          <w:b/>
          <w:sz w:val="24"/>
          <w:szCs w:val="24"/>
        </w:rPr>
        <w:t>Uuniversity of Education</w:t>
      </w:r>
      <w:r w:rsidRPr="0046524B">
        <w:rPr>
          <w:rFonts w:ascii="Times New Roman" w:eastAsia="SimSun" w:hAnsi="Times New Roman" w:cs="Times New Roman"/>
          <w:b/>
          <w:sz w:val="24"/>
          <w:szCs w:val="24"/>
          <w:lang w:val="ru-RU"/>
        </w:rPr>
        <w:t xml:space="preserve">, </w:t>
      </w:r>
      <w:r w:rsidR="00B225B7" w:rsidRPr="0046524B">
        <w:rPr>
          <w:rFonts w:ascii="Times New Roman" w:eastAsia="SimSun" w:hAnsi="Times New Roman" w:cs="Times New Roman"/>
          <w:b/>
          <w:sz w:val="24"/>
          <w:szCs w:val="24"/>
        </w:rPr>
        <w:t>Hue University</w:t>
      </w:r>
    </w:p>
    <w:p w14:paraId="176FCA35" w14:textId="7036F22F" w:rsidR="00B225B7" w:rsidRPr="0046524B" w:rsidRDefault="004807EE" w:rsidP="00AF2270">
      <w:pPr>
        <w:tabs>
          <w:tab w:val="left" w:pos="0"/>
        </w:tabs>
        <w:spacing w:after="60" w:line="240" w:lineRule="auto"/>
        <w:jc w:val="center"/>
        <w:rPr>
          <w:rFonts w:ascii="Times New Roman" w:eastAsia="SimSun" w:hAnsi="Times New Roman" w:cs="Times New Roman"/>
          <w:b/>
          <w:sz w:val="24"/>
          <w:szCs w:val="24"/>
        </w:rPr>
      </w:pPr>
      <w:r w:rsidRPr="0046524B">
        <w:rPr>
          <w:rFonts w:ascii="Times New Roman" w:eastAsia="SimSun" w:hAnsi="Times New Roman" w:cs="Times New Roman"/>
          <w:b/>
          <w:sz w:val="24"/>
          <w:szCs w:val="24"/>
          <w:vertAlign w:val="superscript"/>
          <w:lang w:val="ru-RU"/>
        </w:rPr>
        <w:t>2</w:t>
      </w:r>
      <w:r w:rsidR="00B225B7" w:rsidRPr="0046524B">
        <w:rPr>
          <w:rFonts w:ascii="Times New Roman" w:eastAsia="SimSun" w:hAnsi="Times New Roman" w:cs="Times New Roman"/>
          <w:b/>
          <w:sz w:val="24"/>
          <w:szCs w:val="24"/>
        </w:rPr>
        <w:t>Institute of Open Education and Information Technology, Hue University</w:t>
      </w:r>
    </w:p>
    <w:p w14:paraId="306CE0F5" w14:textId="54679D5B" w:rsidR="004807EE" w:rsidRPr="0046524B" w:rsidRDefault="004807EE" w:rsidP="00AF2270">
      <w:pPr>
        <w:tabs>
          <w:tab w:val="left" w:pos="0"/>
        </w:tabs>
        <w:spacing w:after="60" w:line="240" w:lineRule="auto"/>
        <w:jc w:val="center"/>
        <w:rPr>
          <w:rFonts w:ascii="Times New Roman" w:hAnsi="Times New Roman" w:cs="Times New Roman"/>
          <w:b/>
          <w:sz w:val="24"/>
          <w:szCs w:val="24"/>
        </w:rPr>
      </w:pPr>
      <w:r w:rsidRPr="0046524B">
        <w:rPr>
          <w:rFonts w:ascii="Times New Roman" w:eastAsia="Times New Roman" w:hAnsi="Times New Roman" w:cs="Times New Roman"/>
          <w:b/>
          <w:bCs/>
          <w:sz w:val="24"/>
          <w:szCs w:val="24"/>
          <w:shd w:val="clear" w:color="auto" w:fill="FFFFFF"/>
          <w:vertAlign w:val="superscript"/>
          <w:lang w:val="ru-RU" w:eastAsia="ru-RU"/>
        </w:rPr>
        <w:t>3</w:t>
      </w:r>
      <w:r w:rsidR="00B225B7" w:rsidRPr="0046524B">
        <w:rPr>
          <w:rFonts w:ascii="Times New Roman" w:eastAsia="Times New Roman" w:hAnsi="Times New Roman" w:cs="Times New Roman"/>
          <w:b/>
          <w:bCs/>
          <w:sz w:val="24"/>
          <w:szCs w:val="24"/>
          <w:shd w:val="clear" w:color="auto" w:fill="FFFFFF"/>
          <w:lang w:eastAsia="ru-RU"/>
        </w:rPr>
        <w:t xml:space="preserve">Quang Binh </w:t>
      </w:r>
      <w:r w:rsidR="00B225B7" w:rsidRPr="0046524B">
        <w:rPr>
          <w:rFonts w:ascii="Times New Roman" w:eastAsia="SimSun" w:hAnsi="Times New Roman" w:cs="Times New Roman"/>
          <w:b/>
          <w:sz w:val="24"/>
          <w:szCs w:val="24"/>
        </w:rPr>
        <w:t>University</w:t>
      </w:r>
    </w:p>
    <w:p w14:paraId="46036DBD" w14:textId="0B912D8C" w:rsidR="00EF2925" w:rsidRPr="0046524B" w:rsidRDefault="00EF2925" w:rsidP="00AF2270">
      <w:pPr>
        <w:spacing w:after="60" w:line="240" w:lineRule="auto"/>
        <w:jc w:val="center"/>
        <w:rPr>
          <w:rFonts w:ascii="Times New Roman" w:hAnsi="Times New Roman" w:cs="Times New Roman"/>
          <w:b/>
        </w:rPr>
      </w:pPr>
      <w:r w:rsidRPr="0046524B">
        <w:rPr>
          <w:rFonts w:ascii="Times New Roman" w:hAnsi="Times New Roman"/>
        </w:rPr>
        <w:t xml:space="preserve">Tác giả liên hệ: *Email: </w:t>
      </w:r>
      <w:r w:rsidR="00465668" w:rsidRPr="0046524B">
        <w:rPr>
          <w:rFonts w:ascii="Times New Roman" w:hAnsi="Times New Roman"/>
        </w:rPr>
        <w:t>nguyenngocdan</w:t>
      </w:r>
      <w:r w:rsidRPr="0046524B">
        <w:rPr>
          <w:rFonts w:ascii="Times New Roman" w:hAnsi="Times New Roman"/>
        </w:rPr>
        <w:t>@dhsphue.edu</w:t>
      </w:r>
      <w:r w:rsidRPr="0046524B">
        <w:rPr>
          <w:rFonts w:ascii="Times New Roman" w:hAnsi="Times New Roman" w:cs="Times New Roman"/>
        </w:rPr>
        <w:t>.vn</w:t>
      </w:r>
      <w:r w:rsidRPr="0046524B">
        <w:rPr>
          <w:rFonts w:ascii="Times New Roman" w:hAnsi="Times New Roman" w:cs="Times New Roman"/>
          <w:b/>
          <w:noProof/>
        </w:rPr>
        <w:t xml:space="preserve"> </w:t>
      </w:r>
    </w:p>
    <w:p w14:paraId="42D8D8C2" w14:textId="7CE078AD" w:rsidR="002B10FC" w:rsidRDefault="00D015EE" w:rsidP="00D015EE">
      <w:pPr>
        <w:spacing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A</w:t>
      </w:r>
      <w:r w:rsidRPr="0046524B">
        <w:rPr>
          <w:rFonts w:ascii="Times New Roman" w:eastAsia="Times New Roman" w:hAnsi="Times New Roman" w:cs="Times New Roman"/>
          <w:b/>
          <w:bCs/>
          <w:lang w:eastAsia="ru-RU"/>
        </w:rPr>
        <w:t>bstract</w:t>
      </w:r>
      <w:r>
        <w:rPr>
          <w:rFonts w:ascii="Times New Roman" w:hAnsi="Times New Roman" w:cs="Times New Roman"/>
          <w:b/>
        </w:rPr>
        <w:t xml:space="preserve">: </w:t>
      </w:r>
      <w:r w:rsidR="002B10FC" w:rsidRPr="002B10FC">
        <w:rPr>
          <w:rFonts w:ascii="Times New Roman" w:eastAsia="Times New Roman" w:hAnsi="Times New Roman" w:cs="Times New Roman"/>
          <w:bCs/>
          <w:lang w:eastAsia="ru-RU"/>
        </w:rPr>
        <w:t>In recent years, livestock production in Nam Dong district</w:t>
      </w:r>
      <w:r w:rsidR="002B10FC">
        <w:rPr>
          <w:rFonts w:ascii="Times New Roman" w:eastAsia="Times New Roman" w:hAnsi="Times New Roman" w:cs="Times New Roman"/>
          <w:bCs/>
          <w:lang w:eastAsia="ru-RU"/>
        </w:rPr>
        <w:t>,</w:t>
      </w:r>
      <w:r w:rsidR="002B10FC" w:rsidRPr="002B10FC">
        <w:rPr>
          <w:rFonts w:ascii="Times New Roman" w:eastAsia="Times New Roman" w:hAnsi="Times New Roman" w:cs="Times New Roman"/>
          <w:bCs/>
          <w:lang w:eastAsia="ru-RU"/>
        </w:rPr>
        <w:t xml:space="preserve"> </w:t>
      </w:r>
      <w:r w:rsidR="002B10FC" w:rsidRPr="0046524B">
        <w:rPr>
          <w:rFonts w:ascii="Times New Roman" w:eastAsia="Times New Roman" w:hAnsi="Times New Roman" w:cs="Times New Roman"/>
          <w:bCs/>
          <w:lang w:eastAsia="ru-RU"/>
        </w:rPr>
        <w:t>Thua Thien Hue province</w:t>
      </w:r>
      <w:r w:rsidR="002B10FC" w:rsidRPr="002B10FC">
        <w:rPr>
          <w:rFonts w:ascii="Times New Roman" w:eastAsia="Times New Roman" w:hAnsi="Times New Roman" w:cs="Times New Roman"/>
          <w:bCs/>
          <w:lang w:eastAsia="ru-RU"/>
        </w:rPr>
        <w:t xml:space="preserve"> has seen a clear shift from traditional free-grazing systems to semi-intensive and intensive models, emphasizing biosecurity, traceability, organic practices, and food safety. However, low-input, smallholder-based systems still dominate, hindering long-term sustainability. This study uses a mixed-methods approach—combining socio-economic surveys, stakeholder interviews, and a quantitative indicator framework—to assess the economic, social, and environmental impacts. </w:t>
      </w:r>
      <w:r w:rsidR="002B10FC" w:rsidRPr="0046524B">
        <w:rPr>
          <w:rFonts w:ascii="Times New Roman" w:eastAsia="Times New Roman" w:hAnsi="Times New Roman" w:cs="Times New Roman"/>
          <w:bCs/>
          <w:lang w:eastAsia="ru-RU"/>
        </w:rPr>
        <w:t>A SWOT analysis was conducted to critically evaluate the current livestock production systems with the aim of proposing viable sustainable green agriculture (SGA) models adapted to the region’s agroecological conditions. The findings led to the formulation of six proposed livestock models for the district’s sustainable agricultural transition. These include three flagship models with high potential for scalability and resilience, and three contextually adaptive pilot models aligned with local environmental thresholds and socio-economic capacity. The proposed models emphasize climate-smart livestock practices, resource-use efficiency, and compliance with VietGAP standards.</w:t>
      </w:r>
    </w:p>
    <w:p w14:paraId="5BF32B5B" w14:textId="4E48CDCC" w:rsidR="00955B77" w:rsidRPr="002B10FC" w:rsidRDefault="007C35E3" w:rsidP="008D4E69">
      <w:pPr>
        <w:spacing w:line="240" w:lineRule="auto"/>
        <w:ind w:right="-45"/>
        <w:jc w:val="both"/>
        <w:outlineLvl w:val="2"/>
        <w:rPr>
          <w:rFonts w:ascii="Times New Roman" w:eastAsia="Times New Roman" w:hAnsi="Times New Roman" w:cs="Times New Roman"/>
          <w:bCs/>
          <w:lang w:eastAsia="ru-RU"/>
        </w:rPr>
      </w:pPr>
      <w:r w:rsidRPr="0046524B">
        <w:rPr>
          <w:rFonts w:ascii="Times New Roman" w:hAnsi="Times New Roman"/>
          <w:i/>
        </w:rPr>
        <w:t xml:space="preserve">Từ khóa: </w:t>
      </w:r>
      <w:r w:rsidR="002008F5" w:rsidRPr="0046524B">
        <w:rPr>
          <w:rFonts w:ascii="Times New Roman" w:eastAsia="Times New Roman" w:hAnsi="Times New Roman" w:cs="Times New Roman"/>
          <w:bCs/>
          <w:i/>
          <w:lang w:eastAsia="ru-RU"/>
        </w:rPr>
        <w:t xml:space="preserve">Sustainable green agriculture, livestock systems, agroecological adaptation, </w:t>
      </w:r>
      <w:r w:rsidR="001657EB">
        <w:t>organic</w:t>
      </w:r>
      <w:r w:rsidR="001657EB">
        <w:rPr>
          <w:rFonts w:ascii="Times New Roman" w:eastAsia="Times New Roman" w:hAnsi="Times New Roman" w:cs="Times New Roman"/>
          <w:bCs/>
          <w:i/>
          <w:lang w:eastAsia="ru-RU"/>
        </w:rPr>
        <w:t>/</w:t>
      </w:r>
      <w:r w:rsidR="002008F5" w:rsidRPr="0046524B">
        <w:rPr>
          <w:rFonts w:ascii="Times New Roman" w:eastAsia="Times New Roman" w:hAnsi="Times New Roman" w:cs="Times New Roman"/>
          <w:bCs/>
          <w:i/>
          <w:lang w:eastAsia="ru-RU"/>
        </w:rPr>
        <w:t>VietGAP certification, smallholder transformation, Nam Dong district</w:t>
      </w:r>
    </w:p>
    <w:sectPr w:rsidR="00955B77" w:rsidRPr="002B10FC" w:rsidSect="00DF4362">
      <w:headerReference w:type="default" r:id="rId16"/>
      <w:footerReference w:type="default" r:id="rId17"/>
      <w:pgSz w:w="11906" w:h="16838" w:code="9"/>
      <w:pgMar w:top="1134" w:right="1134" w:bottom="1134" w:left="1418"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2EEC2" w14:textId="77777777" w:rsidR="005B287F" w:rsidRDefault="005B287F" w:rsidP="0095530B">
      <w:pPr>
        <w:spacing w:after="0" w:line="240" w:lineRule="auto"/>
      </w:pPr>
      <w:r>
        <w:separator/>
      </w:r>
    </w:p>
  </w:endnote>
  <w:endnote w:type="continuationSeparator" w:id="0">
    <w:p w14:paraId="075589D1" w14:textId="77777777" w:rsidR="005B287F" w:rsidRDefault="005B287F" w:rsidP="0095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variable"/>
    <w:sig w:usb0="E0002AEF" w:usb1="C8077841" w:usb2="00000019" w:usb3="00000000" w:csb0="0002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CB23D" w14:textId="045384DE" w:rsidR="00AC61D5" w:rsidRPr="00032901" w:rsidRDefault="00AC61D5">
    <w:pPr>
      <w:pStyle w:val="Footer"/>
      <w:rPr>
        <w:rFonts w:ascii="Times New Roman" w:hAnsi="Times New Roman" w:cs="Times New Roman"/>
      </w:rPr>
    </w:pPr>
    <w:r w:rsidRPr="00032901">
      <w:rPr>
        <w:rFonts w:ascii="Times New Roman" w:hAnsi="Times New Roman" w:cs="Times New Roman"/>
        <w:b/>
        <w:noProof/>
        <w:sz w:val="32"/>
        <w:lang w:eastAsia="zh-CN"/>
      </w:rPr>
      <mc:AlternateContent>
        <mc:Choice Requires="wps">
          <w:drawing>
            <wp:anchor distT="0" distB="0" distL="114300" distR="114300" simplePos="0" relativeHeight="251659264" behindDoc="0" locked="0" layoutInCell="1" allowOverlap="1" wp14:anchorId="3C44F525" wp14:editId="7DD76D04">
              <wp:simplePos x="0" y="0"/>
              <wp:positionH relativeFrom="column">
                <wp:posOffset>0</wp:posOffset>
              </wp:positionH>
              <wp:positionV relativeFrom="paragraph">
                <wp:posOffset>0</wp:posOffset>
              </wp:positionV>
              <wp:extent cx="593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OpIdlPHAQAA4QMAAA4AAAAAAAAAAAAAAAAA&#10;LgIAAGRycy9lMm9Eb2MueG1sUEsBAi0AFAAGAAgAAAAhADHRMSXYAAAAAgEAAA8AAAAAAAAAAAAA&#10;AAAAIQQAAGRycy9kb3ducmV2LnhtbFBLBQYAAAAABAAEAPMAAAAmBQAAAAA=&#10;" strokecolor="#4f81bd [3204]" strokeweight=".5pt"/>
          </w:pict>
        </mc:Fallback>
      </mc:AlternateContent>
    </w:r>
    <w:r w:rsidRPr="00032901">
      <w:rPr>
        <w:rFonts w:ascii="Times New Roman" w:hAnsi="Times New Roman" w:cs="Times New Roman"/>
      </w:rPr>
      <w:t>Ngày nhận bài:                                  Ngày sửa bài:                                Ngày nhận đăng:</w:t>
    </w:r>
  </w:p>
  <w:p w14:paraId="15BEBFD4" w14:textId="77777777" w:rsidR="00AC61D5" w:rsidRPr="00032901" w:rsidRDefault="00AC61D5">
    <w:pPr>
      <w:pStyle w:val="Footer"/>
      <w:rPr>
        <w:rFonts w:ascii="Times New Roman" w:hAnsi="Times New Roman" w:cs="Times New Roman"/>
      </w:rPr>
    </w:pPr>
    <w:r w:rsidRPr="00032901">
      <w:rPr>
        <w:rFonts w:ascii="Times New Roman" w:hAnsi="Times New Roman" w:cs="Times New Roman"/>
      </w:rPr>
      <w:t>DOI:………………</w:t>
    </w:r>
  </w:p>
  <w:p w14:paraId="51D1F08C" w14:textId="77777777" w:rsidR="00AC61D5" w:rsidRDefault="00AC61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623B7" w14:textId="77777777" w:rsidR="005B287F" w:rsidRDefault="005B287F" w:rsidP="0095530B">
      <w:pPr>
        <w:spacing w:after="0" w:line="240" w:lineRule="auto"/>
      </w:pPr>
      <w:r>
        <w:separator/>
      </w:r>
    </w:p>
  </w:footnote>
  <w:footnote w:type="continuationSeparator" w:id="0">
    <w:p w14:paraId="43E662B9" w14:textId="77777777" w:rsidR="005B287F" w:rsidRDefault="005B287F" w:rsidP="009553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DC46B" w14:textId="0434414A" w:rsidR="00AC61D5" w:rsidRDefault="00AC61D5" w:rsidP="00A6568A">
    <w:pPr>
      <w:pStyle w:val="Header"/>
      <w:rPr>
        <w:rFonts w:ascii="Times New Roman" w:hAnsi="Times New Roman" w:cs="Times New Roman"/>
      </w:rPr>
    </w:pPr>
    <w:r>
      <w:rPr>
        <w:rFonts w:ascii="Times New Roman" w:hAnsi="Times New Roman" w:cs="Times New Roman"/>
      </w:rPr>
      <w:t xml:space="preserve"> Nguyễn Ngọc Đàn</w:t>
    </w:r>
    <w:r w:rsidRPr="00032901">
      <w:rPr>
        <w:rFonts w:ascii="Times New Roman" w:hAnsi="Times New Roman" w:cs="Times New Roman"/>
      </w:rPr>
      <w:t xml:space="preserve"> và cộng sự                                                                                                         số trang</w:t>
    </w:r>
  </w:p>
  <w:p w14:paraId="3FDE20D1" w14:textId="09248B88" w:rsidR="00AC61D5" w:rsidRPr="00032901" w:rsidRDefault="00AC61D5" w:rsidP="00955B77">
    <w:pPr>
      <w:pStyle w:val="Header"/>
      <w:rPr>
        <w:rFonts w:ascii="Times New Roman" w:hAnsi="Times New Roman" w:cs="Times New Roman"/>
      </w:rPr>
    </w:pPr>
    <w:r w:rsidRPr="00EB3707">
      <w:rPr>
        <w:rFonts w:ascii="Arial" w:hAnsi="Arial"/>
        <w:b/>
        <w:noProof/>
        <w:lang w:eastAsia="zh-CN"/>
      </w:rPr>
      <mc:AlternateContent>
        <mc:Choice Requires="wps">
          <w:drawing>
            <wp:inline distT="0" distB="0" distL="0" distR="0" wp14:anchorId="0378DD80" wp14:editId="4ED62A60">
              <wp:extent cx="5937250" cy="0"/>
              <wp:effectExtent l="0" t="0" r="25400" b="19050"/>
              <wp:docPr id="7" name="Straight Connector 7"/>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id="Straight Connector 7"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FIe5S7HAQAA4QMAAA4AAAAAAAAAAAAAAAAA&#10;LgIAAGRycy9lMm9Eb2MueG1sUEsBAi0AFAAGAAgAAAAhADHRMSXYAAAAAgEAAA8AAAAAAAAAAAAA&#10;AAAAIQQAAGRycy9kb3ducmV2LnhtbFBLBQYAAAAABAAEAPMAAAAmBQAAAAA=&#10;" strokecolor="#4f81bd [3204]" strokeweight=".5pt">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5C"/>
    <w:multiLevelType w:val="multilevel"/>
    <w:tmpl w:val="0000005C"/>
    <w:lvl w:ilvl="0">
      <w:start w:val="1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0BA61BC7"/>
    <w:multiLevelType w:val="hybridMultilevel"/>
    <w:tmpl w:val="DAACAE08"/>
    <w:lvl w:ilvl="0" w:tplc="77DA839E">
      <w:start w:val="3"/>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nsid w:val="169A360D"/>
    <w:multiLevelType w:val="multilevel"/>
    <w:tmpl w:val="80BAD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BF678F"/>
    <w:multiLevelType w:val="multilevel"/>
    <w:tmpl w:val="30E8B4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AB4AC5"/>
    <w:multiLevelType w:val="hybridMultilevel"/>
    <w:tmpl w:val="E4961018"/>
    <w:lvl w:ilvl="0" w:tplc="45DC5E98">
      <w:start w:val="1"/>
      <w:numFmt w:val="decimal"/>
      <w:lvlText w:val="[%1]"/>
      <w:lvlJc w:val="left"/>
      <w:pPr>
        <w:ind w:left="1636"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AEC39D6"/>
    <w:multiLevelType w:val="hybridMultilevel"/>
    <w:tmpl w:val="06AE96F8"/>
    <w:lvl w:ilvl="0" w:tplc="A6A6AC14">
      <w:start w:val="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D53693"/>
    <w:multiLevelType w:val="hybridMultilevel"/>
    <w:tmpl w:val="62DC3020"/>
    <w:lvl w:ilvl="0" w:tplc="83E0BCA8">
      <w:start w:val="1"/>
      <w:numFmt w:val="decimal"/>
      <w:lvlText w:val="[%1]"/>
      <w:lvlJc w:val="left"/>
      <w:pPr>
        <w:ind w:left="720" w:hanging="360"/>
      </w:pPr>
      <w:rPr>
        <w:rFonts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0E14602"/>
    <w:multiLevelType w:val="hybridMultilevel"/>
    <w:tmpl w:val="42F05234"/>
    <w:lvl w:ilvl="0" w:tplc="14F09C06">
      <w:start w:val="1"/>
      <w:numFmt w:val="decimal"/>
      <w:pStyle w:val="ndtltk"/>
      <w:lvlText w:val="[%1]"/>
      <w:lvlJc w:val="left"/>
      <w:pPr>
        <w:ind w:left="36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48D55156"/>
    <w:multiLevelType w:val="hybridMultilevel"/>
    <w:tmpl w:val="1D12B74C"/>
    <w:lvl w:ilvl="0" w:tplc="EC645364">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nsid w:val="4B7C1515"/>
    <w:multiLevelType w:val="hybridMultilevel"/>
    <w:tmpl w:val="2CD07BF4"/>
    <w:lvl w:ilvl="0" w:tplc="A5D0CD3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043892"/>
    <w:multiLevelType w:val="multilevel"/>
    <w:tmpl w:val="1394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CD29FD"/>
    <w:multiLevelType w:val="hybridMultilevel"/>
    <w:tmpl w:val="A52C208C"/>
    <w:lvl w:ilvl="0" w:tplc="C20483B8">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0"/>
  </w:num>
  <w:num w:numId="11">
    <w:abstractNumId w:val="14"/>
  </w:num>
  <w:num w:numId="12">
    <w:abstractNumId w:val="12"/>
  </w:num>
  <w:num w:numId="13">
    <w:abstractNumId w:val="11"/>
  </w:num>
  <w:num w:numId="14">
    <w:abstractNumId w:val="16"/>
  </w:num>
  <w:num w:numId="15">
    <w:abstractNumId w:val="13"/>
  </w:num>
  <w:num w:numId="16">
    <w:abstractNumId w:val="10"/>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8"/>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2901"/>
    <w:rsid w:val="00034616"/>
    <w:rsid w:val="00042496"/>
    <w:rsid w:val="0006063C"/>
    <w:rsid w:val="0007216E"/>
    <w:rsid w:val="00091193"/>
    <w:rsid w:val="000919B2"/>
    <w:rsid w:val="000A4212"/>
    <w:rsid w:val="000B13B3"/>
    <w:rsid w:val="000C3506"/>
    <w:rsid w:val="000F423A"/>
    <w:rsid w:val="0010122C"/>
    <w:rsid w:val="001050DD"/>
    <w:rsid w:val="001059B1"/>
    <w:rsid w:val="00123F90"/>
    <w:rsid w:val="001302A4"/>
    <w:rsid w:val="0015074B"/>
    <w:rsid w:val="001555E3"/>
    <w:rsid w:val="0016225C"/>
    <w:rsid w:val="00162944"/>
    <w:rsid w:val="001657EB"/>
    <w:rsid w:val="0017683B"/>
    <w:rsid w:val="00186DC7"/>
    <w:rsid w:val="00196905"/>
    <w:rsid w:val="001A6EB9"/>
    <w:rsid w:val="001B5FDE"/>
    <w:rsid w:val="001E62EF"/>
    <w:rsid w:val="002008F5"/>
    <w:rsid w:val="002134FB"/>
    <w:rsid w:val="0026740C"/>
    <w:rsid w:val="0028342D"/>
    <w:rsid w:val="0029639D"/>
    <w:rsid w:val="002B10FC"/>
    <w:rsid w:val="002B67B7"/>
    <w:rsid w:val="002E6A61"/>
    <w:rsid w:val="003004EF"/>
    <w:rsid w:val="00326F90"/>
    <w:rsid w:val="00343661"/>
    <w:rsid w:val="00344CF9"/>
    <w:rsid w:val="003531B2"/>
    <w:rsid w:val="00357820"/>
    <w:rsid w:val="003B16F7"/>
    <w:rsid w:val="003D204D"/>
    <w:rsid w:val="003D5231"/>
    <w:rsid w:val="003D55AD"/>
    <w:rsid w:val="003D7699"/>
    <w:rsid w:val="003E1E43"/>
    <w:rsid w:val="003F0260"/>
    <w:rsid w:val="00415AA2"/>
    <w:rsid w:val="00417F2F"/>
    <w:rsid w:val="00430230"/>
    <w:rsid w:val="004351D0"/>
    <w:rsid w:val="0046414A"/>
    <w:rsid w:val="0046524B"/>
    <w:rsid w:val="00465668"/>
    <w:rsid w:val="004807EE"/>
    <w:rsid w:val="00487768"/>
    <w:rsid w:val="004A403A"/>
    <w:rsid w:val="004B646A"/>
    <w:rsid w:val="0051107F"/>
    <w:rsid w:val="00521E68"/>
    <w:rsid w:val="005508D3"/>
    <w:rsid w:val="005B147F"/>
    <w:rsid w:val="005B287F"/>
    <w:rsid w:val="005D4AAD"/>
    <w:rsid w:val="0060504F"/>
    <w:rsid w:val="00612CB6"/>
    <w:rsid w:val="00614915"/>
    <w:rsid w:val="00622920"/>
    <w:rsid w:val="006235F3"/>
    <w:rsid w:val="006662D0"/>
    <w:rsid w:val="0068468D"/>
    <w:rsid w:val="006D01DA"/>
    <w:rsid w:val="006D6E69"/>
    <w:rsid w:val="007028E8"/>
    <w:rsid w:val="00730D04"/>
    <w:rsid w:val="007755A2"/>
    <w:rsid w:val="007B039A"/>
    <w:rsid w:val="007B395B"/>
    <w:rsid w:val="007B69AE"/>
    <w:rsid w:val="007C35E3"/>
    <w:rsid w:val="007D2F4C"/>
    <w:rsid w:val="007D789C"/>
    <w:rsid w:val="007E5810"/>
    <w:rsid w:val="00832953"/>
    <w:rsid w:val="0084296D"/>
    <w:rsid w:val="00864770"/>
    <w:rsid w:val="008A24B3"/>
    <w:rsid w:val="008D4E69"/>
    <w:rsid w:val="008F03BD"/>
    <w:rsid w:val="008F1514"/>
    <w:rsid w:val="009136AB"/>
    <w:rsid w:val="0095530B"/>
    <w:rsid w:val="0095560F"/>
    <w:rsid w:val="00955B77"/>
    <w:rsid w:val="00984660"/>
    <w:rsid w:val="0098635C"/>
    <w:rsid w:val="0099414E"/>
    <w:rsid w:val="009C514D"/>
    <w:rsid w:val="009E255E"/>
    <w:rsid w:val="00A02EC4"/>
    <w:rsid w:val="00A16A1B"/>
    <w:rsid w:val="00A52439"/>
    <w:rsid w:val="00A6568A"/>
    <w:rsid w:val="00A765D9"/>
    <w:rsid w:val="00A77184"/>
    <w:rsid w:val="00A81633"/>
    <w:rsid w:val="00A86DA7"/>
    <w:rsid w:val="00AA1D8D"/>
    <w:rsid w:val="00AA4B50"/>
    <w:rsid w:val="00AA618B"/>
    <w:rsid w:val="00AC3B7F"/>
    <w:rsid w:val="00AC61D5"/>
    <w:rsid w:val="00AF2270"/>
    <w:rsid w:val="00B225B7"/>
    <w:rsid w:val="00B47730"/>
    <w:rsid w:val="00B623EF"/>
    <w:rsid w:val="00BD5786"/>
    <w:rsid w:val="00BF6F2E"/>
    <w:rsid w:val="00C100E0"/>
    <w:rsid w:val="00C3124D"/>
    <w:rsid w:val="00C47AAA"/>
    <w:rsid w:val="00C61D00"/>
    <w:rsid w:val="00C9330B"/>
    <w:rsid w:val="00CA3434"/>
    <w:rsid w:val="00CB0664"/>
    <w:rsid w:val="00CC2578"/>
    <w:rsid w:val="00CD54A5"/>
    <w:rsid w:val="00CF7BE2"/>
    <w:rsid w:val="00D015EE"/>
    <w:rsid w:val="00D11D49"/>
    <w:rsid w:val="00D16F42"/>
    <w:rsid w:val="00D17342"/>
    <w:rsid w:val="00D7193C"/>
    <w:rsid w:val="00D756F7"/>
    <w:rsid w:val="00DF4362"/>
    <w:rsid w:val="00E21D41"/>
    <w:rsid w:val="00E230B1"/>
    <w:rsid w:val="00E23714"/>
    <w:rsid w:val="00E4115E"/>
    <w:rsid w:val="00E424DE"/>
    <w:rsid w:val="00E90832"/>
    <w:rsid w:val="00EB3707"/>
    <w:rsid w:val="00ED6480"/>
    <w:rsid w:val="00EF2925"/>
    <w:rsid w:val="00EF4205"/>
    <w:rsid w:val="00EF47EA"/>
    <w:rsid w:val="00EF7036"/>
    <w:rsid w:val="00F07387"/>
    <w:rsid w:val="00F13F9A"/>
    <w:rsid w:val="00F244F0"/>
    <w:rsid w:val="00F71288"/>
    <w:rsid w:val="00F75083"/>
    <w:rsid w:val="00FA50CD"/>
    <w:rsid w:val="00FB54A7"/>
    <w:rsid w:val="00FC20C0"/>
    <w:rsid w:val="00FC693F"/>
    <w:rsid w:val="00FD0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15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nhideWhenUsed/>
    <w:qFormat/>
    <w:rsid w:val="00AA1D8D"/>
    <w:pPr>
      <w:spacing w:after="120"/>
    </w:pPr>
  </w:style>
  <w:style w:type="character" w:customStyle="1" w:styleId="BodyTextChar">
    <w:name w:val="Body Text Char"/>
    <w:basedOn w:val="DefaultParagraphFont"/>
    <w:link w:val="BodyText"/>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AC3B7F"/>
    <w:rPr>
      <w:sz w:val="16"/>
      <w:szCs w:val="16"/>
    </w:rPr>
  </w:style>
  <w:style w:type="paragraph" w:styleId="CommentText">
    <w:name w:val="annotation text"/>
    <w:basedOn w:val="Normal"/>
    <w:link w:val="CommentTextChar"/>
    <w:uiPriority w:val="99"/>
    <w:semiHidden/>
    <w:unhideWhenUsed/>
    <w:rsid w:val="00AC3B7F"/>
    <w:pPr>
      <w:spacing w:line="240" w:lineRule="auto"/>
    </w:pPr>
    <w:rPr>
      <w:sz w:val="20"/>
      <w:szCs w:val="20"/>
    </w:rPr>
  </w:style>
  <w:style w:type="character" w:customStyle="1" w:styleId="CommentTextChar">
    <w:name w:val="Comment Text Char"/>
    <w:basedOn w:val="DefaultParagraphFont"/>
    <w:link w:val="CommentText"/>
    <w:uiPriority w:val="99"/>
    <w:semiHidden/>
    <w:rsid w:val="00AC3B7F"/>
    <w:rPr>
      <w:sz w:val="20"/>
      <w:szCs w:val="20"/>
    </w:rPr>
  </w:style>
  <w:style w:type="paragraph" w:styleId="CommentSubject">
    <w:name w:val="annotation subject"/>
    <w:basedOn w:val="CommentText"/>
    <w:next w:val="CommentText"/>
    <w:link w:val="CommentSubjectChar"/>
    <w:uiPriority w:val="99"/>
    <w:semiHidden/>
    <w:unhideWhenUsed/>
    <w:rsid w:val="00AC3B7F"/>
    <w:rPr>
      <w:b/>
      <w:bCs/>
    </w:rPr>
  </w:style>
  <w:style w:type="character" w:customStyle="1" w:styleId="CommentSubjectChar">
    <w:name w:val="Comment Subject Char"/>
    <w:basedOn w:val="CommentTextChar"/>
    <w:link w:val="CommentSubject"/>
    <w:uiPriority w:val="99"/>
    <w:semiHidden/>
    <w:rsid w:val="00AC3B7F"/>
    <w:rPr>
      <w:b/>
      <w:bCs/>
      <w:sz w:val="20"/>
      <w:szCs w:val="20"/>
    </w:rPr>
  </w:style>
  <w:style w:type="paragraph" w:styleId="BalloonText">
    <w:name w:val="Balloon Text"/>
    <w:basedOn w:val="Normal"/>
    <w:link w:val="BalloonTextChar"/>
    <w:uiPriority w:val="99"/>
    <w:semiHidden/>
    <w:unhideWhenUsed/>
    <w:rsid w:val="00AC3B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B7F"/>
    <w:rPr>
      <w:rFonts w:ascii="Segoe UI" w:hAnsi="Segoe UI" w:cs="Segoe UI"/>
      <w:sz w:val="18"/>
      <w:szCs w:val="18"/>
    </w:rPr>
  </w:style>
  <w:style w:type="character" w:customStyle="1" w:styleId="Other">
    <w:name w:val="Other_"/>
    <w:basedOn w:val="DefaultParagraphFont"/>
    <w:link w:val="Other0"/>
    <w:rsid w:val="00622920"/>
    <w:rPr>
      <w:rFonts w:ascii="Times New Roman" w:eastAsia="Times New Roman" w:hAnsi="Times New Roman" w:cs="Times New Roman"/>
    </w:rPr>
  </w:style>
  <w:style w:type="character" w:customStyle="1" w:styleId="BodyTextChar1">
    <w:name w:val="Body Text Char1"/>
    <w:basedOn w:val="DefaultParagraphFont"/>
    <w:uiPriority w:val="99"/>
    <w:semiHidden/>
    <w:rsid w:val="00622920"/>
  </w:style>
  <w:style w:type="paragraph" w:customStyle="1" w:styleId="Other0">
    <w:name w:val="Other"/>
    <w:basedOn w:val="Normal"/>
    <w:link w:val="Other"/>
    <w:rsid w:val="00622920"/>
    <w:pPr>
      <w:widowControl w:val="0"/>
      <w:spacing w:after="60" w:line="240" w:lineRule="auto"/>
      <w:ind w:firstLine="400"/>
    </w:pPr>
    <w:rPr>
      <w:rFonts w:ascii="Times New Roman" w:eastAsia="Times New Roman" w:hAnsi="Times New Roman" w:cs="Times New Roman"/>
    </w:rPr>
  </w:style>
  <w:style w:type="character" w:customStyle="1" w:styleId="fontstyle01">
    <w:name w:val="fontstyle01"/>
    <w:basedOn w:val="DefaultParagraphFont"/>
    <w:rsid w:val="00622920"/>
    <w:rPr>
      <w:rFonts w:ascii="TimesNewRomanPSMT" w:hAnsi="TimesNewRomanPSMT" w:hint="default"/>
      <w:b w:val="0"/>
      <w:bCs w:val="0"/>
      <w:i w:val="0"/>
      <w:iCs w:val="0"/>
      <w:color w:val="000000"/>
      <w:sz w:val="24"/>
      <w:szCs w:val="24"/>
    </w:rPr>
  </w:style>
  <w:style w:type="paragraph" w:styleId="NormalWeb">
    <w:name w:val="Normal (Web)"/>
    <w:aliases w:val="Char Char"/>
    <w:basedOn w:val="Normal"/>
    <w:uiPriority w:val="99"/>
    <w:unhideWhenUsed/>
    <w:rsid w:val="00622920"/>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21">
    <w:name w:val="fontstyle21"/>
    <w:basedOn w:val="DefaultParagraphFont"/>
    <w:rsid w:val="00622920"/>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622920"/>
    <w:rPr>
      <w:rFonts w:ascii="TimesNewRomanPSMT" w:hAnsi="TimesNewRomanPSMT" w:hint="default"/>
      <w:b w:val="0"/>
      <w:bCs w:val="0"/>
      <w:i w:val="0"/>
      <w:iCs w:val="0"/>
      <w:color w:val="000000"/>
      <w:sz w:val="22"/>
      <w:szCs w:val="22"/>
    </w:rPr>
  </w:style>
  <w:style w:type="character" w:styleId="PlaceholderText">
    <w:name w:val="Placeholder Text"/>
    <w:basedOn w:val="DefaultParagraphFont"/>
    <w:uiPriority w:val="99"/>
    <w:semiHidden/>
    <w:rsid w:val="00622920"/>
    <w:rPr>
      <w:color w:val="808080"/>
    </w:rPr>
  </w:style>
  <w:style w:type="paragraph" w:customStyle="1" w:styleId="Heading11">
    <w:name w:val="Heading 11"/>
    <w:basedOn w:val="Normal"/>
    <w:next w:val="Normal"/>
    <w:uiPriority w:val="9"/>
    <w:qFormat/>
    <w:rsid w:val="00622920"/>
    <w:pPr>
      <w:keepNext/>
      <w:keepLines/>
      <w:spacing w:before="480" w:after="0"/>
      <w:outlineLvl w:val="0"/>
    </w:pPr>
    <w:rPr>
      <w:rFonts w:ascii="Cambria" w:eastAsia="SimSun" w:hAnsi="Cambria" w:cs="Times New Roman"/>
      <w:b/>
      <w:bCs/>
      <w:color w:val="365F91"/>
      <w:sz w:val="28"/>
      <w:szCs w:val="28"/>
      <w:lang w:eastAsia="zh-CN"/>
    </w:rPr>
  </w:style>
  <w:style w:type="numbering" w:customStyle="1" w:styleId="NoList1">
    <w:name w:val="No List1"/>
    <w:next w:val="NoList"/>
    <w:uiPriority w:val="99"/>
    <w:semiHidden/>
    <w:unhideWhenUsed/>
    <w:rsid w:val="00622920"/>
  </w:style>
  <w:style w:type="paragraph" w:customStyle="1" w:styleId="ndtltk">
    <w:name w:val="ndtltk"/>
    <w:basedOn w:val="Normal"/>
    <w:link w:val="ndtltkChar"/>
    <w:qFormat/>
    <w:rsid w:val="00622920"/>
    <w:pPr>
      <w:numPr>
        <w:numId w:val="14"/>
      </w:numPr>
      <w:tabs>
        <w:tab w:val="left" w:pos="851"/>
      </w:tabs>
      <w:spacing w:after="0" w:line="264" w:lineRule="auto"/>
    </w:pPr>
    <w:rPr>
      <w:rFonts w:ascii="Times New Roman" w:eastAsia="Times New Roman" w:hAnsi="Times New Roman" w:cs="Times New Roman"/>
      <w:color w:val="000000"/>
      <w:shd w:val="clear" w:color="auto" w:fill="FFFFFF"/>
      <w:lang w:val="ru-RU" w:eastAsia="ru-RU"/>
    </w:rPr>
  </w:style>
  <w:style w:type="character" w:customStyle="1" w:styleId="ndtltkChar">
    <w:name w:val="ndtltk Char"/>
    <w:link w:val="ndtltk"/>
    <w:rsid w:val="00622920"/>
    <w:rPr>
      <w:rFonts w:ascii="Times New Roman" w:eastAsia="Times New Roman" w:hAnsi="Times New Roman" w:cs="Times New Roman"/>
      <w:color w:val="000000"/>
      <w:lang w:val="ru-RU" w:eastAsia="ru-RU"/>
    </w:rPr>
  </w:style>
  <w:style w:type="paragraph" w:customStyle="1" w:styleId="Tiu">
    <w:name w:val="Tiêu đề"/>
    <w:basedOn w:val="Heading1"/>
    <w:link w:val="TiuChar"/>
    <w:qFormat/>
    <w:rsid w:val="00622920"/>
    <w:pPr>
      <w:keepLines w:val="0"/>
      <w:spacing w:before="0" w:after="120" w:line="240" w:lineRule="auto"/>
      <w:jc w:val="center"/>
    </w:pPr>
    <w:rPr>
      <w:rFonts w:ascii="Times New Roman" w:eastAsia="Times New Roman" w:hAnsi="Times New Roman" w:cs="Times New Roman"/>
      <w:color w:val="000000"/>
      <w:sz w:val="26"/>
      <w:szCs w:val="26"/>
      <w:shd w:val="clear" w:color="auto" w:fill="FFFFFF"/>
      <w:lang w:val="kk-KZ" w:eastAsia="ru-RU"/>
    </w:rPr>
  </w:style>
  <w:style w:type="character" w:customStyle="1" w:styleId="TiuChar">
    <w:name w:val="Tiêu đề Char"/>
    <w:link w:val="Tiu"/>
    <w:rsid w:val="00622920"/>
    <w:rPr>
      <w:rFonts w:ascii="Times New Roman" w:eastAsia="Times New Roman" w:hAnsi="Times New Roman" w:cs="Times New Roman"/>
      <w:b/>
      <w:bCs/>
      <w:color w:val="000000"/>
      <w:sz w:val="26"/>
      <w:szCs w:val="26"/>
      <w:lang w:val="kk-KZ" w:eastAsia="ru-RU"/>
    </w:rPr>
  </w:style>
  <w:style w:type="paragraph" w:customStyle="1" w:styleId="section">
    <w:name w:val="section"/>
    <w:basedOn w:val="Normal"/>
    <w:link w:val="sectionChar"/>
    <w:qFormat/>
    <w:rsid w:val="00622920"/>
    <w:pPr>
      <w:spacing w:before="80" w:after="160" w:line="264" w:lineRule="auto"/>
      <w:jc w:val="both"/>
    </w:pPr>
    <w:rPr>
      <w:rFonts w:ascii="Times New Roman" w:eastAsia="Times New Roman" w:hAnsi="Times New Roman" w:cs="Times New Roman"/>
      <w:b/>
      <w:bCs/>
      <w:color w:val="000000"/>
      <w:sz w:val="26"/>
      <w:szCs w:val="26"/>
      <w:lang w:val="en-AU" w:eastAsia="ru-RU"/>
    </w:rPr>
  </w:style>
  <w:style w:type="character" w:customStyle="1" w:styleId="sectionChar">
    <w:name w:val="section Char"/>
    <w:link w:val="section"/>
    <w:rsid w:val="00622920"/>
    <w:rPr>
      <w:rFonts w:ascii="Times New Roman" w:eastAsia="Times New Roman" w:hAnsi="Times New Roman" w:cs="Times New Roman"/>
      <w:b/>
      <w:bCs/>
      <w:color w:val="000000"/>
      <w:sz w:val="26"/>
      <w:szCs w:val="26"/>
      <w:lang w:val="en-AU" w:eastAsia="ru-RU"/>
    </w:rPr>
  </w:style>
  <w:style w:type="paragraph" w:customStyle="1" w:styleId="subsection">
    <w:name w:val="subsection"/>
    <w:basedOn w:val="Normal"/>
    <w:link w:val="subsectionChar"/>
    <w:qFormat/>
    <w:rsid w:val="00622920"/>
    <w:pPr>
      <w:spacing w:before="80" w:after="120" w:line="264" w:lineRule="auto"/>
    </w:pPr>
    <w:rPr>
      <w:rFonts w:ascii="Times New Roman" w:eastAsia="Times New Roman" w:hAnsi="Times New Roman" w:cs="Times New Roman"/>
      <w:b/>
      <w:color w:val="000000"/>
      <w:sz w:val="24"/>
      <w:szCs w:val="24"/>
      <w:shd w:val="clear" w:color="auto" w:fill="FFFFFF"/>
      <w:lang w:val="ru-RU" w:eastAsia="ru-RU"/>
    </w:rPr>
  </w:style>
  <w:style w:type="character" w:customStyle="1" w:styleId="subsectionChar">
    <w:name w:val="subsection Char"/>
    <w:link w:val="subsection"/>
    <w:rsid w:val="00622920"/>
    <w:rPr>
      <w:rFonts w:ascii="Times New Roman" w:eastAsia="Times New Roman" w:hAnsi="Times New Roman" w:cs="Times New Roman"/>
      <w:b/>
      <w:color w:val="000000"/>
      <w:sz w:val="24"/>
      <w:szCs w:val="24"/>
      <w:lang w:val="ru-RU" w:eastAsia="ru-RU"/>
    </w:rPr>
  </w:style>
  <w:style w:type="paragraph" w:customStyle="1" w:styleId="Tmtt">
    <w:name w:val="Tóm tắt"/>
    <w:basedOn w:val="Normal"/>
    <w:link w:val="TmttChar"/>
    <w:qFormat/>
    <w:rsid w:val="00622920"/>
    <w:pPr>
      <w:spacing w:after="120" w:line="240" w:lineRule="auto"/>
      <w:ind w:left="540" w:right="650"/>
      <w:jc w:val="both"/>
    </w:pPr>
    <w:rPr>
      <w:rFonts w:ascii="Times New Roman" w:eastAsia="Times New Roman" w:hAnsi="Times New Roman" w:cs="Times New Roman"/>
      <w:bCs/>
      <w:color w:val="000000"/>
      <w:sz w:val="20"/>
      <w:szCs w:val="20"/>
      <w:lang w:val="ru-RU" w:eastAsia="ru-RU"/>
    </w:rPr>
  </w:style>
  <w:style w:type="character" w:customStyle="1" w:styleId="TmttChar">
    <w:name w:val="Tóm tắt Char"/>
    <w:link w:val="Tmtt"/>
    <w:rsid w:val="00622920"/>
    <w:rPr>
      <w:rFonts w:ascii="Times New Roman" w:eastAsia="Times New Roman" w:hAnsi="Times New Roman" w:cs="Times New Roman"/>
      <w:bCs/>
      <w:color w:val="000000"/>
      <w:sz w:val="20"/>
      <w:szCs w:val="20"/>
      <w:lang w:val="ru-RU" w:eastAsia="ru-RU"/>
    </w:rPr>
  </w:style>
  <w:style w:type="character" w:customStyle="1" w:styleId="Hyperlink1">
    <w:name w:val="Hyperlink1"/>
    <w:basedOn w:val="DefaultParagraphFont"/>
    <w:uiPriority w:val="99"/>
    <w:unhideWhenUsed/>
    <w:rsid w:val="00622920"/>
    <w:rPr>
      <w:color w:val="0000FF"/>
      <w:u w:val="single"/>
    </w:rPr>
  </w:style>
  <w:style w:type="paragraph" w:customStyle="1" w:styleId="a-plus-plus">
    <w:name w:val="a-plus-plus"/>
    <w:basedOn w:val="Normal"/>
    <w:uiPriority w:val="99"/>
    <w:rsid w:val="006229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iliation">
    <w:name w:val="Affiliation"/>
    <w:rsid w:val="00622920"/>
    <w:pPr>
      <w:spacing w:after="0" w:line="240" w:lineRule="auto"/>
      <w:jc w:val="center"/>
    </w:pPr>
    <w:rPr>
      <w:rFonts w:ascii="Times New Roman" w:eastAsia="SimSun" w:hAnsi="Times New Roman" w:cs="Times New Roman"/>
      <w:sz w:val="20"/>
      <w:szCs w:val="20"/>
    </w:rPr>
  </w:style>
  <w:style w:type="table" w:customStyle="1" w:styleId="TableGrid1">
    <w:name w:val="Table Grid1"/>
    <w:basedOn w:val="TableNormal"/>
    <w:next w:val="TableGrid"/>
    <w:rsid w:val="006229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link w:val="Caption"/>
    <w:uiPriority w:val="35"/>
    <w:rsid w:val="00622920"/>
    <w:rPr>
      <w:b/>
      <w:bCs/>
      <w:color w:val="4F81BD" w:themeColor="accent1"/>
      <w:sz w:val="18"/>
      <w:szCs w:val="18"/>
    </w:rPr>
  </w:style>
  <w:style w:type="character" w:customStyle="1" w:styleId="identifier">
    <w:name w:val="identifier"/>
    <w:basedOn w:val="DefaultParagraphFont"/>
    <w:rsid w:val="00622920"/>
  </w:style>
  <w:style w:type="character" w:customStyle="1" w:styleId="id-label">
    <w:name w:val="id-label"/>
    <w:basedOn w:val="DefaultParagraphFont"/>
    <w:rsid w:val="00622920"/>
  </w:style>
  <w:style w:type="character" w:customStyle="1" w:styleId="text">
    <w:name w:val="text"/>
    <w:basedOn w:val="DefaultParagraphFont"/>
    <w:rsid w:val="00622920"/>
  </w:style>
  <w:style w:type="character" w:customStyle="1" w:styleId="FollowedHyperlink1">
    <w:name w:val="FollowedHyperlink1"/>
    <w:basedOn w:val="DefaultParagraphFont"/>
    <w:uiPriority w:val="99"/>
    <w:semiHidden/>
    <w:unhideWhenUsed/>
    <w:rsid w:val="00622920"/>
    <w:rPr>
      <w:color w:val="800080"/>
      <w:u w:val="single"/>
    </w:rPr>
  </w:style>
  <w:style w:type="character" w:customStyle="1" w:styleId="fontstyle31">
    <w:name w:val="fontstyle31"/>
    <w:rsid w:val="00622920"/>
    <w:rPr>
      <w:rFonts w:ascii="TimesNewRomanPSMT" w:hAnsi="TimesNewRomanPSMT" w:hint="default"/>
      <w:b w:val="0"/>
      <w:bCs w:val="0"/>
      <w:i w:val="0"/>
      <w:iCs w:val="0"/>
      <w:color w:val="242021"/>
      <w:sz w:val="20"/>
      <w:szCs w:val="20"/>
    </w:rPr>
  </w:style>
  <w:style w:type="character" w:customStyle="1" w:styleId="UnresolvedMention1">
    <w:name w:val="Unresolved Mention1"/>
    <w:basedOn w:val="DefaultParagraphFont"/>
    <w:uiPriority w:val="99"/>
    <w:semiHidden/>
    <w:unhideWhenUsed/>
    <w:rsid w:val="00622920"/>
    <w:rPr>
      <w:color w:val="605E5C"/>
      <w:shd w:val="clear" w:color="auto" w:fill="E1DFDD"/>
    </w:rPr>
  </w:style>
  <w:style w:type="character" w:customStyle="1" w:styleId="Bodytext20">
    <w:name w:val="Body text (2)_"/>
    <w:link w:val="Bodytext21"/>
    <w:qFormat/>
    <w:rsid w:val="00622920"/>
    <w:rPr>
      <w:shd w:val="clear" w:color="auto" w:fill="FFFFFF"/>
    </w:rPr>
  </w:style>
  <w:style w:type="paragraph" w:customStyle="1" w:styleId="Bodytext21">
    <w:name w:val="Body text (2)1"/>
    <w:basedOn w:val="Normal"/>
    <w:link w:val="Bodytext20"/>
    <w:rsid w:val="00622920"/>
    <w:pPr>
      <w:widowControl w:val="0"/>
      <w:shd w:val="clear" w:color="auto" w:fill="FFFFFF"/>
      <w:spacing w:after="0" w:line="475" w:lineRule="exact"/>
      <w:jc w:val="both"/>
    </w:pPr>
  </w:style>
  <w:style w:type="paragraph" w:customStyle="1" w:styleId="13">
    <w:name w:val="1.3"/>
    <w:basedOn w:val="Normal"/>
    <w:qFormat/>
    <w:rsid w:val="00622920"/>
    <w:pPr>
      <w:spacing w:after="0" w:line="312" w:lineRule="auto"/>
      <w:ind w:firstLine="567"/>
      <w:jc w:val="both"/>
    </w:pPr>
    <w:rPr>
      <w:rFonts w:ascii="Times New Roman" w:eastAsia="Arial" w:hAnsi="Times New Roman" w:cs="Times New Roman"/>
      <w:b/>
      <w:sz w:val="26"/>
      <w:szCs w:val="26"/>
      <w:lang w:val="vi-VN"/>
    </w:rPr>
  </w:style>
  <w:style w:type="character" w:customStyle="1" w:styleId="SubtleEmphasis1">
    <w:name w:val="Subtle Emphasis1"/>
    <w:basedOn w:val="DefaultParagraphFont"/>
    <w:uiPriority w:val="19"/>
    <w:qFormat/>
    <w:rsid w:val="00622920"/>
    <w:rPr>
      <w:i/>
      <w:iCs/>
      <w:color w:val="7F7F7F"/>
    </w:rPr>
  </w:style>
  <w:style w:type="character" w:customStyle="1" w:styleId="html-italic">
    <w:name w:val="html-italic"/>
    <w:basedOn w:val="DefaultParagraphFont"/>
    <w:rsid w:val="00622920"/>
  </w:style>
  <w:style w:type="character" w:customStyle="1" w:styleId="overflow-hidden">
    <w:name w:val="overflow-hidden"/>
    <w:basedOn w:val="DefaultParagraphFont"/>
    <w:rsid w:val="00622920"/>
  </w:style>
  <w:style w:type="character" w:customStyle="1" w:styleId="Heading1Char1">
    <w:name w:val="Heading 1 Char1"/>
    <w:basedOn w:val="DefaultParagraphFont"/>
    <w:uiPriority w:val="9"/>
    <w:rsid w:val="00622920"/>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22920"/>
    <w:rPr>
      <w:color w:val="0000FF" w:themeColor="hyperlink"/>
      <w:u w:val="single"/>
    </w:rPr>
  </w:style>
  <w:style w:type="character" w:styleId="FollowedHyperlink">
    <w:name w:val="FollowedHyperlink"/>
    <w:basedOn w:val="DefaultParagraphFont"/>
    <w:uiPriority w:val="99"/>
    <w:semiHidden/>
    <w:unhideWhenUsed/>
    <w:rsid w:val="00622920"/>
    <w:rPr>
      <w:color w:val="800080" w:themeColor="followedHyperlink"/>
      <w:u w:val="single"/>
    </w:rPr>
  </w:style>
  <w:style w:type="character" w:customStyle="1" w:styleId="mrel">
    <w:name w:val="mrel"/>
    <w:basedOn w:val="DefaultParagraphFont"/>
    <w:rsid w:val="00D015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nhideWhenUsed/>
    <w:qFormat/>
    <w:rsid w:val="00AA1D8D"/>
    <w:pPr>
      <w:spacing w:after="120"/>
    </w:pPr>
  </w:style>
  <w:style w:type="character" w:customStyle="1" w:styleId="BodyTextChar">
    <w:name w:val="Body Text Char"/>
    <w:basedOn w:val="DefaultParagraphFont"/>
    <w:link w:val="BodyText"/>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AC3B7F"/>
    <w:rPr>
      <w:sz w:val="16"/>
      <w:szCs w:val="16"/>
    </w:rPr>
  </w:style>
  <w:style w:type="paragraph" w:styleId="CommentText">
    <w:name w:val="annotation text"/>
    <w:basedOn w:val="Normal"/>
    <w:link w:val="CommentTextChar"/>
    <w:uiPriority w:val="99"/>
    <w:semiHidden/>
    <w:unhideWhenUsed/>
    <w:rsid w:val="00AC3B7F"/>
    <w:pPr>
      <w:spacing w:line="240" w:lineRule="auto"/>
    </w:pPr>
    <w:rPr>
      <w:sz w:val="20"/>
      <w:szCs w:val="20"/>
    </w:rPr>
  </w:style>
  <w:style w:type="character" w:customStyle="1" w:styleId="CommentTextChar">
    <w:name w:val="Comment Text Char"/>
    <w:basedOn w:val="DefaultParagraphFont"/>
    <w:link w:val="CommentText"/>
    <w:uiPriority w:val="99"/>
    <w:semiHidden/>
    <w:rsid w:val="00AC3B7F"/>
    <w:rPr>
      <w:sz w:val="20"/>
      <w:szCs w:val="20"/>
    </w:rPr>
  </w:style>
  <w:style w:type="paragraph" w:styleId="CommentSubject">
    <w:name w:val="annotation subject"/>
    <w:basedOn w:val="CommentText"/>
    <w:next w:val="CommentText"/>
    <w:link w:val="CommentSubjectChar"/>
    <w:uiPriority w:val="99"/>
    <w:semiHidden/>
    <w:unhideWhenUsed/>
    <w:rsid w:val="00AC3B7F"/>
    <w:rPr>
      <w:b/>
      <w:bCs/>
    </w:rPr>
  </w:style>
  <w:style w:type="character" w:customStyle="1" w:styleId="CommentSubjectChar">
    <w:name w:val="Comment Subject Char"/>
    <w:basedOn w:val="CommentTextChar"/>
    <w:link w:val="CommentSubject"/>
    <w:uiPriority w:val="99"/>
    <w:semiHidden/>
    <w:rsid w:val="00AC3B7F"/>
    <w:rPr>
      <w:b/>
      <w:bCs/>
      <w:sz w:val="20"/>
      <w:szCs w:val="20"/>
    </w:rPr>
  </w:style>
  <w:style w:type="paragraph" w:styleId="BalloonText">
    <w:name w:val="Balloon Text"/>
    <w:basedOn w:val="Normal"/>
    <w:link w:val="BalloonTextChar"/>
    <w:uiPriority w:val="99"/>
    <w:semiHidden/>
    <w:unhideWhenUsed/>
    <w:rsid w:val="00AC3B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B7F"/>
    <w:rPr>
      <w:rFonts w:ascii="Segoe UI" w:hAnsi="Segoe UI" w:cs="Segoe UI"/>
      <w:sz w:val="18"/>
      <w:szCs w:val="18"/>
    </w:rPr>
  </w:style>
  <w:style w:type="character" w:customStyle="1" w:styleId="Other">
    <w:name w:val="Other_"/>
    <w:basedOn w:val="DefaultParagraphFont"/>
    <w:link w:val="Other0"/>
    <w:rsid w:val="00622920"/>
    <w:rPr>
      <w:rFonts w:ascii="Times New Roman" w:eastAsia="Times New Roman" w:hAnsi="Times New Roman" w:cs="Times New Roman"/>
    </w:rPr>
  </w:style>
  <w:style w:type="character" w:customStyle="1" w:styleId="BodyTextChar1">
    <w:name w:val="Body Text Char1"/>
    <w:basedOn w:val="DefaultParagraphFont"/>
    <w:uiPriority w:val="99"/>
    <w:semiHidden/>
    <w:rsid w:val="00622920"/>
  </w:style>
  <w:style w:type="paragraph" w:customStyle="1" w:styleId="Other0">
    <w:name w:val="Other"/>
    <w:basedOn w:val="Normal"/>
    <w:link w:val="Other"/>
    <w:rsid w:val="00622920"/>
    <w:pPr>
      <w:widowControl w:val="0"/>
      <w:spacing w:after="60" w:line="240" w:lineRule="auto"/>
      <w:ind w:firstLine="400"/>
    </w:pPr>
    <w:rPr>
      <w:rFonts w:ascii="Times New Roman" w:eastAsia="Times New Roman" w:hAnsi="Times New Roman" w:cs="Times New Roman"/>
    </w:rPr>
  </w:style>
  <w:style w:type="character" w:customStyle="1" w:styleId="fontstyle01">
    <w:name w:val="fontstyle01"/>
    <w:basedOn w:val="DefaultParagraphFont"/>
    <w:rsid w:val="00622920"/>
    <w:rPr>
      <w:rFonts w:ascii="TimesNewRomanPSMT" w:hAnsi="TimesNewRomanPSMT" w:hint="default"/>
      <w:b w:val="0"/>
      <w:bCs w:val="0"/>
      <w:i w:val="0"/>
      <w:iCs w:val="0"/>
      <w:color w:val="000000"/>
      <w:sz w:val="24"/>
      <w:szCs w:val="24"/>
    </w:rPr>
  </w:style>
  <w:style w:type="paragraph" w:styleId="NormalWeb">
    <w:name w:val="Normal (Web)"/>
    <w:aliases w:val="Char Char"/>
    <w:basedOn w:val="Normal"/>
    <w:uiPriority w:val="99"/>
    <w:unhideWhenUsed/>
    <w:rsid w:val="00622920"/>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21">
    <w:name w:val="fontstyle21"/>
    <w:basedOn w:val="DefaultParagraphFont"/>
    <w:rsid w:val="00622920"/>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622920"/>
    <w:rPr>
      <w:rFonts w:ascii="TimesNewRomanPSMT" w:hAnsi="TimesNewRomanPSMT" w:hint="default"/>
      <w:b w:val="0"/>
      <w:bCs w:val="0"/>
      <w:i w:val="0"/>
      <w:iCs w:val="0"/>
      <w:color w:val="000000"/>
      <w:sz w:val="22"/>
      <w:szCs w:val="22"/>
    </w:rPr>
  </w:style>
  <w:style w:type="character" w:styleId="PlaceholderText">
    <w:name w:val="Placeholder Text"/>
    <w:basedOn w:val="DefaultParagraphFont"/>
    <w:uiPriority w:val="99"/>
    <w:semiHidden/>
    <w:rsid w:val="00622920"/>
    <w:rPr>
      <w:color w:val="808080"/>
    </w:rPr>
  </w:style>
  <w:style w:type="paragraph" w:customStyle="1" w:styleId="Heading11">
    <w:name w:val="Heading 11"/>
    <w:basedOn w:val="Normal"/>
    <w:next w:val="Normal"/>
    <w:uiPriority w:val="9"/>
    <w:qFormat/>
    <w:rsid w:val="00622920"/>
    <w:pPr>
      <w:keepNext/>
      <w:keepLines/>
      <w:spacing w:before="480" w:after="0"/>
      <w:outlineLvl w:val="0"/>
    </w:pPr>
    <w:rPr>
      <w:rFonts w:ascii="Cambria" w:eastAsia="SimSun" w:hAnsi="Cambria" w:cs="Times New Roman"/>
      <w:b/>
      <w:bCs/>
      <w:color w:val="365F91"/>
      <w:sz w:val="28"/>
      <w:szCs w:val="28"/>
      <w:lang w:eastAsia="zh-CN"/>
    </w:rPr>
  </w:style>
  <w:style w:type="numbering" w:customStyle="1" w:styleId="NoList1">
    <w:name w:val="No List1"/>
    <w:next w:val="NoList"/>
    <w:uiPriority w:val="99"/>
    <w:semiHidden/>
    <w:unhideWhenUsed/>
    <w:rsid w:val="00622920"/>
  </w:style>
  <w:style w:type="paragraph" w:customStyle="1" w:styleId="ndtltk">
    <w:name w:val="ndtltk"/>
    <w:basedOn w:val="Normal"/>
    <w:link w:val="ndtltkChar"/>
    <w:qFormat/>
    <w:rsid w:val="00622920"/>
    <w:pPr>
      <w:numPr>
        <w:numId w:val="14"/>
      </w:numPr>
      <w:tabs>
        <w:tab w:val="left" w:pos="851"/>
      </w:tabs>
      <w:spacing w:after="0" w:line="264" w:lineRule="auto"/>
    </w:pPr>
    <w:rPr>
      <w:rFonts w:ascii="Times New Roman" w:eastAsia="Times New Roman" w:hAnsi="Times New Roman" w:cs="Times New Roman"/>
      <w:color w:val="000000"/>
      <w:shd w:val="clear" w:color="auto" w:fill="FFFFFF"/>
      <w:lang w:val="ru-RU" w:eastAsia="ru-RU"/>
    </w:rPr>
  </w:style>
  <w:style w:type="character" w:customStyle="1" w:styleId="ndtltkChar">
    <w:name w:val="ndtltk Char"/>
    <w:link w:val="ndtltk"/>
    <w:rsid w:val="00622920"/>
    <w:rPr>
      <w:rFonts w:ascii="Times New Roman" w:eastAsia="Times New Roman" w:hAnsi="Times New Roman" w:cs="Times New Roman"/>
      <w:color w:val="000000"/>
      <w:lang w:val="ru-RU" w:eastAsia="ru-RU"/>
    </w:rPr>
  </w:style>
  <w:style w:type="paragraph" w:customStyle="1" w:styleId="Tiu">
    <w:name w:val="Tiêu đề"/>
    <w:basedOn w:val="Heading1"/>
    <w:link w:val="TiuChar"/>
    <w:qFormat/>
    <w:rsid w:val="00622920"/>
    <w:pPr>
      <w:keepLines w:val="0"/>
      <w:spacing w:before="0" w:after="120" w:line="240" w:lineRule="auto"/>
      <w:jc w:val="center"/>
    </w:pPr>
    <w:rPr>
      <w:rFonts w:ascii="Times New Roman" w:eastAsia="Times New Roman" w:hAnsi="Times New Roman" w:cs="Times New Roman"/>
      <w:color w:val="000000"/>
      <w:sz w:val="26"/>
      <w:szCs w:val="26"/>
      <w:shd w:val="clear" w:color="auto" w:fill="FFFFFF"/>
      <w:lang w:val="kk-KZ" w:eastAsia="ru-RU"/>
    </w:rPr>
  </w:style>
  <w:style w:type="character" w:customStyle="1" w:styleId="TiuChar">
    <w:name w:val="Tiêu đề Char"/>
    <w:link w:val="Tiu"/>
    <w:rsid w:val="00622920"/>
    <w:rPr>
      <w:rFonts w:ascii="Times New Roman" w:eastAsia="Times New Roman" w:hAnsi="Times New Roman" w:cs="Times New Roman"/>
      <w:b/>
      <w:bCs/>
      <w:color w:val="000000"/>
      <w:sz w:val="26"/>
      <w:szCs w:val="26"/>
      <w:lang w:val="kk-KZ" w:eastAsia="ru-RU"/>
    </w:rPr>
  </w:style>
  <w:style w:type="paragraph" w:customStyle="1" w:styleId="section">
    <w:name w:val="section"/>
    <w:basedOn w:val="Normal"/>
    <w:link w:val="sectionChar"/>
    <w:qFormat/>
    <w:rsid w:val="00622920"/>
    <w:pPr>
      <w:spacing w:before="80" w:after="160" w:line="264" w:lineRule="auto"/>
      <w:jc w:val="both"/>
    </w:pPr>
    <w:rPr>
      <w:rFonts w:ascii="Times New Roman" w:eastAsia="Times New Roman" w:hAnsi="Times New Roman" w:cs="Times New Roman"/>
      <w:b/>
      <w:bCs/>
      <w:color w:val="000000"/>
      <w:sz w:val="26"/>
      <w:szCs w:val="26"/>
      <w:lang w:val="en-AU" w:eastAsia="ru-RU"/>
    </w:rPr>
  </w:style>
  <w:style w:type="character" w:customStyle="1" w:styleId="sectionChar">
    <w:name w:val="section Char"/>
    <w:link w:val="section"/>
    <w:rsid w:val="00622920"/>
    <w:rPr>
      <w:rFonts w:ascii="Times New Roman" w:eastAsia="Times New Roman" w:hAnsi="Times New Roman" w:cs="Times New Roman"/>
      <w:b/>
      <w:bCs/>
      <w:color w:val="000000"/>
      <w:sz w:val="26"/>
      <w:szCs w:val="26"/>
      <w:lang w:val="en-AU" w:eastAsia="ru-RU"/>
    </w:rPr>
  </w:style>
  <w:style w:type="paragraph" w:customStyle="1" w:styleId="subsection">
    <w:name w:val="subsection"/>
    <w:basedOn w:val="Normal"/>
    <w:link w:val="subsectionChar"/>
    <w:qFormat/>
    <w:rsid w:val="00622920"/>
    <w:pPr>
      <w:spacing w:before="80" w:after="120" w:line="264" w:lineRule="auto"/>
    </w:pPr>
    <w:rPr>
      <w:rFonts w:ascii="Times New Roman" w:eastAsia="Times New Roman" w:hAnsi="Times New Roman" w:cs="Times New Roman"/>
      <w:b/>
      <w:color w:val="000000"/>
      <w:sz w:val="24"/>
      <w:szCs w:val="24"/>
      <w:shd w:val="clear" w:color="auto" w:fill="FFFFFF"/>
      <w:lang w:val="ru-RU" w:eastAsia="ru-RU"/>
    </w:rPr>
  </w:style>
  <w:style w:type="character" w:customStyle="1" w:styleId="subsectionChar">
    <w:name w:val="subsection Char"/>
    <w:link w:val="subsection"/>
    <w:rsid w:val="00622920"/>
    <w:rPr>
      <w:rFonts w:ascii="Times New Roman" w:eastAsia="Times New Roman" w:hAnsi="Times New Roman" w:cs="Times New Roman"/>
      <w:b/>
      <w:color w:val="000000"/>
      <w:sz w:val="24"/>
      <w:szCs w:val="24"/>
      <w:lang w:val="ru-RU" w:eastAsia="ru-RU"/>
    </w:rPr>
  </w:style>
  <w:style w:type="paragraph" w:customStyle="1" w:styleId="Tmtt">
    <w:name w:val="Tóm tắt"/>
    <w:basedOn w:val="Normal"/>
    <w:link w:val="TmttChar"/>
    <w:qFormat/>
    <w:rsid w:val="00622920"/>
    <w:pPr>
      <w:spacing w:after="120" w:line="240" w:lineRule="auto"/>
      <w:ind w:left="540" w:right="650"/>
      <w:jc w:val="both"/>
    </w:pPr>
    <w:rPr>
      <w:rFonts w:ascii="Times New Roman" w:eastAsia="Times New Roman" w:hAnsi="Times New Roman" w:cs="Times New Roman"/>
      <w:bCs/>
      <w:color w:val="000000"/>
      <w:sz w:val="20"/>
      <w:szCs w:val="20"/>
      <w:lang w:val="ru-RU" w:eastAsia="ru-RU"/>
    </w:rPr>
  </w:style>
  <w:style w:type="character" w:customStyle="1" w:styleId="TmttChar">
    <w:name w:val="Tóm tắt Char"/>
    <w:link w:val="Tmtt"/>
    <w:rsid w:val="00622920"/>
    <w:rPr>
      <w:rFonts w:ascii="Times New Roman" w:eastAsia="Times New Roman" w:hAnsi="Times New Roman" w:cs="Times New Roman"/>
      <w:bCs/>
      <w:color w:val="000000"/>
      <w:sz w:val="20"/>
      <w:szCs w:val="20"/>
      <w:lang w:val="ru-RU" w:eastAsia="ru-RU"/>
    </w:rPr>
  </w:style>
  <w:style w:type="character" w:customStyle="1" w:styleId="Hyperlink1">
    <w:name w:val="Hyperlink1"/>
    <w:basedOn w:val="DefaultParagraphFont"/>
    <w:uiPriority w:val="99"/>
    <w:unhideWhenUsed/>
    <w:rsid w:val="00622920"/>
    <w:rPr>
      <w:color w:val="0000FF"/>
      <w:u w:val="single"/>
    </w:rPr>
  </w:style>
  <w:style w:type="paragraph" w:customStyle="1" w:styleId="a-plus-plus">
    <w:name w:val="a-plus-plus"/>
    <w:basedOn w:val="Normal"/>
    <w:uiPriority w:val="99"/>
    <w:rsid w:val="006229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iliation">
    <w:name w:val="Affiliation"/>
    <w:rsid w:val="00622920"/>
    <w:pPr>
      <w:spacing w:after="0" w:line="240" w:lineRule="auto"/>
      <w:jc w:val="center"/>
    </w:pPr>
    <w:rPr>
      <w:rFonts w:ascii="Times New Roman" w:eastAsia="SimSun" w:hAnsi="Times New Roman" w:cs="Times New Roman"/>
      <w:sz w:val="20"/>
      <w:szCs w:val="20"/>
    </w:rPr>
  </w:style>
  <w:style w:type="table" w:customStyle="1" w:styleId="TableGrid1">
    <w:name w:val="Table Grid1"/>
    <w:basedOn w:val="TableNormal"/>
    <w:next w:val="TableGrid"/>
    <w:rsid w:val="0062292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link w:val="Caption"/>
    <w:uiPriority w:val="35"/>
    <w:rsid w:val="00622920"/>
    <w:rPr>
      <w:b/>
      <w:bCs/>
      <w:color w:val="4F81BD" w:themeColor="accent1"/>
      <w:sz w:val="18"/>
      <w:szCs w:val="18"/>
    </w:rPr>
  </w:style>
  <w:style w:type="character" w:customStyle="1" w:styleId="identifier">
    <w:name w:val="identifier"/>
    <w:basedOn w:val="DefaultParagraphFont"/>
    <w:rsid w:val="00622920"/>
  </w:style>
  <w:style w:type="character" w:customStyle="1" w:styleId="id-label">
    <w:name w:val="id-label"/>
    <w:basedOn w:val="DefaultParagraphFont"/>
    <w:rsid w:val="00622920"/>
  </w:style>
  <w:style w:type="character" w:customStyle="1" w:styleId="text">
    <w:name w:val="text"/>
    <w:basedOn w:val="DefaultParagraphFont"/>
    <w:rsid w:val="00622920"/>
  </w:style>
  <w:style w:type="character" w:customStyle="1" w:styleId="FollowedHyperlink1">
    <w:name w:val="FollowedHyperlink1"/>
    <w:basedOn w:val="DefaultParagraphFont"/>
    <w:uiPriority w:val="99"/>
    <w:semiHidden/>
    <w:unhideWhenUsed/>
    <w:rsid w:val="00622920"/>
    <w:rPr>
      <w:color w:val="800080"/>
      <w:u w:val="single"/>
    </w:rPr>
  </w:style>
  <w:style w:type="character" w:customStyle="1" w:styleId="fontstyle31">
    <w:name w:val="fontstyle31"/>
    <w:rsid w:val="00622920"/>
    <w:rPr>
      <w:rFonts w:ascii="TimesNewRomanPSMT" w:hAnsi="TimesNewRomanPSMT" w:hint="default"/>
      <w:b w:val="0"/>
      <w:bCs w:val="0"/>
      <w:i w:val="0"/>
      <w:iCs w:val="0"/>
      <w:color w:val="242021"/>
      <w:sz w:val="20"/>
      <w:szCs w:val="20"/>
    </w:rPr>
  </w:style>
  <w:style w:type="character" w:customStyle="1" w:styleId="UnresolvedMention1">
    <w:name w:val="Unresolved Mention1"/>
    <w:basedOn w:val="DefaultParagraphFont"/>
    <w:uiPriority w:val="99"/>
    <w:semiHidden/>
    <w:unhideWhenUsed/>
    <w:rsid w:val="00622920"/>
    <w:rPr>
      <w:color w:val="605E5C"/>
      <w:shd w:val="clear" w:color="auto" w:fill="E1DFDD"/>
    </w:rPr>
  </w:style>
  <w:style w:type="character" w:customStyle="1" w:styleId="Bodytext20">
    <w:name w:val="Body text (2)_"/>
    <w:link w:val="Bodytext21"/>
    <w:qFormat/>
    <w:rsid w:val="00622920"/>
    <w:rPr>
      <w:shd w:val="clear" w:color="auto" w:fill="FFFFFF"/>
    </w:rPr>
  </w:style>
  <w:style w:type="paragraph" w:customStyle="1" w:styleId="Bodytext21">
    <w:name w:val="Body text (2)1"/>
    <w:basedOn w:val="Normal"/>
    <w:link w:val="Bodytext20"/>
    <w:rsid w:val="00622920"/>
    <w:pPr>
      <w:widowControl w:val="0"/>
      <w:shd w:val="clear" w:color="auto" w:fill="FFFFFF"/>
      <w:spacing w:after="0" w:line="475" w:lineRule="exact"/>
      <w:jc w:val="both"/>
    </w:pPr>
  </w:style>
  <w:style w:type="paragraph" w:customStyle="1" w:styleId="13">
    <w:name w:val="1.3"/>
    <w:basedOn w:val="Normal"/>
    <w:qFormat/>
    <w:rsid w:val="00622920"/>
    <w:pPr>
      <w:spacing w:after="0" w:line="312" w:lineRule="auto"/>
      <w:ind w:firstLine="567"/>
      <w:jc w:val="both"/>
    </w:pPr>
    <w:rPr>
      <w:rFonts w:ascii="Times New Roman" w:eastAsia="Arial" w:hAnsi="Times New Roman" w:cs="Times New Roman"/>
      <w:b/>
      <w:sz w:val="26"/>
      <w:szCs w:val="26"/>
      <w:lang w:val="vi-VN"/>
    </w:rPr>
  </w:style>
  <w:style w:type="character" w:customStyle="1" w:styleId="SubtleEmphasis1">
    <w:name w:val="Subtle Emphasis1"/>
    <w:basedOn w:val="DefaultParagraphFont"/>
    <w:uiPriority w:val="19"/>
    <w:qFormat/>
    <w:rsid w:val="00622920"/>
    <w:rPr>
      <w:i/>
      <w:iCs/>
      <w:color w:val="7F7F7F"/>
    </w:rPr>
  </w:style>
  <w:style w:type="character" w:customStyle="1" w:styleId="html-italic">
    <w:name w:val="html-italic"/>
    <w:basedOn w:val="DefaultParagraphFont"/>
    <w:rsid w:val="00622920"/>
  </w:style>
  <w:style w:type="character" w:customStyle="1" w:styleId="overflow-hidden">
    <w:name w:val="overflow-hidden"/>
    <w:basedOn w:val="DefaultParagraphFont"/>
    <w:rsid w:val="00622920"/>
  </w:style>
  <w:style w:type="character" w:customStyle="1" w:styleId="Heading1Char1">
    <w:name w:val="Heading 1 Char1"/>
    <w:basedOn w:val="DefaultParagraphFont"/>
    <w:uiPriority w:val="9"/>
    <w:rsid w:val="00622920"/>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22920"/>
    <w:rPr>
      <w:color w:val="0000FF" w:themeColor="hyperlink"/>
      <w:u w:val="single"/>
    </w:rPr>
  </w:style>
  <w:style w:type="character" w:styleId="FollowedHyperlink">
    <w:name w:val="FollowedHyperlink"/>
    <w:basedOn w:val="DefaultParagraphFont"/>
    <w:uiPriority w:val="99"/>
    <w:semiHidden/>
    <w:unhideWhenUsed/>
    <w:rsid w:val="00622920"/>
    <w:rPr>
      <w:color w:val="800080" w:themeColor="followedHyperlink"/>
      <w:u w:val="single"/>
    </w:rPr>
  </w:style>
  <w:style w:type="character" w:customStyle="1" w:styleId="mrel">
    <w:name w:val="mrel"/>
    <w:basedOn w:val="DefaultParagraphFont"/>
    <w:rsid w:val="00D01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283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inhtevadubao.vn/phat-trien-nong-nghiep-ben-vung-thich-ung-voi-bien-doi-khi-hau-23316.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vanban.chinhphu.vn/?pageid=27160&amp;docid=204226"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kinhtevadubao.vn/phat-trien-nong-nghiep-xanh-thuc-trang-va-mot-so-giai-phap-28049.html"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HOAT%20DONG%20KHOA%20DIA%20LI\C&#212;NG%20T&#193;C%20TR&#7906;%20L&#205;%20KH%20-%20&#272;T\&#272;&#7872;%20T&#192;I%20KHOA%20H&#7884;C%20C&#193;C%20C&#7844;P\C&#7844;P%20TR&#431;&#7900;NG\2023-2024\&#272;&#7872;%20T&#192;I%20&#272;ANG%20L&#192;M\THONGKE%20TINHTOAN%20CAC%20MO%20HIN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HOAT%20DONG%20KHOA%20DIA%20LI\C&#212;NG%20T&#193;C%20TR&#7906;%20L&#205;%20KH%20-%20&#272;T\&#272;&#7872;%20T&#192;I%20KHOA%20H&#7884;C%20C&#193;C%20C&#7844;P\C&#7844;P%20TR&#431;&#7900;NG\2023-2024\&#272;&#7872;%20T&#192;I%20&#272;ANG%20L&#192;M\THONGKE%20TINHTOAN%20CAC%20MO%20HIN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a:pPr>
            <a:r>
              <a:rPr lang="en-US" sz="1100" b="0"/>
              <a:t>triệu</a:t>
            </a:r>
            <a:r>
              <a:rPr lang="en-US" sz="1100" b="0" baseline="0"/>
              <a:t> đồng</a:t>
            </a:r>
            <a:endParaRPr lang="en-US" sz="1100" b="0"/>
          </a:p>
        </c:rich>
      </c:tx>
      <c:layout>
        <c:manualLayout>
          <c:xMode val="edge"/>
          <c:yMode val="edge"/>
          <c:x val="1.5749813955768271E-2"/>
          <c:y val="3.8204393505253103E-3"/>
        </c:manualLayout>
      </c:layout>
      <c:overlay val="1"/>
    </c:title>
    <c:autoTitleDeleted val="0"/>
    <c:plotArea>
      <c:layout>
        <c:manualLayout>
          <c:layoutTarget val="inner"/>
          <c:xMode val="edge"/>
          <c:yMode val="edge"/>
          <c:x val="7.9247267266464361E-2"/>
          <c:y val="7.2588357962104055E-2"/>
          <c:w val="0.61051508629333051"/>
          <c:h val="0.39093912918419443"/>
        </c:manualLayout>
      </c:layout>
      <c:barChart>
        <c:barDir val="col"/>
        <c:grouping val="clustered"/>
        <c:varyColors val="0"/>
        <c:ser>
          <c:idx val="0"/>
          <c:order val="0"/>
          <c:tx>
            <c:v>Số ngày công</c:v>
          </c:tx>
          <c:invertIfNegative val="0"/>
          <c:cat>
            <c:multiLvlStrRef>
              <c:f>Sheet7!$A$13:$B$25</c:f>
              <c:multiLvlStrCache>
                <c:ptCount val="13"/>
                <c:lvl>
                  <c:pt idx="0">
                    <c:v>Lợn thịt</c:v>
                  </c:pt>
                  <c:pt idx="1">
                    <c:v>Bò thịt</c:v>
                  </c:pt>
                  <c:pt idx="2">
                    <c:v>Gà thịt</c:v>
                  </c:pt>
                  <c:pt idx="3">
                    <c:v>Bò theo hướng hữu cơ</c:v>
                  </c:pt>
                  <c:pt idx="4">
                    <c:v>Lợn theo hướng hữu cơ</c:v>
                  </c:pt>
                  <c:pt idx="5">
                    <c:v>Lợn rừng lai</c:v>
                  </c:pt>
                  <c:pt idx="6">
                    <c:v>Gà  theo hữu cơ</c:v>
                  </c:pt>
                  <c:pt idx="7">
                    <c:v>Chồn hương</c:v>
                  </c:pt>
                  <c:pt idx="8">
                    <c:v>Dúi</c:v>
                  </c:pt>
                  <c:pt idx="9">
                    <c:v>Chăn nuôi TH</c:v>
                  </c:pt>
                  <c:pt idx="10">
                    <c:v>V - A - C</c:v>
                  </c:pt>
                  <c:pt idx="11">
                    <c:v>Tr rừng +nuôi bò</c:v>
                  </c:pt>
                  <c:pt idx="12">
                    <c:v>Cây Ă Q+nuôi ong</c:v>
                  </c:pt>
                </c:lvl>
                <c:lvl>
                  <c:pt idx="0">
                    <c:v>Chăn nuôi truyền thống</c:v>
                  </c:pt>
                  <c:pt idx="3">
                    <c:v>Chăn nuôi theo quy trình hữu cơ và VietGAP</c:v>
                  </c:pt>
                  <c:pt idx="10">
                    <c:v>Chăn nuôi kết hợp trồng trọt</c:v>
                  </c:pt>
                </c:lvl>
              </c:multiLvlStrCache>
            </c:multiLvlStrRef>
          </c:cat>
          <c:val>
            <c:numRef>
              <c:f>Sheet7!$C$13:$C$25</c:f>
              <c:numCache>
                <c:formatCode>General</c:formatCode>
                <c:ptCount val="13"/>
                <c:pt idx="0">
                  <c:v>810</c:v>
                </c:pt>
                <c:pt idx="1">
                  <c:v>790</c:v>
                </c:pt>
                <c:pt idx="2">
                  <c:v>669</c:v>
                </c:pt>
                <c:pt idx="3">
                  <c:v>955</c:v>
                </c:pt>
                <c:pt idx="4">
                  <c:v>880</c:v>
                </c:pt>
                <c:pt idx="5">
                  <c:v>850</c:v>
                </c:pt>
                <c:pt idx="6">
                  <c:v>750</c:v>
                </c:pt>
                <c:pt idx="7">
                  <c:v>881</c:v>
                </c:pt>
                <c:pt idx="8">
                  <c:v>755</c:v>
                </c:pt>
                <c:pt idx="9">
                  <c:v>1010</c:v>
                </c:pt>
                <c:pt idx="10">
                  <c:v>980</c:v>
                </c:pt>
                <c:pt idx="11">
                  <c:v>960</c:v>
                </c:pt>
                <c:pt idx="12">
                  <c:v>860</c:v>
                </c:pt>
              </c:numCache>
            </c:numRef>
          </c:val>
        </c:ser>
        <c:ser>
          <c:idx val="1"/>
          <c:order val="1"/>
          <c:tx>
            <c:v>Giá trị ngày công</c:v>
          </c:tx>
          <c:invertIfNegative val="0"/>
          <c:cat>
            <c:multiLvlStrRef>
              <c:f>Sheet7!$A$13:$B$25</c:f>
              <c:multiLvlStrCache>
                <c:ptCount val="13"/>
                <c:lvl>
                  <c:pt idx="0">
                    <c:v>Lợn thịt</c:v>
                  </c:pt>
                  <c:pt idx="1">
                    <c:v>Bò thịt</c:v>
                  </c:pt>
                  <c:pt idx="2">
                    <c:v>Gà thịt</c:v>
                  </c:pt>
                  <c:pt idx="3">
                    <c:v>Bò theo hướng hữu cơ</c:v>
                  </c:pt>
                  <c:pt idx="4">
                    <c:v>Lợn theo hướng hữu cơ</c:v>
                  </c:pt>
                  <c:pt idx="5">
                    <c:v>Lợn rừng lai</c:v>
                  </c:pt>
                  <c:pt idx="6">
                    <c:v>Gà  theo hữu cơ</c:v>
                  </c:pt>
                  <c:pt idx="7">
                    <c:v>Chồn hương</c:v>
                  </c:pt>
                  <c:pt idx="8">
                    <c:v>Dúi</c:v>
                  </c:pt>
                  <c:pt idx="9">
                    <c:v>Chăn nuôi TH</c:v>
                  </c:pt>
                  <c:pt idx="10">
                    <c:v>V - A - C</c:v>
                  </c:pt>
                  <c:pt idx="11">
                    <c:v>Tr rừng +nuôi bò</c:v>
                  </c:pt>
                  <c:pt idx="12">
                    <c:v>Cây Ă Q+nuôi ong</c:v>
                  </c:pt>
                </c:lvl>
                <c:lvl>
                  <c:pt idx="0">
                    <c:v>Chăn nuôi truyền thống</c:v>
                  </c:pt>
                  <c:pt idx="3">
                    <c:v>Chăn nuôi theo quy trình hữu cơ và VietGAP</c:v>
                  </c:pt>
                  <c:pt idx="10">
                    <c:v>Chăn nuôi kết hợp trồng trọt</c:v>
                  </c:pt>
                </c:lvl>
              </c:multiLvlStrCache>
            </c:multiLvlStrRef>
          </c:cat>
          <c:val>
            <c:numRef>
              <c:f>Sheet7!$D$13:$D$25</c:f>
              <c:numCache>
                <c:formatCode>General</c:formatCode>
                <c:ptCount val="13"/>
                <c:pt idx="0">
                  <c:v>172.8</c:v>
                </c:pt>
                <c:pt idx="1">
                  <c:v>218.6</c:v>
                </c:pt>
                <c:pt idx="2">
                  <c:v>209.1</c:v>
                </c:pt>
                <c:pt idx="3">
                  <c:v>314.10000000000002</c:v>
                </c:pt>
                <c:pt idx="4">
                  <c:v>443.8</c:v>
                </c:pt>
                <c:pt idx="5">
                  <c:v>647.4</c:v>
                </c:pt>
                <c:pt idx="6">
                  <c:v>373.2</c:v>
                </c:pt>
                <c:pt idx="7">
                  <c:v>405.2</c:v>
                </c:pt>
                <c:pt idx="8">
                  <c:v>410.6</c:v>
                </c:pt>
                <c:pt idx="9">
                  <c:v>514.9</c:v>
                </c:pt>
                <c:pt idx="10">
                  <c:v>561.20000000000005</c:v>
                </c:pt>
                <c:pt idx="11">
                  <c:v>572.9</c:v>
                </c:pt>
                <c:pt idx="12">
                  <c:v>500.9</c:v>
                </c:pt>
              </c:numCache>
            </c:numRef>
          </c:val>
        </c:ser>
        <c:dLbls>
          <c:showLegendKey val="0"/>
          <c:showVal val="0"/>
          <c:showCatName val="0"/>
          <c:showSerName val="0"/>
          <c:showPercent val="0"/>
          <c:showBubbleSize val="0"/>
        </c:dLbls>
        <c:gapWidth val="150"/>
        <c:axId val="528225408"/>
        <c:axId val="528227328"/>
      </c:barChart>
      <c:lineChart>
        <c:grouping val="stacked"/>
        <c:varyColors val="0"/>
        <c:ser>
          <c:idx val="2"/>
          <c:order val="2"/>
          <c:tx>
            <c:v>Tỉ lệ lựa chọn</c:v>
          </c:tx>
          <c:marker>
            <c:symbol val="none"/>
          </c:marker>
          <c:cat>
            <c:multiLvlStrRef>
              <c:f>Sheet7!$A$13:$B$25</c:f>
              <c:multiLvlStrCache>
                <c:ptCount val="13"/>
                <c:lvl>
                  <c:pt idx="0">
                    <c:v>Lợn thịt</c:v>
                  </c:pt>
                  <c:pt idx="1">
                    <c:v>Bò thịt</c:v>
                  </c:pt>
                  <c:pt idx="2">
                    <c:v>Gà thịt</c:v>
                  </c:pt>
                  <c:pt idx="3">
                    <c:v>Bò theo hướng hữu cơ</c:v>
                  </c:pt>
                  <c:pt idx="4">
                    <c:v>Lợn theo hướng hữu cơ</c:v>
                  </c:pt>
                  <c:pt idx="5">
                    <c:v>Lợn rừng lai</c:v>
                  </c:pt>
                  <c:pt idx="6">
                    <c:v>Gà  theo hữu cơ</c:v>
                  </c:pt>
                  <c:pt idx="7">
                    <c:v>Chồn hương</c:v>
                  </c:pt>
                  <c:pt idx="8">
                    <c:v>Dúi</c:v>
                  </c:pt>
                  <c:pt idx="9">
                    <c:v>Chăn nuôi TH</c:v>
                  </c:pt>
                  <c:pt idx="10">
                    <c:v>V - A - C</c:v>
                  </c:pt>
                  <c:pt idx="11">
                    <c:v>Tr rừng +nuôi bò</c:v>
                  </c:pt>
                  <c:pt idx="12">
                    <c:v>Cây Ă Q+nuôi ong</c:v>
                  </c:pt>
                </c:lvl>
                <c:lvl>
                  <c:pt idx="0">
                    <c:v>Chăn nuôi truyền thống</c:v>
                  </c:pt>
                  <c:pt idx="3">
                    <c:v>Chăn nuôi theo quy trình hữu cơ và VietGAP</c:v>
                  </c:pt>
                  <c:pt idx="10">
                    <c:v>Chăn nuôi kết hợp trồng trọt</c:v>
                  </c:pt>
                </c:lvl>
              </c:multiLvlStrCache>
            </c:multiLvlStrRef>
          </c:cat>
          <c:val>
            <c:numRef>
              <c:f>Sheet7!$E$13:$E$25</c:f>
              <c:numCache>
                <c:formatCode>0%</c:formatCode>
                <c:ptCount val="13"/>
                <c:pt idx="0">
                  <c:v>0.65</c:v>
                </c:pt>
                <c:pt idx="1">
                  <c:v>0.68</c:v>
                </c:pt>
                <c:pt idx="2">
                  <c:v>0.71</c:v>
                </c:pt>
                <c:pt idx="3">
                  <c:v>0.57999999999999996</c:v>
                </c:pt>
                <c:pt idx="4">
                  <c:v>0.72</c:v>
                </c:pt>
                <c:pt idx="5">
                  <c:v>0.68</c:v>
                </c:pt>
                <c:pt idx="6">
                  <c:v>0.65</c:v>
                </c:pt>
                <c:pt idx="7">
                  <c:v>0.7</c:v>
                </c:pt>
                <c:pt idx="8">
                  <c:v>0.72</c:v>
                </c:pt>
                <c:pt idx="9">
                  <c:v>0.66</c:v>
                </c:pt>
                <c:pt idx="10">
                  <c:v>0.77</c:v>
                </c:pt>
                <c:pt idx="11">
                  <c:v>0.69</c:v>
                </c:pt>
                <c:pt idx="12">
                  <c:v>0.72</c:v>
                </c:pt>
              </c:numCache>
            </c:numRef>
          </c:val>
          <c:smooth val="0"/>
        </c:ser>
        <c:dLbls>
          <c:showLegendKey val="0"/>
          <c:showVal val="0"/>
          <c:showCatName val="0"/>
          <c:showSerName val="0"/>
          <c:showPercent val="0"/>
          <c:showBubbleSize val="0"/>
        </c:dLbls>
        <c:marker val="1"/>
        <c:smooth val="0"/>
        <c:axId val="498985216"/>
        <c:axId val="498983680"/>
      </c:lineChart>
      <c:catAx>
        <c:axId val="528225408"/>
        <c:scaling>
          <c:orientation val="minMax"/>
        </c:scaling>
        <c:delete val="0"/>
        <c:axPos val="b"/>
        <c:majorTickMark val="out"/>
        <c:minorTickMark val="none"/>
        <c:tickLblPos val="nextTo"/>
        <c:crossAx val="528227328"/>
        <c:crosses val="autoZero"/>
        <c:auto val="1"/>
        <c:lblAlgn val="ctr"/>
        <c:lblOffset val="100"/>
        <c:noMultiLvlLbl val="0"/>
      </c:catAx>
      <c:valAx>
        <c:axId val="528227328"/>
        <c:scaling>
          <c:orientation val="minMax"/>
        </c:scaling>
        <c:delete val="0"/>
        <c:axPos val="l"/>
        <c:majorGridlines/>
        <c:numFmt formatCode="General" sourceLinked="1"/>
        <c:majorTickMark val="out"/>
        <c:minorTickMark val="none"/>
        <c:tickLblPos val="nextTo"/>
        <c:crossAx val="528225408"/>
        <c:crosses val="autoZero"/>
        <c:crossBetween val="between"/>
      </c:valAx>
      <c:valAx>
        <c:axId val="498983680"/>
        <c:scaling>
          <c:orientation val="minMax"/>
        </c:scaling>
        <c:delete val="0"/>
        <c:axPos val="r"/>
        <c:numFmt formatCode="0%" sourceLinked="1"/>
        <c:majorTickMark val="out"/>
        <c:minorTickMark val="none"/>
        <c:tickLblPos val="nextTo"/>
        <c:crossAx val="498985216"/>
        <c:crosses val="max"/>
        <c:crossBetween val="between"/>
      </c:valAx>
      <c:catAx>
        <c:axId val="498985216"/>
        <c:scaling>
          <c:orientation val="minMax"/>
        </c:scaling>
        <c:delete val="1"/>
        <c:axPos val="b"/>
        <c:majorTickMark val="out"/>
        <c:minorTickMark val="none"/>
        <c:tickLblPos val="nextTo"/>
        <c:crossAx val="498983680"/>
        <c:crosses val="autoZero"/>
        <c:auto val="1"/>
        <c:lblAlgn val="ctr"/>
        <c:lblOffset val="100"/>
        <c:noMultiLvlLbl val="0"/>
      </c:cat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Tổng điểm</a:t>
            </a:r>
          </a:p>
        </c:rich>
      </c:tx>
      <c:layout>
        <c:manualLayout>
          <c:xMode val="edge"/>
          <c:yMode val="edge"/>
          <c:x val="1.1456538789545608E-2"/>
          <c:y val="1.8615616774677004E-4"/>
        </c:manualLayout>
      </c:layout>
      <c:overlay val="1"/>
    </c:title>
    <c:autoTitleDeleted val="0"/>
    <c:plotArea>
      <c:layout>
        <c:manualLayout>
          <c:layoutTarget val="inner"/>
          <c:xMode val="edge"/>
          <c:yMode val="edge"/>
          <c:x val="5.6802959820947747E-2"/>
          <c:y val="9.6836476226497895E-2"/>
          <c:w val="0.9222140403393464"/>
          <c:h val="0.57737189443409109"/>
        </c:manualLayout>
      </c:layout>
      <c:barChart>
        <c:barDir val="col"/>
        <c:grouping val="clustered"/>
        <c:varyColors val="0"/>
        <c:ser>
          <c:idx val="0"/>
          <c:order val="0"/>
          <c:invertIfNegative val="0"/>
          <c:cat>
            <c:multiLvlStrRef>
              <c:f>Sheet3!$D$32:$E$44</c:f>
              <c:multiLvlStrCache>
                <c:ptCount val="13"/>
                <c:lvl>
                  <c:pt idx="0">
                    <c:v>Lợnthịt </c:v>
                  </c:pt>
                  <c:pt idx="1">
                    <c:v>Bò thịt </c:v>
                  </c:pt>
                  <c:pt idx="2">
                    <c:v>Gà </c:v>
                  </c:pt>
                  <c:pt idx="3">
                    <c:v>Bò hữu cơ</c:v>
                  </c:pt>
                  <c:pt idx="4">
                    <c:v>Lợn hữu cơ </c:v>
                  </c:pt>
                  <c:pt idx="5">
                    <c:v>Lợn rừng lai </c:v>
                  </c:pt>
                  <c:pt idx="6">
                    <c:v>Gà  hữu cơ </c:v>
                  </c:pt>
                  <c:pt idx="7">
                    <c:v>Chồn hương </c:v>
                  </c:pt>
                  <c:pt idx="8">
                    <c:v>Dúi </c:v>
                  </c:pt>
                  <c:pt idx="9">
                    <c:v>Chăn nuôi tổng hợp</c:v>
                  </c:pt>
                  <c:pt idx="10">
                    <c:v>Vườn – ao – chuồng</c:v>
                  </c:pt>
                  <c:pt idx="11">
                    <c:v>Trồng rừng + Nuôi bò</c:v>
                  </c:pt>
                  <c:pt idx="12">
                    <c:v>Cây ăn quả - nuôi ong</c:v>
                  </c:pt>
                </c:lvl>
                <c:lvl>
                  <c:pt idx="0">
                    <c:v>Chăn nuôi truyền thống</c:v>
                  </c:pt>
                  <c:pt idx="3">
                    <c:v>Chăn nuôi theo hướng hữu cơ/VietGAP</c:v>
                  </c:pt>
                  <c:pt idx="10">
                    <c:v>Chăn nuôi kết hợp trồng trọt</c:v>
                  </c:pt>
                </c:lvl>
              </c:multiLvlStrCache>
            </c:multiLvlStrRef>
          </c:cat>
          <c:val>
            <c:numRef>
              <c:f>Sheet3!$F$32:$F$44</c:f>
              <c:numCache>
                <c:formatCode>General</c:formatCode>
                <c:ptCount val="13"/>
                <c:pt idx="0">
                  <c:v>41.58</c:v>
                </c:pt>
                <c:pt idx="1">
                  <c:v>64.64</c:v>
                </c:pt>
                <c:pt idx="2">
                  <c:v>60.8</c:v>
                </c:pt>
                <c:pt idx="3">
                  <c:v>106.93</c:v>
                </c:pt>
                <c:pt idx="4">
                  <c:v>116.1</c:v>
                </c:pt>
                <c:pt idx="5">
                  <c:v>147.12</c:v>
                </c:pt>
                <c:pt idx="6">
                  <c:v>82.35</c:v>
                </c:pt>
                <c:pt idx="7">
                  <c:v>121.53</c:v>
                </c:pt>
                <c:pt idx="8">
                  <c:v>121.56</c:v>
                </c:pt>
                <c:pt idx="9">
                  <c:v>162.31</c:v>
                </c:pt>
                <c:pt idx="10">
                  <c:v>179.96</c:v>
                </c:pt>
                <c:pt idx="11">
                  <c:v>171.52</c:v>
                </c:pt>
                <c:pt idx="12">
                  <c:v>164.6</c:v>
                </c:pt>
              </c:numCache>
            </c:numRef>
          </c:val>
        </c:ser>
        <c:dLbls>
          <c:showLegendKey val="0"/>
          <c:showVal val="0"/>
          <c:showCatName val="0"/>
          <c:showSerName val="0"/>
          <c:showPercent val="0"/>
          <c:showBubbleSize val="0"/>
        </c:dLbls>
        <c:gapWidth val="150"/>
        <c:axId val="523627136"/>
        <c:axId val="523645312"/>
      </c:barChart>
      <c:catAx>
        <c:axId val="523627136"/>
        <c:scaling>
          <c:orientation val="minMax"/>
        </c:scaling>
        <c:delete val="0"/>
        <c:axPos val="b"/>
        <c:majorTickMark val="out"/>
        <c:minorTickMark val="none"/>
        <c:tickLblPos val="nextTo"/>
        <c:crossAx val="523645312"/>
        <c:crosses val="autoZero"/>
        <c:auto val="1"/>
        <c:lblAlgn val="ctr"/>
        <c:lblOffset val="100"/>
        <c:noMultiLvlLbl val="0"/>
      </c:catAx>
      <c:valAx>
        <c:axId val="523645312"/>
        <c:scaling>
          <c:orientation val="minMax"/>
        </c:scaling>
        <c:delete val="0"/>
        <c:axPos val="l"/>
        <c:majorGridlines/>
        <c:numFmt formatCode="General" sourceLinked="1"/>
        <c:majorTickMark val="out"/>
        <c:minorTickMark val="none"/>
        <c:tickLblPos val="nextTo"/>
        <c:crossAx val="523627136"/>
        <c:crosses val="autoZero"/>
        <c:crossBetween val="between"/>
      </c:valAx>
    </c:plotArea>
    <c:plotVisOnly val="1"/>
    <c:dispBlanksAs val="gap"/>
    <c:showDLblsOverMax val="0"/>
  </c:chart>
  <c:txPr>
    <a:bodyPr/>
    <a:lstStyle/>
    <a:p>
      <a:pPr>
        <a:defRPr sz="950">
          <a:latin typeface="Times New Roman" pitchFamily="18" charset="0"/>
          <a:cs typeface="Times New Roman"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0.02547</cdr:x>
      <cdr:y>0.02636</cdr:y>
    </cdr:from>
    <cdr:to>
      <cdr:x>0.03362</cdr:x>
      <cdr:y>0.04011</cdr:y>
    </cdr:to>
    <cdr:sp macro="" textlink="">
      <cdr:nvSpPr>
        <cdr:cNvPr id="2" name="TextBox 1"/>
        <cdr:cNvSpPr txBox="1"/>
      </cdr:nvSpPr>
      <cdr:spPr>
        <a:xfrm xmlns:a="http://schemas.openxmlformats.org/drawingml/2006/main">
          <a:off x="142875" y="87632"/>
          <a:ext cx="45719"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67DCE-DFE1-4CB9-8781-08D566553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5028</Words>
  <Characters>28661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Administrator</cp:lastModifiedBy>
  <cp:revision>2</cp:revision>
  <cp:lastPrinted>2024-11-18T03:01:00Z</cp:lastPrinted>
  <dcterms:created xsi:type="dcterms:W3CDTF">2025-08-18T09:36:00Z</dcterms:created>
  <dcterms:modified xsi:type="dcterms:W3CDTF">2025-08-18T09:36:00Z</dcterms:modified>
</cp:coreProperties>
</file>